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50DD01" w14:textId="77777777" w:rsidR="0037439E" w:rsidRPr="00C25644" w:rsidRDefault="00406F7C">
      <w:pPr>
        <w:spacing w:after="0" w:line="240" w:lineRule="auto"/>
        <w:jc w:val="center"/>
      </w:pPr>
      <w:r w:rsidRPr="00C25644">
        <w:rPr>
          <w:b/>
        </w:rPr>
        <w:t>JISMONIY SHAXSLARGA BANK KARTALARINI TAQDIM ETISH HAMDA</w:t>
      </w:r>
    </w:p>
    <w:p w14:paraId="273B4BE7" w14:textId="77777777" w:rsidR="0037439E" w:rsidRPr="00C25644" w:rsidRDefault="00406F7C">
      <w:pPr>
        <w:spacing w:after="0" w:line="240" w:lineRule="auto"/>
        <w:jc w:val="center"/>
      </w:pPr>
      <w:r w:rsidRPr="00C25644">
        <w:rPr>
          <w:b/>
        </w:rPr>
        <w:t xml:space="preserve">TALAB QILIB OLINGUNCHA BANK HISOBVARAQLARINI OCHISH </w:t>
      </w:r>
      <w:proofErr w:type="gramStart"/>
      <w:r w:rsidRPr="00C25644">
        <w:rPr>
          <w:b/>
        </w:rPr>
        <w:t>BO‘</w:t>
      </w:r>
      <w:proofErr w:type="gramEnd"/>
      <w:r w:rsidRPr="00C25644">
        <w:rPr>
          <w:b/>
        </w:rPr>
        <w:t>YICHA</w:t>
      </w:r>
    </w:p>
    <w:p w14:paraId="28DB9CE9" w14:textId="77777777" w:rsidR="0037439E" w:rsidRPr="00C25644" w:rsidRDefault="00406F7C">
      <w:pPr>
        <w:spacing w:after="0" w:line="240" w:lineRule="auto"/>
        <w:jc w:val="center"/>
      </w:pPr>
      <w:r w:rsidRPr="00C25644">
        <w:rPr>
          <w:b/>
        </w:rPr>
        <w:t>OMMAVIY OFERTA SHARTNOMASI</w:t>
      </w:r>
    </w:p>
    <w:p w14:paraId="0C1F4EC5" w14:textId="77777777" w:rsidR="0037439E" w:rsidRPr="00C25644" w:rsidRDefault="0037439E">
      <w:pPr>
        <w:spacing w:after="120" w:line="240" w:lineRule="auto"/>
        <w:jc w:val="both"/>
      </w:pPr>
    </w:p>
    <w:p w14:paraId="281D90EB" w14:textId="77777777" w:rsidR="0037439E" w:rsidRPr="00C25644" w:rsidRDefault="00406F7C">
      <w:pPr>
        <w:spacing w:after="0" w:line="240" w:lineRule="auto"/>
        <w:ind w:firstLine="709"/>
        <w:jc w:val="both"/>
      </w:pPr>
      <w:r w:rsidRPr="00C25644">
        <w:t>“</w:t>
      </w:r>
      <w:proofErr w:type="spellStart"/>
      <w:r w:rsidRPr="00C25644">
        <w:t>Poytaxt</w:t>
      </w:r>
      <w:proofErr w:type="spellEnd"/>
      <w:r w:rsidRPr="00C25644">
        <w:t xml:space="preserve"> Bank” AJ (</w:t>
      </w:r>
      <w:proofErr w:type="spellStart"/>
      <w:r w:rsidRPr="00C25644">
        <w:t>bundan</w:t>
      </w:r>
      <w:proofErr w:type="spellEnd"/>
      <w:r w:rsidRPr="00C25644">
        <w:t xml:space="preserve"> </w:t>
      </w:r>
      <w:proofErr w:type="spellStart"/>
      <w:r w:rsidRPr="00C25644">
        <w:t>buyon</w:t>
      </w:r>
      <w:proofErr w:type="spellEnd"/>
      <w:r w:rsidRPr="00C25644">
        <w:t xml:space="preserve"> </w:t>
      </w:r>
      <w:proofErr w:type="spellStart"/>
      <w:r w:rsidRPr="00C25644">
        <w:t>matnda</w:t>
      </w:r>
      <w:proofErr w:type="spellEnd"/>
      <w:r w:rsidRPr="00C25644">
        <w:t xml:space="preserve"> “Bank” deb </w:t>
      </w:r>
      <w:proofErr w:type="spellStart"/>
      <w:r w:rsidRPr="00C25644">
        <w:t>yuritiladi</w:t>
      </w:r>
      <w:proofErr w:type="spellEnd"/>
      <w:r w:rsidRPr="00C25644">
        <w:t xml:space="preserve">) </w:t>
      </w:r>
      <w:proofErr w:type="spellStart"/>
      <w:r w:rsidRPr="00C25644">
        <w:t>ushbu</w:t>
      </w:r>
      <w:proofErr w:type="spellEnd"/>
      <w:r w:rsidRPr="00C25644">
        <w:t xml:space="preserve"> </w:t>
      </w:r>
      <w:proofErr w:type="spellStart"/>
      <w:r w:rsidRPr="00C25644">
        <w:t>ommaviy</w:t>
      </w:r>
      <w:proofErr w:type="spellEnd"/>
      <w:r w:rsidRPr="00C25644">
        <w:t xml:space="preserve"> </w:t>
      </w:r>
      <w:proofErr w:type="spellStart"/>
      <w:r w:rsidRPr="00C25644">
        <w:t>oferta</w:t>
      </w:r>
      <w:proofErr w:type="spellEnd"/>
      <w:r w:rsidRPr="00C25644">
        <w:t xml:space="preserve"> </w:t>
      </w:r>
      <w:proofErr w:type="spellStart"/>
      <w:r w:rsidRPr="00C25644">
        <w:t>shartnomasi</w:t>
      </w:r>
      <w:proofErr w:type="spellEnd"/>
      <w:r w:rsidRPr="00C25644">
        <w:t xml:space="preserve"> (</w:t>
      </w:r>
      <w:proofErr w:type="spellStart"/>
      <w:r w:rsidRPr="00C25644">
        <w:t>bundan</w:t>
      </w:r>
      <w:proofErr w:type="spellEnd"/>
      <w:r w:rsidRPr="00C25644">
        <w:t xml:space="preserve"> </w:t>
      </w:r>
      <w:proofErr w:type="spellStart"/>
      <w:r w:rsidRPr="00C25644">
        <w:t>buyon</w:t>
      </w:r>
      <w:proofErr w:type="spellEnd"/>
      <w:r w:rsidRPr="00C25644">
        <w:t xml:space="preserve"> </w:t>
      </w:r>
      <w:proofErr w:type="spellStart"/>
      <w:r w:rsidRPr="00C25644">
        <w:t>matnda</w:t>
      </w:r>
      <w:proofErr w:type="spellEnd"/>
      <w:r w:rsidRPr="00C25644">
        <w:t xml:space="preserve"> “</w:t>
      </w:r>
      <w:proofErr w:type="spellStart"/>
      <w:r w:rsidRPr="00C25644">
        <w:t>Shartnoma</w:t>
      </w:r>
      <w:proofErr w:type="spellEnd"/>
      <w:r w:rsidRPr="00C25644">
        <w:t xml:space="preserve">” deb </w:t>
      </w:r>
      <w:proofErr w:type="spellStart"/>
      <w:r w:rsidRPr="00C25644">
        <w:t>yuritiladi</w:t>
      </w:r>
      <w:proofErr w:type="spellEnd"/>
      <w:r w:rsidRPr="00C25644">
        <w:t xml:space="preserve">) </w:t>
      </w:r>
      <w:proofErr w:type="spellStart"/>
      <w:r w:rsidRPr="00C25644">
        <w:t>orqali</w:t>
      </w:r>
      <w:proofErr w:type="spellEnd"/>
      <w:r w:rsidRPr="00C25644">
        <w:t xml:space="preserve"> </w:t>
      </w:r>
      <w:proofErr w:type="spellStart"/>
      <w:r w:rsidRPr="00C25644">
        <w:t>jismoniy</w:t>
      </w:r>
      <w:proofErr w:type="spellEnd"/>
      <w:r w:rsidRPr="00C25644">
        <w:t xml:space="preserve"> </w:t>
      </w:r>
      <w:proofErr w:type="spellStart"/>
      <w:r w:rsidRPr="00C25644">
        <w:t>shaxslarga</w:t>
      </w:r>
      <w:proofErr w:type="spellEnd"/>
      <w:r w:rsidRPr="00C25644">
        <w:t xml:space="preserve"> bank </w:t>
      </w:r>
      <w:proofErr w:type="spellStart"/>
      <w:r w:rsidRPr="00C25644">
        <w:t>kartalarini</w:t>
      </w:r>
      <w:proofErr w:type="spellEnd"/>
      <w:r w:rsidRPr="00C25644">
        <w:t xml:space="preserve"> </w:t>
      </w:r>
      <w:proofErr w:type="spellStart"/>
      <w:r w:rsidRPr="00C25644">
        <w:t>taqdim</w:t>
      </w:r>
      <w:proofErr w:type="spellEnd"/>
      <w:r w:rsidRPr="00C25644">
        <w:t xml:space="preserve"> </w:t>
      </w:r>
      <w:proofErr w:type="spellStart"/>
      <w:r w:rsidRPr="00C25644">
        <w:t>etish</w:t>
      </w:r>
      <w:proofErr w:type="spellEnd"/>
      <w:r w:rsidRPr="00C25644">
        <w:t xml:space="preserve">, </w:t>
      </w:r>
      <w:proofErr w:type="spellStart"/>
      <w:r w:rsidRPr="00C25644">
        <w:t>karta</w:t>
      </w:r>
      <w:proofErr w:type="spellEnd"/>
      <w:r w:rsidRPr="00C25644">
        <w:t xml:space="preserve"> </w:t>
      </w:r>
      <w:proofErr w:type="spellStart"/>
      <w:r w:rsidRPr="00C25644">
        <w:t>hisobvaraqlarini</w:t>
      </w:r>
      <w:proofErr w:type="spellEnd"/>
      <w:r w:rsidRPr="00C25644">
        <w:t xml:space="preserve"> </w:t>
      </w:r>
      <w:proofErr w:type="spellStart"/>
      <w:r w:rsidRPr="00C25644">
        <w:t>ochish</w:t>
      </w:r>
      <w:proofErr w:type="spellEnd"/>
      <w:r w:rsidRPr="00C25644">
        <w:t xml:space="preserve"> </w:t>
      </w:r>
      <w:proofErr w:type="spellStart"/>
      <w:r w:rsidRPr="00C25644">
        <w:t>va</w:t>
      </w:r>
      <w:proofErr w:type="spellEnd"/>
      <w:r w:rsidRPr="00C25644">
        <w:t xml:space="preserve"> </w:t>
      </w:r>
      <w:proofErr w:type="spellStart"/>
      <w:r w:rsidRPr="00C25644">
        <w:t>ularga</w:t>
      </w:r>
      <w:proofErr w:type="spellEnd"/>
      <w:r w:rsidRPr="00C25644">
        <w:t xml:space="preserve"> </w:t>
      </w:r>
      <w:proofErr w:type="spellStart"/>
      <w:r w:rsidRPr="00C25644">
        <w:t>xizmat</w:t>
      </w:r>
      <w:proofErr w:type="spellEnd"/>
      <w:r w:rsidRPr="00C25644">
        <w:t xml:space="preserve"> </w:t>
      </w:r>
      <w:proofErr w:type="spellStart"/>
      <w:proofErr w:type="gramStart"/>
      <w:r w:rsidRPr="00C25644">
        <w:t>ko‘</w:t>
      </w:r>
      <w:proofErr w:type="gramEnd"/>
      <w:r w:rsidRPr="00C25644">
        <w:t>rsatish</w:t>
      </w:r>
      <w:proofErr w:type="spellEnd"/>
      <w:r w:rsidRPr="00C25644">
        <w:t xml:space="preserve">, </w:t>
      </w:r>
      <w:proofErr w:type="spellStart"/>
      <w:r w:rsidRPr="00C25644">
        <w:t>shuningdek</w:t>
      </w:r>
      <w:proofErr w:type="spellEnd"/>
      <w:r w:rsidRPr="00C25644">
        <w:t xml:space="preserve"> talab </w:t>
      </w:r>
      <w:proofErr w:type="spellStart"/>
      <w:r w:rsidRPr="00C25644">
        <w:t>qilib</w:t>
      </w:r>
      <w:proofErr w:type="spellEnd"/>
      <w:r w:rsidRPr="00C25644">
        <w:t xml:space="preserve"> </w:t>
      </w:r>
      <w:proofErr w:type="spellStart"/>
      <w:r w:rsidRPr="00C25644">
        <w:t>olinguncha</w:t>
      </w:r>
      <w:proofErr w:type="spellEnd"/>
      <w:r w:rsidRPr="00C25644">
        <w:t xml:space="preserve"> bank </w:t>
      </w:r>
      <w:proofErr w:type="spellStart"/>
      <w:r w:rsidRPr="00C25644">
        <w:t>hisobvaraqlarini</w:t>
      </w:r>
      <w:proofErr w:type="spellEnd"/>
      <w:r w:rsidRPr="00C25644">
        <w:t xml:space="preserve"> </w:t>
      </w:r>
      <w:proofErr w:type="spellStart"/>
      <w:r w:rsidRPr="00C25644">
        <w:t>ochish</w:t>
      </w:r>
      <w:proofErr w:type="spellEnd"/>
      <w:r w:rsidRPr="00C25644">
        <w:t xml:space="preserve">, </w:t>
      </w:r>
      <w:proofErr w:type="spellStart"/>
      <w:r w:rsidRPr="00C25644">
        <w:t>yuritish</w:t>
      </w:r>
      <w:proofErr w:type="spellEnd"/>
      <w:r w:rsidRPr="00C25644">
        <w:t xml:space="preserve"> </w:t>
      </w:r>
      <w:proofErr w:type="spellStart"/>
      <w:r w:rsidRPr="00C25644">
        <w:t>va</w:t>
      </w:r>
      <w:proofErr w:type="spellEnd"/>
      <w:r w:rsidRPr="00C25644">
        <w:t xml:space="preserve"> </w:t>
      </w:r>
      <w:proofErr w:type="spellStart"/>
      <w:r w:rsidRPr="00C25644">
        <w:t>yopish</w:t>
      </w:r>
      <w:proofErr w:type="spellEnd"/>
      <w:r w:rsidRPr="00C25644">
        <w:t xml:space="preserve"> </w:t>
      </w:r>
      <w:proofErr w:type="spellStart"/>
      <w:r w:rsidRPr="00C25644">
        <w:t>bo‘yicha</w:t>
      </w:r>
      <w:proofErr w:type="spellEnd"/>
      <w:r w:rsidRPr="00C25644">
        <w:t xml:space="preserve"> </w:t>
      </w:r>
      <w:proofErr w:type="spellStart"/>
      <w:r w:rsidRPr="00C25644">
        <w:t>umumiy</w:t>
      </w:r>
      <w:proofErr w:type="spellEnd"/>
      <w:r w:rsidRPr="00C25644">
        <w:t xml:space="preserve"> </w:t>
      </w:r>
      <w:proofErr w:type="spellStart"/>
      <w:r w:rsidRPr="00C25644">
        <w:t>shartlarni</w:t>
      </w:r>
      <w:proofErr w:type="spellEnd"/>
      <w:r w:rsidRPr="00C25644">
        <w:t xml:space="preserve"> </w:t>
      </w:r>
      <w:proofErr w:type="spellStart"/>
      <w:r w:rsidRPr="00C25644">
        <w:t>belgilaydi</w:t>
      </w:r>
      <w:proofErr w:type="spellEnd"/>
      <w:r w:rsidRPr="00C25644">
        <w:t>.</w:t>
      </w:r>
    </w:p>
    <w:p w14:paraId="114D4770" w14:textId="77777777" w:rsidR="0037439E" w:rsidRPr="00C25644" w:rsidRDefault="00406F7C">
      <w:pPr>
        <w:spacing w:after="0" w:line="240" w:lineRule="auto"/>
        <w:ind w:firstLine="709"/>
        <w:jc w:val="both"/>
      </w:pPr>
      <w:proofErr w:type="spellStart"/>
      <w:r w:rsidRPr="00C25644">
        <w:t>Mazkur</w:t>
      </w:r>
      <w:proofErr w:type="spellEnd"/>
      <w:r w:rsidRPr="00C25644">
        <w:t xml:space="preserve"> </w:t>
      </w:r>
      <w:proofErr w:type="spellStart"/>
      <w:r w:rsidRPr="00C25644">
        <w:t>Shartnoma</w:t>
      </w:r>
      <w:proofErr w:type="spellEnd"/>
      <w:r w:rsidRPr="00C25644">
        <w:t xml:space="preserve"> </w:t>
      </w:r>
      <w:proofErr w:type="spellStart"/>
      <w:r w:rsidRPr="00C25644">
        <w:t>Bankning</w:t>
      </w:r>
      <w:proofErr w:type="spellEnd"/>
      <w:r w:rsidRPr="00C25644">
        <w:t xml:space="preserve"> </w:t>
      </w:r>
      <w:proofErr w:type="spellStart"/>
      <w:r w:rsidRPr="00C25644">
        <w:t>rasmiy</w:t>
      </w:r>
      <w:proofErr w:type="spellEnd"/>
      <w:r w:rsidRPr="00C25644">
        <w:t xml:space="preserve"> </w:t>
      </w:r>
      <w:proofErr w:type="spellStart"/>
      <w:r w:rsidRPr="00C25644">
        <w:t>veb-saytida</w:t>
      </w:r>
      <w:proofErr w:type="spellEnd"/>
      <w:r w:rsidRPr="00C25644">
        <w:t xml:space="preserve">, </w:t>
      </w:r>
      <w:proofErr w:type="spellStart"/>
      <w:r w:rsidRPr="00C25644">
        <w:t>mobil</w:t>
      </w:r>
      <w:proofErr w:type="spellEnd"/>
      <w:r w:rsidRPr="00C25644">
        <w:t xml:space="preserve"> </w:t>
      </w:r>
      <w:proofErr w:type="spellStart"/>
      <w:r w:rsidRPr="00C25644">
        <w:t>ilovasida</w:t>
      </w:r>
      <w:proofErr w:type="spellEnd"/>
      <w:r w:rsidRPr="00C25644">
        <w:t xml:space="preserve">, Bank </w:t>
      </w:r>
      <w:proofErr w:type="spellStart"/>
      <w:r w:rsidRPr="00C25644">
        <w:t>ofislarida</w:t>
      </w:r>
      <w:proofErr w:type="spellEnd"/>
      <w:r w:rsidRPr="00C25644">
        <w:t xml:space="preserve"> </w:t>
      </w:r>
      <w:proofErr w:type="spellStart"/>
      <w:r w:rsidRPr="00C25644">
        <w:t>va</w:t>
      </w:r>
      <w:proofErr w:type="spellEnd"/>
      <w:r w:rsidRPr="00C25644">
        <w:t xml:space="preserve"> </w:t>
      </w:r>
      <w:proofErr w:type="spellStart"/>
      <w:r w:rsidRPr="00C25644">
        <w:t>boshqa</w:t>
      </w:r>
      <w:proofErr w:type="spellEnd"/>
      <w:r w:rsidRPr="00C25644">
        <w:t xml:space="preserve"> </w:t>
      </w:r>
      <w:proofErr w:type="spellStart"/>
      <w:r w:rsidRPr="00C25644">
        <w:t>rasmiy</w:t>
      </w:r>
      <w:proofErr w:type="spellEnd"/>
      <w:r w:rsidRPr="00C25644">
        <w:t xml:space="preserve"> </w:t>
      </w:r>
      <w:proofErr w:type="spellStart"/>
      <w:r w:rsidRPr="00C25644">
        <w:t>axborot</w:t>
      </w:r>
      <w:proofErr w:type="spellEnd"/>
      <w:r w:rsidRPr="00C25644">
        <w:t xml:space="preserve"> </w:t>
      </w:r>
      <w:proofErr w:type="spellStart"/>
      <w:r w:rsidRPr="00C25644">
        <w:t>kanallarida</w:t>
      </w:r>
      <w:proofErr w:type="spellEnd"/>
      <w:r w:rsidRPr="00C25644">
        <w:t xml:space="preserve"> </w:t>
      </w:r>
      <w:proofErr w:type="spellStart"/>
      <w:r w:rsidRPr="00C25644">
        <w:t>e’lon</w:t>
      </w:r>
      <w:proofErr w:type="spellEnd"/>
      <w:r w:rsidRPr="00C25644">
        <w:t xml:space="preserve"> </w:t>
      </w:r>
      <w:proofErr w:type="spellStart"/>
      <w:r w:rsidRPr="00C25644">
        <w:t>qilingan</w:t>
      </w:r>
      <w:proofErr w:type="spellEnd"/>
      <w:r w:rsidRPr="00C25644">
        <w:t xml:space="preserve"> </w:t>
      </w:r>
      <w:proofErr w:type="spellStart"/>
      <w:r w:rsidRPr="00C25644">
        <w:t>paytdan</w:t>
      </w:r>
      <w:proofErr w:type="spellEnd"/>
      <w:r w:rsidRPr="00C25644">
        <w:t xml:space="preserve"> </w:t>
      </w:r>
      <w:proofErr w:type="spellStart"/>
      <w:r w:rsidRPr="00C25644">
        <w:t>boshlab</w:t>
      </w:r>
      <w:proofErr w:type="spellEnd"/>
      <w:r w:rsidRPr="00C25644">
        <w:t xml:space="preserve"> </w:t>
      </w:r>
      <w:proofErr w:type="spellStart"/>
      <w:r w:rsidRPr="00C25644">
        <w:t>ommaviy</w:t>
      </w:r>
      <w:proofErr w:type="spellEnd"/>
      <w:r w:rsidRPr="00C25644">
        <w:t xml:space="preserve"> </w:t>
      </w:r>
      <w:proofErr w:type="spellStart"/>
      <w:r w:rsidRPr="00C25644">
        <w:t>oferta</w:t>
      </w:r>
      <w:proofErr w:type="spellEnd"/>
      <w:r w:rsidRPr="00C25644">
        <w:t xml:space="preserve"> </w:t>
      </w:r>
      <w:proofErr w:type="spellStart"/>
      <w:r w:rsidRPr="00C25644">
        <w:t>hisoblanadi</w:t>
      </w:r>
      <w:proofErr w:type="spellEnd"/>
      <w:r w:rsidRPr="00C25644">
        <w:t xml:space="preserve">. </w:t>
      </w:r>
      <w:proofErr w:type="spellStart"/>
      <w:r w:rsidRPr="00C25644">
        <w:t>Mijoz</w:t>
      </w:r>
      <w:proofErr w:type="spellEnd"/>
      <w:r w:rsidRPr="00C25644">
        <w:t xml:space="preserve"> </w:t>
      </w:r>
      <w:proofErr w:type="spellStart"/>
      <w:r w:rsidRPr="00C25644">
        <w:t>tomonidan</w:t>
      </w:r>
      <w:proofErr w:type="spellEnd"/>
      <w:r w:rsidRPr="00C25644">
        <w:t xml:space="preserve"> </w:t>
      </w:r>
      <w:proofErr w:type="spellStart"/>
      <w:r w:rsidRPr="00C25644">
        <w:t>tegishli</w:t>
      </w:r>
      <w:proofErr w:type="spellEnd"/>
      <w:r w:rsidRPr="00C25644">
        <w:t xml:space="preserve"> </w:t>
      </w:r>
      <w:proofErr w:type="spellStart"/>
      <w:r w:rsidRPr="00C25644">
        <w:t>mahsulot</w:t>
      </w:r>
      <w:proofErr w:type="spellEnd"/>
      <w:r w:rsidRPr="00C25644">
        <w:t xml:space="preserve"> </w:t>
      </w:r>
      <w:proofErr w:type="spellStart"/>
      <w:proofErr w:type="gramStart"/>
      <w:r w:rsidRPr="00C25644">
        <w:t>bo‘</w:t>
      </w:r>
      <w:proofErr w:type="gramEnd"/>
      <w:r w:rsidRPr="00C25644">
        <w:t>yicha</w:t>
      </w:r>
      <w:proofErr w:type="spellEnd"/>
      <w:r w:rsidRPr="00C25644">
        <w:t xml:space="preserve"> </w:t>
      </w:r>
      <w:proofErr w:type="spellStart"/>
      <w:r w:rsidRPr="00C25644">
        <w:t>ariza</w:t>
      </w:r>
      <w:proofErr w:type="spellEnd"/>
      <w:r w:rsidRPr="00C25644">
        <w:t xml:space="preserve"> </w:t>
      </w:r>
      <w:proofErr w:type="spellStart"/>
      <w:r w:rsidRPr="00C25644">
        <w:t>berish</w:t>
      </w:r>
      <w:proofErr w:type="spellEnd"/>
      <w:r w:rsidRPr="00C25644">
        <w:t xml:space="preserve">, </w:t>
      </w:r>
      <w:proofErr w:type="spellStart"/>
      <w:r w:rsidRPr="00C25644">
        <w:t>masofaviy</w:t>
      </w:r>
      <w:proofErr w:type="spellEnd"/>
      <w:r w:rsidRPr="00C25644">
        <w:t xml:space="preserve"> </w:t>
      </w:r>
      <w:proofErr w:type="spellStart"/>
      <w:r w:rsidRPr="00C25644">
        <w:t>kanalda</w:t>
      </w:r>
      <w:proofErr w:type="spellEnd"/>
      <w:r w:rsidRPr="00C25644">
        <w:t xml:space="preserve"> </w:t>
      </w:r>
      <w:proofErr w:type="spellStart"/>
      <w:r w:rsidRPr="00C25644">
        <w:t>elektron</w:t>
      </w:r>
      <w:proofErr w:type="spellEnd"/>
      <w:r w:rsidRPr="00C25644">
        <w:t xml:space="preserve"> </w:t>
      </w:r>
      <w:proofErr w:type="spellStart"/>
      <w:r w:rsidRPr="00C25644">
        <w:t>tasdiq</w:t>
      </w:r>
      <w:proofErr w:type="spellEnd"/>
      <w:r w:rsidRPr="00C25644">
        <w:t xml:space="preserve"> </w:t>
      </w:r>
      <w:proofErr w:type="spellStart"/>
      <w:r w:rsidRPr="00C25644">
        <w:t>berish</w:t>
      </w:r>
      <w:proofErr w:type="spellEnd"/>
      <w:r w:rsidRPr="00C25644">
        <w:t xml:space="preserve"> </w:t>
      </w:r>
      <w:proofErr w:type="spellStart"/>
      <w:r w:rsidRPr="00C25644">
        <w:t>yoki</w:t>
      </w:r>
      <w:proofErr w:type="spellEnd"/>
      <w:r w:rsidRPr="00C25644">
        <w:t xml:space="preserve"> Bank </w:t>
      </w:r>
      <w:proofErr w:type="spellStart"/>
      <w:r w:rsidRPr="00C25644">
        <w:t>tomonidan</w:t>
      </w:r>
      <w:proofErr w:type="spellEnd"/>
      <w:r w:rsidRPr="00C25644">
        <w:t xml:space="preserve"> </w:t>
      </w:r>
      <w:proofErr w:type="spellStart"/>
      <w:r w:rsidRPr="00C25644">
        <w:t>belgilangan</w:t>
      </w:r>
      <w:proofErr w:type="spellEnd"/>
      <w:r w:rsidRPr="00C25644">
        <w:t xml:space="preserve"> </w:t>
      </w:r>
      <w:proofErr w:type="spellStart"/>
      <w:r w:rsidRPr="00C25644">
        <w:t>boshqa</w:t>
      </w:r>
      <w:proofErr w:type="spellEnd"/>
      <w:r w:rsidRPr="00C25644">
        <w:t xml:space="preserve"> </w:t>
      </w:r>
      <w:proofErr w:type="spellStart"/>
      <w:r w:rsidRPr="00C25644">
        <w:t>aksept</w:t>
      </w:r>
      <w:proofErr w:type="spellEnd"/>
      <w:r w:rsidRPr="00C25644">
        <w:t xml:space="preserve"> </w:t>
      </w:r>
      <w:proofErr w:type="spellStart"/>
      <w:r w:rsidRPr="00C25644">
        <w:t>harakatini</w:t>
      </w:r>
      <w:proofErr w:type="spellEnd"/>
      <w:r w:rsidRPr="00C25644">
        <w:t xml:space="preserve"> </w:t>
      </w:r>
      <w:proofErr w:type="spellStart"/>
      <w:r w:rsidRPr="00C25644">
        <w:t>amalga</w:t>
      </w:r>
      <w:proofErr w:type="spellEnd"/>
      <w:r w:rsidRPr="00C25644">
        <w:t xml:space="preserve"> </w:t>
      </w:r>
      <w:proofErr w:type="spellStart"/>
      <w:r w:rsidRPr="00C25644">
        <w:t>oshirish</w:t>
      </w:r>
      <w:proofErr w:type="spellEnd"/>
      <w:r w:rsidRPr="00C25644">
        <w:t xml:space="preserve"> </w:t>
      </w:r>
      <w:proofErr w:type="spellStart"/>
      <w:r w:rsidRPr="00C25644">
        <w:t>ushbu</w:t>
      </w:r>
      <w:proofErr w:type="spellEnd"/>
      <w:r w:rsidRPr="00C25644">
        <w:t xml:space="preserve"> </w:t>
      </w:r>
      <w:proofErr w:type="spellStart"/>
      <w:r w:rsidRPr="00C25644">
        <w:t>Shartnoma</w:t>
      </w:r>
      <w:proofErr w:type="spellEnd"/>
      <w:r w:rsidRPr="00C25644">
        <w:t xml:space="preserve"> </w:t>
      </w:r>
      <w:proofErr w:type="spellStart"/>
      <w:r w:rsidRPr="00C25644">
        <w:t>shartlariga</w:t>
      </w:r>
      <w:proofErr w:type="spellEnd"/>
      <w:r w:rsidRPr="00C25644">
        <w:t xml:space="preserve"> </w:t>
      </w:r>
      <w:proofErr w:type="spellStart"/>
      <w:r w:rsidRPr="00C25644">
        <w:t>qo‘shilishni</w:t>
      </w:r>
      <w:proofErr w:type="spellEnd"/>
      <w:r w:rsidRPr="00C25644">
        <w:t xml:space="preserve"> </w:t>
      </w:r>
      <w:proofErr w:type="spellStart"/>
      <w:r w:rsidRPr="00C25644">
        <w:t>anglatadi</w:t>
      </w:r>
      <w:proofErr w:type="spellEnd"/>
      <w:r w:rsidRPr="00C25644">
        <w:t>.</w:t>
      </w:r>
    </w:p>
    <w:p w14:paraId="5CBA52C7" w14:textId="77777777" w:rsidR="0037439E" w:rsidRPr="00C25644" w:rsidRDefault="00406F7C">
      <w:pPr>
        <w:spacing w:after="0" w:line="240" w:lineRule="auto"/>
        <w:ind w:firstLine="709"/>
        <w:jc w:val="both"/>
      </w:pPr>
      <w:proofErr w:type="spellStart"/>
      <w:r w:rsidRPr="00C25644">
        <w:t>Mazkur</w:t>
      </w:r>
      <w:proofErr w:type="spellEnd"/>
      <w:r w:rsidRPr="00C25644">
        <w:t xml:space="preserve"> </w:t>
      </w:r>
      <w:proofErr w:type="spellStart"/>
      <w:r w:rsidRPr="00C25644">
        <w:t>Shartnoma</w:t>
      </w:r>
      <w:proofErr w:type="spellEnd"/>
      <w:r w:rsidRPr="00C25644">
        <w:t xml:space="preserve"> </w:t>
      </w:r>
      <w:proofErr w:type="spellStart"/>
      <w:r w:rsidRPr="00C25644">
        <w:t>ikki</w:t>
      </w:r>
      <w:proofErr w:type="spellEnd"/>
      <w:r w:rsidRPr="00C25644">
        <w:t xml:space="preserve"> </w:t>
      </w:r>
      <w:proofErr w:type="spellStart"/>
      <w:r w:rsidRPr="00C25644">
        <w:t>mustaqil</w:t>
      </w:r>
      <w:proofErr w:type="spellEnd"/>
      <w:r w:rsidRPr="00C25644">
        <w:t xml:space="preserve"> </w:t>
      </w:r>
      <w:proofErr w:type="spellStart"/>
      <w:r w:rsidRPr="00C25644">
        <w:t>mahsulot</w:t>
      </w:r>
      <w:proofErr w:type="spellEnd"/>
      <w:r w:rsidRPr="00C25644">
        <w:t xml:space="preserve"> </w:t>
      </w:r>
      <w:proofErr w:type="spellStart"/>
      <w:r w:rsidRPr="00C25644">
        <w:t>modulidan</w:t>
      </w:r>
      <w:proofErr w:type="spellEnd"/>
      <w:r w:rsidRPr="00C25644">
        <w:t xml:space="preserve"> </w:t>
      </w:r>
      <w:proofErr w:type="spellStart"/>
      <w:r w:rsidRPr="00C25644">
        <w:t>iborat</w:t>
      </w:r>
      <w:proofErr w:type="spellEnd"/>
      <w:r w:rsidRPr="00C25644">
        <w:t>: A-</w:t>
      </w:r>
      <w:proofErr w:type="spellStart"/>
      <w:r w:rsidRPr="00C25644">
        <w:t>modul</w:t>
      </w:r>
      <w:proofErr w:type="spellEnd"/>
      <w:r w:rsidRPr="00C25644">
        <w:t xml:space="preserve"> – </w:t>
      </w:r>
      <w:proofErr w:type="spellStart"/>
      <w:r w:rsidRPr="00C25644">
        <w:t>jismoniy</w:t>
      </w:r>
      <w:proofErr w:type="spellEnd"/>
      <w:r w:rsidRPr="00C25644">
        <w:t xml:space="preserve"> </w:t>
      </w:r>
      <w:proofErr w:type="spellStart"/>
      <w:r w:rsidRPr="00C25644">
        <w:t>shaxslarga</w:t>
      </w:r>
      <w:proofErr w:type="spellEnd"/>
      <w:r w:rsidRPr="00C25644">
        <w:t xml:space="preserve"> bank </w:t>
      </w:r>
      <w:proofErr w:type="spellStart"/>
      <w:r w:rsidRPr="00C25644">
        <w:t>kartalarini</w:t>
      </w:r>
      <w:proofErr w:type="spellEnd"/>
      <w:r w:rsidRPr="00C25644">
        <w:t xml:space="preserve"> </w:t>
      </w:r>
      <w:proofErr w:type="spellStart"/>
      <w:r w:rsidRPr="00C25644">
        <w:t>taqdim</w:t>
      </w:r>
      <w:proofErr w:type="spellEnd"/>
      <w:r w:rsidRPr="00C25644">
        <w:t xml:space="preserve"> </w:t>
      </w:r>
      <w:proofErr w:type="spellStart"/>
      <w:r w:rsidRPr="00C25644">
        <w:t>etish</w:t>
      </w:r>
      <w:proofErr w:type="spellEnd"/>
      <w:r w:rsidRPr="00C25644">
        <w:t>; B-</w:t>
      </w:r>
      <w:proofErr w:type="spellStart"/>
      <w:r w:rsidRPr="00C25644">
        <w:t>modul</w:t>
      </w:r>
      <w:proofErr w:type="spellEnd"/>
      <w:r w:rsidRPr="00C25644">
        <w:t xml:space="preserve"> – </w:t>
      </w:r>
      <w:proofErr w:type="spellStart"/>
      <w:r w:rsidRPr="00C25644">
        <w:t>jismoniy</w:t>
      </w:r>
      <w:proofErr w:type="spellEnd"/>
      <w:r w:rsidRPr="00C25644">
        <w:t xml:space="preserve"> </w:t>
      </w:r>
      <w:proofErr w:type="spellStart"/>
      <w:r w:rsidRPr="00C25644">
        <w:t>shaxslarga</w:t>
      </w:r>
      <w:proofErr w:type="spellEnd"/>
      <w:r w:rsidRPr="00C25644">
        <w:t xml:space="preserve"> talab </w:t>
      </w:r>
      <w:proofErr w:type="spellStart"/>
      <w:r w:rsidRPr="00C25644">
        <w:t>qilib</w:t>
      </w:r>
      <w:proofErr w:type="spellEnd"/>
      <w:r w:rsidRPr="00C25644">
        <w:t xml:space="preserve"> </w:t>
      </w:r>
      <w:proofErr w:type="spellStart"/>
      <w:r w:rsidRPr="00C25644">
        <w:t>olinguncha</w:t>
      </w:r>
      <w:proofErr w:type="spellEnd"/>
      <w:r w:rsidRPr="00C25644">
        <w:t xml:space="preserve"> bank </w:t>
      </w:r>
      <w:proofErr w:type="spellStart"/>
      <w:r w:rsidRPr="00C25644">
        <w:t>hisobvaraqlarini</w:t>
      </w:r>
      <w:proofErr w:type="spellEnd"/>
      <w:r w:rsidRPr="00C25644">
        <w:t xml:space="preserve"> </w:t>
      </w:r>
      <w:proofErr w:type="spellStart"/>
      <w:r w:rsidRPr="00C25644">
        <w:t>ochish</w:t>
      </w:r>
      <w:proofErr w:type="spellEnd"/>
      <w:r w:rsidRPr="00C25644">
        <w:t xml:space="preserve">. </w:t>
      </w:r>
      <w:proofErr w:type="spellStart"/>
      <w:r w:rsidRPr="00C25644">
        <w:t>Mijoz</w:t>
      </w:r>
      <w:proofErr w:type="spellEnd"/>
      <w:r w:rsidRPr="00C25644">
        <w:t xml:space="preserve"> </w:t>
      </w:r>
      <w:proofErr w:type="spellStart"/>
      <w:r w:rsidRPr="00C25644">
        <w:t>faqat</w:t>
      </w:r>
      <w:proofErr w:type="spellEnd"/>
      <w:r w:rsidRPr="00C25644">
        <w:t xml:space="preserve"> </w:t>
      </w:r>
      <w:proofErr w:type="spellStart"/>
      <w:proofErr w:type="gramStart"/>
      <w:r w:rsidRPr="00C25644">
        <w:t>o‘</w:t>
      </w:r>
      <w:proofErr w:type="gramEnd"/>
      <w:r w:rsidRPr="00C25644">
        <w:t>zi</w:t>
      </w:r>
      <w:proofErr w:type="spellEnd"/>
      <w:r w:rsidRPr="00C25644">
        <w:t xml:space="preserve"> </w:t>
      </w:r>
      <w:proofErr w:type="spellStart"/>
      <w:r w:rsidRPr="00C25644">
        <w:t>tanlagan</w:t>
      </w:r>
      <w:proofErr w:type="spellEnd"/>
      <w:r w:rsidRPr="00C25644">
        <w:t xml:space="preserve"> </w:t>
      </w:r>
      <w:proofErr w:type="spellStart"/>
      <w:r w:rsidRPr="00C25644">
        <w:t>modul</w:t>
      </w:r>
      <w:proofErr w:type="spellEnd"/>
      <w:r w:rsidRPr="00C25644">
        <w:t xml:space="preserve"> </w:t>
      </w:r>
      <w:proofErr w:type="spellStart"/>
      <w:r w:rsidRPr="00C25644">
        <w:t>bo‘yicha</w:t>
      </w:r>
      <w:proofErr w:type="spellEnd"/>
      <w:r w:rsidRPr="00C25644">
        <w:t xml:space="preserve"> </w:t>
      </w:r>
      <w:proofErr w:type="spellStart"/>
      <w:r w:rsidRPr="00C25644">
        <w:t>aksept</w:t>
      </w:r>
      <w:proofErr w:type="spellEnd"/>
      <w:r w:rsidRPr="00C25644">
        <w:t xml:space="preserve"> </w:t>
      </w:r>
      <w:proofErr w:type="spellStart"/>
      <w:r w:rsidRPr="00C25644">
        <w:t>beradi</w:t>
      </w:r>
      <w:proofErr w:type="spellEnd"/>
      <w:r w:rsidRPr="00C25644">
        <w:t xml:space="preserve"> </w:t>
      </w:r>
      <w:proofErr w:type="spellStart"/>
      <w:r w:rsidRPr="00C25644">
        <w:t>va</w:t>
      </w:r>
      <w:proofErr w:type="spellEnd"/>
      <w:r w:rsidRPr="00C25644">
        <w:t xml:space="preserve"> </w:t>
      </w:r>
      <w:proofErr w:type="spellStart"/>
      <w:r w:rsidRPr="00C25644">
        <w:t>shu</w:t>
      </w:r>
      <w:proofErr w:type="spellEnd"/>
      <w:r w:rsidRPr="00C25644">
        <w:t xml:space="preserve"> </w:t>
      </w:r>
      <w:proofErr w:type="spellStart"/>
      <w:r w:rsidRPr="00C25644">
        <w:t>mahsulotga</w:t>
      </w:r>
      <w:proofErr w:type="spellEnd"/>
      <w:r w:rsidRPr="00C25644">
        <w:t xml:space="preserve"> </w:t>
      </w:r>
      <w:proofErr w:type="spellStart"/>
      <w:r w:rsidRPr="00C25644">
        <w:t>nisbatan</w:t>
      </w:r>
      <w:proofErr w:type="spellEnd"/>
      <w:r w:rsidRPr="00C25644">
        <w:t xml:space="preserve"> </w:t>
      </w:r>
      <w:proofErr w:type="spellStart"/>
      <w:r w:rsidRPr="00C25644">
        <w:t>Shartnoma</w:t>
      </w:r>
      <w:proofErr w:type="spellEnd"/>
      <w:r w:rsidRPr="00C25644">
        <w:t xml:space="preserve"> </w:t>
      </w:r>
      <w:proofErr w:type="spellStart"/>
      <w:r w:rsidRPr="00C25644">
        <w:t>kuchga</w:t>
      </w:r>
      <w:proofErr w:type="spellEnd"/>
      <w:r w:rsidRPr="00C25644">
        <w:t xml:space="preserve"> </w:t>
      </w:r>
      <w:proofErr w:type="spellStart"/>
      <w:r w:rsidRPr="00C25644">
        <w:t>kiradi</w:t>
      </w:r>
      <w:proofErr w:type="spellEnd"/>
      <w:r w:rsidRPr="00C25644">
        <w:t xml:space="preserve">. </w:t>
      </w:r>
      <w:proofErr w:type="spellStart"/>
      <w:proofErr w:type="gramStart"/>
      <w:r w:rsidRPr="00C25644">
        <w:rPr>
          <w:b/>
        </w:rPr>
        <w:t>Jamg‘</w:t>
      </w:r>
      <w:proofErr w:type="gramEnd"/>
      <w:r w:rsidRPr="00C25644">
        <w:rPr>
          <w:b/>
        </w:rPr>
        <w:t>arma</w:t>
      </w:r>
      <w:proofErr w:type="spellEnd"/>
      <w:r w:rsidRPr="00C25644">
        <w:rPr>
          <w:b/>
        </w:rPr>
        <w:t xml:space="preserve"> </w:t>
      </w:r>
      <w:proofErr w:type="spellStart"/>
      <w:r w:rsidRPr="00C25644">
        <w:rPr>
          <w:b/>
        </w:rPr>
        <w:t>omonatlari</w:t>
      </w:r>
      <w:proofErr w:type="spellEnd"/>
      <w:r w:rsidRPr="00C25644">
        <w:rPr>
          <w:b/>
        </w:rPr>
        <w:t xml:space="preserve"> </w:t>
      </w:r>
      <w:proofErr w:type="spellStart"/>
      <w:r w:rsidRPr="00C25644">
        <w:rPr>
          <w:b/>
        </w:rPr>
        <w:t>va</w:t>
      </w:r>
      <w:proofErr w:type="spellEnd"/>
      <w:r w:rsidRPr="00C25644">
        <w:rPr>
          <w:b/>
        </w:rPr>
        <w:t xml:space="preserve"> </w:t>
      </w:r>
      <w:proofErr w:type="spellStart"/>
      <w:r w:rsidRPr="00C25644">
        <w:rPr>
          <w:b/>
        </w:rPr>
        <w:t>muddatli</w:t>
      </w:r>
      <w:proofErr w:type="spellEnd"/>
      <w:r w:rsidRPr="00C25644">
        <w:rPr>
          <w:b/>
        </w:rPr>
        <w:t xml:space="preserve"> </w:t>
      </w:r>
      <w:proofErr w:type="spellStart"/>
      <w:r w:rsidRPr="00C25644">
        <w:rPr>
          <w:b/>
        </w:rPr>
        <w:t>omonatlar</w:t>
      </w:r>
      <w:proofErr w:type="spellEnd"/>
      <w:r w:rsidRPr="00C25644">
        <w:rPr>
          <w:b/>
        </w:rPr>
        <w:t xml:space="preserve"> </w:t>
      </w:r>
      <w:proofErr w:type="spellStart"/>
      <w:r w:rsidRPr="00C25644">
        <w:rPr>
          <w:b/>
        </w:rPr>
        <w:t>bo‘yicha</w:t>
      </w:r>
      <w:proofErr w:type="spellEnd"/>
      <w:r w:rsidRPr="00C25644">
        <w:rPr>
          <w:b/>
        </w:rPr>
        <w:t xml:space="preserve"> Bank </w:t>
      </w:r>
      <w:proofErr w:type="spellStart"/>
      <w:r w:rsidRPr="00C25644">
        <w:rPr>
          <w:b/>
        </w:rPr>
        <w:t>va</w:t>
      </w:r>
      <w:proofErr w:type="spellEnd"/>
      <w:r w:rsidRPr="00C25644">
        <w:rPr>
          <w:b/>
        </w:rPr>
        <w:t xml:space="preserve"> </w:t>
      </w:r>
      <w:proofErr w:type="spellStart"/>
      <w:r w:rsidRPr="00C25644">
        <w:rPr>
          <w:b/>
        </w:rPr>
        <w:t>mijoz</w:t>
      </w:r>
      <w:proofErr w:type="spellEnd"/>
      <w:r w:rsidRPr="00C25644">
        <w:rPr>
          <w:b/>
        </w:rPr>
        <w:t xml:space="preserve"> </w:t>
      </w:r>
      <w:proofErr w:type="spellStart"/>
      <w:r w:rsidRPr="00C25644">
        <w:rPr>
          <w:b/>
        </w:rPr>
        <w:t>o‘rtasida</w:t>
      </w:r>
      <w:proofErr w:type="spellEnd"/>
      <w:r w:rsidRPr="00C25644">
        <w:rPr>
          <w:b/>
        </w:rPr>
        <w:t xml:space="preserve"> </w:t>
      </w:r>
      <w:proofErr w:type="spellStart"/>
      <w:r w:rsidRPr="00C25644">
        <w:rPr>
          <w:b/>
        </w:rPr>
        <w:t>Bankning</w:t>
      </w:r>
      <w:proofErr w:type="spellEnd"/>
      <w:r w:rsidRPr="00C25644">
        <w:rPr>
          <w:b/>
        </w:rPr>
        <w:t xml:space="preserve"> </w:t>
      </w:r>
      <w:proofErr w:type="spellStart"/>
      <w:r w:rsidRPr="00C25644">
        <w:rPr>
          <w:b/>
        </w:rPr>
        <w:t>amaldagi</w:t>
      </w:r>
      <w:proofErr w:type="spellEnd"/>
      <w:r w:rsidRPr="00C25644">
        <w:rPr>
          <w:b/>
        </w:rPr>
        <w:t xml:space="preserve"> </w:t>
      </w:r>
      <w:proofErr w:type="spellStart"/>
      <w:r w:rsidRPr="00C25644">
        <w:rPr>
          <w:b/>
        </w:rPr>
        <w:t>Omonatlar</w:t>
      </w:r>
      <w:proofErr w:type="spellEnd"/>
      <w:r w:rsidRPr="00C25644">
        <w:rPr>
          <w:b/>
        </w:rPr>
        <w:t xml:space="preserve"> </w:t>
      </w:r>
      <w:proofErr w:type="spellStart"/>
      <w:r w:rsidRPr="00C25644">
        <w:rPr>
          <w:b/>
        </w:rPr>
        <w:t>qoidalariga</w:t>
      </w:r>
      <w:proofErr w:type="spellEnd"/>
      <w:r w:rsidRPr="00C25644">
        <w:rPr>
          <w:b/>
        </w:rPr>
        <w:t xml:space="preserve"> </w:t>
      </w:r>
      <w:proofErr w:type="spellStart"/>
      <w:r w:rsidRPr="00C25644">
        <w:rPr>
          <w:b/>
        </w:rPr>
        <w:t>muvofiq</w:t>
      </w:r>
      <w:proofErr w:type="spellEnd"/>
      <w:r w:rsidRPr="00C25644">
        <w:rPr>
          <w:b/>
        </w:rPr>
        <w:t xml:space="preserve"> </w:t>
      </w:r>
      <w:proofErr w:type="spellStart"/>
      <w:r w:rsidRPr="00C25644">
        <w:rPr>
          <w:b/>
        </w:rPr>
        <w:t>alohida</w:t>
      </w:r>
      <w:proofErr w:type="spellEnd"/>
      <w:r w:rsidRPr="00C25644">
        <w:rPr>
          <w:b/>
        </w:rPr>
        <w:t xml:space="preserve"> bank </w:t>
      </w:r>
      <w:proofErr w:type="spellStart"/>
      <w:r w:rsidRPr="00C25644">
        <w:rPr>
          <w:b/>
        </w:rPr>
        <w:t>omonati</w:t>
      </w:r>
      <w:proofErr w:type="spellEnd"/>
      <w:r w:rsidRPr="00C25644">
        <w:rPr>
          <w:b/>
        </w:rPr>
        <w:t xml:space="preserve"> </w:t>
      </w:r>
      <w:proofErr w:type="spellStart"/>
      <w:r w:rsidRPr="00C25644">
        <w:rPr>
          <w:b/>
        </w:rPr>
        <w:t>shartnomalari</w:t>
      </w:r>
      <w:proofErr w:type="spellEnd"/>
      <w:r w:rsidRPr="00C25644">
        <w:rPr>
          <w:b/>
        </w:rPr>
        <w:t xml:space="preserve"> </w:t>
      </w:r>
      <w:proofErr w:type="spellStart"/>
      <w:r w:rsidRPr="00C25644">
        <w:rPr>
          <w:b/>
        </w:rPr>
        <w:t>tuziladi</w:t>
      </w:r>
      <w:proofErr w:type="spellEnd"/>
      <w:r w:rsidRPr="00C25644">
        <w:rPr>
          <w:b/>
        </w:rPr>
        <w:t>.</w:t>
      </w:r>
    </w:p>
    <w:p w14:paraId="730673E2" w14:textId="77777777" w:rsidR="0037439E" w:rsidRPr="00C25644" w:rsidRDefault="0037439E">
      <w:pPr>
        <w:spacing w:after="40" w:line="240" w:lineRule="auto"/>
        <w:jc w:val="both"/>
      </w:pPr>
    </w:p>
    <w:p w14:paraId="59988BE7" w14:textId="77777777" w:rsidR="0037439E" w:rsidRPr="00C25644" w:rsidRDefault="00406F7C">
      <w:pPr>
        <w:spacing w:after="0" w:line="240" w:lineRule="auto"/>
        <w:jc w:val="both"/>
      </w:pPr>
      <w:r w:rsidRPr="00C25644">
        <w:rPr>
          <w:b/>
        </w:rPr>
        <w:t>1. ATAMALAR VA UMUMIY QOIDALAR</w:t>
      </w:r>
    </w:p>
    <w:p w14:paraId="4C3BFED9" w14:textId="77777777" w:rsidR="0037439E" w:rsidRPr="00C25644" w:rsidRDefault="00406F7C">
      <w:pPr>
        <w:spacing w:after="0" w:line="240" w:lineRule="auto"/>
        <w:ind w:firstLine="709"/>
        <w:jc w:val="both"/>
      </w:pPr>
      <w:r w:rsidRPr="00C25644">
        <w:t xml:space="preserve">1.1. </w:t>
      </w:r>
      <w:proofErr w:type="spellStart"/>
      <w:r w:rsidRPr="00C25644">
        <w:t>Mazkur</w:t>
      </w:r>
      <w:proofErr w:type="spellEnd"/>
      <w:r w:rsidRPr="00C25644">
        <w:t xml:space="preserve"> </w:t>
      </w:r>
      <w:proofErr w:type="spellStart"/>
      <w:r w:rsidRPr="00C25644">
        <w:t>Shartnomada</w:t>
      </w:r>
      <w:proofErr w:type="spellEnd"/>
      <w:r w:rsidRPr="00C25644">
        <w:t xml:space="preserve"> </w:t>
      </w:r>
      <w:proofErr w:type="spellStart"/>
      <w:r w:rsidRPr="00C25644">
        <w:t>quyidagi</w:t>
      </w:r>
      <w:proofErr w:type="spellEnd"/>
      <w:r w:rsidRPr="00C25644">
        <w:t xml:space="preserve"> </w:t>
      </w:r>
      <w:proofErr w:type="spellStart"/>
      <w:r w:rsidRPr="00C25644">
        <w:t>asosiy</w:t>
      </w:r>
      <w:proofErr w:type="spellEnd"/>
      <w:r w:rsidRPr="00C25644">
        <w:t xml:space="preserve"> </w:t>
      </w:r>
      <w:proofErr w:type="spellStart"/>
      <w:r w:rsidRPr="00C25644">
        <w:t>atamalar</w:t>
      </w:r>
      <w:proofErr w:type="spellEnd"/>
      <w:r w:rsidRPr="00C25644">
        <w:t xml:space="preserve"> </w:t>
      </w:r>
      <w:proofErr w:type="spellStart"/>
      <w:proofErr w:type="gramStart"/>
      <w:r w:rsidRPr="00C25644">
        <w:t>qo‘</w:t>
      </w:r>
      <w:proofErr w:type="gramEnd"/>
      <w:r w:rsidRPr="00C25644">
        <w:t>llaniladi</w:t>
      </w:r>
      <w:proofErr w:type="spellEnd"/>
      <w:r w:rsidRPr="00C25644">
        <w:t>:</w:t>
      </w:r>
    </w:p>
    <w:p w14:paraId="34ACB42F" w14:textId="77777777" w:rsidR="0037439E" w:rsidRPr="00C25644" w:rsidRDefault="00406F7C">
      <w:pPr>
        <w:spacing w:after="0" w:line="240" w:lineRule="auto"/>
        <w:ind w:firstLine="709"/>
        <w:jc w:val="both"/>
      </w:pPr>
      <w:r w:rsidRPr="00C25644">
        <w:t xml:space="preserve">1.1.1. </w:t>
      </w:r>
      <w:proofErr w:type="spellStart"/>
      <w:r w:rsidRPr="00C25644">
        <w:t>Mijoz</w:t>
      </w:r>
      <w:proofErr w:type="spellEnd"/>
      <w:r w:rsidRPr="00C25644">
        <w:t xml:space="preserve"> – Bank </w:t>
      </w:r>
      <w:proofErr w:type="spellStart"/>
      <w:r w:rsidRPr="00C25644">
        <w:t>xizmatidan</w:t>
      </w:r>
      <w:proofErr w:type="spellEnd"/>
      <w:r w:rsidRPr="00C25644">
        <w:t xml:space="preserve"> </w:t>
      </w:r>
      <w:proofErr w:type="spellStart"/>
      <w:r w:rsidRPr="00C25644">
        <w:t>shaxsiy</w:t>
      </w:r>
      <w:proofErr w:type="spellEnd"/>
      <w:r w:rsidRPr="00C25644">
        <w:t xml:space="preserve"> </w:t>
      </w:r>
      <w:proofErr w:type="spellStart"/>
      <w:r w:rsidRPr="00C25644">
        <w:t>ehtiyojlari</w:t>
      </w:r>
      <w:proofErr w:type="spellEnd"/>
      <w:r w:rsidRPr="00C25644">
        <w:t xml:space="preserve"> </w:t>
      </w:r>
      <w:proofErr w:type="spellStart"/>
      <w:r w:rsidRPr="00C25644">
        <w:t>uchun</w:t>
      </w:r>
      <w:proofErr w:type="spellEnd"/>
      <w:r w:rsidRPr="00C25644">
        <w:t xml:space="preserve"> </w:t>
      </w:r>
      <w:proofErr w:type="spellStart"/>
      <w:r w:rsidRPr="00C25644">
        <w:t>foydalanayotgan</w:t>
      </w:r>
      <w:proofErr w:type="spellEnd"/>
      <w:r w:rsidRPr="00C25644">
        <w:t xml:space="preserve"> </w:t>
      </w:r>
      <w:proofErr w:type="spellStart"/>
      <w:r w:rsidRPr="00C25644">
        <w:t>jismoniy</w:t>
      </w:r>
      <w:proofErr w:type="spellEnd"/>
      <w:r w:rsidRPr="00C25644">
        <w:t xml:space="preserve"> </w:t>
      </w:r>
      <w:proofErr w:type="spellStart"/>
      <w:r w:rsidRPr="00C25644">
        <w:t>shaxs</w:t>
      </w:r>
      <w:proofErr w:type="spellEnd"/>
      <w:r w:rsidRPr="00C25644">
        <w:t>;</w:t>
      </w:r>
    </w:p>
    <w:p w14:paraId="60893162" w14:textId="77777777" w:rsidR="0037439E" w:rsidRPr="00C25644" w:rsidRDefault="00406F7C">
      <w:pPr>
        <w:spacing w:after="0" w:line="240" w:lineRule="auto"/>
        <w:ind w:firstLine="709"/>
        <w:jc w:val="both"/>
      </w:pPr>
      <w:r w:rsidRPr="00C25644">
        <w:t xml:space="preserve">1.1.2. bank </w:t>
      </w:r>
      <w:proofErr w:type="spellStart"/>
      <w:r w:rsidRPr="00C25644">
        <w:t>kartasi</w:t>
      </w:r>
      <w:proofErr w:type="spellEnd"/>
      <w:r w:rsidRPr="00C25644">
        <w:t xml:space="preserve"> – </w:t>
      </w:r>
      <w:proofErr w:type="spellStart"/>
      <w:r w:rsidRPr="00C25644">
        <w:t>Mijozga</w:t>
      </w:r>
      <w:proofErr w:type="spellEnd"/>
      <w:r w:rsidRPr="00C25644">
        <w:t xml:space="preserve"> </w:t>
      </w:r>
      <w:proofErr w:type="spellStart"/>
      <w:r w:rsidRPr="00C25644">
        <w:t>karta</w:t>
      </w:r>
      <w:proofErr w:type="spellEnd"/>
      <w:r w:rsidRPr="00C25644">
        <w:t xml:space="preserve"> </w:t>
      </w:r>
      <w:proofErr w:type="spellStart"/>
      <w:proofErr w:type="gramStart"/>
      <w:r w:rsidRPr="00C25644">
        <w:t>hisobvarag‘</w:t>
      </w:r>
      <w:proofErr w:type="gramEnd"/>
      <w:r w:rsidRPr="00C25644">
        <w:t>i</w:t>
      </w:r>
      <w:proofErr w:type="spellEnd"/>
      <w:r w:rsidRPr="00C25644">
        <w:t xml:space="preserve"> </w:t>
      </w:r>
      <w:proofErr w:type="spellStart"/>
      <w:r w:rsidRPr="00C25644">
        <w:t>bo‘yicha</w:t>
      </w:r>
      <w:proofErr w:type="spellEnd"/>
      <w:r w:rsidRPr="00C25644">
        <w:t xml:space="preserve"> </w:t>
      </w:r>
      <w:proofErr w:type="spellStart"/>
      <w:r w:rsidRPr="00C25644">
        <w:t>operatsiyalarni</w:t>
      </w:r>
      <w:proofErr w:type="spellEnd"/>
      <w:r w:rsidRPr="00C25644">
        <w:t xml:space="preserve"> </w:t>
      </w:r>
      <w:proofErr w:type="spellStart"/>
      <w:r w:rsidRPr="00C25644">
        <w:t>amalga</w:t>
      </w:r>
      <w:proofErr w:type="spellEnd"/>
      <w:r w:rsidRPr="00C25644">
        <w:t xml:space="preserve"> </w:t>
      </w:r>
      <w:proofErr w:type="spellStart"/>
      <w:r w:rsidRPr="00C25644">
        <w:t>oshirish</w:t>
      </w:r>
      <w:proofErr w:type="spellEnd"/>
      <w:r w:rsidRPr="00C25644">
        <w:t xml:space="preserve"> </w:t>
      </w:r>
      <w:proofErr w:type="spellStart"/>
      <w:r w:rsidRPr="00C25644">
        <w:t>imkonini</w:t>
      </w:r>
      <w:proofErr w:type="spellEnd"/>
      <w:r w:rsidRPr="00C25644">
        <w:t xml:space="preserve"> </w:t>
      </w:r>
      <w:proofErr w:type="spellStart"/>
      <w:r w:rsidRPr="00C25644">
        <w:t>beruvchi</w:t>
      </w:r>
      <w:proofErr w:type="spellEnd"/>
      <w:r w:rsidRPr="00C25644">
        <w:t xml:space="preserve"> </w:t>
      </w:r>
      <w:proofErr w:type="spellStart"/>
      <w:r w:rsidRPr="00C25644">
        <w:t>to‘lov</w:t>
      </w:r>
      <w:proofErr w:type="spellEnd"/>
      <w:r w:rsidRPr="00C25644">
        <w:t xml:space="preserve"> </w:t>
      </w:r>
      <w:proofErr w:type="spellStart"/>
      <w:r w:rsidRPr="00C25644">
        <w:t>vositasi</w:t>
      </w:r>
      <w:proofErr w:type="spellEnd"/>
      <w:r w:rsidRPr="00C25644">
        <w:t>;</w:t>
      </w:r>
    </w:p>
    <w:p w14:paraId="0A38734B" w14:textId="77777777" w:rsidR="0037439E" w:rsidRPr="00C25644" w:rsidRDefault="00406F7C">
      <w:pPr>
        <w:spacing w:after="0" w:line="240" w:lineRule="auto"/>
        <w:ind w:firstLine="709"/>
        <w:jc w:val="both"/>
      </w:pPr>
      <w:r w:rsidRPr="00C25644">
        <w:t xml:space="preserve">1.1.3. </w:t>
      </w:r>
      <w:proofErr w:type="spellStart"/>
      <w:r w:rsidRPr="00C25644">
        <w:t>karta</w:t>
      </w:r>
      <w:proofErr w:type="spellEnd"/>
      <w:r w:rsidRPr="00C25644">
        <w:t xml:space="preserve"> </w:t>
      </w:r>
      <w:proofErr w:type="spellStart"/>
      <w:proofErr w:type="gramStart"/>
      <w:r w:rsidRPr="00C25644">
        <w:t>hisobvarag‘</w:t>
      </w:r>
      <w:proofErr w:type="gramEnd"/>
      <w:r w:rsidRPr="00C25644">
        <w:t>i</w:t>
      </w:r>
      <w:proofErr w:type="spellEnd"/>
      <w:r w:rsidRPr="00C25644">
        <w:t xml:space="preserve"> – bank </w:t>
      </w:r>
      <w:proofErr w:type="spellStart"/>
      <w:r w:rsidRPr="00C25644">
        <w:t>kartasi</w:t>
      </w:r>
      <w:proofErr w:type="spellEnd"/>
      <w:r w:rsidRPr="00C25644">
        <w:t xml:space="preserve"> </w:t>
      </w:r>
      <w:proofErr w:type="spellStart"/>
      <w:r w:rsidRPr="00C25644">
        <w:t>orqali</w:t>
      </w:r>
      <w:proofErr w:type="spellEnd"/>
      <w:r w:rsidRPr="00C25644">
        <w:t xml:space="preserve"> </w:t>
      </w:r>
      <w:proofErr w:type="spellStart"/>
      <w:r w:rsidRPr="00C25644">
        <w:t>operatsiyalarni</w:t>
      </w:r>
      <w:proofErr w:type="spellEnd"/>
      <w:r w:rsidRPr="00C25644">
        <w:t xml:space="preserve"> </w:t>
      </w:r>
      <w:proofErr w:type="spellStart"/>
      <w:r w:rsidRPr="00C25644">
        <w:t>hisobga</w:t>
      </w:r>
      <w:proofErr w:type="spellEnd"/>
      <w:r w:rsidRPr="00C25644">
        <w:t xml:space="preserve"> </w:t>
      </w:r>
      <w:proofErr w:type="spellStart"/>
      <w:r w:rsidRPr="00C25644">
        <w:t>olish</w:t>
      </w:r>
      <w:proofErr w:type="spellEnd"/>
      <w:r w:rsidRPr="00C25644">
        <w:t xml:space="preserve"> </w:t>
      </w:r>
      <w:proofErr w:type="spellStart"/>
      <w:r w:rsidRPr="00C25644">
        <w:t>uchun</w:t>
      </w:r>
      <w:proofErr w:type="spellEnd"/>
      <w:r w:rsidRPr="00C25644">
        <w:t xml:space="preserve"> </w:t>
      </w:r>
      <w:proofErr w:type="spellStart"/>
      <w:r w:rsidRPr="00C25644">
        <w:t>ochiladigan</w:t>
      </w:r>
      <w:proofErr w:type="spellEnd"/>
      <w:r w:rsidRPr="00C25644">
        <w:t xml:space="preserve"> bank </w:t>
      </w:r>
      <w:proofErr w:type="spellStart"/>
      <w:r w:rsidRPr="00C25644">
        <w:t>hisobvarag‘i</w:t>
      </w:r>
      <w:proofErr w:type="spellEnd"/>
      <w:r w:rsidRPr="00C25644">
        <w:t>;</w:t>
      </w:r>
    </w:p>
    <w:p w14:paraId="32ABACEF" w14:textId="77777777" w:rsidR="0037439E" w:rsidRPr="00C25644" w:rsidRDefault="00406F7C">
      <w:pPr>
        <w:spacing w:after="0" w:line="240" w:lineRule="auto"/>
        <w:ind w:firstLine="709"/>
        <w:jc w:val="both"/>
      </w:pPr>
      <w:r w:rsidRPr="00C25644">
        <w:t xml:space="preserve">1.1.4. talab </w:t>
      </w:r>
      <w:proofErr w:type="spellStart"/>
      <w:r w:rsidRPr="00C25644">
        <w:t>qilib</w:t>
      </w:r>
      <w:proofErr w:type="spellEnd"/>
      <w:r w:rsidRPr="00C25644">
        <w:t xml:space="preserve"> </w:t>
      </w:r>
      <w:proofErr w:type="spellStart"/>
      <w:r w:rsidRPr="00C25644">
        <w:t>olinguncha</w:t>
      </w:r>
      <w:proofErr w:type="spellEnd"/>
      <w:r w:rsidRPr="00C25644">
        <w:t xml:space="preserve"> bank </w:t>
      </w:r>
      <w:proofErr w:type="spellStart"/>
      <w:proofErr w:type="gramStart"/>
      <w:r w:rsidRPr="00C25644">
        <w:t>hisobvarag‘</w:t>
      </w:r>
      <w:proofErr w:type="gramEnd"/>
      <w:r w:rsidRPr="00C25644">
        <w:t>i</w:t>
      </w:r>
      <w:proofErr w:type="spellEnd"/>
      <w:r w:rsidRPr="00C25644">
        <w:t xml:space="preserve"> – </w:t>
      </w:r>
      <w:proofErr w:type="spellStart"/>
      <w:r w:rsidRPr="00C25644">
        <w:t>Mijozning</w:t>
      </w:r>
      <w:proofErr w:type="spellEnd"/>
      <w:r w:rsidRPr="00C25644">
        <w:t xml:space="preserve"> </w:t>
      </w:r>
      <w:proofErr w:type="spellStart"/>
      <w:r w:rsidRPr="00C25644">
        <w:t>birinchi</w:t>
      </w:r>
      <w:proofErr w:type="spellEnd"/>
      <w:r w:rsidRPr="00C25644">
        <w:t xml:space="preserve"> </w:t>
      </w:r>
      <w:proofErr w:type="spellStart"/>
      <w:r w:rsidRPr="00C25644">
        <w:t>talabi</w:t>
      </w:r>
      <w:proofErr w:type="spellEnd"/>
      <w:r w:rsidRPr="00C25644">
        <w:t xml:space="preserve"> </w:t>
      </w:r>
      <w:proofErr w:type="spellStart"/>
      <w:r w:rsidRPr="00C25644">
        <w:t>bilan</w:t>
      </w:r>
      <w:proofErr w:type="spellEnd"/>
      <w:r w:rsidRPr="00C25644">
        <w:t xml:space="preserve"> </w:t>
      </w:r>
      <w:proofErr w:type="spellStart"/>
      <w:r w:rsidRPr="00C25644">
        <w:t>foydalanilishi</w:t>
      </w:r>
      <w:proofErr w:type="spellEnd"/>
      <w:r w:rsidRPr="00C25644">
        <w:t xml:space="preserve">, </w:t>
      </w:r>
      <w:proofErr w:type="spellStart"/>
      <w:r w:rsidRPr="00C25644">
        <w:t>qaytarilishi</w:t>
      </w:r>
      <w:proofErr w:type="spellEnd"/>
      <w:r w:rsidRPr="00C25644">
        <w:t xml:space="preserve"> </w:t>
      </w:r>
      <w:proofErr w:type="spellStart"/>
      <w:r w:rsidRPr="00C25644">
        <w:t>yoki</w:t>
      </w:r>
      <w:proofErr w:type="spellEnd"/>
      <w:r w:rsidRPr="00C25644">
        <w:t xml:space="preserve"> </w:t>
      </w:r>
      <w:proofErr w:type="spellStart"/>
      <w:r w:rsidRPr="00C25644">
        <w:t>o‘tkazib</w:t>
      </w:r>
      <w:proofErr w:type="spellEnd"/>
      <w:r w:rsidRPr="00C25644">
        <w:t xml:space="preserve"> </w:t>
      </w:r>
      <w:proofErr w:type="spellStart"/>
      <w:r w:rsidRPr="00C25644">
        <w:t>berilishi</w:t>
      </w:r>
      <w:proofErr w:type="spellEnd"/>
      <w:r w:rsidRPr="00C25644">
        <w:t xml:space="preserve"> </w:t>
      </w:r>
      <w:proofErr w:type="spellStart"/>
      <w:r w:rsidRPr="00C25644">
        <w:t>mumkin</w:t>
      </w:r>
      <w:proofErr w:type="spellEnd"/>
      <w:r w:rsidRPr="00C25644">
        <w:t xml:space="preserve"> </w:t>
      </w:r>
      <w:proofErr w:type="spellStart"/>
      <w:r w:rsidRPr="00C25644">
        <w:t>bo‘lgan</w:t>
      </w:r>
      <w:proofErr w:type="spellEnd"/>
      <w:r w:rsidRPr="00C25644">
        <w:t xml:space="preserve"> </w:t>
      </w:r>
      <w:proofErr w:type="spellStart"/>
      <w:r w:rsidRPr="00C25644">
        <w:t>pul</w:t>
      </w:r>
      <w:proofErr w:type="spellEnd"/>
      <w:r w:rsidRPr="00C25644">
        <w:t xml:space="preserve"> </w:t>
      </w:r>
      <w:proofErr w:type="spellStart"/>
      <w:r w:rsidRPr="00C25644">
        <w:t>mablag‘lari</w:t>
      </w:r>
      <w:proofErr w:type="spellEnd"/>
      <w:r w:rsidRPr="00C25644">
        <w:t xml:space="preserve"> </w:t>
      </w:r>
      <w:proofErr w:type="spellStart"/>
      <w:r w:rsidRPr="00C25644">
        <w:t>hisobi</w:t>
      </w:r>
      <w:proofErr w:type="spellEnd"/>
      <w:r w:rsidRPr="00C25644">
        <w:t xml:space="preserve"> </w:t>
      </w:r>
      <w:proofErr w:type="spellStart"/>
      <w:r w:rsidRPr="00C25644">
        <w:t>yuritiladigan</w:t>
      </w:r>
      <w:proofErr w:type="spellEnd"/>
      <w:r w:rsidRPr="00C25644">
        <w:t xml:space="preserve"> bank </w:t>
      </w:r>
      <w:proofErr w:type="spellStart"/>
      <w:r w:rsidRPr="00C25644">
        <w:t>hisobvarag‘i</w:t>
      </w:r>
      <w:proofErr w:type="spellEnd"/>
      <w:r w:rsidRPr="00C25644">
        <w:t>;</w:t>
      </w:r>
    </w:p>
    <w:p w14:paraId="7F161880" w14:textId="77777777" w:rsidR="0037439E" w:rsidRPr="00C25644" w:rsidRDefault="00406F7C">
      <w:pPr>
        <w:spacing w:after="0" w:line="240" w:lineRule="auto"/>
        <w:ind w:firstLine="709"/>
        <w:jc w:val="both"/>
      </w:pPr>
      <w:r w:rsidRPr="00C25644">
        <w:t xml:space="preserve">1.1.5. </w:t>
      </w:r>
      <w:proofErr w:type="spellStart"/>
      <w:r w:rsidRPr="00C25644">
        <w:t>masofaviy</w:t>
      </w:r>
      <w:proofErr w:type="spellEnd"/>
      <w:r w:rsidRPr="00C25644">
        <w:t xml:space="preserve"> bank </w:t>
      </w:r>
      <w:proofErr w:type="spellStart"/>
      <w:r w:rsidRPr="00C25644">
        <w:t>xizmati</w:t>
      </w:r>
      <w:proofErr w:type="spellEnd"/>
      <w:r w:rsidRPr="00C25644">
        <w:t xml:space="preserve"> – </w:t>
      </w:r>
      <w:proofErr w:type="spellStart"/>
      <w:r w:rsidRPr="00C25644">
        <w:t>Bankning</w:t>
      </w:r>
      <w:proofErr w:type="spellEnd"/>
      <w:r w:rsidRPr="00C25644">
        <w:t xml:space="preserve"> </w:t>
      </w:r>
      <w:proofErr w:type="spellStart"/>
      <w:r w:rsidRPr="00C25644">
        <w:t>mobil</w:t>
      </w:r>
      <w:proofErr w:type="spellEnd"/>
      <w:r w:rsidRPr="00C25644">
        <w:t xml:space="preserve"> </w:t>
      </w:r>
      <w:proofErr w:type="spellStart"/>
      <w:r w:rsidRPr="00C25644">
        <w:t>ilovasi</w:t>
      </w:r>
      <w:proofErr w:type="spellEnd"/>
      <w:r w:rsidRPr="00C25644">
        <w:t xml:space="preserve">, internet </w:t>
      </w:r>
      <w:proofErr w:type="spellStart"/>
      <w:proofErr w:type="gramStart"/>
      <w:r w:rsidRPr="00C25644">
        <w:t>tarmog‘</w:t>
      </w:r>
      <w:proofErr w:type="gramEnd"/>
      <w:r w:rsidRPr="00C25644">
        <w:t>i</w:t>
      </w:r>
      <w:proofErr w:type="spellEnd"/>
      <w:r w:rsidRPr="00C25644">
        <w:t>, SMS-</w:t>
      </w:r>
      <w:proofErr w:type="spellStart"/>
      <w:r w:rsidRPr="00C25644">
        <w:t>bildirishnoma</w:t>
      </w:r>
      <w:proofErr w:type="spellEnd"/>
      <w:r w:rsidRPr="00C25644">
        <w:t xml:space="preserve">, </w:t>
      </w:r>
      <w:proofErr w:type="spellStart"/>
      <w:r w:rsidRPr="00C25644">
        <w:t>aloqa</w:t>
      </w:r>
      <w:proofErr w:type="spellEnd"/>
      <w:r w:rsidRPr="00C25644">
        <w:t xml:space="preserve"> </w:t>
      </w:r>
      <w:proofErr w:type="spellStart"/>
      <w:r w:rsidRPr="00C25644">
        <w:t>markazi</w:t>
      </w:r>
      <w:proofErr w:type="spellEnd"/>
      <w:r w:rsidRPr="00C25644">
        <w:t xml:space="preserve"> </w:t>
      </w:r>
      <w:proofErr w:type="spellStart"/>
      <w:r w:rsidRPr="00C25644">
        <w:t>va</w:t>
      </w:r>
      <w:proofErr w:type="spellEnd"/>
      <w:r w:rsidRPr="00C25644">
        <w:t xml:space="preserve"> </w:t>
      </w:r>
      <w:proofErr w:type="spellStart"/>
      <w:r w:rsidRPr="00C25644">
        <w:t>boshqa</w:t>
      </w:r>
      <w:proofErr w:type="spellEnd"/>
      <w:r w:rsidRPr="00C25644">
        <w:t xml:space="preserve"> </w:t>
      </w:r>
      <w:proofErr w:type="spellStart"/>
      <w:r w:rsidRPr="00C25644">
        <w:t>elektron</w:t>
      </w:r>
      <w:proofErr w:type="spellEnd"/>
      <w:r w:rsidRPr="00C25644">
        <w:t xml:space="preserve"> </w:t>
      </w:r>
      <w:proofErr w:type="spellStart"/>
      <w:r w:rsidRPr="00C25644">
        <w:t>kanallar</w:t>
      </w:r>
      <w:proofErr w:type="spellEnd"/>
      <w:r w:rsidRPr="00C25644">
        <w:t xml:space="preserve"> </w:t>
      </w:r>
      <w:proofErr w:type="spellStart"/>
      <w:r w:rsidRPr="00C25644">
        <w:t>orqali</w:t>
      </w:r>
      <w:proofErr w:type="spellEnd"/>
      <w:r w:rsidRPr="00C25644">
        <w:t xml:space="preserve"> </w:t>
      </w:r>
      <w:proofErr w:type="spellStart"/>
      <w:r w:rsidRPr="00C25644">
        <w:t>ko‘rsatiladigan</w:t>
      </w:r>
      <w:proofErr w:type="spellEnd"/>
      <w:r w:rsidRPr="00C25644">
        <w:t xml:space="preserve"> bank </w:t>
      </w:r>
      <w:proofErr w:type="spellStart"/>
      <w:r w:rsidRPr="00C25644">
        <w:t>xizmati</w:t>
      </w:r>
      <w:proofErr w:type="spellEnd"/>
      <w:r w:rsidRPr="00C25644">
        <w:t>;</w:t>
      </w:r>
    </w:p>
    <w:p w14:paraId="0DB6D1E0" w14:textId="77777777" w:rsidR="0037439E" w:rsidRPr="00C25644" w:rsidRDefault="00406F7C">
      <w:pPr>
        <w:spacing w:after="0" w:line="240" w:lineRule="auto"/>
        <w:ind w:firstLine="709"/>
        <w:jc w:val="both"/>
      </w:pPr>
      <w:r w:rsidRPr="00C25644">
        <w:t xml:space="preserve">1.1.6. </w:t>
      </w:r>
      <w:proofErr w:type="spellStart"/>
      <w:r w:rsidRPr="00C25644">
        <w:t>axborot</w:t>
      </w:r>
      <w:proofErr w:type="spellEnd"/>
      <w:r w:rsidRPr="00C25644">
        <w:t xml:space="preserve"> </w:t>
      </w:r>
      <w:proofErr w:type="spellStart"/>
      <w:r w:rsidRPr="00C25644">
        <w:t>varaqasi</w:t>
      </w:r>
      <w:proofErr w:type="spellEnd"/>
      <w:r w:rsidRPr="00C25644">
        <w:t xml:space="preserve"> – </w:t>
      </w:r>
      <w:proofErr w:type="spellStart"/>
      <w:r w:rsidRPr="00C25644">
        <w:t>qonunchilik</w:t>
      </w:r>
      <w:proofErr w:type="spellEnd"/>
      <w:r w:rsidRPr="00C25644">
        <w:t xml:space="preserve"> </w:t>
      </w:r>
      <w:proofErr w:type="spellStart"/>
      <w:r w:rsidRPr="00C25644">
        <w:t>va</w:t>
      </w:r>
      <w:proofErr w:type="spellEnd"/>
      <w:r w:rsidRPr="00C25644">
        <w:t xml:space="preserve"> </w:t>
      </w:r>
      <w:proofErr w:type="spellStart"/>
      <w:r w:rsidRPr="00C25644">
        <w:t>Bankning</w:t>
      </w:r>
      <w:proofErr w:type="spellEnd"/>
      <w:r w:rsidRPr="00C25644">
        <w:t xml:space="preserve"> </w:t>
      </w:r>
      <w:proofErr w:type="spellStart"/>
      <w:r w:rsidRPr="00C25644">
        <w:t>ichki</w:t>
      </w:r>
      <w:proofErr w:type="spellEnd"/>
      <w:r w:rsidRPr="00C25644">
        <w:t xml:space="preserve"> </w:t>
      </w:r>
      <w:proofErr w:type="spellStart"/>
      <w:r w:rsidRPr="00C25644">
        <w:t>qoidalariga</w:t>
      </w:r>
      <w:proofErr w:type="spellEnd"/>
      <w:r w:rsidRPr="00C25644">
        <w:t xml:space="preserve"> </w:t>
      </w:r>
      <w:proofErr w:type="spellStart"/>
      <w:r w:rsidRPr="00C25644">
        <w:t>muvofiq</w:t>
      </w:r>
      <w:proofErr w:type="spellEnd"/>
      <w:r w:rsidRPr="00C25644">
        <w:t xml:space="preserve"> </w:t>
      </w:r>
      <w:proofErr w:type="spellStart"/>
      <w:r w:rsidRPr="00C25644">
        <w:t>Mijozga</w:t>
      </w:r>
      <w:proofErr w:type="spellEnd"/>
      <w:r w:rsidRPr="00C25644">
        <w:t xml:space="preserve"> </w:t>
      </w:r>
      <w:proofErr w:type="spellStart"/>
      <w:r w:rsidRPr="00C25644">
        <w:t>mahsulotning</w:t>
      </w:r>
      <w:proofErr w:type="spellEnd"/>
      <w:r w:rsidRPr="00C25644">
        <w:t xml:space="preserve"> </w:t>
      </w:r>
      <w:proofErr w:type="spellStart"/>
      <w:r w:rsidRPr="00C25644">
        <w:t>asosiy</w:t>
      </w:r>
      <w:proofErr w:type="spellEnd"/>
      <w:r w:rsidRPr="00C25644">
        <w:t xml:space="preserve"> </w:t>
      </w:r>
      <w:proofErr w:type="spellStart"/>
      <w:r w:rsidRPr="00C25644">
        <w:t>shartlari</w:t>
      </w:r>
      <w:proofErr w:type="spellEnd"/>
      <w:r w:rsidRPr="00C25644">
        <w:t xml:space="preserve">, </w:t>
      </w:r>
      <w:proofErr w:type="spellStart"/>
      <w:r w:rsidRPr="00C25644">
        <w:t>xarajatlari</w:t>
      </w:r>
      <w:proofErr w:type="spellEnd"/>
      <w:r w:rsidRPr="00C25644">
        <w:t xml:space="preserve">, </w:t>
      </w:r>
      <w:proofErr w:type="spellStart"/>
      <w:r w:rsidRPr="00C25644">
        <w:t>xavflari</w:t>
      </w:r>
      <w:proofErr w:type="spellEnd"/>
      <w:r w:rsidRPr="00C25644">
        <w:t xml:space="preserve"> </w:t>
      </w:r>
      <w:proofErr w:type="spellStart"/>
      <w:r w:rsidRPr="00C25644">
        <w:t>va</w:t>
      </w:r>
      <w:proofErr w:type="spellEnd"/>
      <w:r w:rsidRPr="00C25644">
        <w:t xml:space="preserve"> </w:t>
      </w:r>
      <w:proofErr w:type="spellStart"/>
      <w:r w:rsidRPr="00C25644">
        <w:t>boshqa</w:t>
      </w:r>
      <w:proofErr w:type="spellEnd"/>
      <w:r w:rsidRPr="00C25644">
        <w:t xml:space="preserve"> </w:t>
      </w:r>
      <w:proofErr w:type="spellStart"/>
      <w:r w:rsidRPr="00C25644">
        <w:t>muhim</w:t>
      </w:r>
      <w:proofErr w:type="spellEnd"/>
      <w:r w:rsidRPr="00C25644">
        <w:t xml:space="preserve"> </w:t>
      </w:r>
      <w:proofErr w:type="spellStart"/>
      <w:r w:rsidRPr="00C25644">
        <w:t>ma’lumotlari</w:t>
      </w:r>
      <w:proofErr w:type="spellEnd"/>
      <w:r w:rsidRPr="00C25644">
        <w:t xml:space="preserve"> </w:t>
      </w:r>
      <w:proofErr w:type="spellStart"/>
      <w:proofErr w:type="gramStart"/>
      <w:r w:rsidRPr="00C25644">
        <w:t>to‘</w:t>
      </w:r>
      <w:proofErr w:type="gramEnd"/>
      <w:r w:rsidRPr="00C25644">
        <w:t>g‘risida</w:t>
      </w:r>
      <w:proofErr w:type="spellEnd"/>
      <w:r w:rsidRPr="00C25644">
        <w:t xml:space="preserve"> </w:t>
      </w:r>
      <w:proofErr w:type="spellStart"/>
      <w:r w:rsidRPr="00C25644">
        <w:t>taqdim</w:t>
      </w:r>
      <w:proofErr w:type="spellEnd"/>
      <w:r w:rsidRPr="00C25644">
        <w:t xml:space="preserve"> </w:t>
      </w:r>
      <w:proofErr w:type="spellStart"/>
      <w:r w:rsidRPr="00C25644">
        <w:t>etiladigan</w:t>
      </w:r>
      <w:proofErr w:type="spellEnd"/>
      <w:r w:rsidRPr="00C25644">
        <w:t xml:space="preserve"> </w:t>
      </w:r>
      <w:proofErr w:type="spellStart"/>
      <w:r w:rsidRPr="00C25644">
        <w:t>standart</w:t>
      </w:r>
      <w:proofErr w:type="spellEnd"/>
      <w:r w:rsidRPr="00C25644">
        <w:t xml:space="preserve"> </w:t>
      </w:r>
      <w:proofErr w:type="spellStart"/>
      <w:r w:rsidRPr="00C25644">
        <w:t>ma’lumotnoma</w:t>
      </w:r>
      <w:proofErr w:type="spellEnd"/>
      <w:r w:rsidRPr="00C25644">
        <w:t>;</w:t>
      </w:r>
    </w:p>
    <w:p w14:paraId="399E3D17" w14:textId="77777777" w:rsidR="0037439E" w:rsidRPr="00C25644" w:rsidRDefault="00406F7C">
      <w:pPr>
        <w:spacing w:after="0" w:line="240" w:lineRule="auto"/>
        <w:ind w:firstLine="709"/>
        <w:jc w:val="both"/>
      </w:pPr>
      <w:r w:rsidRPr="00C25644">
        <w:t xml:space="preserve">1.1.7. </w:t>
      </w:r>
      <w:proofErr w:type="spellStart"/>
      <w:r w:rsidRPr="00C25644">
        <w:t>autentifikatsiya</w:t>
      </w:r>
      <w:proofErr w:type="spellEnd"/>
      <w:r w:rsidRPr="00C25644">
        <w:t xml:space="preserve"> </w:t>
      </w:r>
      <w:proofErr w:type="spellStart"/>
      <w:r w:rsidRPr="00C25644">
        <w:t>vositalari</w:t>
      </w:r>
      <w:proofErr w:type="spellEnd"/>
      <w:r w:rsidRPr="00C25644">
        <w:t xml:space="preserve"> – login, </w:t>
      </w:r>
      <w:proofErr w:type="spellStart"/>
      <w:r w:rsidRPr="00C25644">
        <w:t>parol</w:t>
      </w:r>
      <w:proofErr w:type="spellEnd"/>
      <w:r w:rsidRPr="00C25644">
        <w:t xml:space="preserve">, </w:t>
      </w:r>
      <w:proofErr w:type="spellStart"/>
      <w:r w:rsidRPr="00C25644">
        <w:t>bir</w:t>
      </w:r>
      <w:proofErr w:type="spellEnd"/>
      <w:r w:rsidRPr="00C25644">
        <w:t xml:space="preserve"> </w:t>
      </w:r>
      <w:proofErr w:type="spellStart"/>
      <w:r w:rsidRPr="00C25644">
        <w:t>martalik</w:t>
      </w:r>
      <w:proofErr w:type="spellEnd"/>
      <w:r w:rsidRPr="00C25644">
        <w:t xml:space="preserve"> </w:t>
      </w:r>
      <w:proofErr w:type="spellStart"/>
      <w:r w:rsidRPr="00C25644">
        <w:t>kod</w:t>
      </w:r>
      <w:proofErr w:type="spellEnd"/>
      <w:r w:rsidRPr="00C25644">
        <w:t>, PIN-</w:t>
      </w:r>
      <w:proofErr w:type="spellStart"/>
      <w:r w:rsidRPr="00C25644">
        <w:t>kod</w:t>
      </w:r>
      <w:proofErr w:type="spellEnd"/>
      <w:r w:rsidRPr="00C25644">
        <w:t xml:space="preserve">, </w:t>
      </w:r>
      <w:proofErr w:type="spellStart"/>
      <w:r w:rsidRPr="00C25644">
        <w:t>biometrik</w:t>
      </w:r>
      <w:proofErr w:type="spellEnd"/>
      <w:r w:rsidRPr="00C25644">
        <w:t xml:space="preserve"> </w:t>
      </w:r>
      <w:proofErr w:type="spellStart"/>
      <w:r w:rsidRPr="00C25644">
        <w:t>tasdiqlash</w:t>
      </w:r>
      <w:proofErr w:type="spellEnd"/>
      <w:r w:rsidRPr="00C25644">
        <w:t xml:space="preserve">, </w:t>
      </w:r>
      <w:proofErr w:type="spellStart"/>
      <w:r w:rsidRPr="00C25644">
        <w:t>elektron</w:t>
      </w:r>
      <w:proofErr w:type="spellEnd"/>
      <w:r w:rsidRPr="00C25644">
        <w:t xml:space="preserve"> </w:t>
      </w:r>
      <w:proofErr w:type="spellStart"/>
      <w:r w:rsidRPr="00C25644">
        <w:t>raqamli</w:t>
      </w:r>
      <w:proofErr w:type="spellEnd"/>
      <w:r w:rsidRPr="00C25644">
        <w:t xml:space="preserve"> </w:t>
      </w:r>
      <w:proofErr w:type="spellStart"/>
      <w:r w:rsidRPr="00C25644">
        <w:t>imzo</w:t>
      </w:r>
      <w:proofErr w:type="spellEnd"/>
      <w:r w:rsidRPr="00C25644">
        <w:t xml:space="preserve"> </w:t>
      </w:r>
      <w:proofErr w:type="spellStart"/>
      <w:r w:rsidRPr="00C25644">
        <w:t>va</w:t>
      </w:r>
      <w:proofErr w:type="spellEnd"/>
      <w:r w:rsidRPr="00C25644">
        <w:t xml:space="preserve"> Bank </w:t>
      </w:r>
      <w:proofErr w:type="spellStart"/>
      <w:r w:rsidRPr="00C25644">
        <w:t>tomonidan</w:t>
      </w:r>
      <w:proofErr w:type="spellEnd"/>
      <w:r w:rsidRPr="00C25644">
        <w:t xml:space="preserve"> </w:t>
      </w:r>
      <w:proofErr w:type="spellStart"/>
      <w:r w:rsidRPr="00C25644">
        <w:t>belgilangan</w:t>
      </w:r>
      <w:proofErr w:type="spellEnd"/>
      <w:r w:rsidRPr="00C25644">
        <w:t xml:space="preserve"> </w:t>
      </w:r>
      <w:proofErr w:type="spellStart"/>
      <w:r w:rsidRPr="00C25644">
        <w:t>boshqa</w:t>
      </w:r>
      <w:proofErr w:type="spellEnd"/>
      <w:r w:rsidRPr="00C25644">
        <w:t xml:space="preserve"> </w:t>
      </w:r>
      <w:proofErr w:type="spellStart"/>
      <w:r w:rsidRPr="00C25644">
        <w:t>tasdiqlash</w:t>
      </w:r>
      <w:proofErr w:type="spellEnd"/>
      <w:r w:rsidRPr="00C25644">
        <w:t xml:space="preserve"> </w:t>
      </w:r>
      <w:proofErr w:type="spellStart"/>
      <w:r w:rsidRPr="00C25644">
        <w:t>vositalari</w:t>
      </w:r>
      <w:proofErr w:type="spellEnd"/>
      <w:r w:rsidRPr="00C25644">
        <w:t>;</w:t>
      </w:r>
    </w:p>
    <w:p w14:paraId="069A7679" w14:textId="77777777" w:rsidR="0037439E" w:rsidRPr="00C25644" w:rsidRDefault="00406F7C">
      <w:pPr>
        <w:spacing w:after="0" w:line="240" w:lineRule="auto"/>
        <w:ind w:firstLine="709"/>
        <w:jc w:val="both"/>
      </w:pPr>
      <w:r w:rsidRPr="00C25644">
        <w:t xml:space="preserve">1.1.8. </w:t>
      </w:r>
      <w:proofErr w:type="spellStart"/>
      <w:r w:rsidRPr="00C25644">
        <w:t>shubhali</w:t>
      </w:r>
      <w:proofErr w:type="spellEnd"/>
      <w:r w:rsidRPr="00C25644">
        <w:t xml:space="preserve"> </w:t>
      </w:r>
      <w:proofErr w:type="spellStart"/>
      <w:r w:rsidRPr="00C25644">
        <w:t>operatsiya</w:t>
      </w:r>
      <w:proofErr w:type="spellEnd"/>
      <w:r w:rsidRPr="00C25644">
        <w:t xml:space="preserve"> – </w:t>
      </w:r>
      <w:proofErr w:type="spellStart"/>
      <w:r w:rsidRPr="00C25644">
        <w:t>qonunchilik</w:t>
      </w:r>
      <w:proofErr w:type="spellEnd"/>
      <w:r w:rsidRPr="00C25644">
        <w:t xml:space="preserve"> </w:t>
      </w:r>
      <w:proofErr w:type="spellStart"/>
      <w:r w:rsidRPr="00C25644">
        <w:t>hamda</w:t>
      </w:r>
      <w:proofErr w:type="spellEnd"/>
      <w:r w:rsidRPr="00C25644">
        <w:t xml:space="preserve"> </w:t>
      </w:r>
      <w:proofErr w:type="spellStart"/>
      <w:r w:rsidRPr="00C25644">
        <w:t>Bankning</w:t>
      </w:r>
      <w:proofErr w:type="spellEnd"/>
      <w:r w:rsidRPr="00C25644">
        <w:t xml:space="preserve"> AML/CFT/CPF </w:t>
      </w:r>
      <w:proofErr w:type="spellStart"/>
      <w:proofErr w:type="gramStart"/>
      <w:r w:rsidRPr="00C25644">
        <w:t>bo‘</w:t>
      </w:r>
      <w:proofErr w:type="gramEnd"/>
      <w:r w:rsidRPr="00C25644">
        <w:t>yicha</w:t>
      </w:r>
      <w:proofErr w:type="spellEnd"/>
      <w:r w:rsidRPr="00C25644">
        <w:t xml:space="preserve"> </w:t>
      </w:r>
      <w:proofErr w:type="spellStart"/>
      <w:r w:rsidRPr="00C25644">
        <w:t>ichki</w:t>
      </w:r>
      <w:proofErr w:type="spellEnd"/>
      <w:r w:rsidRPr="00C25644">
        <w:t xml:space="preserve"> </w:t>
      </w:r>
      <w:proofErr w:type="spellStart"/>
      <w:r w:rsidRPr="00C25644">
        <w:t>qoidalariga</w:t>
      </w:r>
      <w:proofErr w:type="spellEnd"/>
      <w:r w:rsidRPr="00C25644">
        <w:t xml:space="preserve"> </w:t>
      </w:r>
      <w:proofErr w:type="spellStart"/>
      <w:r w:rsidRPr="00C25644">
        <w:t>ko‘ra</w:t>
      </w:r>
      <w:proofErr w:type="spellEnd"/>
      <w:r w:rsidRPr="00C25644">
        <w:t xml:space="preserve"> </w:t>
      </w:r>
      <w:proofErr w:type="spellStart"/>
      <w:r w:rsidRPr="00C25644">
        <w:t>jinoiy</w:t>
      </w:r>
      <w:proofErr w:type="spellEnd"/>
      <w:r w:rsidRPr="00C25644">
        <w:t xml:space="preserve"> </w:t>
      </w:r>
      <w:proofErr w:type="spellStart"/>
      <w:r w:rsidRPr="00C25644">
        <w:t>faoliyatdan</w:t>
      </w:r>
      <w:proofErr w:type="spellEnd"/>
      <w:r w:rsidRPr="00C25644">
        <w:t xml:space="preserve"> </w:t>
      </w:r>
      <w:proofErr w:type="spellStart"/>
      <w:r w:rsidRPr="00C25644">
        <w:t>olingan</w:t>
      </w:r>
      <w:proofErr w:type="spellEnd"/>
      <w:r w:rsidRPr="00C25644">
        <w:t xml:space="preserve"> </w:t>
      </w:r>
      <w:proofErr w:type="spellStart"/>
      <w:r w:rsidRPr="00C25644">
        <w:t>daromadlarni</w:t>
      </w:r>
      <w:proofErr w:type="spellEnd"/>
      <w:r w:rsidRPr="00C25644">
        <w:t xml:space="preserve"> </w:t>
      </w:r>
      <w:proofErr w:type="spellStart"/>
      <w:r w:rsidRPr="00C25644">
        <w:t>legallashtirish</w:t>
      </w:r>
      <w:proofErr w:type="spellEnd"/>
      <w:r w:rsidRPr="00C25644">
        <w:t xml:space="preserve">, </w:t>
      </w:r>
      <w:proofErr w:type="spellStart"/>
      <w:r w:rsidRPr="00C25644">
        <w:t>terrorizmni</w:t>
      </w:r>
      <w:proofErr w:type="spellEnd"/>
      <w:r w:rsidRPr="00C25644">
        <w:t xml:space="preserve"> </w:t>
      </w:r>
      <w:proofErr w:type="spellStart"/>
      <w:r w:rsidRPr="00C25644">
        <w:t>moliyalashtirish</w:t>
      </w:r>
      <w:proofErr w:type="spellEnd"/>
      <w:r w:rsidRPr="00C25644">
        <w:t xml:space="preserve"> </w:t>
      </w:r>
      <w:proofErr w:type="spellStart"/>
      <w:r w:rsidRPr="00C25644">
        <w:t>yoki</w:t>
      </w:r>
      <w:proofErr w:type="spellEnd"/>
      <w:r w:rsidRPr="00C25644">
        <w:t xml:space="preserve"> </w:t>
      </w:r>
      <w:proofErr w:type="spellStart"/>
      <w:r w:rsidRPr="00C25644">
        <w:t>ommaviy</w:t>
      </w:r>
      <w:proofErr w:type="spellEnd"/>
      <w:r w:rsidRPr="00C25644">
        <w:t xml:space="preserve"> </w:t>
      </w:r>
      <w:proofErr w:type="spellStart"/>
      <w:r w:rsidRPr="00C25644">
        <w:t>qirg‘in</w:t>
      </w:r>
      <w:proofErr w:type="spellEnd"/>
      <w:r w:rsidRPr="00C25644">
        <w:t xml:space="preserve"> </w:t>
      </w:r>
      <w:proofErr w:type="spellStart"/>
      <w:r w:rsidRPr="00C25644">
        <w:t>qurolini</w:t>
      </w:r>
      <w:proofErr w:type="spellEnd"/>
      <w:r w:rsidRPr="00C25644">
        <w:t xml:space="preserve"> </w:t>
      </w:r>
      <w:proofErr w:type="spellStart"/>
      <w:r w:rsidRPr="00C25644">
        <w:t>tarqatishni</w:t>
      </w:r>
      <w:proofErr w:type="spellEnd"/>
      <w:r w:rsidRPr="00C25644">
        <w:t xml:space="preserve"> </w:t>
      </w:r>
      <w:proofErr w:type="spellStart"/>
      <w:r w:rsidRPr="00C25644">
        <w:t>moliyalashtirish</w:t>
      </w:r>
      <w:proofErr w:type="spellEnd"/>
      <w:r w:rsidRPr="00C25644">
        <w:t xml:space="preserve"> </w:t>
      </w:r>
      <w:proofErr w:type="spellStart"/>
      <w:r w:rsidRPr="00C25644">
        <w:t>alomatlari</w:t>
      </w:r>
      <w:proofErr w:type="spellEnd"/>
      <w:r w:rsidRPr="00C25644">
        <w:t xml:space="preserve"> </w:t>
      </w:r>
      <w:proofErr w:type="spellStart"/>
      <w:r w:rsidRPr="00C25644">
        <w:t>mavjud</w:t>
      </w:r>
      <w:proofErr w:type="spellEnd"/>
      <w:r w:rsidRPr="00C25644">
        <w:t xml:space="preserve"> </w:t>
      </w:r>
      <w:proofErr w:type="spellStart"/>
      <w:r w:rsidRPr="00C25644">
        <w:t>bo‘lgan</w:t>
      </w:r>
      <w:proofErr w:type="spellEnd"/>
      <w:r w:rsidRPr="00C25644">
        <w:t xml:space="preserve"> </w:t>
      </w:r>
      <w:proofErr w:type="spellStart"/>
      <w:r w:rsidRPr="00C25644">
        <w:t>operatsiya</w:t>
      </w:r>
      <w:proofErr w:type="spellEnd"/>
      <w:r w:rsidRPr="00C25644">
        <w:t>.</w:t>
      </w:r>
    </w:p>
    <w:p w14:paraId="6EBFAEA3" w14:textId="77777777" w:rsidR="0037439E" w:rsidRPr="00C25644" w:rsidRDefault="00406F7C">
      <w:pPr>
        <w:spacing w:after="0" w:line="240" w:lineRule="auto"/>
        <w:ind w:firstLine="709"/>
        <w:jc w:val="both"/>
      </w:pPr>
      <w:r w:rsidRPr="00C25644">
        <w:lastRenderedPageBreak/>
        <w:t xml:space="preserve">1.2. </w:t>
      </w:r>
      <w:proofErr w:type="spellStart"/>
      <w:r w:rsidRPr="00C25644">
        <w:t>Ushbu</w:t>
      </w:r>
      <w:proofErr w:type="spellEnd"/>
      <w:r w:rsidRPr="00C25644">
        <w:t xml:space="preserve"> </w:t>
      </w:r>
      <w:proofErr w:type="spellStart"/>
      <w:r w:rsidRPr="00C25644">
        <w:t>Shartnoma</w:t>
      </w:r>
      <w:proofErr w:type="spellEnd"/>
      <w:r w:rsidRPr="00C25644">
        <w:t xml:space="preserve"> Bank </w:t>
      </w:r>
      <w:proofErr w:type="spellStart"/>
      <w:r w:rsidRPr="00C25644">
        <w:t>kartalari</w:t>
      </w:r>
      <w:proofErr w:type="spellEnd"/>
      <w:r w:rsidRPr="00C25644">
        <w:t xml:space="preserve"> </w:t>
      </w:r>
      <w:proofErr w:type="spellStart"/>
      <w:r w:rsidRPr="00C25644">
        <w:t>va</w:t>
      </w:r>
      <w:proofErr w:type="spellEnd"/>
      <w:r w:rsidRPr="00C25644">
        <w:t xml:space="preserve"> talab </w:t>
      </w:r>
      <w:proofErr w:type="spellStart"/>
      <w:r w:rsidRPr="00C25644">
        <w:t>qilib</w:t>
      </w:r>
      <w:proofErr w:type="spellEnd"/>
      <w:r w:rsidRPr="00C25644">
        <w:t xml:space="preserve"> </w:t>
      </w:r>
      <w:proofErr w:type="spellStart"/>
      <w:r w:rsidRPr="00C25644">
        <w:t>olinguncha</w:t>
      </w:r>
      <w:proofErr w:type="spellEnd"/>
      <w:r w:rsidRPr="00C25644">
        <w:t xml:space="preserve"> bank </w:t>
      </w:r>
      <w:proofErr w:type="spellStart"/>
      <w:r w:rsidRPr="00C25644">
        <w:t>hisobvaraqlari</w:t>
      </w:r>
      <w:proofErr w:type="spellEnd"/>
      <w:r w:rsidRPr="00C25644">
        <w:t xml:space="preserve"> </w:t>
      </w:r>
      <w:proofErr w:type="spellStart"/>
      <w:proofErr w:type="gramStart"/>
      <w:r w:rsidRPr="00C25644">
        <w:t>bo‘</w:t>
      </w:r>
      <w:proofErr w:type="gramEnd"/>
      <w:r w:rsidRPr="00C25644">
        <w:t>yicha</w:t>
      </w:r>
      <w:proofErr w:type="spellEnd"/>
      <w:r w:rsidRPr="00C25644">
        <w:t xml:space="preserve"> </w:t>
      </w:r>
      <w:proofErr w:type="spellStart"/>
      <w:r w:rsidRPr="00C25644">
        <w:t>umumiy</w:t>
      </w:r>
      <w:proofErr w:type="spellEnd"/>
      <w:r w:rsidRPr="00C25644">
        <w:t xml:space="preserve"> </w:t>
      </w:r>
      <w:proofErr w:type="spellStart"/>
      <w:r w:rsidRPr="00C25644">
        <w:t>qoidalarni</w:t>
      </w:r>
      <w:proofErr w:type="spellEnd"/>
      <w:r w:rsidRPr="00C25644">
        <w:t xml:space="preserve"> </w:t>
      </w:r>
      <w:proofErr w:type="spellStart"/>
      <w:r w:rsidRPr="00C25644">
        <w:t>belgilaydi</w:t>
      </w:r>
      <w:proofErr w:type="spellEnd"/>
      <w:r w:rsidRPr="00C25644">
        <w:t xml:space="preserve">. Har </w:t>
      </w:r>
      <w:proofErr w:type="spellStart"/>
      <w:r w:rsidRPr="00C25644">
        <w:t>bir</w:t>
      </w:r>
      <w:proofErr w:type="spellEnd"/>
      <w:r w:rsidRPr="00C25644">
        <w:t xml:space="preserve"> </w:t>
      </w:r>
      <w:proofErr w:type="spellStart"/>
      <w:r w:rsidRPr="00C25644">
        <w:t>aniq</w:t>
      </w:r>
      <w:proofErr w:type="spellEnd"/>
      <w:r w:rsidRPr="00C25644">
        <w:t xml:space="preserve"> </w:t>
      </w:r>
      <w:proofErr w:type="spellStart"/>
      <w:r w:rsidRPr="00C25644">
        <w:t>mahsulotning</w:t>
      </w:r>
      <w:proofErr w:type="spellEnd"/>
      <w:r w:rsidRPr="00C25644">
        <w:t xml:space="preserve"> individual </w:t>
      </w:r>
      <w:proofErr w:type="spellStart"/>
      <w:r w:rsidRPr="00C25644">
        <w:t>shartlari</w:t>
      </w:r>
      <w:proofErr w:type="spellEnd"/>
      <w:r w:rsidRPr="00C25644">
        <w:t xml:space="preserve"> </w:t>
      </w:r>
      <w:proofErr w:type="spellStart"/>
      <w:r w:rsidRPr="00C25644">
        <w:t>mahsulot</w:t>
      </w:r>
      <w:proofErr w:type="spellEnd"/>
      <w:r w:rsidRPr="00C25644">
        <w:t xml:space="preserve"> </w:t>
      </w:r>
      <w:proofErr w:type="spellStart"/>
      <w:r w:rsidRPr="00C25644">
        <w:t>pasporti</w:t>
      </w:r>
      <w:proofErr w:type="spellEnd"/>
      <w:r w:rsidRPr="00C25644">
        <w:t xml:space="preserve">, </w:t>
      </w:r>
      <w:proofErr w:type="spellStart"/>
      <w:r w:rsidRPr="00C25644">
        <w:t>axborot</w:t>
      </w:r>
      <w:proofErr w:type="spellEnd"/>
      <w:r w:rsidRPr="00C25644">
        <w:t xml:space="preserve"> </w:t>
      </w:r>
      <w:proofErr w:type="spellStart"/>
      <w:r w:rsidRPr="00C25644">
        <w:t>varaqasi</w:t>
      </w:r>
      <w:proofErr w:type="spellEnd"/>
      <w:r w:rsidRPr="00C25644">
        <w:t xml:space="preserve">, </w:t>
      </w:r>
      <w:proofErr w:type="spellStart"/>
      <w:r w:rsidRPr="00C25644">
        <w:t>tariflar</w:t>
      </w:r>
      <w:proofErr w:type="spellEnd"/>
      <w:r w:rsidRPr="00C25644">
        <w:t xml:space="preserve">, </w:t>
      </w:r>
      <w:proofErr w:type="spellStart"/>
      <w:r w:rsidRPr="00C25644">
        <w:t>Mijoz</w:t>
      </w:r>
      <w:proofErr w:type="spellEnd"/>
      <w:r w:rsidRPr="00C25644">
        <w:t xml:space="preserve"> </w:t>
      </w:r>
      <w:proofErr w:type="spellStart"/>
      <w:r w:rsidRPr="00C25644">
        <w:t>arizasi</w:t>
      </w:r>
      <w:proofErr w:type="spellEnd"/>
      <w:r w:rsidRPr="00C25644">
        <w:t xml:space="preserve"> </w:t>
      </w:r>
      <w:proofErr w:type="spellStart"/>
      <w:r w:rsidRPr="00C25644">
        <w:t>va</w:t>
      </w:r>
      <w:proofErr w:type="spellEnd"/>
      <w:r w:rsidRPr="00C25644">
        <w:t xml:space="preserve"> </w:t>
      </w:r>
      <w:proofErr w:type="spellStart"/>
      <w:r w:rsidRPr="00C25644">
        <w:t>Bankning</w:t>
      </w:r>
      <w:proofErr w:type="spellEnd"/>
      <w:r w:rsidRPr="00C25644">
        <w:t xml:space="preserve"> </w:t>
      </w:r>
      <w:proofErr w:type="spellStart"/>
      <w:r w:rsidRPr="00C25644">
        <w:t>tegishli</w:t>
      </w:r>
      <w:proofErr w:type="spellEnd"/>
      <w:r w:rsidRPr="00C25644">
        <w:t xml:space="preserve"> </w:t>
      </w:r>
      <w:proofErr w:type="spellStart"/>
      <w:r w:rsidRPr="00C25644">
        <w:t>ichki</w:t>
      </w:r>
      <w:proofErr w:type="spellEnd"/>
      <w:r w:rsidRPr="00C25644">
        <w:t xml:space="preserve"> </w:t>
      </w:r>
      <w:proofErr w:type="spellStart"/>
      <w:r w:rsidRPr="00C25644">
        <w:t>hujjatlarida</w:t>
      </w:r>
      <w:proofErr w:type="spellEnd"/>
      <w:r w:rsidRPr="00C25644">
        <w:t xml:space="preserve"> </w:t>
      </w:r>
      <w:proofErr w:type="spellStart"/>
      <w:proofErr w:type="gramStart"/>
      <w:r w:rsidRPr="00C25644">
        <w:t>ko‘</w:t>
      </w:r>
      <w:proofErr w:type="gramEnd"/>
      <w:r w:rsidRPr="00C25644">
        <w:t>rsatiladi</w:t>
      </w:r>
      <w:proofErr w:type="spellEnd"/>
      <w:r w:rsidRPr="00C25644">
        <w:t>.</w:t>
      </w:r>
    </w:p>
    <w:p w14:paraId="4A9B8346" w14:textId="77777777" w:rsidR="0037439E" w:rsidRPr="00C25644" w:rsidRDefault="00406F7C">
      <w:pPr>
        <w:spacing w:after="0" w:line="240" w:lineRule="auto"/>
        <w:ind w:firstLine="709"/>
        <w:jc w:val="both"/>
      </w:pPr>
      <w:r w:rsidRPr="00C25644">
        <w:t xml:space="preserve">1.3. </w:t>
      </w:r>
      <w:proofErr w:type="spellStart"/>
      <w:proofErr w:type="gramStart"/>
      <w:r w:rsidRPr="00C25644">
        <w:t>Jamg‘</w:t>
      </w:r>
      <w:proofErr w:type="gramEnd"/>
      <w:r w:rsidRPr="00C25644">
        <w:t>arma</w:t>
      </w:r>
      <w:proofErr w:type="spellEnd"/>
      <w:r w:rsidRPr="00C25644">
        <w:t xml:space="preserve"> </w:t>
      </w:r>
      <w:proofErr w:type="spellStart"/>
      <w:r w:rsidRPr="00C25644">
        <w:t>omonatlari</w:t>
      </w:r>
      <w:proofErr w:type="spellEnd"/>
      <w:r w:rsidRPr="00C25644">
        <w:t xml:space="preserve"> </w:t>
      </w:r>
      <w:proofErr w:type="spellStart"/>
      <w:r w:rsidRPr="00C25644">
        <w:t>va</w:t>
      </w:r>
      <w:proofErr w:type="spellEnd"/>
      <w:r w:rsidRPr="00C25644">
        <w:t xml:space="preserve"> </w:t>
      </w:r>
      <w:proofErr w:type="spellStart"/>
      <w:r w:rsidRPr="00C25644">
        <w:t>muddatli</w:t>
      </w:r>
      <w:proofErr w:type="spellEnd"/>
      <w:r w:rsidRPr="00C25644">
        <w:t xml:space="preserve"> </w:t>
      </w:r>
      <w:proofErr w:type="spellStart"/>
      <w:r w:rsidRPr="00C25644">
        <w:t>omonatlar</w:t>
      </w:r>
      <w:proofErr w:type="spellEnd"/>
      <w:r w:rsidRPr="00C25644">
        <w:t xml:space="preserve"> </w:t>
      </w:r>
      <w:proofErr w:type="spellStart"/>
      <w:r w:rsidRPr="00C25644">
        <w:t>ushbu</w:t>
      </w:r>
      <w:proofErr w:type="spellEnd"/>
      <w:r w:rsidRPr="00C25644">
        <w:t xml:space="preserve"> </w:t>
      </w:r>
      <w:proofErr w:type="spellStart"/>
      <w:r w:rsidRPr="00C25644">
        <w:t>Shartnoma</w:t>
      </w:r>
      <w:proofErr w:type="spellEnd"/>
      <w:r w:rsidRPr="00C25644">
        <w:t xml:space="preserve"> </w:t>
      </w:r>
      <w:proofErr w:type="spellStart"/>
      <w:r w:rsidRPr="00C25644">
        <w:t>predmetiga</w:t>
      </w:r>
      <w:proofErr w:type="spellEnd"/>
      <w:r w:rsidRPr="00C25644">
        <w:t xml:space="preserve"> </w:t>
      </w:r>
      <w:proofErr w:type="spellStart"/>
      <w:r w:rsidRPr="00C25644">
        <w:t>kirmaydi</w:t>
      </w:r>
      <w:proofErr w:type="spellEnd"/>
      <w:r w:rsidRPr="00C25644">
        <w:t xml:space="preserve"> </w:t>
      </w:r>
      <w:proofErr w:type="spellStart"/>
      <w:r w:rsidRPr="00C25644">
        <w:t>hamda</w:t>
      </w:r>
      <w:proofErr w:type="spellEnd"/>
      <w:r w:rsidRPr="00C25644">
        <w:t xml:space="preserve"> </w:t>
      </w:r>
      <w:proofErr w:type="spellStart"/>
      <w:r w:rsidRPr="00C25644">
        <w:t>ular</w:t>
      </w:r>
      <w:proofErr w:type="spellEnd"/>
      <w:r w:rsidRPr="00C25644">
        <w:t xml:space="preserve"> </w:t>
      </w:r>
      <w:proofErr w:type="spellStart"/>
      <w:r w:rsidRPr="00C25644">
        <w:t>bo‘yicha</w:t>
      </w:r>
      <w:proofErr w:type="spellEnd"/>
      <w:r w:rsidRPr="00C25644">
        <w:t xml:space="preserve"> </w:t>
      </w:r>
      <w:proofErr w:type="spellStart"/>
      <w:r w:rsidRPr="00C25644">
        <w:t>munosabatlar</w:t>
      </w:r>
      <w:proofErr w:type="spellEnd"/>
      <w:r w:rsidRPr="00C25644">
        <w:t xml:space="preserve"> </w:t>
      </w:r>
      <w:proofErr w:type="spellStart"/>
      <w:r w:rsidRPr="00C25644">
        <w:t>Bankning</w:t>
      </w:r>
      <w:proofErr w:type="spellEnd"/>
      <w:r w:rsidRPr="00C25644">
        <w:t xml:space="preserve"> </w:t>
      </w:r>
      <w:proofErr w:type="spellStart"/>
      <w:r w:rsidRPr="00C25644">
        <w:t>amaldagi</w:t>
      </w:r>
      <w:proofErr w:type="spellEnd"/>
      <w:r w:rsidRPr="00C25644">
        <w:t xml:space="preserve"> </w:t>
      </w:r>
      <w:proofErr w:type="spellStart"/>
      <w:r w:rsidRPr="00C25644">
        <w:t>Omonatlar</w:t>
      </w:r>
      <w:proofErr w:type="spellEnd"/>
      <w:r w:rsidRPr="00C25644">
        <w:t xml:space="preserve"> </w:t>
      </w:r>
      <w:proofErr w:type="spellStart"/>
      <w:r w:rsidRPr="00C25644">
        <w:t>qoidalariga</w:t>
      </w:r>
      <w:proofErr w:type="spellEnd"/>
      <w:r w:rsidRPr="00C25644">
        <w:t xml:space="preserve"> </w:t>
      </w:r>
      <w:proofErr w:type="spellStart"/>
      <w:r w:rsidRPr="00C25644">
        <w:t>muvofiq</w:t>
      </w:r>
      <w:proofErr w:type="spellEnd"/>
      <w:r w:rsidRPr="00C25644">
        <w:t xml:space="preserve"> </w:t>
      </w:r>
      <w:proofErr w:type="spellStart"/>
      <w:r w:rsidRPr="00C25644">
        <w:t>tuziladigan</w:t>
      </w:r>
      <w:proofErr w:type="spellEnd"/>
      <w:r w:rsidRPr="00C25644">
        <w:t xml:space="preserve"> </w:t>
      </w:r>
      <w:proofErr w:type="spellStart"/>
      <w:r w:rsidRPr="00C25644">
        <w:t>alohida</w:t>
      </w:r>
      <w:proofErr w:type="spellEnd"/>
      <w:r w:rsidRPr="00C25644">
        <w:t xml:space="preserve"> bank </w:t>
      </w:r>
      <w:proofErr w:type="spellStart"/>
      <w:r w:rsidRPr="00C25644">
        <w:t>omonati</w:t>
      </w:r>
      <w:proofErr w:type="spellEnd"/>
      <w:r w:rsidRPr="00C25644">
        <w:t xml:space="preserve"> </w:t>
      </w:r>
      <w:proofErr w:type="spellStart"/>
      <w:r w:rsidRPr="00C25644">
        <w:t>shartnomalari</w:t>
      </w:r>
      <w:proofErr w:type="spellEnd"/>
      <w:r w:rsidRPr="00C25644">
        <w:t xml:space="preserve"> </w:t>
      </w:r>
      <w:proofErr w:type="spellStart"/>
      <w:r w:rsidRPr="00C25644">
        <w:t>asosida</w:t>
      </w:r>
      <w:proofErr w:type="spellEnd"/>
      <w:r w:rsidRPr="00C25644">
        <w:t xml:space="preserve"> </w:t>
      </w:r>
      <w:proofErr w:type="spellStart"/>
      <w:r w:rsidRPr="00C25644">
        <w:t>tartibga</w:t>
      </w:r>
      <w:proofErr w:type="spellEnd"/>
      <w:r w:rsidRPr="00C25644">
        <w:t xml:space="preserve"> </w:t>
      </w:r>
      <w:proofErr w:type="spellStart"/>
      <w:r w:rsidRPr="00C25644">
        <w:t>solinadi</w:t>
      </w:r>
      <w:proofErr w:type="spellEnd"/>
      <w:r w:rsidRPr="00C25644">
        <w:t>.</w:t>
      </w:r>
    </w:p>
    <w:p w14:paraId="4B07E92C" w14:textId="77777777" w:rsidR="0037439E" w:rsidRPr="00C25644" w:rsidRDefault="00406F7C">
      <w:pPr>
        <w:spacing w:after="0" w:line="240" w:lineRule="auto"/>
        <w:ind w:firstLine="709"/>
        <w:jc w:val="both"/>
      </w:pPr>
      <w:r w:rsidRPr="00C25644">
        <w:t xml:space="preserve">1.4. Agar </w:t>
      </w:r>
      <w:proofErr w:type="spellStart"/>
      <w:r w:rsidRPr="00C25644">
        <w:t>mahsulotning</w:t>
      </w:r>
      <w:proofErr w:type="spellEnd"/>
      <w:r w:rsidRPr="00C25644">
        <w:t xml:space="preserve"> individual </w:t>
      </w:r>
      <w:proofErr w:type="spellStart"/>
      <w:r w:rsidRPr="00C25644">
        <w:t>shartlari</w:t>
      </w:r>
      <w:proofErr w:type="spellEnd"/>
      <w:r w:rsidRPr="00C25644">
        <w:t xml:space="preserve"> </w:t>
      </w:r>
      <w:proofErr w:type="spellStart"/>
      <w:r w:rsidRPr="00C25644">
        <w:t>ushbu</w:t>
      </w:r>
      <w:proofErr w:type="spellEnd"/>
      <w:r w:rsidRPr="00C25644">
        <w:t xml:space="preserve"> </w:t>
      </w:r>
      <w:proofErr w:type="spellStart"/>
      <w:r w:rsidRPr="00C25644">
        <w:t>Shartnomada</w:t>
      </w:r>
      <w:proofErr w:type="spellEnd"/>
      <w:r w:rsidRPr="00C25644">
        <w:t xml:space="preserve"> </w:t>
      </w:r>
      <w:proofErr w:type="spellStart"/>
      <w:r w:rsidRPr="00C25644">
        <w:t>nazarda</w:t>
      </w:r>
      <w:proofErr w:type="spellEnd"/>
      <w:r w:rsidRPr="00C25644">
        <w:t xml:space="preserve"> </w:t>
      </w:r>
      <w:proofErr w:type="spellStart"/>
      <w:r w:rsidRPr="00C25644">
        <w:t>tutilgan</w:t>
      </w:r>
      <w:proofErr w:type="spellEnd"/>
      <w:r w:rsidRPr="00C25644">
        <w:t xml:space="preserve"> </w:t>
      </w:r>
      <w:proofErr w:type="spellStart"/>
      <w:r w:rsidRPr="00C25644">
        <w:t>umumiy</w:t>
      </w:r>
      <w:proofErr w:type="spellEnd"/>
      <w:r w:rsidRPr="00C25644">
        <w:t xml:space="preserve"> </w:t>
      </w:r>
      <w:proofErr w:type="spellStart"/>
      <w:r w:rsidRPr="00C25644">
        <w:t>qoidalardan</w:t>
      </w:r>
      <w:proofErr w:type="spellEnd"/>
      <w:r w:rsidRPr="00C25644">
        <w:t xml:space="preserve"> </w:t>
      </w:r>
      <w:proofErr w:type="spellStart"/>
      <w:r w:rsidRPr="00C25644">
        <w:t>farq</w:t>
      </w:r>
      <w:proofErr w:type="spellEnd"/>
      <w:r w:rsidRPr="00C25644">
        <w:t xml:space="preserve"> </w:t>
      </w:r>
      <w:proofErr w:type="spellStart"/>
      <w:r w:rsidRPr="00C25644">
        <w:t>qilsa</w:t>
      </w:r>
      <w:proofErr w:type="spellEnd"/>
      <w:r w:rsidRPr="00C25644">
        <w:t xml:space="preserve">, individual </w:t>
      </w:r>
      <w:proofErr w:type="spellStart"/>
      <w:r w:rsidRPr="00C25644">
        <w:t>shartlar</w:t>
      </w:r>
      <w:proofErr w:type="spellEnd"/>
      <w:r w:rsidRPr="00C25644">
        <w:t xml:space="preserve"> </w:t>
      </w:r>
      <w:proofErr w:type="spellStart"/>
      <w:r w:rsidRPr="00C25644">
        <w:t>tegishli</w:t>
      </w:r>
      <w:proofErr w:type="spellEnd"/>
      <w:r w:rsidRPr="00C25644">
        <w:t xml:space="preserve"> </w:t>
      </w:r>
      <w:proofErr w:type="spellStart"/>
      <w:r w:rsidRPr="00C25644">
        <w:t>mahsulot</w:t>
      </w:r>
      <w:proofErr w:type="spellEnd"/>
      <w:r w:rsidRPr="00C25644">
        <w:t xml:space="preserve"> </w:t>
      </w:r>
      <w:proofErr w:type="spellStart"/>
      <w:proofErr w:type="gramStart"/>
      <w:r w:rsidRPr="00C25644">
        <w:t>bo‘</w:t>
      </w:r>
      <w:proofErr w:type="gramEnd"/>
      <w:r w:rsidRPr="00C25644">
        <w:t>yicha</w:t>
      </w:r>
      <w:proofErr w:type="spellEnd"/>
      <w:r w:rsidRPr="00C25644">
        <w:t xml:space="preserve"> </w:t>
      </w:r>
      <w:proofErr w:type="spellStart"/>
      <w:r w:rsidRPr="00C25644">
        <w:t>qo‘llaniladi</w:t>
      </w:r>
      <w:proofErr w:type="spellEnd"/>
      <w:r w:rsidRPr="00C25644">
        <w:t xml:space="preserve">, </w:t>
      </w:r>
      <w:proofErr w:type="spellStart"/>
      <w:r w:rsidRPr="00C25644">
        <w:t>biroq</w:t>
      </w:r>
      <w:proofErr w:type="spellEnd"/>
      <w:r w:rsidRPr="00C25644">
        <w:t xml:space="preserve"> </w:t>
      </w:r>
      <w:proofErr w:type="spellStart"/>
      <w:r w:rsidRPr="00C25644">
        <w:t>ular</w:t>
      </w:r>
      <w:proofErr w:type="spellEnd"/>
      <w:r w:rsidRPr="00C25644">
        <w:t xml:space="preserve"> </w:t>
      </w:r>
      <w:proofErr w:type="spellStart"/>
      <w:r w:rsidRPr="00C25644">
        <w:t>qonunchilikka</w:t>
      </w:r>
      <w:proofErr w:type="spellEnd"/>
      <w:r w:rsidRPr="00C25644">
        <w:t xml:space="preserve"> </w:t>
      </w:r>
      <w:proofErr w:type="spellStart"/>
      <w:r w:rsidRPr="00C25644">
        <w:t>zid</w:t>
      </w:r>
      <w:proofErr w:type="spellEnd"/>
      <w:r w:rsidRPr="00C25644">
        <w:t xml:space="preserve"> </w:t>
      </w:r>
      <w:proofErr w:type="spellStart"/>
      <w:r w:rsidRPr="00C25644">
        <w:t>bo‘lmasligi</w:t>
      </w:r>
      <w:proofErr w:type="spellEnd"/>
      <w:r w:rsidRPr="00C25644">
        <w:t xml:space="preserve"> </w:t>
      </w:r>
      <w:proofErr w:type="spellStart"/>
      <w:r w:rsidRPr="00C25644">
        <w:t>shart</w:t>
      </w:r>
      <w:proofErr w:type="spellEnd"/>
      <w:r w:rsidRPr="00C25644">
        <w:t>.</w:t>
      </w:r>
    </w:p>
    <w:p w14:paraId="09892789" w14:textId="77777777" w:rsidR="0037439E" w:rsidRPr="00C25644" w:rsidRDefault="0037439E">
      <w:pPr>
        <w:spacing w:after="40" w:line="240" w:lineRule="auto"/>
        <w:jc w:val="both"/>
      </w:pPr>
    </w:p>
    <w:p w14:paraId="6DBE717B" w14:textId="77777777" w:rsidR="0037439E" w:rsidRPr="00C25644" w:rsidRDefault="00406F7C">
      <w:pPr>
        <w:spacing w:after="0" w:line="240" w:lineRule="auto"/>
        <w:jc w:val="both"/>
      </w:pPr>
      <w:r w:rsidRPr="00C25644">
        <w:rPr>
          <w:b/>
        </w:rPr>
        <w:t>2. SHARTNOMA PREDMETI</w:t>
      </w:r>
    </w:p>
    <w:p w14:paraId="3E147D29" w14:textId="77777777" w:rsidR="0037439E" w:rsidRPr="00C25644" w:rsidRDefault="00406F7C">
      <w:pPr>
        <w:spacing w:after="0" w:line="240" w:lineRule="auto"/>
        <w:ind w:firstLine="709"/>
        <w:jc w:val="both"/>
      </w:pPr>
      <w:r w:rsidRPr="00C25644">
        <w:t xml:space="preserve">2.1. Bank </w:t>
      </w:r>
      <w:proofErr w:type="spellStart"/>
      <w:r w:rsidRPr="00C25644">
        <w:t>Mijozning</w:t>
      </w:r>
      <w:proofErr w:type="spellEnd"/>
      <w:r w:rsidRPr="00C25644">
        <w:t xml:space="preserve"> </w:t>
      </w:r>
      <w:proofErr w:type="spellStart"/>
      <w:r w:rsidRPr="00C25644">
        <w:t>arizasiga</w:t>
      </w:r>
      <w:proofErr w:type="spellEnd"/>
      <w:r w:rsidRPr="00C25644">
        <w:t xml:space="preserve"> </w:t>
      </w:r>
      <w:proofErr w:type="spellStart"/>
      <w:r w:rsidRPr="00C25644">
        <w:t>va</w:t>
      </w:r>
      <w:proofErr w:type="spellEnd"/>
      <w:r w:rsidRPr="00C25644">
        <w:t xml:space="preserve"> </w:t>
      </w:r>
      <w:proofErr w:type="spellStart"/>
      <w:r w:rsidRPr="00C25644">
        <w:t>qonunchilik</w:t>
      </w:r>
      <w:proofErr w:type="spellEnd"/>
      <w:r w:rsidRPr="00C25644">
        <w:t xml:space="preserve"> </w:t>
      </w:r>
      <w:proofErr w:type="spellStart"/>
      <w:r w:rsidRPr="00C25644">
        <w:t>talablariga</w:t>
      </w:r>
      <w:proofErr w:type="spellEnd"/>
      <w:r w:rsidRPr="00C25644">
        <w:t xml:space="preserve"> </w:t>
      </w:r>
      <w:proofErr w:type="spellStart"/>
      <w:r w:rsidRPr="00C25644">
        <w:t>muvofiq</w:t>
      </w:r>
      <w:proofErr w:type="spellEnd"/>
      <w:r w:rsidRPr="00C25644">
        <w:t xml:space="preserve"> bank </w:t>
      </w:r>
      <w:proofErr w:type="spellStart"/>
      <w:r w:rsidRPr="00C25644">
        <w:t>kartasini</w:t>
      </w:r>
      <w:proofErr w:type="spellEnd"/>
      <w:r w:rsidRPr="00C25644">
        <w:t xml:space="preserve"> </w:t>
      </w:r>
      <w:proofErr w:type="spellStart"/>
      <w:r w:rsidRPr="00C25644">
        <w:t>chiqarish</w:t>
      </w:r>
      <w:proofErr w:type="spellEnd"/>
      <w:r w:rsidRPr="00C25644">
        <w:t xml:space="preserve">, </w:t>
      </w:r>
      <w:proofErr w:type="spellStart"/>
      <w:r w:rsidRPr="00C25644">
        <w:t>karta</w:t>
      </w:r>
      <w:proofErr w:type="spellEnd"/>
      <w:r w:rsidRPr="00C25644">
        <w:t xml:space="preserve"> </w:t>
      </w:r>
      <w:proofErr w:type="spellStart"/>
      <w:proofErr w:type="gramStart"/>
      <w:r w:rsidRPr="00C25644">
        <w:t>hisobvarag‘</w:t>
      </w:r>
      <w:proofErr w:type="gramEnd"/>
      <w:r w:rsidRPr="00C25644">
        <w:t>ini</w:t>
      </w:r>
      <w:proofErr w:type="spellEnd"/>
      <w:r w:rsidRPr="00C25644">
        <w:t xml:space="preserve"> </w:t>
      </w:r>
      <w:proofErr w:type="spellStart"/>
      <w:r w:rsidRPr="00C25644">
        <w:t>ochish</w:t>
      </w:r>
      <w:proofErr w:type="spellEnd"/>
      <w:r w:rsidRPr="00C25644">
        <w:t xml:space="preserve"> </w:t>
      </w:r>
      <w:proofErr w:type="spellStart"/>
      <w:r w:rsidRPr="00C25644">
        <w:t>va</w:t>
      </w:r>
      <w:proofErr w:type="spellEnd"/>
      <w:r w:rsidRPr="00C25644">
        <w:t xml:space="preserve"> </w:t>
      </w:r>
      <w:proofErr w:type="spellStart"/>
      <w:r w:rsidRPr="00C25644">
        <w:t>yuritish</w:t>
      </w:r>
      <w:proofErr w:type="spellEnd"/>
      <w:r w:rsidRPr="00C25644">
        <w:t xml:space="preserve">, bank </w:t>
      </w:r>
      <w:proofErr w:type="spellStart"/>
      <w:r w:rsidRPr="00C25644">
        <w:t>kartasi</w:t>
      </w:r>
      <w:proofErr w:type="spellEnd"/>
      <w:r w:rsidRPr="00C25644">
        <w:t xml:space="preserve"> </w:t>
      </w:r>
      <w:proofErr w:type="spellStart"/>
      <w:r w:rsidRPr="00C25644">
        <w:t>orqali</w:t>
      </w:r>
      <w:proofErr w:type="spellEnd"/>
      <w:r w:rsidRPr="00C25644">
        <w:t xml:space="preserve"> </w:t>
      </w:r>
      <w:proofErr w:type="spellStart"/>
      <w:r w:rsidRPr="00C25644">
        <w:t>operatsiyalarni</w:t>
      </w:r>
      <w:proofErr w:type="spellEnd"/>
      <w:r w:rsidRPr="00C25644">
        <w:t xml:space="preserve"> </w:t>
      </w:r>
      <w:proofErr w:type="spellStart"/>
      <w:r w:rsidRPr="00C25644">
        <w:t>amalga</w:t>
      </w:r>
      <w:proofErr w:type="spellEnd"/>
      <w:r w:rsidRPr="00C25644">
        <w:t xml:space="preserve"> </w:t>
      </w:r>
      <w:proofErr w:type="spellStart"/>
      <w:r w:rsidRPr="00C25644">
        <w:t>oshirish</w:t>
      </w:r>
      <w:proofErr w:type="spellEnd"/>
      <w:r w:rsidRPr="00C25644">
        <w:t xml:space="preserve">, </w:t>
      </w:r>
      <w:proofErr w:type="spellStart"/>
      <w:r w:rsidRPr="00C25644">
        <w:t>shuningdek</w:t>
      </w:r>
      <w:proofErr w:type="spellEnd"/>
      <w:r w:rsidRPr="00C25644">
        <w:t xml:space="preserve"> talab </w:t>
      </w:r>
      <w:proofErr w:type="spellStart"/>
      <w:r w:rsidRPr="00C25644">
        <w:t>qilib</w:t>
      </w:r>
      <w:proofErr w:type="spellEnd"/>
      <w:r w:rsidRPr="00C25644">
        <w:t xml:space="preserve"> </w:t>
      </w:r>
      <w:proofErr w:type="spellStart"/>
      <w:r w:rsidRPr="00C25644">
        <w:t>olinguncha</w:t>
      </w:r>
      <w:proofErr w:type="spellEnd"/>
      <w:r w:rsidRPr="00C25644">
        <w:t xml:space="preserve"> bank </w:t>
      </w:r>
      <w:proofErr w:type="spellStart"/>
      <w:r w:rsidRPr="00C25644">
        <w:t>hisobvarag‘ini</w:t>
      </w:r>
      <w:proofErr w:type="spellEnd"/>
      <w:r w:rsidRPr="00C25644">
        <w:t xml:space="preserve"> </w:t>
      </w:r>
      <w:proofErr w:type="spellStart"/>
      <w:r w:rsidRPr="00C25644">
        <w:t>ochish</w:t>
      </w:r>
      <w:proofErr w:type="spellEnd"/>
      <w:r w:rsidRPr="00C25644">
        <w:t xml:space="preserve">, </w:t>
      </w:r>
      <w:proofErr w:type="spellStart"/>
      <w:r w:rsidRPr="00C25644">
        <w:t>yuritish</w:t>
      </w:r>
      <w:proofErr w:type="spellEnd"/>
      <w:r w:rsidRPr="00C25644">
        <w:t xml:space="preserve">, </w:t>
      </w:r>
      <w:proofErr w:type="spellStart"/>
      <w:r w:rsidRPr="00C25644">
        <w:t>unga</w:t>
      </w:r>
      <w:proofErr w:type="spellEnd"/>
      <w:r w:rsidRPr="00C25644">
        <w:t xml:space="preserve"> </w:t>
      </w:r>
      <w:proofErr w:type="spellStart"/>
      <w:r w:rsidRPr="00C25644">
        <w:t>mablag‘larni</w:t>
      </w:r>
      <w:proofErr w:type="spellEnd"/>
      <w:r w:rsidRPr="00C25644">
        <w:t xml:space="preserve"> </w:t>
      </w:r>
      <w:proofErr w:type="spellStart"/>
      <w:r w:rsidRPr="00C25644">
        <w:t>qabul</w:t>
      </w:r>
      <w:proofErr w:type="spellEnd"/>
      <w:r w:rsidRPr="00C25644">
        <w:t xml:space="preserve"> </w:t>
      </w:r>
      <w:proofErr w:type="spellStart"/>
      <w:r w:rsidRPr="00C25644">
        <w:t>qilish</w:t>
      </w:r>
      <w:proofErr w:type="spellEnd"/>
      <w:r w:rsidRPr="00C25644">
        <w:t xml:space="preserve">, </w:t>
      </w:r>
      <w:proofErr w:type="spellStart"/>
      <w:r w:rsidRPr="00C25644">
        <w:t>hisobga</w:t>
      </w:r>
      <w:proofErr w:type="spellEnd"/>
      <w:r w:rsidRPr="00C25644">
        <w:t xml:space="preserve"> </w:t>
      </w:r>
      <w:proofErr w:type="spellStart"/>
      <w:r w:rsidRPr="00C25644">
        <w:t>olish</w:t>
      </w:r>
      <w:proofErr w:type="spellEnd"/>
      <w:r w:rsidRPr="00C25644">
        <w:t xml:space="preserve">, </w:t>
      </w:r>
      <w:proofErr w:type="spellStart"/>
      <w:r w:rsidRPr="00C25644">
        <w:t>qaytarish</w:t>
      </w:r>
      <w:proofErr w:type="spellEnd"/>
      <w:r w:rsidRPr="00C25644">
        <w:t xml:space="preserve"> </w:t>
      </w:r>
      <w:proofErr w:type="spellStart"/>
      <w:r w:rsidRPr="00C25644">
        <w:t>va</w:t>
      </w:r>
      <w:proofErr w:type="spellEnd"/>
      <w:r w:rsidRPr="00C25644">
        <w:t xml:space="preserve"> </w:t>
      </w:r>
      <w:proofErr w:type="spellStart"/>
      <w:r w:rsidRPr="00C25644">
        <w:t>o‘tkazish</w:t>
      </w:r>
      <w:proofErr w:type="spellEnd"/>
      <w:r w:rsidRPr="00C25644">
        <w:t xml:space="preserve"> </w:t>
      </w:r>
      <w:proofErr w:type="spellStart"/>
      <w:r w:rsidRPr="00C25644">
        <w:t>bo‘yicha</w:t>
      </w:r>
      <w:proofErr w:type="spellEnd"/>
      <w:r w:rsidRPr="00C25644">
        <w:t xml:space="preserve"> </w:t>
      </w:r>
      <w:proofErr w:type="spellStart"/>
      <w:r w:rsidRPr="00C25644">
        <w:t>xizmatlar</w:t>
      </w:r>
      <w:proofErr w:type="spellEnd"/>
      <w:r w:rsidRPr="00C25644">
        <w:t xml:space="preserve"> </w:t>
      </w:r>
      <w:proofErr w:type="spellStart"/>
      <w:r w:rsidRPr="00C25644">
        <w:t>ko‘rsatadi</w:t>
      </w:r>
      <w:proofErr w:type="spellEnd"/>
      <w:r w:rsidRPr="00C25644">
        <w:t>.</w:t>
      </w:r>
    </w:p>
    <w:p w14:paraId="331262F0" w14:textId="77777777" w:rsidR="0037439E" w:rsidRPr="00C25644" w:rsidRDefault="00406F7C">
      <w:pPr>
        <w:spacing w:after="0" w:line="240" w:lineRule="auto"/>
        <w:ind w:firstLine="709"/>
        <w:jc w:val="both"/>
      </w:pPr>
      <w:r w:rsidRPr="00C25644">
        <w:t xml:space="preserve">2.2. Bank </w:t>
      </w:r>
      <w:proofErr w:type="spellStart"/>
      <w:r w:rsidRPr="00C25644">
        <w:t>tomonidan</w:t>
      </w:r>
      <w:proofErr w:type="spellEnd"/>
      <w:r w:rsidRPr="00C25644">
        <w:t xml:space="preserve"> </w:t>
      </w:r>
      <w:proofErr w:type="spellStart"/>
      <w:proofErr w:type="gramStart"/>
      <w:r w:rsidRPr="00C25644">
        <w:t>ko‘</w:t>
      </w:r>
      <w:proofErr w:type="gramEnd"/>
      <w:r w:rsidRPr="00C25644">
        <w:t>rsatiladigan</w:t>
      </w:r>
      <w:proofErr w:type="spellEnd"/>
      <w:r w:rsidRPr="00C25644">
        <w:t xml:space="preserve"> </w:t>
      </w:r>
      <w:proofErr w:type="spellStart"/>
      <w:r w:rsidRPr="00C25644">
        <w:t>xizmatlar</w:t>
      </w:r>
      <w:proofErr w:type="spellEnd"/>
      <w:r w:rsidRPr="00C25644">
        <w:t xml:space="preserve"> </w:t>
      </w:r>
      <w:proofErr w:type="spellStart"/>
      <w:r w:rsidRPr="00C25644">
        <w:t>mazmuni</w:t>
      </w:r>
      <w:proofErr w:type="spellEnd"/>
      <w:r w:rsidRPr="00C25644">
        <w:t xml:space="preserve"> </w:t>
      </w:r>
      <w:proofErr w:type="spellStart"/>
      <w:r w:rsidRPr="00C25644">
        <w:t>mahsulot</w:t>
      </w:r>
      <w:proofErr w:type="spellEnd"/>
      <w:r w:rsidRPr="00C25644">
        <w:t xml:space="preserve"> </w:t>
      </w:r>
      <w:proofErr w:type="spellStart"/>
      <w:r w:rsidRPr="00C25644">
        <w:t>turiga</w:t>
      </w:r>
      <w:proofErr w:type="spellEnd"/>
      <w:r w:rsidRPr="00C25644">
        <w:t xml:space="preserve"> </w:t>
      </w:r>
      <w:proofErr w:type="spellStart"/>
      <w:r w:rsidRPr="00C25644">
        <w:t>qarab</w:t>
      </w:r>
      <w:proofErr w:type="spellEnd"/>
      <w:r w:rsidRPr="00C25644">
        <w:t xml:space="preserve"> </w:t>
      </w:r>
      <w:proofErr w:type="spellStart"/>
      <w:r w:rsidRPr="00C25644">
        <w:t>quyidagilarni</w:t>
      </w:r>
      <w:proofErr w:type="spellEnd"/>
      <w:r w:rsidRPr="00C25644">
        <w:t xml:space="preserve"> </w:t>
      </w:r>
      <w:proofErr w:type="spellStart"/>
      <w:r w:rsidRPr="00C25644">
        <w:t>o‘z</w:t>
      </w:r>
      <w:proofErr w:type="spellEnd"/>
      <w:r w:rsidRPr="00C25644">
        <w:t xml:space="preserve"> </w:t>
      </w:r>
      <w:proofErr w:type="spellStart"/>
      <w:r w:rsidRPr="00C25644">
        <w:t>ichiga</w:t>
      </w:r>
      <w:proofErr w:type="spellEnd"/>
      <w:r w:rsidRPr="00C25644">
        <w:t xml:space="preserve"> </w:t>
      </w:r>
      <w:proofErr w:type="spellStart"/>
      <w:r w:rsidRPr="00C25644">
        <w:t>olishi</w:t>
      </w:r>
      <w:proofErr w:type="spellEnd"/>
      <w:r w:rsidRPr="00C25644">
        <w:t xml:space="preserve"> </w:t>
      </w:r>
      <w:proofErr w:type="spellStart"/>
      <w:r w:rsidRPr="00C25644">
        <w:t>mumkin</w:t>
      </w:r>
      <w:proofErr w:type="spellEnd"/>
      <w:r w:rsidRPr="00C25644">
        <w:t>:</w:t>
      </w:r>
    </w:p>
    <w:p w14:paraId="636A713E" w14:textId="77777777" w:rsidR="0037439E" w:rsidRPr="00C25644" w:rsidRDefault="00406F7C">
      <w:pPr>
        <w:spacing w:after="0" w:line="240" w:lineRule="auto"/>
        <w:ind w:firstLine="709"/>
        <w:jc w:val="both"/>
      </w:pPr>
      <w:r w:rsidRPr="00C25644">
        <w:t xml:space="preserve">2.2.1. bank </w:t>
      </w:r>
      <w:proofErr w:type="spellStart"/>
      <w:r w:rsidRPr="00C25644">
        <w:t>kartasini</w:t>
      </w:r>
      <w:proofErr w:type="spellEnd"/>
      <w:r w:rsidRPr="00C25644">
        <w:t xml:space="preserve"> </w:t>
      </w:r>
      <w:proofErr w:type="spellStart"/>
      <w:r w:rsidRPr="00C25644">
        <w:t>chiqarish</w:t>
      </w:r>
      <w:proofErr w:type="spellEnd"/>
      <w:r w:rsidRPr="00C25644">
        <w:t xml:space="preserve">, </w:t>
      </w:r>
      <w:proofErr w:type="spellStart"/>
      <w:r w:rsidRPr="00C25644">
        <w:t>qayta</w:t>
      </w:r>
      <w:proofErr w:type="spellEnd"/>
      <w:r w:rsidRPr="00C25644">
        <w:t xml:space="preserve"> </w:t>
      </w:r>
      <w:proofErr w:type="spellStart"/>
      <w:r w:rsidRPr="00C25644">
        <w:t>chiqarish</w:t>
      </w:r>
      <w:proofErr w:type="spellEnd"/>
      <w:r w:rsidRPr="00C25644">
        <w:t xml:space="preserve">, </w:t>
      </w:r>
      <w:proofErr w:type="spellStart"/>
      <w:r w:rsidRPr="00C25644">
        <w:t>bloklash</w:t>
      </w:r>
      <w:proofErr w:type="spellEnd"/>
      <w:r w:rsidRPr="00C25644">
        <w:t xml:space="preserve">, </w:t>
      </w:r>
      <w:proofErr w:type="spellStart"/>
      <w:r w:rsidRPr="00C25644">
        <w:t>qayta</w:t>
      </w:r>
      <w:proofErr w:type="spellEnd"/>
      <w:r w:rsidRPr="00C25644">
        <w:t xml:space="preserve"> </w:t>
      </w:r>
      <w:proofErr w:type="spellStart"/>
      <w:r w:rsidRPr="00C25644">
        <w:t>faollashtirish</w:t>
      </w:r>
      <w:proofErr w:type="spellEnd"/>
      <w:r w:rsidRPr="00C25644">
        <w:t xml:space="preserve"> </w:t>
      </w:r>
      <w:proofErr w:type="spellStart"/>
      <w:r w:rsidRPr="00C25644">
        <w:t>va</w:t>
      </w:r>
      <w:proofErr w:type="spellEnd"/>
      <w:r w:rsidRPr="00C25644">
        <w:t xml:space="preserve"> </w:t>
      </w:r>
      <w:proofErr w:type="spellStart"/>
      <w:r w:rsidRPr="00C25644">
        <w:t>yopish</w:t>
      </w:r>
      <w:proofErr w:type="spellEnd"/>
      <w:r w:rsidRPr="00C25644">
        <w:t>;</w:t>
      </w:r>
    </w:p>
    <w:p w14:paraId="0587527C" w14:textId="77777777" w:rsidR="0037439E" w:rsidRPr="00C25644" w:rsidRDefault="00406F7C">
      <w:pPr>
        <w:spacing w:after="0" w:line="240" w:lineRule="auto"/>
        <w:ind w:firstLine="709"/>
        <w:jc w:val="both"/>
      </w:pPr>
      <w:r w:rsidRPr="00C25644">
        <w:t xml:space="preserve">2.2.2. </w:t>
      </w:r>
      <w:proofErr w:type="spellStart"/>
      <w:r w:rsidRPr="00C25644">
        <w:t>karta</w:t>
      </w:r>
      <w:proofErr w:type="spellEnd"/>
      <w:r w:rsidRPr="00C25644">
        <w:t xml:space="preserve"> </w:t>
      </w:r>
      <w:proofErr w:type="spellStart"/>
      <w:proofErr w:type="gramStart"/>
      <w:r w:rsidRPr="00C25644">
        <w:t>hisobvarag‘</w:t>
      </w:r>
      <w:proofErr w:type="gramEnd"/>
      <w:r w:rsidRPr="00C25644">
        <w:t>iga</w:t>
      </w:r>
      <w:proofErr w:type="spellEnd"/>
      <w:r w:rsidRPr="00C25644">
        <w:t xml:space="preserve"> </w:t>
      </w:r>
      <w:proofErr w:type="spellStart"/>
      <w:r w:rsidRPr="00C25644">
        <w:t>mablag</w:t>
      </w:r>
      <w:proofErr w:type="spellEnd"/>
      <w:r w:rsidRPr="00C25644">
        <w:t xml:space="preserve">‘ </w:t>
      </w:r>
      <w:proofErr w:type="spellStart"/>
      <w:r w:rsidRPr="00C25644">
        <w:t>kiritish</w:t>
      </w:r>
      <w:proofErr w:type="spellEnd"/>
      <w:r w:rsidRPr="00C25644">
        <w:t xml:space="preserve">, </w:t>
      </w:r>
      <w:proofErr w:type="spellStart"/>
      <w:r w:rsidRPr="00C25644">
        <w:t>o‘tkazish</w:t>
      </w:r>
      <w:proofErr w:type="spellEnd"/>
      <w:r w:rsidRPr="00C25644">
        <w:t xml:space="preserve">, </w:t>
      </w:r>
      <w:proofErr w:type="spellStart"/>
      <w:r w:rsidRPr="00C25644">
        <w:t>to‘lovlarni</w:t>
      </w:r>
      <w:proofErr w:type="spellEnd"/>
      <w:r w:rsidRPr="00C25644">
        <w:t xml:space="preserve"> </w:t>
      </w:r>
      <w:proofErr w:type="spellStart"/>
      <w:r w:rsidRPr="00C25644">
        <w:t>amalga</w:t>
      </w:r>
      <w:proofErr w:type="spellEnd"/>
      <w:r w:rsidRPr="00C25644">
        <w:t xml:space="preserve"> </w:t>
      </w:r>
      <w:proofErr w:type="spellStart"/>
      <w:r w:rsidRPr="00C25644">
        <w:t>oshirish</w:t>
      </w:r>
      <w:proofErr w:type="spellEnd"/>
      <w:r w:rsidRPr="00C25644">
        <w:t xml:space="preserve">, </w:t>
      </w:r>
      <w:proofErr w:type="spellStart"/>
      <w:r w:rsidRPr="00C25644">
        <w:t>naqd</w:t>
      </w:r>
      <w:proofErr w:type="spellEnd"/>
      <w:r w:rsidRPr="00C25644">
        <w:t xml:space="preserve"> </w:t>
      </w:r>
      <w:proofErr w:type="spellStart"/>
      <w:r w:rsidRPr="00C25644">
        <w:t>pul</w:t>
      </w:r>
      <w:proofErr w:type="spellEnd"/>
      <w:r w:rsidRPr="00C25644">
        <w:t xml:space="preserve"> </w:t>
      </w:r>
      <w:proofErr w:type="spellStart"/>
      <w:r w:rsidRPr="00C25644">
        <w:t>yechish</w:t>
      </w:r>
      <w:proofErr w:type="spellEnd"/>
      <w:r w:rsidRPr="00C25644">
        <w:t xml:space="preserve">, </w:t>
      </w:r>
      <w:proofErr w:type="spellStart"/>
      <w:r w:rsidRPr="00C25644">
        <w:t>limitlar</w:t>
      </w:r>
      <w:proofErr w:type="spellEnd"/>
      <w:r w:rsidRPr="00C25644">
        <w:t xml:space="preserve"> </w:t>
      </w:r>
      <w:proofErr w:type="spellStart"/>
      <w:r w:rsidRPr="00C25644">
        <w:t>o‘rnatish</w:t>
      </w:r>
      <w:proofErr w:type="spellEnd"/>
      <w:r w:rsidRPr="00C25644">
        <w:t xml:space="preserve"> </w:t>
      </w:r>
      <w:proofErr w:type="spellStart"/>
      <w:r w:rsidRPr="00C25644">
        <w:t>va</w:t>
      </w:r>
      <w:proofErr w:type="spellEnd"/>
      <w:r w:rsidRPr="00C25644">
        <w:t xml:space="preserve"> </w:t>
      </w:r>
      <w:proofErr w:type="spellStart"/>
      <w:r w:rsidRPr="00C25644">
        <w:t>kartaga</w:t>
      </w:r>
      <w:proofErr w:type="spellEnd"/>
      <w:r w:rsidRPr="00C25644">
        <w:t xml:space="preserve"> </w:t>
      </w:r>
      <w:proofErr w:type="spellStart"/>
      <w:r w:rsidRPr="00C25644">
        <w:t>xizmat</w:t>
      </w:r>
      <w:proofErr w:type="spellEnd"/>
      <w:r w:rsidRPr="00C25644">
        <w:t xml:space="preserve"> </w:t>
      </w:r>
      <w:proofErr w:type="spellStart"/>
      <w:r w:rsidRPr="00C25644">
        <w:t>ko‘rsatish</w:t>
      </w:r>
      <w:proofErr w:type="spellEnd"/>
      <w:r w:rsidRPr="00C25644">
        <w:t>;</w:t>
      </w:r>
    </w:p>
    <w:p w14:paraId="3374154C" w14:textId="77777777" w:rsidR="0037439E" w:rsidRPr="00C25644" w:rsidRDefault="00406F7C">
      <w:pPr>
        <w:spacing w:after="0" w:line="240" w:lineRule="auto"/>
        <w:ind w:firstLine="709"/>
        <w:jc w:val="both"/>
      </w:pPr>
      <w:r w:rsidRPr="00C25644">
        <w:t xml:space="preserve">2.2.3. talab </w:t>
      </w:r>
      <w:proofErr w:type="spellStart"/>
      <w:r w:rsidRPr="00C25644">
        <w:t>qilib</w:t>
      </w:r>
      <w:proofErr w:type="spellEnd"/>
      <w:r w:rsidRPr="00C25644">
        <w:t xml:space="preserve"> </w:t>
      </w:r>
      <w:proofErr w:type="spellStart"/>
      <w:r w:rsidRPr="00C25644">
        <w:t>olinguncha</w:t>
      </w:r>
      <w:proofErr w:type="spellEnd"/>
      <w:r w:rsidRPr="00C25644">
        <w:t xml:space="preserve"> bank </w:t>
      </w:r>
      <w:proofErr w:type="spellStart"/>
      <w:proofErr w:type="gramStart"/>
      <w:r w:rsidRPr="00C25644">
        <w:t>hisobvarag‘</w:t>
      </w:r>
      <w:proofErr w:type="gramEnd"/>
      <w:r w:rsidRPr="00C25644">
        <w:t>ini</w:t>
      </w:r>
      <w:proofErr w:type="spellEnd"/>
      <w:r w:rsidRPr="00C25644">
        <w:t xml:space="preserve"> </w:t>
      </w:r>
      <w:proofErr w:type="spellStart"/>
      <w:r w:rsidRPr="00C25644">
        <w:t>ochish</w:t>
      </w:r>
      <w:proofErr w:type="spellEnd"/>
      <w:r w:rsidRPr="00C25644">
        <w:t xml:space="preserve">, </w:t>
      </w:r>
      <w:proofErr w:type="spellStart"/>
      <w:r w:rsidRPr="00C25644">
        <w:t>yuritish</w:t>
      </w:r>
      <w:proofErr w:type="spellEnd"/>
      <w:r w:rsidRPr="00C25644">
        <w:t xml:space="preserve">, </w:t>
      </w:r>
      <w:proofErr w:type="spellStart"/>
      <w:r w:rsidRPr="00C25644">
        <w:t>mablag‘larni</w:t>
      </w:r>
      <w:proofErr w:type="spellEnd"/>
      <w:r w:rsidRPr="00C25644">
        <w:t xml:space="preserve"> </w:t>
      </w:r>
      <w:proofErr w:type="spellStart"/>
      <w:r w:rsidRPr="00C25644">
        <w:t>qabul</w:t>
      </w:r>
      <w:proofErr w:type="spellEnd"/>
      <w:r w:rsidRPr="00C25644">
        <w:t xml:space="preserve"> </w:t>
      </w:r>
      <w:proofErr w:type="spellStart"/>
      <w:r w:rsidRPr="00C25644">
        <w:t>qilish</w:t>
      </w:r>
      <w:proofErr w:type="spellEnd"/>
      <w:r w:rsidRPr="00C25644">
        <w:t xml:space="preserve">, </w:t>
      </w:r>
      <w:proofErr w:type="spellStart"/>
      <w:r w:rsidRPr="00C25644">
        <w:t>hisobga</w:t>
      </w:r>
      <w:proofErr w:type="spellEnd"/>
      <w:r w:rsidRPr="00C25644">
        <w:t xml:space="preserve"> </w:t>
      </w:r>
      <w:proofErr w:type="spellStart"/>
      <w:r w:rsidRPr="00C25644">
        <w:t>olish</w:t>
      </w:r>
      <w:proofErr w:type="spellEnd"/>
      <w:r w:rsidRPr="00C25644">
        <w:t xml:space="preserve">, </w:t>
      </w:r>
      <w:proofErr w:type="spellStart"/>
      <w:r w:rsidRPr="00C25644">
        <w:t>qaytarish</w:t>
      </w:r>
      <w:proofErr w:type="spellEnd"/>
      <w:r w:rsidRPr="00C25644">
        <w:t xml:space="preserve"> </w:t>
      </w:r>
      <w:proofErr w:type="spellStart"/>
      <w:r w:rsidRPr="00C25644">
        <w:t>va</w:t>
      </w:r>
      <w:proofErr w:type="spellEnd"/>
      <w:r w:rsidRPr="00C25644">
        <w:t xml:space="preserve"> </w:t>
      </w:r>
      <w:proofErr w:type="spellStart"/>
      <w:r w:rsidRPr="00C25644">
        <w:t>o‘tkazish</w:t>
      </w:r>
      <w:proofErr w:type="spellEnd"/>
      <w:r w:rsidRPr="00C25644">
        <w:t>;</w:t>
      </w:r>
    </w:p>
    <w:p w14:paraId="0761CB92" w14:textId="77777777" w:rsidR="0037439E" w:rsidRPr="00C25644" w:rsidRDefault="00406F7C">
      <w:pPr>
        <w:spacing w:after="0" w:line="240" w:lineRule="auto"/>
        <w:ind w:firstLine="709"/>
        <w:jc w:val="both"/>
      </w:pPr>
      <w:r w:rsidRPr="00C25644">
        <w:t xml:space="preserve">2.2.4. Bank </w:t>
      </w:r>
      <w:proofErr w:type="spellStart"/>
      <w:r w:rsidRPr="00C25644">
        <w:t>tomonidan</w:t>
      </w:r>
      <w:proofErr w:type="spellEnd"/>
      <w:r w:rsidRPr="00C25644">
        <w:t xml:space="preserve"> </w:t>
      </w:r>
      <w:proofErr w:type="spellStart"/>
      <w:r w:rsidRPr="00C25644">
        <w:t>joriy</w:t>
      </w:r>
      <w:proofErr w:type="spellEnd"/>
      <w:r w:rsidRPr="00C25644">
        <w:t xml:space="preserve"> </w:t>
      </w:r>
      <w:proofErr w:type="spellStart"/>
      <w:r w:rsidRPr="00C25644">
        <w:t>etilgan</w:t>
      </w:r>
      <w:proofErr w:type="spellEnd"/>
      <w:r w:rsidRPr="00C25644">
        <w:t xml:space="preserve"> </w:t>
      </w:r>
      <w:proofErr w:type="spellStart"/>
      <w:r w:rsidRPr="00C25644">
        <w:t>masofaviy</w:t>
      </w:r>
      <w:proofErr w:type="spellEnd"/>
      <w:r w:rsidRPr="00C25644">
        <w:t xml:space="preserve"> </w:t>
      </w:r>
      <w:proofErr w:type="spellStart"/>
      <w:r w:rsidRPr="00C25644">
        <w:t>xizmatlar</w:t>
      </w:r>
      <w:proofErr w:type="spellEnd"/>
      <w:r w:rsidRPr="00C25644">
        <w:t xml:space="preserve"> </w:t>
      </w:r>
      <w:proofErr w:type="spellStart"/>
      <w:r w:rsidRPr="00C25644">
        <w:t>orqali</w:t>
      </w:r>
      <w:proofErr w:type="spellEnd"/>
      <w:r w:rsidRPr="00C25644">
        <w:t xml:space="preserve"> </w:t>
      </w:r>
      <w:proofErr w:type="spellStart"/>
      <w:r w:rsidRPr="00C25644">
        <w:t>kartalar</w:t>
      </w:r>
      <w:proofErr w:type="spellEnd"/>
      <w:r w:rsidRPr="00C25644">
        <w:t xml:space="preserve"> </w:t>
      </w:r>
      <w:proofErr w:type="spellStart"/>
      <w:r w:rsidRPr="00C25644">
        <w:t>va</w:t>
      </w:r>
      <w:proofErr w:type="spellEnd"/>
      <w:r w:rsidRPr="00C25644">
        <w:t xml:space="preserve"> talab </w:t>
      </w:r>
      <w:proofErr w:type="spellStart"/>
      <w:r w:rsidRPr="00C25644">
        <w:t>qilib</w:t>
      </w:r>
      <w:proofErr w:type="spellEnd"/>
      <w:r w:rsidRPr="00C25644">
        <w:t xml:space="preserve"> </w:t>
      </w:r>
      <w:proofErr w:type="spellStart"/>
      <w:r w:rsidRPr="00C25644">
        <w:t>olinguncha</w:t>
      </w:r>
      <w:proofErr w:type="spellEnd"/>
      <w:r w:rsidRPr="00C25644">
        <w:t xml:space="preserve"> bank </w:t>
      </w:r>
      <w:proofErr w:type="spellStart"/>
      <w:r w:rsidRPr="00C25644">
        <w:t>hisobvaraqlari</w:t>
      </w:r>
      <w:proofErr w:type="spellEnd"/>
      <w:r w:rsidRPr="00C25644">
        <w:t xml:space="preserve"> </w:t>
      </w:r>
      <w:proofErr w:type="spellStart"/>
      <w:proofErr w:type="gramStart"/>
      <w:r w:rsidRPr="00C25644">
        <w:t>bo‘</w:t>
      </w:r>
      <w:proofErr w:type="gramEnd"/>
      <w:r w:rsidRPr="00C25644">
        <w:t>yicha</w:t>
      </w:r>
      <w:proofErr w:type="spellEnd"/>
      <w:r w:rsidRPr="00C25644">
        <w:t xml:space="preserve"> </w:t>
      </w:r>
      <w:proofErr w:type="spellStart"/>
      <w:r w:rsidRPr="00C25644">
        <w:t>axborot</w:t>
      </w:r>
      <w:proofErr w:type="spellEnd"/>
      <w:r w:rsidRPr="00C25644">
        <w:t xml:space="preserve"> </w:t>
      </w:r>
      <w:proofErr w:type="spellStart"/>
      <w:r w:rsidRPr="00C25644">
        <w:t>olish</w:t>
      </w:r>
      <w:proofErr w:type="spellEnd"/>
      <w:r w:rsidRPr="00C25644">
        <w:t xml:space="preserve">, </w:t>
      </w:r>
      <w:proofErr w:type="spellStart"/>
      <w:r w:rsidRPr="00C25644">
        <w:t>murojaat</w:t>
      </w:r>
      <w:proofErr w:type="spellEnd"/>
      <w:r w:rsidRPr="00C25644">
        <w:t xml:space="preserve"> </w:t>
      </w:r>
      <w:proofErr w:type="spellStart"/>
      <w:r w:rsidRPr="00C25644">
        <w:t>yuborish</w:t>
      </w:r>
      <w:proofErr w:type="spellEnd"/>
      <w:r w:rsidRPr="00C25644">
        <w:t xml:space="preserve"> </w:t>
      </w:r>
      <w:proofErr w:type="spellStart"/>
      <w:r w:rsidRPr="00C25644">
        <w:t>va</w:t>
      </w:r>
      <w:proofErr w:type="spellEnd"/>
      <w:r w:rsidRPr="00C25644">
        <w:t xml:space="preserve"> </w:t>
      </w:r>
      <w:proofErr w:type="spellStart"/>
      <w:r w:rsidRPr="00C25644">
        <w:t>qonunchilikda</w:t>
      </w:r>
      <w:proofErr w:type="spellEnd"/>
      <w:r w:rsidRPr="00C25644">
        <w:t xml:space="preserve"> </w:t>
      </w:r>
      <w:proofErr w:type="spellStart"/>
      <w:r w:rsidRPr="00C25644">
        <w:t>ruxsat</w:t>
      </w:r>
      <w:proofErr w:type="spellEnd"/>
      <w:r w:rsidRPr="00C25644">
        <w:t xml:space="preserve"> </w:t>
      </w:r>
      <w:proofErr w:type="spellStart"/>
      <w:r w:rsidRPr="00C25644">
        <w:t>etilgan</w:t>
      </w:r>
      <w:proofErr w:type="spellEnd"/>
      <w:r w:rsidRPr="00C25644">
        <w:t xml:space="preserve"> </w:t>
      </w:r>
      <w:proofErr w:type="spellStart"/>
      <w:r w:rsidRPr="00C25644">
        <w:t>operatsiyalarni</w:t>
      </w:r>
      <w:proofErr w:type="spellEnd"/>
      <w:r w:rsidRPr="00C25644">
        <w:t xml:space="preserve"> </w:t>
      </w:r>
      <w:proofErr w:type="spellStart"/>
      <w:r w:rsidRPr="00C25644">
        <w:t>amalga</w:t>
      </w:r>
      <w:proofErr w:type="spellEnd"/>
      <w:r w:rsidRPr="00C25644">
        <w:t xml:space="preserve"> </w:t>
      </w:r>
      <w:proofErr w:type="spellStart"/>
      <w:r w:rsidRPr="00C25644">
        <w:t>oshirish</w:t>
      </w:r>
      <w:proofErr w:type="spellEnd"/>
      <w:r w:rsidRPr="00C25644">
        <w:t>.</w:t>
      </w:r>
    </w:p>
    <w:p w14:paraId="4DCB540A" w14:textId="77777777" w:rsidR="0037439E" w:rsidRPr="00C25644" w:rsidRDefault="00406F7C">
      <w:pPr>
        <w:spacing w:after="0" w:line="240" w:lineRule="auto"/>
        <w:ind w:firstLine="709"/>
        <w:jc w:val="both"/>
      </w:pPr>
      <w:r w:rsidRPr="00C25644">
        <w:t xml:space="preserve">2.3. </w:t>
      </w:r>
      <w:proofErr w:type="spellStart"/>
      <w:proofErr w:type="gramStart"/>
      <w:r w:rsidRPr="00C25644">
        <w:t>Jamg‘</w:t>
      </w:r>
      <w:proofErr w:type="gramEnd"/>
      <w:r w:rsidRPr="00C25644">
        <w:t>arma</w:t>
      </w:r>
      <w:proofErr w:type="spellEnd"/>
      <w:r w:rsidRPr="00C25644">
        <w:t xml:space="preserve"> </w:t>
      </w:r>
      <w:proofErr w:type="spellStart"/>
      <w:r w:rsidRPr="00C25644">
        <w:t>omonatlari</w:t>
      </w:r>
      <w:proofErr w:type="spellEnd"/>
      <w:r w:rsidRPr="00C25644">
        <w:t xml:space="preserve"> </w:t>
      </w:r>
      <w:proofErr w:type="spellStart"/>
      <w:r w:rsidRPr="00C25644">
        <w:t>hamda</w:t>
      </w:r>
      <w:proofErr w:type="spellEnd"/>
      <w:r w:rsidRPr="00C25644">
        <w:t xml:space="preserve"> </w:t>
      </w:r>
      <w:proofErr w:type="spellStart"/>
      <w:r w:rsidRPr="00C25644">
        <w:t>muddatli</w:t>
      </w:r>
      <w:proofErr w:type="spellEnd"/>
      <w:r w:rsidRPr="00C25644">
        <w:t xml:space="preserve"> </w:t>
      </w:r>
      <w:proofErr w:type="spellStart"/>
      <w:r w:rsidRPr="00C25644">
        <w:t>omonatlar</w:t>
      </w:r>
      <w:proofErr w:type="spellEnd"/>
      <w:r w:rsidRPr="00C25644">
        <w:t xml:space="preserve"> </w:t>
      </w:r>
      <w:proofErr w:type="spellStart"/>
      <w:r w:rsidRPr="00C25644">
        <w:t>bo‘yicha</w:t>
      </w:r>
      <w:proofErr w:type="spellEnd"/>
      <w:r w:rsidRPr="00C25644">
        <w:t xml:space="preserve"> </w:t>
      </w:r>
      <w:proofErr w:type="spellStart"/>
      <w:r w:rsidRPr="00C25644">
        <w:t>xizmatlar</w:t>
      </w:r>
      <w:proofErr w:type="spellEnd"/>
      <w:r w:rsidRPr="00C25644">
        <w:t xml:space="preserve"> </w:t>
      </w:r>
      <w:proofErr w:type="spellStart"/>
      <w:r w:rsidRPr="00C25644">
        <w:t>ushbu</w:t>
      </w:r>
      <w:proofErr w:type="spellEnd"/>
      <w:r w:rsidRPr="00C25644">
        <w:t xml:space="preserve"> </w:t>
      </w:r>
      <w:proofErr w:type="spellStart"/>
      <w:r w:rsidRPr="00C25644">
        <w:t>Shartnoma</w:t>
      </w:r>
      <w:proofErr w:type="spellEnd"/>
      <w:r w:rsidRPr="00C25644">
        <w:t xml:space="preserve"> </w:t>
      </w:r>
      <w:proofErr w:type="spellStart"/>
      <w:r w:rsidRPr="00C25644">
        <w:t>doirasida</w:t>
      </w:r>
      <w:proofErr w:type="spellEnd"/>
      <w:r w:rsidRPr="00C25644">
        <w:t xml:space="preserve"> </w:t>
      </w:r>
      <w:proofErr w:type="spellStart"/>
      <w:r w:rsidRPr="00C25644">
        <w:t>ko‘rsatilmaydi</w:t>
      </w:r>
      <w:proofErr w:type="spellEnd"/>
      <w:r w:rsidRPr="00C25644">
        <w:t xml:space="preserve">. </w:t>
      </w:r>
      <w:proofErr w:type="spellStart"/>
      <w:r w:rsidRPr="00C25644">
        <w:t>Bunday</w:t>
      </w:r>
      <w:proofErr w:type="spellEnd"/>
      <w:r w:rsidRPr="00C25644">
        <w:t xml:space="preserve"> </w:t>
      </w:r>
      <w:proofErr w:type="spellStart"/>
      <w:r w:rsidRPr="00C25644">
        <w:t>mahsulotlar</w:t>
      </w:r>
      <w:proofErr w:type="spellEnd"/>
      <w:r w:rsidRPr="00C25644">
        <w:t xml:space="preserve"> </w:t>
      </w:r>
      <w:proofErr w:type="spellStart"/>
      <w:proofErr w:type="gramStart"/>
      <w:r w:rsidRPr="00C25644">
        <w:t>bo‘</w:t>
      </w:r>
      <w:proofErr w:type="gramEnd"/>
      <w:r w:rsidRPr="00C25644">
        <w:t>yicha</w:t>
      </w:r>
      <w:proofErr w:type="spellEnd"/>
      <w:r w:rsidRPr="00C25644">
        <w:t xml:space="preserve"> Bank </w:t>
      </w:r>
      <w:proofErr w:type="spellStart"/>
      <w:r w:rsidRPr="00C25644">
        <w:t>va</w:t>
      </w:r>
      <w:proofErr w:type="spellEnd"/>
      <w:r w:rsidRPr="00C25644">
        <w:t xml:space="preserve"> </w:t>
      </w:r>
      <w:proofErr w:type="spellStart"/>
      <w:r w:rsidRPr="00C25644">
        <w:t>Mijoz</w:t>
      </w:r>
      <w:proofErr w:type="spellEnd"/>
      <w:r w:rsidRPr="00C25644">
        <w:t xml:space="preserve"> </w:t>
      </w:r>
      <w:proofErr w:type="spellStart"/>
      <w:r w:rsidRPr="00C25644">
        <w:t>o‘rtasida</w:t>
      </w:r>
      <w:proofErr w:type="spellEnd"/>
      <w:r w:rsidRPr="00C25644">
        <w:t xml:space="preserve"> </w:t>
      </w:r>
      <w:proofErr w:type="spellStart"/>
      <w:r w:rsidRPr="00C25644">
        <w:t>Bankning</w:t>
      </w:r>
      <w:proofErr w:type="spellEnd"/>
      <w:r w:rsidRPr="00C25644">
        <w:t xml:space="preserve"> </w:t>
      </w:r>
      <w:proofErr w:type="spellStart"/>
      <w:r w:rsidRPr="00C25644">
        <w:t>amaldagi</w:t>
      </w:r>
      <w:proofErr w:type="spellEnd"/>
      <w:r w:rsidRPr="00C25644">
        <w:t xml:space="preserve"> </w:t>
      </w:r>
      <w:proofErr w:type="spellStart"/>
      <w:r w:rsidRPr="00C25644">
        <w:t>Omonatlar</w:t>
      </w:r>
      <w:proofErr w:type="spellEnd"/>
      <w:r w:rsidRPr="00C25644">
        <w:t xml:space="preserve"> </w:t>
      </w:r>
      <w:proofErr w:type="spellStart"/>
      <w:r w:rsidRPr="00C25644">
        <w:t>qoidalariga</w:t>
      </w:r>
      <w:proofErr w:type="spellEnd"/>
      <w:r w:rsidRPr="00C25644">
        <w:t xml:space="preserve"> </w:t>
      </w:r>
      <w:proofErr w:type="spellStart"/>
      <w:r w:rsidRPr="00C25644">
        <w:t>muvofiq</w:t>
      </w:r>
      <w:proofErr w:type="spellEnd"/>
      <w:r w:rsidRPr="00C25644">
        <w:t xml:space="preserve"> </w:t>
      </w:r>
      <w:proofErr w:type="spellStart"/>
      <w:r w:rsidRPr="00C25644">
        <w:t>alohida</w:t>
      </w:r>
      <w:proofErr w:type="spellEnd"/>
      <w:r w:rsidRPr="00C25644">
        <w:t xml:space="preserve"> bank </w:t>
      </w:r>
      <w:proofErr w:type="spellStart"/>
      <w:r w:rsidRPr="00C25644">
        <w:t>omonati</w:t>
      </w:r>
      <w:proofErr w:type="spellEnd"/>
      <w:r w:rsidRPr="00C25644">
        <w:t xml:space="preserve"> </w:t>
      </w:r>
      <w:proofErr w:type="spellStart"/>
      <w:r w:rsidRPr="00C25644">
        <w:t>shartnomalari</w:t>
      </w:r>
      <w:proofErr w:type="spellEnd"/>
      <w:r w:rsidRPr="00C25644">
        <w:t xml:space="preserve"> </w:t>
      </w:r>
      <w:proofErr w:type="spellStart"/>
      <w:r w:rsidRPr="00C25644">
        <w:t>tuziladi</w:t>
      </w:r>
      <w:proofErr w:type="spellEnd"/>
      <w:r w:rsidRPr="00C25644">
        <w:t>.</w:t>
      </w:r>
    </w:p>
    <w:p w14:paraId="0C63DFB9" w14:textId="77777777" w:rsidR="0037439E" w:rsidRPr="00C25644" w:rsidRDefault="0037439E">
      <w:pPr>
        <w:spacing w:after="40" w:line="240" w:lineRule="auto"/>
        <w:jc w:val="both"/>
      </w:pPr>
    </w:p>
    <w:p w14:paraId="6E8A78BF" w14:textId="77777777" w:rsidR="0037439E" w:rsidRPr="00C25644" w:rsidRDefault="00406F7C">
      <w:pPr>
        <w:spacing w:after="0" w:line="240" w:lineRule="auto"/>
        <w:jc w:val="both"/>
      </w:pPr>
      <w:r w:rsidRPr="00C25644">
        <w:rPr>
          <w:b/>
        </w:rPr>
        <w:t>3. OFERTANI AKSEPT QILISH VA SHARTNOMANI TUZISH TARTIBI</w:t>
      </w:r>
    </w:p>
    <w:p w14:paraId="51472E99" w14:textId="77777777" w:rsidR="0037439E" w:rsidRPr="00C25644" w:rsidRDefault="00406F7C">
      <w:pPr>
        <w:spacing w:after="0" w:line="240" w:lineRule="auto"/>
        <w:ind w:firstLine="709"/>
        <w:jc w:val="both"/>
      </w:pPr>
      <w:r w:rsidRPr="00C25644">
        <w:t xml:space="preserve">3.1. </w:t>
      </w:r>
      <w:proofErr w:type="spellStart"/>
      <w:r w:rsidRPr="00C25644">
        <w:t>Mijoz</w:t>
      </w:r>
      <w:proofErr w:type="spellEnd"/>
      <w:r w:rsidRPr="00C25644">
        <w:t xml:space="preserve"> </w:t>
      </w:r>
      <w:proofErr w:type="spellStart"/>
      <w:r w:rsidRPr="00C25644">
        <w:t>ushbu</w:t>
      </w:r>
      <w:proofErr w:type="spellEnd"/>
      <w:r w:rsidRPr="00C25644">
        <w:t xml:space="preserve"> </w:t>
      </w:r>
      <w:proofErr w:type="spellStart"/>
      <w:r w:rsidRPr="00C25644">
        <w:t>ofertani</w:t>
      </w:r>
      <w:proofErr w:type="spellEnd"/>
      <w:r w:rsidRPr="00C25644">
        <w:t xml:space="preserve"> </w:t>
      </w:r>
      <w:proofErr w:type="spellStart"/>
      <w:r w:rsidRPr="00C25644">
        <w:t>tegishli</w:t>
      </w:r>
      <w:proofErr w:type="spellEnd"/>
      <w:r w:rsidRPr="00C25644">
        <w:t xml:space="preserve"> </w:t>
      </w:r>
      <w:proofErr w:type="spellStart"/>
      <w:r w:rsidRPr="00C25644">
        <w:t>mahsulot</w:t>
      </w:r>
      <w:proofErr w:type="spellEnd"/>
      <w:r w:rsidRPr="00C25644">
        <w:t xml:space="preserve"> </w:t>
      </w:r>
      <w:proofErr w:type="spellStart"/>
      <w:proofErr w:type="gramStart"/>
      <w:r w:rsidRPr="00C25644">
        <w:t>bo‘</w:t>
      </w:r>
      <w:proofErr w:type="gramEnd"/>
      <w:r w:rsidRPr="00C25644">
        <w:t>yicha</w:t>
      </w:r>
      <w:proofErr w:type="spellEnd"/>
      <w:r w:rsidRPr="00C25644">
        <w:t xml:space="preserve"> </w:t>
      </w:r>
      <w:proofErr w:type="spellStart"/>
      <w:r w:rsidRPr="00C25644">
        <w:t>ariza</w:t>
      </w:r>
      <w:proofErr w:type="spellEnd"/>
      <w:r w:rsidRPr="00C25644">
        <w:t xml:space="preserve"> </w:t>
      </w:r>
      <w:proofErr w:type="spellStart"/>
      <w:r w:rsidRPr="00C25644">
        <w:t>berish</w:t>
      </w:r>
      <w:proofErr w:type="spellEnd"/>
      <w:r w:rsidRPr="00C25644">
        <w:t xml:space="preserve">, </w:t>
      </w:r>
      <w:proofErr w:type="spellStart"/>
      <w:r w:rsidRPr="00C25644">
        <w:t>mobil</w:t>
      </w:r>
      <w:proofErr w:type="spellEnd"/>
      <w:r w:rsidRPr="00C25644">
        <w:t xml:space="preserve"> </w:t>
      </w:r>
      <w:proofErr w:type="spellStart"/>
      <w:r w:rsidRPr="00C25644">
        <w:t>ilova</w:t>
      </w:r>
      <w:proofErr w:type="spellEnd"/>
      <w:r w:rsidRPr="00C25644">
        <w:t xml:space="preserve"> </w:t>
      </w:r>
      <w:proofErr w:type="spellStart"/>
      <w:r w:rsidRPr="00C25644">
        <w:t>yoki</w:t>
      </w:r>
      <w:proofErr w:type="spellEnd"/>
      <w:r w:rsidRPr="00C25644">
        <w:t xml:space="preserve"> </w:t>
      </w:r>
      <w:proofErr w:type="spellStart"/>
      <w:r w:rsidRPr="00C25644">
        <w:t>boshqa</w:t>
      </w:r>
      <w:proofErr w:type="spellEnd"/>
      <w:r w:rsidRPr="00C25644">
        <w:t xml:space="preserve"> </w:t>
      </w:r>
      <w:proofErr w:type="spellStart"/>
      <w:r w:rsidRPr="00C25644">
        <w:t>elektron</w:t>
      </w:r>
      <w:proofErr w:type="spellEnd"/>
      <w:r w:rsidRPr="00C25644">
        <w:t xml:space="preserve"> </w:t>
      </w:r>
      <w:proofErr w:type="spellStart"/>
      <w:r w:rsidRPr="00C25644">
        <w:t>kanalda</w:t>
      </w:r>
      <w:proofErr w:type="spellEnd"/>
      <w:r w:rsidRPr="00C25644">
        <w:t xml:space="preserve"> </w:t>
      </w:r>
      <w:proofErr w:type="spellStart"/>
      <w:r w:rsidRPr="00C25644">
        <w:t>elektron</w:t>
      </w:r>
      <w:proofErr w:type="spellEnd"/>
      <w:r w:rsidRPr="00C25644">
        <w:t xml:space="preserve"> </w:t>
      </w:r>
      <w:proofErr w:type="spellStart"/>
      <w:r w:rsidRPr="00C25644">
        <w:t>tasdiq</w:t>
      </w:r>
      <w:proofErr w:type="spellEnd"/>
      <w:r w:rsidRPr="00C25644">
        <w:t xml:space="preserve"> </w:t>
      </w:r>
      <w:proofErr w:type="spellStart"/>
      <w:r w:rsidRPr="00C25644">
        <w:t>berish</w:t>
      </w:r>
      <w:proofErr w:type="spellEnd"/>
      <w:r w:rsidRPr="00C25644">
        <w:t xml:space="preserve">, bank </w:t>
      </w:r>
      <w:proofErr w:type="spellStart"/>
      <w:r w:rsidRPr="00C25644">
        <w:t>kartasini</w:t>
      </w:r>
      <w:proofErr w:type="spellEnd"/>
      <w:r w:rsidRPr="00C25644">
        <w:t xml:space="preserve"> </w:t>
      </w:r>
      <w:proofErr w:type="spellStart"/>
      <w:r w:rsidRPr="00C25644">
        <w:t>qabul</w:t>
      </w:r>
      <w:proofErr w:type="spellEnd"/>
      <w:r w:rsidRPr="00C25644">
        <w:t xml:space="preserve"> </w:t>
      </w:r>
      <w:proofErr w:type="spellStart"/>
      <w:r w:rsidRPr="00C25644">
        <w:t>qilib</w:t>
      </w:r>
      <w:proofErr w:type="spellEnd"/>
      <w:r w:rsidRPr="00C25644">
        <w:t xml:space="preserve"> </w:t>
      </w:r>
      <w:proofErr w:type="spellStart"/>
      <w:r w:rsidRPr="00C25644">
        <w:t>olish</w:t>
      </w:r>
      <w:proofErr w:type="spellEnd"/>
      <w:r w:rsidRPr="00C25644">
        <w:t xml:space="preserve">, talab </w:t>
      </w:r>
      <w:proofErr w:type="spellStart"/>
      <w:r w:rsidRPr="00C25644">
        <w:t>qilib</w:t>
      </w:r>
      <w:proofErr w:type="spellEnd"/>
      <w:r w:rsidRPr="00C25644">
        <w:t xml:space="preserve"> </w:t>
      </w:r>
      <w:proofErr w:type="spellStart"/>
      <w:r w:rsidRPr="00C25644">
        <w:t>olinguncha</w:t>
      </w:r>
      <w:proofErr w:type="spellEnd"/>
      <w:r w:rsidRPr="00C25644">
        <w:t xml:space="preserve"> bank </w:t>
      </w:r>
      <w:proofErr w:type="spellStart"/>
      <w:r w:rsidRPr="00C25644">
        <w:t>hisobvarag‘ini</w:t>
      </w:r>
      <w:proofErr w:type="spellEnd"/>
      <w:r w:rsidRPr="00C25644">
        <w:t xml:space="preserve"> </w:t>
      </w:r>
      <w:proofErr w:type="spellStart"/>
      <w:r w:rsidRPr="00C25644">
        <w:t>ochishga</w:t>
      </w:r>
      <w:proofErr w:type="spellEnd"/>
      <w:r w:rsidRPr="00C25644">
        <w:t xml:space="preserve"> </w:t>
      </w:r>
      <w:proofErr w:type="spellStart"/>
      <w:r w:rsidRPr="00C25644">
        <w:t>rozilik</w:t>
      </w:r>
      <w:proofErr w:type="spellEnd"/>
      <w:r w:rsidRPr="00C25644">
        <w:t xml:space="preserve"> </w:t>
      </w:r>
      <w:proofErr w:type="spellStart"/>
      <w:r w:rsidRPr="00C25644">
        <w:t>bildirish</w:t>
      </w:r>
      <w:proofErr w:type="spellEnd"/>
      <w:r w:rsidRPr="00C25644">
        <w:t xml:space="preserve"> </w:t>
      </w:r>
      <w:proofErr w:type="spellStart"/>
      <w:r w:rsidRPr="00C25644">
        <w:t>yoki</w:t>
      </w:r>
      <w:proofErr w:type="spellEnd"/>
      <w:r w:rsidRPr="00C25644">
        <w:t xml:space="preserve"> Bank </w:t>
      </w:r>
      <w:proofErr w:type="spellStart"/>
      <w:r w:rsidRPr="00C25644">
        <w:t>tomonidan</w:t>
      </w:r>
      <w:proofErr w:type="spellEnd"/>
      <w:r w:rsidRPr="00C25644">
        <w:t xml:space="preserve"> </w:t>
      </w:r>
      <w:proofErr w:type="spellStart"/>
      <w:r w:rsidRPr="00C25644">
        <w:t>belgilangan</w:t>
      </w:r>
      <w:proofErr w:type="spellEnd"/>
      <w:r w:rsidRPr="00C25644">
        <w:t xml:space="preserve"> </w:t>
      </w:r>
      <w:proofErr w:type="spellStart"/>
      <w:r w:rsidRPr="00C25644">
        <w:t>boshqa</w:t>
      </w:r>
      <w:proofErr w:type="spellEnd"/>
      <w:r w:rsidRPr="00C25644">
        <w:t xml:space="preserve"> </w:t>
      </w:r>
      <w:proofErr w:type="spellStart"/>
      <w:r w:rsidRPr="00C25644">
        <w:t>aksept</w:t>
      </w:r>
      <w:proofErr w:type="spellEnd"/>
      <w:r w:rsidRPr="00C25644">
        <w:t xml:space="preserve"> </w:t>
      </w:r>
      <w:proofErr w:type="spellStart"/>
      <w:r w:rsidRPr="00C25644">
        <w:t>harakatini</w:t>
      </w:r>
      <w:proofErr w:type="spellEnd"/>
      <w:r w:rsidRPr="00C25644">
        <w:t xml:space="preserve"> </w:t>
      </w:r>
      <w:proofErr w:type="spellStart"/>
      <w:r w:rsidRPr="00C25644">
        <w:t>amalga</w:t>
      </w:r>
      <w:proofErr w:type="spellEnd"/>
      <w:r w:rsidRPr="00C25644">
        <w:t xml:space="preserve"> </w:t>
      </w:r>
      <w:proofErr w:type="spellStart"/>
      <w:r w:rsidRPr="00C25644">
        <w:t>oshirish</w:t>
      </w:r>
      <w:proofErr w:type="spellEnd"/>
      <w:r w:rsidRPr="00C25644">
        <w:t xml:space="preserve"> </w:t>
      </w:r>
      <w:proofErr w:type="spellStart"/>
      <w:r w:rsidRPr="00C25644">
        <w:t>orqali</w:t>
      </w:r>
      <w:proofErr w:type="spellEnd"/>
      <w:r w:rsidRPr="00C25644">
        <w:t xml:space="preserve"> </w:t>
      </w:r>
      <w:proofErr w:type="spellStart"/>
      <w:r w:rsidRPr="00C25644">
        <w:t>qabul</w:t>
      </w:r>
      <w:proofErr w:type="spellEnd"/>
      <w:r w:rsidRPr="00C25644">
        <w:t xml:space="preserve"> </w:t>
      </w:r>
      <w:proofErr w:type="spellStart"/>
      <w:r w:rsidRPr="00C25644">
        <w:t>qiladi</w:t>
      </w:r>
      <w:proofErr w:type="spellEnd"/>
      <w:r w:rsidRPr="00C25644">
        <w:t>.</w:t>
      </w:r>
    </w:p>
    <w:p w14:paraId="32D37D1F" w14:textId="77777777" w:rsidR="0037439E" w:rsidRPr="00C25644" w:rsidRDefault="00406F7C">
      <w:pPr>
        <w:spacing w:after="0" w:line="240" w:lineRule="auto"/>
        <w:ind w:firstLine="709"/>
        <w:jc w:val="both"/>
      </w:pPr>
      <w:r w:rsidRPr="00C25644">
        <w:t xml:space="preserve">3.2. </w:t>
      </w:r>
      <w:proofErr w:type="spellStart"/>
      <w:r w:rsidRPr="00C25644">
        <w:t>Masofaviy</w:t>
      </w:r>
      <w:proofErr w:type="spellEnd"/>
      <w:r w:rsidRPr="00C25644">
        <w:t xml:space="preserve"> </w:t>
      </w:r>
      <w:proofErr w:type="spellStart"/>
      <w:r w:rsidRPr="00C25644">
        <w:t>akseptlashda</w:t>
      </w:r>
      <w:proofErr w:type="spellEnd"/>
      <w:r w:rsidRPr="00C25644">
        <w:t xml:space="preserve"> </w:t>
      </w:r>
      <w:proofErr w:type="spellStart"/>
      <w:r w:rsidRPr="00C25644">
        <w:t>Mijozga</w:t>
      </w:r>
      <w:proofErr w:type="spellEnd"/>
      <w:r w:rsidRPr="00C25644">
        <w:t xml:space="preserve"> </w:t>
      </w:r>
      <w:proofErr w:type="spellStart"/>
      <w:r w:rsidRPr="00C25644">
        <w:t>ushbu</w:t>
      </w:r>
      <w:proofErr w:type="spellEnd"/>
      <w:r w:rsidRPr="00C25644">
        <w:t xml:space="preserve"> </w:t>
      </w:r>
      <w:proofErr w:type="spellStart"/>
      <w:r w:rsidRPr="00C25644">
        <w:t>Shartnoma</w:t>
      </w:r>
      <w:proofErr w:type="spellEnd"/>
      <w:r w:rsidRPr="00C25644">
        <w:t xml:space="preserve">, </w:t>
      </w:r>
      <w:proofErr w:type="spellStart"/>
      <w:r w:rsidRPr="00C25644">
        <w:t>mahsulotning</w:t>
      </w:r>
      <w:proofErr w:type="spellEnd"/>
      <w:r w:rsidRPr="00C25644">
        <w:t xml:space="preserve"> individual </w:t>
      </w:r>
      <w:proofErr w:type="spellStart"/>
      <w:r w:rsidRPr="00C25644">
        <w:t>shartlari</w:t>
      </w:r>
      <w:proofErr w:type="spellEnd"/>
      <w:r w:rsidRPr="00C25644">
        <w:t xml:space="preserve">, </w:t>
      </w:r>
      <w:proofErr w:type="spellStart"/>
      <w:r w:rsidRPr="00C25644">
        <w:t>tariflar</w:t>
      </w:r>
      <w:proofErr w:type="spellEnd"/>
      <w:r w:rsidRPr="00C25644">
        <w:t xml:space="preserve">, </w:t>
      </w:r>
      <w:proofErr w:type="spellStart"/>
      <w:r w:rsidRPr="00C25644">
        <w:t>axborot</w:t>
      </w:r>
      <w:proofErr w:type="spellEnd"/>
      <w:r w:rsidRPr="00C25644">
        <w:t xml:space="preserve"> </w:t>
      </w:r>
      <w:proofErr w:type="spellStart"/>
      <w:r w:rsidRPr="00C25644">
        <w:t>varaqasi</w:t>
      </w:r>
      <w:proofErr w:type="spellEnd"/>
      <w:r w:rsidRPr="00C25644">
        <w:t xml:space="preserve"> </w:t>
      </w:r>
      <w:proofErr w:type="spellStart"/>
      <w:r w:rsidRPr="00C25644">
        <w:t>hamda</w:t>
      </w:r>
      <w:proofErr w:type="spellEnd"/>
      <w:r w:rsidRPr="00C25644">
        <w:t xml:space="preserve"> </w:t>
      </w:r>
      <w:proofErr w:type="spellStart"/>
      <w:r w:rsidRPr="00C25644">
        <w:t>qonunchilikda</w:t>
      </w:r>
      <w:proofErr w:type="spellEnd"/>
      <w:r w:rsidRPr="00C25644">
        <w:t xml:space="preserve"> </w:t>
      </w:r>
      <w:proofErr w:type="spellStart"/>
      <w:r w:rsidRPr="00C25644">
        <w:t>nazarda</w:t>
      </w:r>
      <w:proofErr w:type="spellEnd"/>
      <w:r w:rsidRPr="00C25644">
        <w:t xml:space="preserve"> </w:t>
      </w:r>
      <w:proofErr w:type="spellStart"/>
      <w:r w:rsidRPr="00C25644">
        <w:t>tutilgan</w:t>
      </w:r>
      <w:proofErr w:type="spellEnd"/>
      <w:r w:rsidRPr="00C25644">
        <w:t xml:space="preserve"> </w:t>
      </w:r>
      <w:proofErr w:type="spellStart"/>
      <w:r w:rsidRPr="00C25644">
        <w:t>boshqa</w:t>
      </w:r>
      <w:proofErr w:type="spellEnd"/>
      <w:r w:rsidRPr="00C25644">
        <w:t xml:space="preserve"> </w:t>
      </w:r>
      <w:proofErr w:type="spellStart"/>
      <w:r w:rsidRPr="00C25644">
        <w:t>majburiy</w:t>
      </w:r>
      <w:proofErr w:type="spellEnd"/>
      <w:r w:rsidRPr="00C25644">
        <w:t xml:space="preserve"> </w:t>
      </w:r>
      <w:proofErr w:type="spellStart"/>
      <w:r w:rsidRPr="00C25644">
        <w:t>ma’lumotlar</w:t>
      </w:r>
      <w:proofErr w:type="spellEnd"/>
      <w:r w:rsidRPr="00C25644">
        <w:t xml:space="preserve"> </w:t>
      </w:r>
      <w:proofErr w:type="spellStart"/>
      <w:r w:rsidRPr="00C25644">
        <w:t>alohida</w:t>
      </w:r>
      <w:proofErr w:type="spellEnd"/>
      <w:r w:rsidRPr="00C25644">
        <w:t xml:space="preserve"> </w:t>
      </w:r>
      <w:proofErr w:type="spellStart"/>
      <w:proofErr w:type="gramStart"/>
      <w:r w:rsidRPr="00C25644">
        <w:t>ko‘</w:t>
      </w:r>
      <w:proofErr w:type="gramEnd"/>
      <w:r w:rsidRPr="00C25644">
        <w:t>rish</w:t>
      </w:r>
      <w:proofErr w:type="spellEnd"/>
      <w:r w:rsidRPr="00C25644">
        <w:t xml:space="preserve"> </w:t>
      </w:r>
      <w:proofErr w:type="spellStart"/>
      <w:r w:rsidRPr="00C25644">
        <w:t>uchun</w:t>
      </w:r>
      <w:proofErr w:type="spellEnd"/>
      <w:r w:rsidRPr="00C25644">
        <w:t xml:space="preserve"> </w:t>
      </w:r>
      <w:proofErr w:type="spellStart"/>
      <w:r w:rsidRPr="00C25644">
        <w:t>taqdim</w:t>
      </w:r>
      <w:proofErr w:type="spellEnd"/>
      <w:r w:rsidRPr="00C25644">
        <w:t xml:space="preserve"> </w:t>
      </w:r>
      <w:proofErr w:type="spellStart"/>
      <w:r w:rsidRPr="00C25644">
        <w:t>etiladi</w:t>
      </w:r>
      <w:proofErr w:type="spellEnd"/>
      <w:r w:rsidRPr="00C25644">
        <w:t>.</w:t>
      </w:r>
    </w:p>
    <w:p w14:paraId="7673EA6C" w14:textId="77777777" w:rsidR="0037439E" w:rsidRPr="00C25644" w:rsidRDefault="00406F7C">
      <w:pPr>
        <w:spacing w:after="0" w:line="240" w:lineRule="auto"/>
        <w:ind w:firstLine="709"/>
        <w:jc w:val="both"/>
      </w:pPr>
      <w:r w:rsidRPr="00C25644">
        <w:t xml:space="preserve">3.3. Bank </w:t>
      </w:r>
      <w:proofErr w:type="spellStart"/>
      <w:r w:rsidRPr="00C25644">
        <w:t>masofaviy</w:t>
      </w:r>
      <w:proofErr w:type="spellEnd"/>
      <w:r w:rsidRPr="00C25644">
        <w:t xml:space="preserve"> </w:t>
      </w:r>
      <w:proofErr w:type="spellStart"/>
      <w:r w:rsidRPr="00C25644">
        <w:t>akseptlashda</w:t>
      </w:r>
      <w:proofErr w:type="spellEnd"/>
      <w:r w:rsidRPr="00C25644">
        <w:t xml:space="preserve"> </w:t>
      </w:r>
      <w:proofErr w:type="spellStart"/>
      <w:r w:rsidRPr="00C25644">
        <w:t>oldindan</w:t>
      </w:r>
      <w:proofErr w:type="spellEnd"/>
      <w:r w:rsidRPr="00C25644">
        <w:t xml:space="preserve"> </w:t>
      </w:r>
      <w:proofErr w:type="spellStart"/>
      <w:r w:rsidRPr="00C25644">
        <w:t>belgilab</w:t>
      </w:r>
      <w:proofErr w:type="spellEnd"/>
      <w:r w:rsidRPr="00C25644">
        <w:t xml:space="preserve"> </w:t>
      </w:r>
      <w:proofErr w:type="spellStart"/>
      <w:proofErr w:type="gramStart"/>
      <w:r w:rsidRPr="00C25644">
        <w:t>qo‘</w:t>
      </w:r>
      <w:proofErr w:type="gramEnd"/>
      <w:r w:rsidRPr="00C25644">
        <w:t>yilgan</w:t>
      </w:r>
      <w:proofErr w:type="spellEnd"/>
      <w:r w:rsidRPr="00C25644">
        <w:t xml:space="preserve"> </w:t>
      </w:r>
      <w:proofErr w:type="spellStart"/>
      <w:r w:rsidRPr="00C25644">
        <w:t>rozilik</w:t>
      </w:r>
      <w:proofErr w:type="spellEnd"/>
      <w:r w:rsidRPr="00C25644">
        <w:t xml:space="preserve"> </w:t>
      </w:r>
      <w:proofErr w:type="spellStart"/>
      <w:r w:rsidRPr="00C25644">
        <w:t>belgilaridan</w:t>
      </w:r>
      <w:proofErr w:type="spellEnd"/>
      <w:r w:rsidRPr="00C25644">
        <w:t xml:space="preserve"> </w:t>
      </w:r>
      <w:proofErr w:type="spellStart"/>
      <w:r w:rsidRPr="00C25644">
        <w:t>foydalanmaydi</w:t>
      </w:r>
      <w:proofErr w:type="spellEnd"/>
      <w:r w:rsidRPr="00C25644">
        <w:t xml:space="preserve">. </w:t>
      </w:r>
      <w:proofErr w:type="spellStart"/>
      <w:r w:rsidRPr="00C25644">
        <w:t>Mijoz</w:t>
      </w:r>
      <w:proofErr w:type="spellEnd"/>
      <w:r w:rsidRPr="00C25644">
        <w:t xml:space="preserve"> </w:t>
      </w:r>
      <w:proofErr w:type="spellStart"/>
      <w:r w:rsidRPr="00C25644">
        <w:t>tanlagan</w:t>
      </w:r>
      <w:proofErr w:type="spellEnd"/>
      <w:r w:rsidRPr="00C25644">
        <w:t xml:space="preserve"> </w:t>
      </w:r>
      <w:proofErr w:type="spellStart"/>
      <w:r w:rsidRPr="00C25644">
        <w:t>mahsulot</w:t>
      </w:r>
      <w:proofErr w:type="spellEnd"/>
      <w:r w:rsidRPr="00C25644">
        <w:t xml:space="preserve"> </w:t>
      </w:r>
      <w:proofErr w:type="spellStart"/>
      <w:proofErr w:type="gramStart"/>
      <w:r w:rsidRPr="00C25644">
        <w:t>bo‘</w:t>
      </w:r>
      <w:proofErr w:type="gramEnd"/>
      <w:r w:rsidRPr="00C25644">
        <w:t>yicha</w:t>
      </w:r>
      <w:proofErr w:type="spellEnd"/>
      <w:r w:rsidRPr="00C25644">
        <w:t xml:space="preserve"> </w:t>
      </w:r>
      <w:proofErr w:type="spellStart"/>
      <w:r w:rsidRPr="00C25644">
        <w:t>shartlar</w:t>
      </w:r>
      <w:proofErr w:type="spellEnd"/>
      <w:r w:rsidRPr="00C25644">
        <w:t xml:space="preserve"> </w:t>
      </w:r>
      <w:proofErr w:type="spellStart"/>
      <w:r w:rsidRPr="00C25644">
        <w:t>bilan</w:t>
      </w:r>
      <w:proofErr w:type="spellEnd"/>
      <w:r w:rsidRPr="00C25644">
        <w:t xml:space="preserve"> </w:t>
      </w:r>
      <w:proofErr w:type="spellStart"/>
      <w:r w:rsidRPr="00C25644">
        <w:t>tanishganini</w:t>
      </w:r>
      <w:proofErr w:type="spellEnd"/>
      <w:r w:rsidRPr="00C25644">
        <w:t xml:space="preserve"> </w:t>
      </w:r>
      <w:proofErr w:type="spellStart"/>
      <w:r w:rsidRPr="00C25644">
        <w:t>va</w:t>
      </w:r>
      <w:proofErr w:type="spellEnd"/>
      <w:r w:rsidRPr="00C25644">
        <w:t xml:space="preserve"> </w:t>
      </w:r>
      <w:proofErr w:type="spellStart"/>
      <w:r w:rsidRPr="00C25644">
        <w:t>roziligini</w:t>
      </w:r>
      <w:proofErr w:type="spellEnd"/>
      <w:r w:rsidRPr="00C25644">
        <w:t xml:space="preserve"> </w:t>
      </w:r>
      <w:proofErr w:type="spellStart"/>
      <w:r w:rsidRPr="00C25644">
        <w:t>mustaqil</w:t>
      </w:r>
      <w:proofErr w:type="spellEnd"/>
      <w:r w:rsidRPr="00C25644">
        <w:t xml:space="preserve"> </w:t>
      </w:r>
      <w:proofErr w:type="spellStart"/>
      <w:r w:rsidRPr="00C25644">
        <w:t>ravishda</w:t>
      </w:r>
      <w:proofErr w:type="spellEnd"/>
      <w:r w:rsidRPr="00C25644">
        <w:t xml:space="preserve"> </w:t>
      </w:r>
      <w:proofErr w:type="spellStart"/>
      <w:r w:rsidRPr="00C25644">
        <w:t>tasdiqlaydi</w:t>
      </w:r>
      <w:proofErr w:type="spellEnd"/>
      <w:r w:rsidRPr="00C25644">
        <w:t>.</w:t>
      </w:r>
    </w:p>
    <w:p w14:paraId="57F51B1B" w14:textId="77777777" w:rsidR="0037439E" w:rsidRPr="00C25644" w:rsidRDefault="00406F7C">
      <w:pPr>
        <w:spacing w:after="0" w:line="240" w:lineRule="auto"/>
        <w:ind w:firstLine="709"/>
        <w:jc w:val="both"/>
      </w:pPr>
      <w:r w:rsidRPr="00C25644">
        <w:lastRenderedPageBreak/>
        <w:t xml:space="preserve">3.4. </w:t>
      </w:r>
      <w:proofErr w:type="spellStart"/>
      <w:r w:rsidRPr="00C25644">
        <w:t>Mijoz</w:t>
      </w:r>
      <w:proofErr w:type="spellEnd"/>
      <w:r w:rsidRPr="00C25644">
        <w:t xml:space="preserve"> </w:t>
      </w:r>
      <w:proofErr w:type="spellStart"/>
      <w:r w:rsidRPr="00C25644">
        <w:t>tomonidan</w:t>
      </w:r>
      <w:proofErr w:type="spellEnd"/>
      <w:r w:rsidRPr="00C25644">
        <w:t xml:space="preserve"> A-</w:t>
      </w:r>
      <w:proofErr w:type="spellStart"/>
      <w:r w:rsidRPr="00C25644">
        <w:t>modul</w:t>
      </w:r>
      <w:proofErr w:type="spellEnd"/>
      <w:r w:rsidRPr="00C25644">
        <w:t xml:space="preserve"> </w:t>
      </w:r>
      <w:proofErr w:type="spellStart"/>
      <w:proofErr w:type="gramStart"/>
      <w:r w:rsidRPr="00C25644">
        <w:t>bo‘</w:t>
      </w:r>
      <w:proofErr w:type="gramEnd"/>
      <w:r w:rsidRPr="00C25644">
        <w:t>yicha</w:t>
      </w:r>
      <w:proofErr w:type="spellEnd"/>
      <w:r w:rsidRPr="00C25644">
        <w:t xml:space="preserve"> </w:t>
      </w:r>
      <w:proofErr w:type="spellStart"/>
      <w:r w:rsidRPr="00C25644">
        <w:t>aksept</w:t>
      </w:r>
      <w:proofErr w:type="spellEnd"/>
      <w:r w:rsidRPr="00C25644">
        <w:t xml:space="preserve"> </w:t>
      </w:r>
      <w:proofErr w:type="spellStart"/>
      <w:r w:rsidRPr="00C25644">
        <w:t>berilishi</w:t>
      </w:r>
      <w:proofErr w:type="spellEnd"/>
      <w:r w:rsidRPr="00C25644">
        <w:t xml:space="preserve"> bank </w:t>
      </w:r>
      <w:proofErr w:type="spellStart"/>
      <w:r w:rsidRPr="00C25644">
        <w:t>kartasi</w:t>
      </w:r>
      <w:proofErr w:type="spellEnd"/>
      <w:r w:rsidRPr="00C25644">
        <w:t xml:space="preserve"> </w:t>
      </w:r>
      <w:proofErr w:type="spellStart"/>
      <w:r w:rsidRPr="00C25644">
        <w:t>mahsulotiga</w:t>
      </w:r>
      <w:proofErr w:type="spellEnd"/>
      <w:r w:rsidRPr="00C25644">
        <w:t xml:space="preserve"> </w:t>
      </w:r>
      <w:proofErr w:type="spellStart"/>
      <w:r w:rsidRPr="00C25644">
        <w:t>oid</w:t>
      </w:r>
      <w:proofErr w:type="spellEnd"/>
      <w:r w:rsidRPr="00C25644">
        <w:t xml:space="preserve"> </w:t>
      </w:r>
      <w:proofErr w:type="spellStart"/>
      <w:r w:rsidRPr="00C25644">
        <w:t>huquq</w:t>
      </w:r>
      <w:proofErr w:type="spellEnd"/>
      <w:r w:rsidRPr="00C25644">
        <w:t xml:space="preserve"> </w:t>
      </w:r>
      <w:proofErr w:type="spellStart"/>
      <w:r w:rsidRPr="00C25644">
        <w:t>va</w:t>
      </w:r>
      <w:proofErr w:type="spellEnd"/>
      <w:r w:rsidRPr="00C25644">
        <w:t xml:space="preserve"> </w:t>
      </w:r>
      <w:proofErr w:type="spellStart"/>
      <w:r w:rsidRPr="00C25644">
        <w:t>majburiyatlarni</w:t>
      </w:r>
      <w:proofErr w:type="spellEnd"/>
      <w:r w:rsidRPr="00C25644">
        <w:t>, B-</w:t>
      </w:r>
      <w:proofErr w:type="spellStart"/>
      <w:r w:rsidRPr="00C25644">
        <w:t>modul</w:t>
      </w:r>
      <w:proofErr w:type="spellEnd"/>
      <w:r w:rsidRPr="00C25644">
        <w:t xml:space="preserve"> </w:t>
      </w:r>
      <w:proofErr w:type="spellStart"/>
      <w:r w:rsidRPr="00C25644">
        <w:t>bo‘yicha</w:t>
      </w:r>
      <w:proofErr w:type="spellEnd"/>
      <w:r w:rsidRPr="00C25644">
        <w:t xml:space="preserve"> </w:t>
      </w:r>
      <w:proofErr w:type="spellStart"/>
      <w:r w:rsidRPr="00C25644">
        <w:t>aksept</w:t>
      </w:r>
      <w:proofErr w:type="spellEnd"/>
      <w:r w:rsidRPr="00C25644">
        <w:t xml:space="preserve"> </w:t>
      </w:r>
      <w:proofErr w:type="spellStart"/>
      <w:r w:rsidRPr="00C25644">
        <w:t>berilishi</w:t>
      </w:r>
      <w:proofErr w:type="spellEnd"/>
      <w:r w:rsidRPr="00C25644">
        <w:t xml:space="preserve"> talab </w:t>
      </w:r>
      <w:proofErr w:type="spellStart"/>
      <w:r w:rsidRPr="00C25644">
        <w:t>qilib</w:t>
      </w:r>
      <w:proofErr w:type="spellEnd"/>
      <w:r w:rsidRPr="00C25644">
        <w:t xml:space="preserve"> </w:t>
      </w:r>
      <w:proofErr w:type="spellStart"/>
      <w:r w:rsidRPr="00C25644">
        <w:t>olinguncha</w:t>
      </w:r>
      <w:proofErr w:type="spellEnd"/>
      <w:r w:rsidRPr="00C25644">
        <w:t xml:space="preserve"> bank </w:t>
      </w:r>
      <w:proofErr w:type="spellStart"/>
      <w:r w:rsidRPr="00C25644">
        <w:t>hisobvarag‘i</w:t>
      </w:r>
      <w:proofErr w:type="spellEnd"/>
      <w:r w:rsidRPr="00C25644">
        <w:t xml:space="preserve"> </w:t>
      </w:r>
      <w:proofErr w:type="spellStart"/>
      <w:r w:rsidRPr="00C25644">
        <w:t>mahsulotiga</w:t>
      </w:r>
      <w:proofErr w:type="spellEnd"/>
      <w:r w:rsidRPr="00C25644">
        <w:t xml:space="preserve"> </w:t>
      </w:r>
      <w:proofErr w:type="spellStart"/>
      <w:r w:rsidRPr="00C25644">
        <w:t>oid</w:t>
      </w:r>
      <w:proofErr w:type="spellEnd"/>
      <w:r w:rsidRPr="00C25644">
        <w:t xml:space="preserve"> </w:t>
      </w:r>
      <w:proofErr w:type="spellStart"/>
      <w:r w:rsidRPr="00C25644">
        <w:t>huquq</w:t>
      </w:r>
      <w:proofErr w:type="spellEnd"/>
      <w:r w:rsidRPr="00C25644">
        <w:t xml:space="preserve"> </w:t>
      </w:r>
      <w:proofErr w:type="spellStart"/>
      <w:r w:rsidRPr="00C25644">
        <w:t>va</w:t>
      </w:r>
      <w:proofErr w:type="spellEnd"/>
      <w:r w:rsidRPr="00C25644">
        <w:t xml:space="preserve"> </w:t>
      </w:r>
      <w:proofErr w:type="spellStart"/>
      <w:r w:rsidRPr="00C25644">
        <w:t>majburiyatlarni</w:t>
      </w:r>
      <w:proofErr w:type="spellEnd"/>
      <w:r w:rsidRPr="00C25644">
        <w:t xml:space="preserve"> </w:t>
      </w:r>
      <w:proofErr w:type="spellStart"/>
      <w:r w:rsidRPr="00C25644">
        <w:t>yuzaga</w:t>
      </w:r>
      <w:proofErr w:type="spellEnd"/>
      <w:r w:rsidRPr="00C25644">
        <w:t xml:space="preserve"> </w:t>
      </w:r>
      <w:proofErr w:type="spellStart"/>
      <w:r w:rsidRPr="00C25644">
        <w:t>keltiradi</w:t>
      </w:r>
      <w:proofErr w:type="spellEnd"/>
      <w:r w:rsidRPr="00C25644">
        <w:t>.</w:t>
      </w:r>
    </w:p>
    <w:p w14:paraId="711DCDF9" w14:textId="77777777" w:rsidR="0037439E" w:rsidRPr="00C25644" w:rsidRDefault="00406F7C">
      <w:pPr>
        <w:spacing w:after="0" w:line="240" w:lineRule="auto"/>
        <w:ind w:firstLine="709"/>
        <w:jc w:val="both"/>
      </w:pPr>
      <w:r w:rsidRPr="00C25644">
        <w:t xml:space="preserve">3.5. </w:t>
      </w:r>
      <w:proofErr w:type="spellStart"/>
      <w:r w:rsidRPr="00C25644">
        <w:t>Shartnoma</w:t>
      </w:r>
      <w:proofErr w:type="spellEnd"/>
      <w:r w:rsidRPr="00C25644">
        <w:t xml:space="preserve"> Bank </w:t>
      </w:r>
      <w:proofErr w:type="spellStart"/>
      <w:r w:rsidRPr="00C25644">
        <w:t>tomonidan</w:t>
      </w:r>
      <w:proofErr w:type="spellEnd"/>
      <w:r w:rsidRPr="00C25644">
        <w:t xml:space="preserve"> </w:t>
      </w:r>
      <w:proofErr w:type="spellStart"/>
      <w:r w:rsidRPr="00C25644">
        <w:t>mahsulot</w:t>
      </w:r>
      <w:proofErr w:type="spellEnd"/>
      <w:r w:rsidRPr="00C25644">
        <w:t xml:space="preserve"> </w:t>
      </w:r>
      <w:proofErr w:type="spellStart"/>
      <w:r w:rsidRPr="00C25644">
        <w:t>ochilgani</w:t>
      </w:r>
      <w:proofErr w:type="spellEnd"/>
      <w:r w:rsidRPr="00C25644">
        <w:t xml:space="preserve">, </w:t>
      </w:r>
      <w:proofErr w:type="spellStart"/>
      <w:r w:rsidRPr="00C25644">
        <w:t>karta</w:t>
      </w:r>
      <w:proofErr w:type="spellEnd"/>
      <w:r w:rsidRPr="00C25644">
        <w:t xml:space="preserve"> </w:t>
      </w:r>
      <w:proofErr w:type="spellStart"/>
      <w:r w:rsidRPr="00C25644">
        <w:t>chiqarilgani</w:t>
      </w:r>
      <w:proofErr w:type="spellEnd"/>
      <w:r w:rsidRPr="00C25644">
        <w:t xml:space="preserve"> </w:t>
      </w:r>
      <w:proofErr w:type="spellStart"/>
      <w:r w:rsidRPr="00C25644">
        <w:t>yoki</w:t>
      </w:r>
      <w:proofErr w:type="spellEnd"/>
      <w:r w:rsidRPr="00C25644">
        <w:t xml:space="preserve"> </w:t>
      </w:r>
      <w:proofErr w:type="spellStart"/>
      <w:r w:rsidRPr="00C25644">
        <w:t>masofaviy</w:t>
      </w:r>
      <w:proofErr w:type="spellEnd"/>
      <w:r w:rsidRPr="00C25644">
        <w:t xml:space="preserve"> </w:t>
      </w:r>
      <w:proofErr w:type="spellStart"/>
      <w:r w:rsidRPr="00C25644">
        <w:t>tizimda</w:t>
      </w:r>
      <w:proofErr w:type="spellEnd"/>
      <w:r w:rsidRPr="00C25644">
        <w:t xml:space="preserve"> </w:t>
      </w:r>
      <w:proofErr w:type="spellStart"/>
      <w:r w:rsidRPr="00C25644">
        <w:t>tegishli</w:t>
      </w:r>
      <w:proofErr w:type="spellEnd"/>
      <w:r w:rsidRPr="00C25644">
        <w:t xml:space="preserve"> </w:t>
      </w:r>
      <w:proofErr w:type="spellStart"/>
      <w:r w:rsidRPr="00C25644">
        <w:t>tasdiq</w:t>
      </w:r>
      <w:proofErr w:type="spellEnd"/>
      <w:r w:rsidRPr="00C25644">
        <w:t xml:space="preserve"> </w:t>
      </w:r>
      <w:proofErr w:type="spellStart"/>
      <w:r w:rsidRPr="00C25644">
        <w:t>qayd</w:t>
      </w:r>
      <w:proofErr w:type="spellEnd"/>
      <w:r w:rsidRPr="00C25644">
        <w:t xml:space="preserve"> </w:t>
      </w:r>
      <w:proofErr w:type="spellStart"/>
      <w:r w:rsidRPr="00C25644">
        <w:t>etilgani</w:t>
      </w:r>
      <w:proofErr w:type="spellEnd"/>
      <w:r w:rsidRPr="00C25644">
        <w:t xml:space="preserve"> </w:t>
      </w:r>
      <w:proofErr w:type="spellStart"/>
      <w:r w:rsidRPr="00C25644">
        <w:t>paytdan</w:t>
      </w:r>
      <w:proofErr w:type="spellEnd"/>
      <w:r w:rsidRPr="00C25644">
        <w:t xml:space="preserve"> </w:t>
      </w:r>
      <w:proofErr w:type="spellStart"/>
      <w:r w:rsidRPr="00C25644">
        <w:t>boshlab</w:t>
      </w:r>
      <w:proofErr w:type="spellEnd"/>
      <w:r w:rsidRPr="00C25644">
        <w:t xml:space="preserve"> </w:t>
      </w:r>
      <w:proofErr w:type="spellStart"/>
      <w:r w:rsidRPr="00C25644">
        <w:t>Mijoz</w:t>
      </w:r>
      <w:proofErr w:type="spellEnd"/>
      <w:r w:rsidRPr="00C25644">
        <w:t xml:space="preserve"> </w:t>
      </w:r>
      <w:proofErr w:type="spellStart"/>
      <w:r w:rsidRPr="00C25644">
        <w:t>bilan</w:t>
      </w:r>
      <w:proofErr w:type="spellEnd"/>
      <w:r w:rsidRPr="00C25644">
        <w:t xml:space="preserve"> </w:t>
      </w:r>
      <w:proofErr w:type="spellStart"/>
      <w:r w:rsidRPr="00C25644">
        <w:t>munosabatlarda</w:t>
      </w:r>
      <w:proofErr w:type="spellEnd"/>
      <w:r w:rsidRPr="00C25644">
        <w:t xml:space="preserve"> </w:t>
      </w:r>
      <w:proofErr w:type="spellStart"/>
      <w:r w:rsidRPr="00C25644">
        <w:t>kuchga</w:t>
      </w:r>
      <w:proofErr w:type="spellEnd"/>
      <w:r w:rsidRPr="00C25644">
        <w:t xml:space="preserve"> </w:t>
      </w:r>
      <w:proofErr w:type="spellStart"/>
      <w:r w:rsidRPr="00C25644">
        <w:t>kiradi</w:t>
      </w:r>
      <w:proofErr w:type="spellEnd"/>
      <w:r w:rsidRPr="00C25644">
        <w:t>.</w:t>
      </w:r>
    </w:p>
    <w:p w14:paraId="1F73AA44" w14:textId="77777777" w:rsidR="0037439E" w:rsidRPr="00C25644" w:rsidRDefault="0037439E">
      <w:pPr>
        <w:spacing w:after="40" w:line="240" w:lineRule="auto"/>
        <w:jc w:val="both"/>
      </w:pPr>
    </w:p>
    <w:p w14:paraId="3357C041" w14:textId="77777777" w:rsidR="0037439E" w:rsidRPr="00C25644" w:rsidRDefault="00406F7C">
      <w:pPr>
        <w:spacing w:after="0" w:line="240" w:lineRule="auto"/>
        <w:jc w:val="both"/>
      </w:pPr>
      <w:r w:rsidRPr="00C25644">
        <w:rPr>
          <w:b/>
        </w:rPr>
        <w:t>4. MIJOZNI IDENTIFIKATSIYA QILISH VA MA’LUMOTLARNI TEKSHIRISH</w:t>
      </w:r>
    </w:p>
    <w:p w14:paraId="48775761" w14:textId="77777777" w:rsidR="0037439E" w:rsidRPr="00C25644" w:rsidRDefault="00406F7C">
      <w:pPr>
        <w:spacing w:after="0" w:line="240" w:lineRule="auto"/>
        <w:ind w:firstLine="709"/>
        <w:jc w:val="both"/>
      </w:pPr>
      <w:r w:rsidRPr="00C25644">
        <w:t xml:space="preserve">4.1. Bank </w:t>
      </w:r>
      <w:proofErr w:type="spellStart"/>
      <w:r w:rsidRPr="00C25644">
        <w:t>Mijozni</w:t>
      </w:r>
      <w:proofErr w:type="spellEnd"/>
      <w:r w:rsidRPr="00C25644">
        <w:t xml:space="preserve"> </w:t>
      </w:r>
      <w:proofErr w:type="spellStart"/>
      <w:r w:rsidRPr="00C25644">
        <w:t>identifikatsiya</w:t>
      </w:r>
      <w:proofErr w:type="spellEnd"/>
      <w:r w:rsidRPr="00C25644">
        <w:t xml:space="preserve"> </w:t>
      </w:r>
      <w:proofErr w:type="spellStart"/>
      <w:r w:rsidRPr="00C25644">
        <w:t>qilish</w:t>
      </w:r>
      <w:proofErr w:type="spellEnd"/>
      <w:r w:rsidRPr="00C25644">
        <w:t xml:space="preserve">, </w:t>
      </w:r>
      <w:proofErr w:type="spellStart"/>
      <w:r w:rsidRPr="00C25644">
        <w:t>verifikatsiya</w:t>
      </w:r>
      <w:proofErr w:type="spellEnd"/>
      <w:r w:rsidRPr="00C25644">
        <w:t xml:space="preserve"> </w:t>
      </w:r>
      <w:proofErr w:type="spellStart"/>
      <w:r w:rsidRPr="00C25644">
        <w:t>qilish</w:t>
      </w:r>
      <w:proofErr w:type="spellEnd"/>
      <w:r w:rsidRPr="00C25644">
        <w:t xml:space="preserve"> </w:t>
      </w:r>
      <w:proofErr w:type="spellStart"/>
      <w:r w:rsidRPr="00C25644">
        <w:t>hamda</w:t>
      </w:r>
      <w:proofErr w:type="spellEnd"/>
      <w:r w:rsidRPr="00C25644">
        <w:t xml:space="preserve"> </w:t>
      </w:r>
      <w:proofErr w:type="spellStart"/>
      <w:r w:rsidRPr="00C25644">
        <w:t>lozim</w:t>
      </w:r>
      <w:proofErr w:type="spellEnd"/>
      <w:r w:rsidRPr="00C25644">
        <w:t xml:space="preserve"> </w:t>
      </w:r>
      <w:proofErr w:type="spellStart"/>
      <w:r w:rsidRPr="00C25644">
        <w:t>darajada</w:t>
      </w:r>
      <w:proofErr w:type="spellEnd"/>
      <w:r w:rsidRPr="00C25644">
        <w:t xml:space="preserve"> </w:t>
      </w:r>
      <w:proofErr w:type="spellStart"/>
      <w:r w:rsidRPr="00C25644">
        <w:t>tekshirish</w:t>
      </w:r>
      <w:proofErr w:type="spellEnd"/>
      <w:r w:rsidRPr="00C25644">
        <w:t xml:space="preserve"> </w:t>
      </w:r>
      <w:proofErr w:type="spellStart"/>
      <w:r w:rsidRPr="00C25644">
        <w:t>tadbirlarini</w:t>
      </w:r>
      <w:proofErr w:type="spellEnd"/>
      <w:r w:rsidRPr="00C25644">
        <w:t xml:space="preserve"> </w:t>
      </w:r>
      <w:proofErr w:type="spellStart"/>
      <w:r w:rsidRPr="00C25644">
        <w:t>qonunchilik</w:t>
      </w:r>
      <w:proofErr w:type="spellEnd"/>
      <w:r w:rsidRPr="00C25644">
        <w:t xml:space="preserve">, </w:t>
      </w:r>
      <w:proofErr w:type="spellStart"/>
      <w:r w:rsidRPr="00C25644">
        <w:t>Markaziy</w:t>
      </w:r>
      <w:proofErr w:type="spellEnd"/>
      <w:r w:rsidRPr="00C25644">
        <w:t xml:space="preserve"> </w:t>
      </w:r>
      <w:proofErr w:type="spellStart"/>
      <w:r w:rsidRPr="00C25644">
        <w:t>bankning</w:t>
      </w:r>
      <w:proofErr w:type="spellEnd"/>
      <w:r w:rsidRPr="00C25644">
        <w:t xml:space="preserve"> </w:t>
      </w:r>
      <w:proofErr w:type="spellStart"/>
      <w:r w:rsidRPr="00C25644">
        <w:t>normativ</w:t>
      </w:r>
      <w:proofErr w:type="spellEnd"/>
      <w:r w:rsidRPr="00C25644">
        <w:t xml:space="preserve"> </w:t>
      </w:r>
      <w:proofErr w:type="spellStart"/>
      <w:r w:rsidRPr="00C25644">
        <w:t>hujjatlari</w:t>
      </w:r>
      <w:proofErr w:type="spellEnd"/>
      <w:r w:rsidRPr="00C25644">
        <w:t xml:space="preserve"> </w:t>
      </w:r>
      <w:proofErr w:type="spellStart"/>
      <w:r w:rsidRPr="00C25644">
        <w:t>va</w:t>
      </w:r>
      <w:proofErr w:type="spellEnd"/>
      <w:r w:rsidRPr="00C25644">
        <w:t xml:space="preserve"> </w:t>
      </w:r>
      <w:proofErr w:type="spellStart"/>
      <w:r w:rsidRPr="00C25644">
        <w:t>Bankning</w:t>
      </w:r>
      <w:proofErr w:type="spellEnd"/>
      <w:r w:rsidRPr="00C25644">
        <w:t xml:space="preserve"> </w:t>
      </w:r>
      <w:proofErr w:type="spellStart"/>
      <w:r w:rsidRPr="00C25644">
        <w:t>ichki</w:t>
      </w:r>
      <w:proofErr w:type="spellEnd"/>
      <w:r w:rsidRPr="00C25644">
        <w:t xml:space="preserve"> </w:t>
      </w:r>
      <w:proofErr w:type="spellStart"/>
      <w:r w:rsidRPr="00C25644">
        <w:t>qoidalariga</w:t>
      </w:r>
      <w:proofErr w:type="spellEnd"/>
      <w:r w:rsidRPr="00C25644">
        <w:t xml:space="preserve"> </w:t>
      </w:r>
      <w:proofErr w:type="spellStart"/>
      <w:r w:rsidRPr="00C25644">
        <w:t>muvofiq</w:t>
      </w:r>
      <w:proofErr w:type="spellEnd"/>
      <w:r w:rsidRPr="00C25644">
        <w:t xml:space="preserve"> </w:t>
      </w:r>
      <w:proofErr w:type="spellStart"/>
      <w:r w:rsidRPr="00C25644">
        <w:t>amalga</w:t>
      </w:r>
      <w:proofErr w:type="spellEnd"/>
      <w:r w:rsidRPr="00C25644">
        <w:t xml:space="preserve"> </w:t>
      </w:r>
      <w:proofErr w:type="spellStart"/>
      <w:r w:rsidRPr="00C25644">
        <w:t>oshiradi</w:t>
      </w:r>
      <w:proofErr w:type="spellEnd"/>
      <w:r w:rsidRPr="00C25644">
        <w:t>.</w:t>
      </w:r>
    </w:p>
    <w:p w14:paraId="255FEEF2" w14:textId="77777777" w:rsidR="0037439E" w:rsidRPr="00C25644" w:rsidRDefault="00406F7C">
      <w:pPr>
        <w:spacing w:after="0" w:line="240" w:lineRule="auto"/>
        <w:ind w:firstLine="709"/>
        <w:jc w:val="both"/>
      </w:pPr>
      <w:r w:rsidRPr="00C25644">
        <w:t xml:space="preserve">4.2. Bank </w:t>
      </w:r>
      <w:proofErr w:type="spellStart"/>
      <w:r w:rsidRPr="00C25644">
        <w:t>Mijozni</w:t>
      </w:r>
      <w:proofErr w:type="spellEnd"/>
      <w:r w:rsidRPr="00C25644">
        <w:t xml:space="preserve"> </w:t>
      </w:r>
      <w:proofErr w:type="spellStart"/>
      <w:r w:rsidRPr="00C25644">
        <w:t>filialda</w:t>
      </w:r>
      <w:proofErr w:type="spellEnd"/>
      <w:r w:rsidRPr="00C25644">
        <w:t xml:space="preserve">, bank </w:t>
      </w:r>
      <w:proofErr w:type="spellStart"/>
      <w:r w:rsidRPr="00C25644">
        <w:t>xizmatlari</w:t>
      </w:r>
      <w:proofErr w:type="spellEnd"/>
      <w:r w:rsidRPr="00C25644">
        <w:t xml:space="preserve"> </w:t>
      </w:r>
      <w:proofErr w:type="spellStart"/>
      <w:r w:rsidRPr="00C25644">
        <w:t>ofisida</w:t>
      </w:r>
      <w:proofErr w:type="spellEnd"/>
      <w:r w:rsidRPr="00C25644">
        <w:t xml:space="preserve"> </w:t>
      </w:r>
      <w:proofErr w:type="spellStart"/>
      <w:r w:rsidRPr="00C25644">
        <w:t>yoki</w:t>
      </w:r>
      <w:proofErr w:type="spellEnd"/>
      <w:r w:rsidRPr="00C25644">
        <w:t xml:space="preserve"> </w:t>
      </w:r>
      <w:proofErr w:type="spellStart"/>
      <w:r w:rsidRPr="00C25644">
        <w:t>masofadan</w:t>
      </w:r>
      <w:proofErr w:type="spellEnd"/>
      <w:r w:rsidRPr="00C25644">
        <w:t xml:space="preserve"> </w:t>
      </w:r>
      <w:proofErr w:type="spellStart"/>
      <w:r w:rsidRPr="00C25644">
        <w:t>turib</w:t>
      </w:r>
      <w:proofErr w:type="spellEnd"/>
      <w:r w:rsidRPr="00C25644">
        <w:t xml:space="preserve"> KYC, e-KYC, video-KYC </w:t>
      </w:r>
      <w:proofErr w:type="spellStart"/>
      <w:r w:rsidRPr="00C25644">
        <w:t>va</w:t>
      </w:r>
      <w:proofErr w:type="spellEnd"/>
      <w:r w:rsidRPr="00C25644">
        <w:t xml:space="preserve"> </w:t>
      </w:r>
      <w:proofErr w:type="spellStart"/>
      <w:r w:rsidRPr="00C25644">
        <w:t>boshqa</w:t>
      </w:r>
      <w:proofErr w:type="spellEnd"/>
      <w:r w:rsidRPr="00C25644">
        <w:t xml:space="preserve"> </w:t>
      </w:r>
      <w:proofErr w:type="spellStart"/>
      <w:r w:rsidRPr="00C25644">
        <w:t>ruxsat</w:t>
      </w:r>
      <w:proofErr w:type="spellEnd"/>
      <w:r w:rsidRPr="00C25644">
        <w:t xml:space="preserve"> </w:t>
      </w:r>
      <w:proofErr w:type="spellStart"/>
      <w:r w:rsidRPr="00C25644">
        <w:t>etilgan</w:t>
      </w:r>
      <w:proofErr w:type="spellEnd"/>
      <w:r w:rsidRPr="00C25644">
        <w:t xml:space="preserve"> </w:t>
      </w:r>
      <w:proofErr w:type="spellStart"/>
      <w:r w:rsidRPr="00C25644">
        <w:t>usullar</w:t>
      </w:r>
      <w:proofErr w:type="spellEnd"/>
      <w:r w:rsidRPr="00C25644">
        <w:t xml:space="preserve"> </w:t>
      </w:r>
      <w:proofErr w:type="spellStart"/>
      <w:r w:rsidRPr="00C25644">
        <w:t>orqali</w:t>
      </w:r>
      <w:proofErr w:type="spellEnd"/>
      <w:r w:rsidRPr="00C25644">
        <w:t xml:space="preserve"> </w:t>
      </w:r>
      <w:proofErr w:type="spellStart"/>
      <w:r w:rsidRPr="00C25644">
        <w:t>identifikatsiya</w:t>
      </w:r>
      <w:proofErr w:type="spellEnd"/>
      <w:r w:rsidRPr="00C25644">
        <w:t xml:space="preserve"> </w:t>
      </w:r>
      <w:proofErr w:type="spellStart"/>
      <w:r w:rsidRPr="00C25644">
        <w:t>qilishi</w:t>
      </w:r>
      <w:proofErr w:type="spellEnd"/>
      <w:r w:rsidRPr="00C25644">
        <w:t xml:space="preserve"> </w:t>
      </w:r>
      <w:proofErr w:type="spellStart"/>
      <w:r w:rsidRPr="00C25644">
        <w:t>mumkin</w:t>
      </w:r>
      <w:proofErr w:type="spellEnd"/>
      <w:r w:rsidRPr="00C25644">
        <w:t>.</w:t>
      </w:r>
    </w:p>
    <w:p w14:paraId="6C5E710F" w14:textId="77777777" w:rsidR="0037439E" w:rsidRPr="00C25644" w:rsidRDefault="00406F7C">
      <w:pPr>
        <w:spacing w:after="0" w:line="240" w:lineRule="auto"/>
        <w:ind w:firstLine="709"/>
        <w:jc w:val="both"/>
      </w:pPr>
      <w:r w:rsidRPr="00C25644">
        <w:t xml:space="preserve">4.3. Bank </w:t>
      </w:r>
      <w:proofErr w:type="spellStart"/>
      <w:r w:rsidRPr="00C25644">
        <w:t>Mijozdan</w:t>
      </w:r>
      <w:proofErr w:type="spellEnd"/>
      <w:r w:rsidRPr="00C25644">
        <w:t xml:space="preserve"> </w:t>
      </w:r>
      <w:proofErr w:type="spellStart"/>
      <w:r w:rsidRPr="00C25644">
        <w:t>shaxsini</w:t>
      </w:r>
      <w:proofErr w:type="spellEnd"/>
      <w:r w:rsidRPr="00C25644">
        <w:t xml:space="preserve"> </w:t>
      </w:r>
      <w:proofErr w:type="spellStart"/>
      <w:r w:rsidRPr="00C25644">
        <w:t>tasdiqlovchi</w:t>
      </w:r>
      <w:proofErr w:type="spellEnd"/>
      <w:r w:rsidRPr="00C25644">
        <w:t xml:space="preserve"> </w:t>
      </w:r>
      <w:proofErr w:type="spellStart"/>
      <w:r w:rsidRPr="00C25644">
        <w:t>hujjatlar</w:t>
      </w:r>
      <w:proofErr w:type="spellEnd"/>
      <w:r w:rsidRPr="00C25644">
        <w:t xml:space="preserve">, </w:t>
      </w:r>
      <w:proofErr w:type="spellStart"/>
      <w:r w:rsidRPr="00C25644">
        <w:t>aloqa</w:t>
      </w:r>
      <w:proofErr w:type="spellEnd"/>
      <w:r w:rsidRPr="00C25644">
        <w:t xml:space="preserve"> </w:t>
      </w:r>
      <w:proofErr w:type="spellStart"/>
      <w:r w:rsidRPr="00C25644">
        <w:t>ma’lumotlari</w:t>
      </w:r>
      <w:proofErr w:type="spellEnd"/>
      <w:r w:rsidRPr="00C25644">
        <w:t xml:space="preserve">, </w:t>
      </w:r>
      <w:proofErr w:type="spellStart"/>
      <w:r w:rsidRPr="00C25644">
        <w:t>yashash</w:t>
      </w:r>
      <w:proofErr w:type="spellEnd"/>
      <w:r w:rsidRPr="00C25644">
        <w:t xml:space="preserve"> </w:t>
      </w:r>
      <w:proofErr w:type="spellStart"/>
      <w:r w:rsidRPr="00C25644">
        <w:t>manzili</w:t>
      </w:r>
      <w:proofErr w:type="spellEnd"/>
      <w:r w:rsidRPr="00C25644">
        <w:t>, STIR/</w:t>
      </w:r>
      <w:proofErr w:type="spellStart"/>
      <w:r w:rsidRPr="00C25644">
        <w:t>JShShIR</w:t>
      </w:r>
      <w:proofErr w:type="spellEnd"/>
      <w:r w:rsidRPr="00C25644">
        <w:t xml:space="preserve">, </w:t>
      </w:r>
      <w:proofErr w:type="spellStart"/>
      <w:proofErr w:type="gramStart"/>
      <w:r w:rsidRPr="00C25644">
        <w:t>mablag‘</w:t>
      </w:r>
      <w:proofErr w:type="gramEnd"/>
      <w:r w:rsidRPr="00C25644">
        <w:t>lar</w:t>
      </w:r>
      <w:proofErr w:type="spellEnd"/>
      <w:r w:rsidRPr="00C25644">
        <w:t xml:space="preserve"> </w:t>
      </w:r>
      <w:proofErr w:type="spellStart"/>
      <w:r w:rsidRPr="00C25644">
        <w:t>manbai</w:t>
      </w:r>
      <w:proofErr w:type="spellEnd"/>
      <w:r w:rsidRPr="00C25644">
        <w:t xml:space="preserve"> </w:t>
      </w:r>
      <w:proofErr w:type="spellStart"/>
      <w:r w:rsidRPr="00C25644">
        <w:t>va</w:t>
      </w:r>
      <w:proofErr w:type="spellEnd"/>
      <w:r w:rsidRPr="00C25644">
        <w:t xml:space="preserve"> </w:t>
      </w:r>
      <w:proofErr w:type="spellStart"/>
      <w:r w:rsidRPr="00C25644">
        <w:t>boshqa</w:t>
      </w:r>
      <w:proofErr w:type="spellEnd"/>
      <w:r w:rsidRPr="00C25644">
        <w:t xml:space="preserve"> </w:t>
      </w:r>
      <w:proofErr w:type="spellStart"/>
      <w:r w:rsidRPr="00C25644">
        <w:t>zarur</w:t>
      </w:r>
      <w:proofErr w:type="spellEnd"/>
      <w:r w:rsidRPr="00C25644">
        <w:t xml:space="preserve"> </w:t>
      </w:r>
      <w:proofErr w:type="spellStart"/>
      <w:r w:rsidRPr="00C25644">
        <w:t>ma’lumotlarni</w:t>
      </w:r>
      <w:proofErr w:type="spellEnd"/>
      <w:r w:rsidRPr="00C25644">
        <w:t xml:space="preserve"> talab </w:t>
      </w:r>
      <w:proofErr w:type="spellStart"/>
      <w:r w:rsidRPr="00C25644">
        <w:t>qilishga</w:t>
      </w:r>
      <w:proofErr w:type="spellEnd"/>
      <w:r w:rsidRPr="00C25644">
        <w:t xml:space="preserve"> </w:t>
      </w:r>
      <w:proofErr w:type="spellStart"/>
      <w:r w:rsidRPr="00C25644">
        <w:t>haqli</w:t>
      </w:r>
      <w:proofErr w:type="spellEnd"/>
      <w:r w:rsidRPr="00C25644">
        <w:t>.</w:t>
      </w:r>
    </w:p>
    <w:p w14:paraId="7E2440A9" w14:textId="77777777" w:rsidR="0037439E" w:rsidRPr="00C25644" w:rsidRDefault="00406F7C">
      <w:pPr>
        <w:spacing w:after="0" w:line="240" w:lineRule="auto"/>
        <w:ind w:firstLine="709"/>
        <w:jc w:val="both"/>
      </w:pPr>
      <w:r w:rsidRPr="00C25644">
        <w:t xml:space="preserve">4.4. </w:t>
      </w:r>
      <w:proofErr w:type="spellStart"/>
      <w:r w:rsidRPr="00C25644">
        <w:t>Taqdim</w:t>
      </w:r>
      <w:proofErr w:type="spellEnd"/>
      <w:r w:rsidRPr="00C25644">
        <w:t xml:space="preserve"> </w:t>
      </w:r>
      <w:proofErr w:type="spellStart"/>
      <w:r w:rsidRPr="00C25644">
        <w:t>etilgan</w:t>
      </w:r>
      <w:proofErr w:type="spellEnd"/>
      <w:r w:rsidRPr="00C25644">
        <w:t xml:space="preserve"> </w:t>
      </w:r>
      <w:proofErr w:type="spellStart"/>
      <w:r w:rsidRPr="00C25644">
        <w:t>ma’lumotlarning</w:t>
      </w:r>
      <w:proofErr w:type="spellEnd"/>
      <w:r w:rsidRPr="00C25644">
        <w:t xml:space="preserve"> </w:t>
      </w:r>
      <w:proofErr w:type="spellStart"/>
      <w:r w:rsidRPr="00C25644">
        <w:t>ishonchliligiga</w:t>
      </w:r>
      <w:proofErr w:type="spellEnd"/>
      <w:r w:rsidRPr="00C25644">
        <w:t xml:space="preserve"> </w:t>
      </w:r>
      <w:proofErr w:type="spellStart"/>
      <w:r w:rsidRPr="00C25644">
        <w:t>shubha</w:t>
      </w:r>
      <w:proofErr w:type="spellEnd"/>
      <w:r w:rsidRPr="00C25644">
        <w:t xml:space="preserve"> </w:t>
      </w:r>
      <w:proofErr w:type="spellStart"/>
      <w:proofErr w:type="gramStart"/>
      <w:r w:rsidRPr="00C25644">
        <w:t>tug‘</w:t>
      </w:r>
      <w:proofErr w:type="gramEnd"/>
      <w:r w:rsidRPr="00C25644">
        <w:t>ilganda</w:t>
      </w:r>
      <w:proofErr w:type="spellEnd"/>
      <w:r w:rsidRPr="00C25644">
        <w:t xml:space="preserve"> Bank </w:t>
      </w:r>
      <w:proofErr w:type="spellStart"/>
      <w:r w:rsidRPr="00C25644">
        <w:t>qo‘shimcha</w:t>
      </w:r>
      <w:proofErr w:type="spellEnd"/>
      <w:r w:rsidRPr="00C25644">
        <w:t xml:space="preserve"> </w:t>
      </w:r>
      <w:proofErr w:type="spellStart"/>
      <w:r w:rsidRPr="00C25644">
        <w:t>hujjatlar</w:t>
      </w:r>
      <w:proofErr w:type="spellEnd"/>
      <w:r w:rsidRPr="00C25644">
        <w:t xml:space="preserve">, </w:t>
      </w:r>
      <w:proofErr w:type="spellStart"/>
      <w:r w:rsidRPr="00C25644">
        <w:t>tasdiqlovchi</w:t>
      </w:r>
      <w:proofErr w:type="spellEnd"/>
      <w:r w:rsidRPr="00C25644">
        <w:t xml:space="preserve"> </w:t>
      </w:r>
      <w:proofErr w:type="spellStart"/>
      <w:r w:rsidRPr="00C25644">
        <w:t>ma’lumotlar</w:t>
      </w:r>
      <w:proofErr w:type="spellEnd"/>
      <w:r w:rsidRPr="00C25644">
        <w:t xml:space="preserve"> </w:t>
      </w:r>
      <w:proofErr w:type="spellStart"/>
      <w:r w:rsidRPr="00C25644">
        <w:t>va</w:t>
      </w:r>
      <w:proofErr w:type="spellEnd"/>
      <w:r w:rsidRPr="00C25644">
        <w:t xml:space="preserve"> </w:t>
      </w:r>
      <w:proofErr w:type="spellStart"/>
      <w:r w:rsidRPr="00C25644">
        <w:t>tushuntirishlar</w:t>
      </w:r>
      <w:proofErr w:type="spellEnd"/>
      <w:r w:rsidRPr="00C25644">
        <w:t xml:space="preserve"> </w:t>
      </w:r>
      <w:proofErr w:type="spellStart"/>
      <w:r w:rsidRPr="00C25644">
        <w:t>so‘rashi</w:t>
      </w:r>
      <w:proofErr w:type="spellEnd"/>
      <w:r w:rsidRPr="00C25644">
        <w:t xml:space="preserve">, </w:t>
      </w:r>
      <w:proofErr w:type="spellStart"/>
      <w:r w:rsidRPr="00C25644">
        <w:t>zarur</w:t>
      </w:r>
      <w:proofErr w:type="spellEnd"/>
      <w:r w:rsidRPr="00C25644">
        <w:t xml:space="preserve"> </w:t>
      </w:r>
      <w:proofErr w:type="spellStart"/>
      <w:r w:rsidRPr="00C25644">
        <w:t>hollarda</w:t>
      </w:r>
      <w:proofErr w:type="spellEnd"/>
      <w:r w:rsidRPr="00C25644">
        <w:t xml:space="preserve"> </w:t>
      </w:r>
      <w:proofErr w:type="spellStart"/>
      <w:r w:rsidRPr="00C25644">
        <w:t>esa</w:t>
      </w:r>
      <w:proofErr w:type="spellEnd"/>
      <w:r w:rsidRPr="00C25644">
        <w:t xml:space="preserve"> </w:t>
      </w:r>
      <w:proofErr w:type="spellStart"/>
      <w:r w:rsidRPr="00C25644">
        <w:t>mahsulot</w:t>
      </w:r>
      <w:proofErr w:type="spellEnd"/>
      <w:r w:rsidRPr="00C25644">
        <w:t xml:space="preserve"> </w:t>
      </w:r>
      <w:proofErr w:type="spellStart"/>
      <w:r w:rsidRPr="00C25644">
        <w:t>ochishni</w:t>
      </w:r>
      <w:proofErr w:type="spellEnd"/>
      <w:r w:rsidRPr="00C25644">
        <w:t xml:space="preserve"> </w:t>
      </w:r>
      <w:proofErr w:type="spellStart"/>
      <w:r w:rsidRPr="00C25644">
        <w:t>yoki</w:t>
      </w:r>
      <w:proofErr w:type="spellEnd"/>
      <w:r w:rsidRPr="00C25644">
        <w:t xml:space="preserve"> </w:t>
      </w:r>
      <w:proofErr w:type="spellStart"/>
      <w:r w:rsidRPr="00C25644">
        <w:t>operatsiyani</w:t>
      </w:r>
      <w:proofErr w:type="spellEnd"/>
      <w:r w:rsidRPr="00C25644">
        <w:t xml:space="preserve"> </w:t>
      </w:r>
      <w:proofErr w:type="spellStart"/>
      <w:r w:rsidRPr="00C25644">
        <w:t>amalga</w:t>
      </w:r>
      <w:proofErr w:type="spellEnd"/>
      <w:r w:rsidRPr="00C25644">
        <w:t xml:space="preserve"> </w:t>
      </w:r>
      <w:proofErr w:type="spellStart"/>
      <w:r w:rsidRPr="00C25644">
        <w:t>oshirishni</w:t>
      </w:r>
      <w:proofErr w:type="spellEnd"/>
      <w:r w:rsidRPr="00C25644">
        <w:t xml:space="preserve"> rad </w:t>
      </w:r>
      <w:proofErr w:type="spellStart"/>
      <w:r w:rsidRPr="00C25644">
        <w:t>etishi</w:t>
      </w:r>
      <w:proofErr w:type="spellEnd"/>
      <w:r w:rsidRPr="00C25644">
        <w:t xml:space="preserve"> </w:t>
      </w:r>
      <w:proofErr w:type="spellStart"/>
      <w:r w:rsidRPr="00C25644">
        <w:t>mumkin</w:t>
      </w:r>
      <w:proofErr w:type="spellEnd"/>
      <w:r w:rsidRPr="00C25644">
        <w:t>.</w:t>
      </w:r>
    </w:p>
    <w:p w14:paraId="4FD1891B" w14:textId="77777777" w:rsidR="0037439E" w:rsidRPr="00C25644" w:rsidRDefault="00406F7C">
      <w:pPr>
        <w:spacing w:after="0" w:line="240" w:lineRule="auto"/>
        <w:ind w:firstLine="709"/>
        <w:jc w:val="both"/>
      </w:pPr>
      <w:r w:rsidRPr="00C25644">
        <w:t xml:space="preserve">4.5. </w:t>
      </w:r>
      <w:proofErr w:type="spellStart"/>
      <w:r w:rsidRPr="00C25644">
        <w:t>Mijoz</w:t>
      </w:r>
      <w:proofErr w:type="spellEnd"/>
      <w:r w:rsidRPr="00C25644">
        <w:t xml:space="preserve"> </w:t>
      </w:r>
      <w:proofErr w:type="spellStart"/>
      <w:proofErr w:type="gramStart"/>
      <w:r w:rsidRPr="00C25644">
        <w:t>o‘</w:t>
      </w:r>
      <w:proofErr w:type="gramEnd"/>
      <w:r w:rsidRPr="00C25644">
        <w:t>z</w:t>
      </w:r>
      <w:proofErr w:type="spellEnd"/>
      <w:r w:rsidRPr="00C25644">
        <w:t xml:space="preserve"> </w:t>
      </w:r>
      <w:proofErr w:type="spellStart"/>
      <w:r w:rsidRPr="00C25644">
        <w:t>ma’lumotlari</w:t>
      </w:r>
      <w:proofErr w:type="spellEnd"/>
      <w:r w:rsidRPr="00C25644">
        <w:t xml:space="preserve"> </w:t>
      </w:r>
      <w:proofErr w:type="spellStart"/>
      <w:r w:rsidRPr="00C25644">
        <w:t>o‘zgargan</w:t>
      </w:r>
      <w:proofErr w:type="spellEnd"/>
      <w:r w:rsidRPr="00C25644">
        <w:t xml:space="preserve"> </w:t>
      </w:r>
      <w:proofErr w:type="spellStart"/>
      <w:r w:rsidRPr="00C25644">
        <w:t>taqdirda</w:t>
      </w:r>
      <w:proofErr w:type="spellEnd"/>
      <w:r w:rsidRPr="00C25644">
        <w:t xml:space="preserve"> </w:t>
      </w:r>
      <w:proofErr w:type="spellStart"/>
      <w:r w:rsidRPr="00C25644">
        <w:t>Bankni</w:t>
      </w:r>
      <w:proofErr w:type="spellEnd"/>
      <w:r w:rsidRPr="00C25644">
        <w:t xml:space="preserve"> </w:t>
      </w:r>
      <w:proofErr w:type="spellStart"/>
      <w:r w:rsidRPr="00C25644">
        <w:t>kechiktirmasdan</w:t>
      </w:r>
      <w:proofErr w:type="spellEnd"/>
      <w:r w:rsidRPr="00C25644">
        <w:t xml:space="preserve"> </w:t>
      </w:r>
      <w:proofErr w:type="spellStart"/>
      <w:r w:rsidRPr="00C25644">
        <w:t>xabardor</w:t>
      </w:r>
      <w:proofErr w:type="spellEnd"/>
      <w:r w:rsidRPr="00C25644">
        <w:t xml:space="preserve"> </w:t>
      </w:r>
      <w:proofErr w:type="spellStart"/>
      <w:r w:rsidRPr="00C25644">
        <w:t>qilishi</w:t>
      </w:r>
      <w:proofErr w:type="spellEnd"/>
      <w:r w:rsidRPr="00C25644">
        <w:t xml:space="preserve"> </w:t>
      </w:r>
      <w:proofErr w:type="spellStart"/>
      <w:r w:rsidRPr="00C25644">
        <w:t>shart</w:t>
      </w:r>
      <w:proofErr w:type="spellEnd"/>
      <w:r w:rsidRPr="00C25644">
        <w:t>.</w:t>
      </w:r>
    </w:p>
    <w:p w14:paraId="3485B86F" w14:textId="77777777" w:rsidR="0037439E" w:rsidRPr="00C25644" w:rsidRDefault="0037439E">
      <w:pPr>
        <w:spacing w:after="40" w:line="240" w:lineRule="auto"/>
        <w:jc w:val="both"/>
      </w:pPr>
    </w:p>
    <w:p w14:paraId="09015C2F" w14:textId="77777777" w:rsidR="0037439E" w:rsidRPr="00C25644" w:rsidRDefault="00406F7C">
      <w:pPr>
        <w:spacing w:after="0" w:line="240" w:lineRule="auto"/>
        <w:jc w:val="both"/>
      </w:pPr>
      <w:r w:rsidRPr="00C25644">
        <w:rPr>
          <w:b/>
        </w:rPr>
        <w:t>5. A-MODUL. JISMONIY SHAXSLARGA BANK KARTALARINI TAQDIM ETISH</w:t>
      </w:r>
    </w:p>
    <w:p w14:paraId="143A3318" w14:textId="77777777" w:rsidR="0037439E" w:rsidRPr="00C25644" w:rsidRDefault="00406F7C">
      <w:pPr>
        <w:spacing w:after="0" w:line="240" w:lineRule="auto"/>
        <w:ind w:firstLine="709"/>
        <w:jc w:val="both"/>
      </w:pPr>
      <w:r w:rsidRPr="00C25644">
        <w:t xml:space="preserve">5.1. Bank </w:t>
      </w:r>
      <w:proofErr w:type="spellStart"/>
      <w:r w:rsidRPr="00C25644">
        <w:t>Mijozning</w:t>
      </w:r>
      <w:proofErr w:type="spellEnd"/>
      <w:r w:rsidRPr="00C25644">
        <w:t xml:space="preserve"> </w:t>
      </w:r>
      <w:proofErr w:type="spellStart"/>
      <w:r w:rsidRPr="00C25644">
        <w:t>arizasi</w:t>
      </w:r>
      <w:proofErr w:type="spellEnd"/>
      <w:r w:rsidRPr="00C25644">
        <w:t xml:space="preserve"> </w:t>
      </w:r>
      <w:proofErr w:type="spellStart"/>
      <w:r w:rsidRPr="00C25644">
        <w:t>va</w:t>
      </w:r>
      <w:proofErr w:type="spellEnd"/>
      <w:r w:rsidRPr="00C25644">
        <w:t xml:space="preserve"> </w:t>
      </w:r>
      <w:proofErr w:type="spellStart"/>
      <w:r w:rsidRPr="00C25644">
        <w:t>qonunchilik</w:t>
      </w:r>
      <w:proofErr w:type="spellEnd"/>
      <w:r w:rsidRPr="00C25644">
        <w:t xml:space="preserve"> </w:t>
      </w:r>
      <w:proofErr w:type="spellStart"/>
      <w:r w:rsidRPr="00C25644">
        <w:t>talablariga</w:t>
      </w:r>
      <w:proofErr w:type="spellEnd"/>
      <w:r w:rsidRPr="00C25644">
        <w:t xml:space="preserve"> </w:t>
      </w:r>
      <w:proofErr w:type="spellStart"/>
      <w:r w:rsidRPr="00C25644">
        <w:t>muvofiq</w:t>
      </w:r>
      <w:proofErr w:type="spellEnd"/>
      <w:r w:rsidRPr="00C25644">
        <w:t xml:space="preserve"> </w:t>
      </w:r>
      <w:proofErr w:type="spellStart"/>
      <w:r w:rsidRPr="00C25644">
        <w:t>unga</w:t>
      </w:r>
      <w:proofErr w:type="spellEnd"/>
      <w:r w:rsidRPr="00C25644">
        <w:t xml:space="preserve"> bank </w:t>
      </w:r>
      <w:proofErr w:type="spellStart"/>
      <w:r w:rsidRPr="00C25644">
        <w:t>kartasini</w:t>
      </w:r>
      <w:proofErr w:type="spellEnd"/>
      <w:r w:rsidRPr="00C25644">
        <w:t xml:space="preserve"> </w:t>
      </w:r>
      <w:proofErr w:type="spellStart"/>
      <w:r w:rsidRPr="00C25644">
        <w:t>chiqaradi</w:t>
      </w:r>
      <w:proofErr w:type="spellEnd"/>
      <w:r w:rsidRPr="00C25644">
        <w:t xml:space="preserve"> </w:t>
      </w:r>
      <w:proofErr w:type="spellStart"/>
      <w:r w:rsidRPr="00C25644">
        <w:t>va</w:t>
      </w:r>
      <w:proofErr w:type="spellEnd"/>
      <w:r w:rsidRPr="00C25644">
        <w:t xml:space="preserve"> </w:t>
      </w:r>
      <w:proofErr w:type="spellStart"/>
      <w:r w:rsidRPr="00C25644">
        <w:t>karta</w:t>
      </w:r>
      <w:proofErr w:type="spellEnd"/>
      <w:r w:rsidRPr="00C25644">
        <w:t xml:space="preserve"> </w:t>
      </w:r>
      <w:proofErr w:type="spellStart"/>
      <w:proofErr w:type="gramStart"/>
      <w:r w:rsidRPr="00C25644">
        <w:t>hisobvarag‘</w:t>
      </w:r>
      <w:proofErr w:type="gramEnd"/>
      <w:r w:rsidRPr="00C25644">
        <w:t>ini</w:t>
      </w:r>
      <w:proofErr w:type="spellEnd"/>
      <w:r w:rsidRPr="00C25644">
        <w:t xml:space="preserve"> </w:t>
      </w:r>
      <w:proofErr w:type="spellStart"/>
      <w:r w:rsidRPr="00C25644">
        <w:t>ochadi</w:t>
      </w:r>
      <w:proofErr w:type="spellEnd"/>
      <w:r w:rsidRPr="00C25644">
        <w:t>.</w:t>
      </w:r>
    </w:p>
    <w:p w14:paraId="17C6E627" w14:textId="77777777" w:rsidR="0037439E" w:rsidRPr="00C25644" w:rsidRDefault="00406F7C">
      <w:pPr>
        <w:spacing w:after="0" w:line="240" w:lineRule="auto"/>
        <w:ind w:firstLine="709"/>
        <w:jc w:val="both"/>
      </w:pPr>
      <w:r w:rsidRPr="00C25644">
        <w:t xml:space="preserve">5.2. Karta </w:t>
      </w:r>
      <w:proofErr w:type="spellStart"/>
      <w:r w:rsidRPr="00C25644">
        <w:t>turi</w:t>
      </w:r>
      <w:proofErr w:type="spellEnd"/>
      <w:r w:rsidRPr="00C25644">
        <w:t xml:space="preserve">, </w:t>
      </w:r>
      <w:proofErr w:type="spellStart"/>
      <w:r w:rsidRPr="00C25644">
        <w:t>amal</w:t>
      </w:r>
      <w:proofErr w:type="spellEnd"/>
      <w:r w:rsidRPr="00C25644">
        <w:t xml:space="preserve"> </w:t>
      </w:r>
      <w:proofErr w:type="spellStart"/>
      <w:r w:rsidRPr="00C25644">
        <w:t>qilish</w:t>
      </w:r>
      <w:proofErr w:type="spellEnd"/>
      <w:r w:rsidRPr="00C25644">
        <w:t xml:space="preserve"> </w:t>
      </w:r>
      <w:proofErr w:type="spellStart"/>
      <w:r w:rsidRPr="00C25644">
        <w:t>muddati</w:t>
      </w:r>
      <w:proofErr w:type="spellEnd"/>
      <w:r w:rsidRPr="00C25644">
        <w:t xml:space="preserve">, </w:t>
      </w:r>
      <w:proofErr w:type="spellStart"/>
      <w:r w:rsidRPr="00C25644">
        <w:t>xizmat</w:t>
      </w:r>
      <w:proofErr w:type="spellEnd"/>
      <w:r w:rsidRPr="00C25644">
        <w:t xml:space="preserve"> </w:t>
      </w:r>
      <w:proofErr w:type="spellStart"/>
      <w:proofErr w:type="gramStart"/>
      <w:r w:rsidRPr="00C25644">
        <w:t>ko‘</w:t>
      </w:r>
      <w:proofErr w:type="gramEnd"/>
      <w:r w:rsidRPr="00C25644">
        <w:t>rsatish</w:t>
      </w:r>
      <w:proofErr w:type="spellEnd"/>
      <w:r w:rsidRPr="00C25644">
        <w:t xml:space="preserve"> </w:t>
      </w:r>
      <w:proofErr w:type="spellStart"/>
      <w:r w:rsidRPr="00C25644">
        <w:t>shartlari</w:t>
      </w:r>
      <w:proofErr w:type="spellEnd"/>
      <w:r w:rsidRPr="00C25644">
        <w:t xml:space="preserve">, </w:t>
      </w:r>
      <w:proofErr w:type="spellStart"/>
      <w:r w:rsidRPr="00C25644">
        <w:t>limitlar</w:t>
      </w:r>
      <w:proofErr w:type="spellEnd"/>
      <w:r w:rsidRPr="00C25644">
        <w:t xml:space="preserve">, </w:t>
      </w:r>
      <w:proofErr w:type="spellStart"/>
      <w:r w:rsidRPr="00C25644">
        <w:t>to‘lov</w:t>
      </w:r>
      <w:proofErr w:type="spellEnd"/>
      <w:r w:rsidRPr="00C25644">
        <w:t xml:space="preserve"> </w:t>
      </w:r>
      <w:proofErr w:type="spellStart"/>
      <w:r w:rsidRPr="00C25644">
        <w:t>tizimi</w:t>
      </w:r>
      <w:proofErr w:type="spellEnd"/>
      <w:r w:rsidRPr="00C25644">
        <w:t xml:space="preserve"> </w:t>
      </w:r>
      <w:proofErr w:type="spellStart"/>
      <w:r w:rsidRPr="00C25644">
        <w:t>va</w:t>
      </w:r>
      <w:proofErr w:type="spellEnd"/>
      <w:r w:rsidRPr="00C25644">
        <w:t xml:space="preserve"> </w:t>
      </w:r>
      <w:proofErr w:type="spellStart"/>
      <w:r w:rsidRPr="00C25644">
        <w:t>boshqa</w:t>
      </w:r>
      <w:proofErr w:type="spellEnd"/>
      <w:r w:rsidRPr="00C25644">
        <w:t xml:space="preserve"> individual </w:t>
      </w:r>
      <w:proofErr w:type="spellStart"/>
      <w:r w:rsidRPr="00C25644">
        <w:t>shartlar</w:t>
      </w:r>
      <w:proofErr w:type="spellEnd"/>
      <w:r w:rsidRPr="00C25644">
        <w:t xml:space="preserve"> </w:t>
      </w:r>
      <w:proofErr w:type="spellStart"/>
      <w:r w:rsidRPr="00C25644">
        <w:t>mahsulot</w:t>
      </w:r>
      <w:proofErr w:type="spellEnd"/>
      <w:r w:rsidRPr="00C25644">
        <w:t xml:space="preserve"> </w:t>
      </w:r>
      <w:proofErr w:type="spellStart"/>
      <w:r w:rsidRPr="00C25644">
        <w:t>pasporti</w:t>
      </w:r>
      <w:proofErr w:type="spellEnd"/>
      <w:r w:rsidRPr="00C25644">
        <w:t xml:space="preserve">, </w:t>
      </w:r>
      <w:proofErr w:type="spellStart"/>
      <w:r w:rsidRPr="00C25644">
        <w:t>ariza</w:t>
      </w:r>
      <w:proofErr w:type="spellEnd"/>
      <w:r w:rsidRPr="00C25644">
        <w:t xml:space="preserve">, </w:t>
      </w:r>
      <w:proofErr w:type="spellStart"/>
      <w:r w:rsidRPr="00C25644">
        <w:t>tariflar</w:t>
      </w:r>
      <w:proofErr w:type="spellEnd"/>
      <w:r w:rsidRPr="00C25644">
        <w:t xml:space="preserve"> </w:t>
      </w:r>
      <w:proofErr w:type="spellStart"/>
      <w:r w:rsidRPr="00C25644">
        <w:t>yoki</w:t>
      </w:r>
      <w:proofErr w:type="spellEnd"/>
      <w:r w:rsidRPr="00C25644">
        <w:t xml:space="preserve"> </w:t>
      </w:r>
      <w:proofErr w:type="spellStart"/>
      <w:r w:rsidRPr="00C25644">
        <w:t>Bankning</w:t>
      </w:r>
      <w:proofErr w:type="spellEnd"/>
      <w:r w:rsidRPr="00C25644">
        <w:t xml:space="preserve"> </w:t>
      </w:r>
      <w:proofErr w:type="spellStart"/>
      <w:r w:rsidRPr="00C25644">
        <w:t>rasmiy</w:t>
      </w:r>
      <w:proofErr w:type="spellEnd"/>
      <w:r w:rsidRPr="00C25644">
        <w:t xml:space="preserve"> </w:t>
      </w:r>
      <w:proofErr w:type="spellStart"/>
      <w:r w:rsidRPr="00C25644">
        <w:t>axborotlarida</w:t>
      </w:r>
      <w:proofErr w:type="spellEnd"/>
      <w:r w:rsidRPr="00C25644">
        <w:t xml:space="preserve"> </w:t>
      </w:r>
      <w:proofErr w:type="spellStart"/>
      <w:r w:rsidRPr="00C25644">
        <w:t>ko‘rsatiladi</w:t>
      </w:r>
      <w:proofErr w:type="spellEnd"/>
      <w:r w:rsidRPr="00C25644">
        <w:t>.</w:t>
      </w:r>
    </w:p>
    <w:p w14:paraId="4478361E" w14:textId="77777777" w:rsidR="0037439E" w:rsidRPr="00C25644" w:rsidRDefault="00406F7C">
      <w:pPr>
        <w:spacing w:after="0" w:line="240" w:lineRule="auto"/>
        <w:ind w:firstLine="709"/>
        <w:jc w:val="both"/>
      </w:pPr>
      <w:r w:rsidRPr="00C25644">
        <w:t xml:space="preserve">5.3. Bank </w:t>
      </w:r>
      <w:proofErr w:type="spellStart"/>
      <w:r w:rsidRPr="00C25644">
        <w:t>kartasi</w:t>
      </w:r>
      <w:proofErr w:type="spellEnd"/>
      <w:r w:rsidRPr="00C25644">
        <w:t xml:space="preserve"> </w:t>
      </w:r>
      <w:proofErr w:type="spellStart"/>
      <w:r w:rsidRPr="00C25644">
        <w:t>Mijozga</w:t>
      </w:r>
      <w:proofErr w:type="spellEnd"/>
      <w:r w:rsidRPr="00C25644">
        <w:t xml:space="preserve"> </w:t>
      </w:r>
      <w:proofErr w:type="spellStart"/>
      <w:r w:rsidRPr="00C25644">
        <w:t>shaxsan</w:t>
      </w:r>
      <w:proofErr w:type="spellEnd"/>
      <w:r w:rsidRPr="00C25644">
        <w:t xml:space="preserve"> </w:t>
      </w:r>
      <w:proofErr w:type="spellStart"/>
      <w:r w:rsidRPr="00C25644">
        <w:t>yoki</w:t>
      </w:r>
      <w:proofErr w:type="spellEnd"/>
      <w:r w:rsidRPr="00C25644">
        <w:t xml:space="preserve"> </w:t>
      </w:r>
      <w:proofErr w:type="spellStart"/>
      <w:r w:rsidRPr="00C25644">
        <w:t>qonunchilikda</w:t>
      </w:r>
      <w:proofErr w:type="spellEnd"/>
      <w:r w:rsidRPr="00C25644">
        <w:t xml:space="preserve"> </w:t>
      </w:r>
      <w:proofErr w:type="spellStart"/>
      <w:r w:rsidRPr="00C25644">
        <w:t>ruxsat</w:t>
      </w:r>
      <w:proofErr w:type="spellEnd"/>
      <w:r w:rsidRPr="00C25644">
        <w:t xml:space="preserve"> </w:t>
      </w:r>
      <w:proofErr w:type="spellStart"/>
      <w:r w:rsidRPr="00C25644">
        <w:t>etilgan</w:t>
      </w:r>
      <w:proofErr w:type="spellEnd"/>
      <w:r w:rsidRPr="00C25644">
        <w:t xml:space="preserve"> </w:t>
      </w:r>
      <w:proofErr w:type="spellStart"/>
      <w:r w:rsidRPr="00C25644">
        <w:t>boshqa</w:t>
      </w:r>
      <w:proofErr w:type="spellEnd"/>
      <w:r w:rsidRPr="00C25644">
        <w:t xml:space="preserve"> </w:t>
      </w:r>
      <w:proofErr w:type="spellStart"/>
      <w:r w:rsidRPr="00C25644">
        <w:t>tartibda</w:t>
      </w:r>
      <w:proofErr w:type="spellEnd"/>
      <w:r w:rsidRPr="00C25644">
        <w:t xml:space="preserve"> </w:t>
      </w:r>
      <w:proofErr w:type="spellStart"/>
      <w:r w:rsidRPr="00C25644">
        <w:t>topshiriladi</w:t>
      </w:r>
      <w:proofErr w:type="spellEnd"/>
      <w:r w:rsidRPr="00C25644">
        <w:t xml:space="preserve">. </w:t>
      </w:r>
      <w:proofErr w:type="spellStart"/>
      <w:r w:rsidRPr="00C25644">
        <w:t>Zarur</w:t>
      </w:r>
      <w:proofErr w:type="spellEnd"/>
      <w:r w:rsidRPr="00C25644">
        <w:t xml:space="preserve"> </w:t>
      </w:r>
      <w:proofErr w:type="spellStart"/>
      <w:r w:rsidRPr="00C25644">
        <w:t>hollarda</w:t>
      </w:r>
      <w:proofErr w:type="spellEnd"/>
      <w:r w:rsidRPr="00C25644">
        <w:t xml:space="preserve"> </w:t>
      </w:r>
      <w:proofErr w:type="spellStart"/>
      <w:r w:rsidRPr="00C25644">
        <w:t>karta</w:t>
      </w:r>
      <w:proofErr w:type="spellEnd"/>
      <w:r w:rsidRPr="00C25644">
        <w:t xml:space="preserve"> </w:t>
      </w:r>
      <w:proofErr w:type="spellStart"/>
      <w:r w:rsidRPr="00C25644">
        <w:t>faollashtirilgandan</w:t>
      </w:r>
      <w:proofErr w:type="spellEnd"/>
      <w:r w:rsidRPr="00C25644">
        <w:t xml:space="preserve"> </w:t>
      </w:r>
      <w:proofErr w:type="spellStart"/>
      <w:proofErr w:type="gramStart"/>
      <w:r w:rsidRPr="00C25644">
        <w:t>so‘</w:t>
      </w:r>
      <w:proofErr w:type="gramEnd"/>
      <w:r w:rsidRPr="00C25644">
        <w:t>ng</w:t>
      </w:r>
      <w:proofErr w:type="spellEnd"/>
      <w:r w:rsidRPr="00C25644">
        <w:t xml:space="preserve"> </w:t>
      </w:r>
      <w:proofErr w:type="spellStart"/>
      <w:r w:rsidRPr="00C25644">
        <w:t>foydalanishga</w:t>
      </w:r>
      <w:proofErr w:type="spellEnd"/>
      <w:r w:rsidRPr="00C25644">
        <w:t xml:space="preserve"> </w:t>
      </w:r>
      <w:proofErr w:type="spellStart"/>
      <w:r w:rsidRPr="00C25644">
        <w:t>ruxsat</w:t>
      </w:r>
      <w:proofErr w:type="spellEnd"/>
      <w:r w:rsidRPr="00C25644">
        <w:t xml:space="preserve"> </w:t>
      </w:r>
      <w:proofErr w:type="spellStart"/>
      <w:r w:rsidRPr="00C25644">
        <w:t>etiladi</w:t>
      </w:r>
      <w:proofErr w:type="spellEnd"/>
      <w:r w:rsidRPr="00C25644">
        <w:t>.</w:t>
      </w:r>
    </w:p>
    <w:p w14:paraId="52C0EF78" w14:textId="77777777" w:rsidR="0037439E" w:rsidRPr="00C25644" w:rsidRDefault="00406F7C">
      <w:pPr>
        <w:spacing w:after="0" w:line="240" w:lineRule="auto"/>
        <w:ind w:firstLine="709"/>
        <w:jc w:val="both"/>
      </w:pPr>
      <w:r w:rsidRPr="00C25644">
        <w:t xml:space="preserve">5.4. </w:t>
      </w:r>
      <w:proofErr w:type="spellStart"/>
      <w:r w:rsidRPr="00C25644">
        <w:t>Mijoz</w:t>
      </w:r>
      <w:proofErr w:type="spellEnd"/>
      <w:r w:rsidRPr="00C25644">
        <w:t xml:space="preserve"> bank </w:t>
      </w:r>
      <w:proofErr w:type="spellStart"/>
      <w:r w:rsidRPr="00C25644">
        <w:t>kartasidan</w:t>
      </w:r>
      <w:proofErr w:type="spellEnd"/>
      <w:r w:rsidRPr="00C25644">
        <w:t xml:space="preserve"> </w:t>
      </w:r>
      <w:proofErr w:type="spellStart"/>
      <w:r w:rsidRPr="00C25644">
        <w:t>tovarlar</w:t>
      </w:r>
      <w:proofErr w:type="spellEnd"/>
      <w:r w:rsidRPr="00C25644">
        <w:t xml:space="preserve"> </w:t>
      </w:r>
      <w:proofErr w:type="spellStart"/>
      <w:r w:rsidRPr="00C25644">
        <w:t>va</w:t>
      </w:r>
      <w:proofErr w:type="spellEnd"/>
      <w:r w:rsidRPr="00C25644">
        <w:t xml:space="preserve"> </w:t>
      </w:r>
      <w:proofErr w:type="spellStart"/>
      <w:r w:rsidRPr="00C25644">
        <w:t>xizmatlar</w:t>
      </w:r>
      <w:proofErr w:type="spellEnd"/>
      <w:r w:rsidRPr="00C25644">
        <w:t xml:space="preserve"> </w:t>
      </w:r>
      <w:proofErr w:type="spellStart"/>
      <w:r w:rsidRPr="00C25644">
        <w:t>uchun</w:t>
      </w:r>
      <w:proofErr w:type="spellEnd"/>
      <w:r w:rsidRPr="00C25644">
        <w:t xml:space="preserve"> </w:t>
      </w:r>
      <w:proofErr w:type="spellStart"/>
      <w:proofErr w:type="gramStart"/>
      <w:r w:rsidRPr="00C25644">
        <w:t>to‘</w:t>
      </w:r>
      <w:proofErr w:type="gramEnd"/>
      <w:r w:rsidRPr="00C25644">
        <w:t>lov</w:t>
      </w:r>
      <w:proofErr w:type="spellEnd"/>
      <w:r w:rsidRPr="00C25644">
        <w:t xml:space="preserve"> </w:t>
      </w:r>
      <w:proofErr w:type="spellStart"/>
      <w:r w:rsidRPr="00C25644">
        <w:t>qilish</w:t>
      </w:r>
      <w:proofErr w:type="spellEnd"/>
      <w:r w:rsidRPr="00C25644">
        <w:t xml:space="preserve">, </w:t>
      </w:r>
      <w:proofErr w:type="spellStart"/>
      <w:r w:rsidRPr="00C25644">
        <w:t>bankomat</w:t>
      </w:r>
      <w:proofErr w:type="spellEnd"/>
      <w:r w:rsidRPr="00C25644">
        <w:t xml:space="preserve">, </w:t>
      </w:r>
      <w:proofErr w:type="spellStart"/>
      <w:r w:rsidRPr="00C25644">
        <w:t>infokiosk</w:t>
      </w:r>
      <w:proofErr w:type="spellEnd"/>
      <w:r w:rsidRPr="00C25644">
        <w:t xml:space="preserve">, </w:t>
      </w:r>
      <w:proofErr w:type="spellStart"/>
      <w:r w:rsidRPr="00C25644">
        <w:t>mobil</w:t>
      </w:r>
      <w:proofErr w:type="spellEnd"/>
      <w:r w:rsidRPr="00C25644">
        <w:t xml:space="preserve"> </w:t>
      </w:r>
      <w:proofErr w:type="spellStart"/>
      <w:r w:rsidRPr="00C25644">
        <w:t>ilova</w:t>
      </w:r>
      <w:proofErr w:type="spellEnd"/>
      <w:r w:rsidRPr="00C25644">
        <w:t xml:space="preserve"> </w:t>
      </w:r>
      <w:proofErr w:type="spellStart"/>
      <w:r w:rsidRPr="00C25644">
        <w:t>va</w:t>
      </w:r>
      <w:proofErr w:type="spellEnd"/>
      <w:r w:rsidRPr="00C25644">
        <w:t xml:space="preserve"> </w:t>
      </w:r>
      <w:proofErr w:type="spellStart"/>
      <w:r w:rsidRPr="00C25644">
        <w:t>boshqa</w:t>
      </w:r>
      <w:proofErr w:type="spellEnd"/>
      <w:r w:rsidRPr="00C25644">
        <w:t xml:space="preserve"> </w:t>
      </w:r>
      <w:proofErr w:type="spellStart"/>
      <w:r w:rsidRPr="00C25644">
        <w:t>ruxsat</w:t>
      </w:r>
      <w:proofErr w:type="spellEnd"/>
      <w:r w:rsidRPr="00C25644">
        <w:t xml:space="preserve"> </w:t>
      </w:r>
      <w:proofErr w:type="spellStart"/>
      <w:r w:rsidRPr="00C25644">
        <w:t>etilgan</w:t>
      </w:r>
      <w:proofErr w:type="spellEnd"/>
      <w:r w:rsidRPr="00C25644">
        <w:t xml:space="preserve"> </w:t>
      </w:r>
      <w:proofErr w:type="spellStart"/>
      <w:r w:rsidRPr="00C25644">
        <w:t>kanallar</w:t>
      </w:r>
      <w:proofErr w:type="spellEnd"/>
      <w:r w:rsidRPr="00C25644">
        <w:t xml:space="preserve"> </w:t>
      </w:r>
      <w:proofErr w:type="spellStart"/>
      <w:r w:rsidRPr="00C25644">
        <w:t>orqali</w:t>
      </w:r>
      <w:proofErr w:type="spellEnd"/>
      <w:r w:rsidRPr="00C25644">
        <w:t xml:space="preserve"> </w:t>
      </w:r>
      <w:proofErr w:type="spellStart"/>
      <w:r w:rsidRPr="00C25644">
        <w:t>operatsiyalarni</w:t>
      </w:r>
      <w:proofErr w:type="spellEnd"/>
      <w:r w:rsidRPr="00C25644">
        <w:t xml:space="preserve"> </w:t>
      </w:r>
      <w:proofErr w:type="spellStart"/>
      <w:r w:rsidRPr="00C25644">
        <w:t>amalga</w:t>
      </w:r>
      <w:proofErr w:type="spellEnd"/>
      <w:r w:rsidRPr="00C25644">
        <w:t xml:space="preserve"> </w:t>
      </w:r>
      <w:proofErr w:type="spellStart"/>
      <w:r w:rsidRPr="00C25644">
        <w:t>oshirish</w:t>
      </w:r>
      <w:proofErr w:type="spellEnd"/>
      <w:r w:rsidRPr="00C25644">
        <w:t xml:space="preserve"> </w:t>
      </w:r>
      <w:proofErr w:type="spellStart"/>
      <w:r w:rsidRPr="00C25644">
        <w:t>uchun</w:t>
      </w:r>
      <w:proofErr w:type="spellEnd"/>
      <w:r w:rsidRPr="00C25644">
        <w:t xml:space="preserve"> </w:t>
      </w:r>
      <w:proofErr w:type="spellStart"/>
      <w:r w:rsidRPr="00C25644">
        <w:t>foydalanishi</w:t>
      </w:r>
      <w:proofErr w:type="spellEnd"/>
      <w:r w:rsidRPr="00C25644">
        <w:t xml:space="preserve"> </w:t>
      </w:r>
      <w:proofErr w:type="spellStart"/>
      <w:r w:rsidRPr="00C25644">
        <w:t>mumkin</w:t>
      </w:r>
      <w:proofErr w:type="spellEnd"/>
      <w:r w:rsidRPr="00C25644">
        <w:t>.</w:t>
      </w:r>
    </w:p>
    <w:p w14:paraId="4EAFAEE0" w14:textId="77777777" w:rsidR="0037439E" w:rsidRPr="00C25644" w:rsidRDefault="00406F7C">
      <w:pPr>
        <w:spacing w:after="0" w:line="240" w:lineRule="auto"/>
        <w:ind w:firstLine="709"/>
        <w:jc w:val="both"/>
      </w:pPr>
      <w:r w:rsidRPr="00C25644">
        <w:t xml:space="preserve">5.5. Bank </w:t>
      </w:r>
      <w:proofErr w:type="spellStart"/>
      <w:r w:rsidRPr="00C25644">
        <w:t>kartasidan</w:t>
      </w:r>
      <w:proofErr w:type="spellEnd"/>
      <w:r w:rsidRPr="00C25644">
        <w:t xml:space="preserve"> </w:t>
      </w:r>
      <w:proofErr w:type="spellStart"/>
      <w:r w:rsidRPr="00C25644">
        <w:t>foydalanishda</w:t>
      </w:r>
      <w:proofErr w:type="spellEnd"/>
      <w:r w:rsidRPr="00C25644">
        <w:t xml:space="preserve"> </w:t>
      </w:r>
      <w:proofErr w:type="spellStart"/>
      <w:r w:rsidRPr="00C25644">
        <w:t>Mijoz</w:t>
      </w:r>
      <w:proofErr w:type="spellEnd"/>
      <w:r w:rsidRPr="00C25644">
        <w:t xml:space="preserve"> PIN-</w:t>
      </w:r>
      <w:proofErr w:type="spellStart"/>
      <w:r w:rsidRPr="00C25644">
        <w:t>kod</w:t>
      </w:r>
      <w:proofErr w:type="spellEnd"/>
      <w:r w:rsidRPr="00C25644">
        <w:t xml:space="preserve">, </w:t>
      </w:r>
      <w:proofErr w:type="spellStart"/>
      <w:r w:rsidRPr="00C25644">
        <w:t>parol</w:t>
      </w:r>
      <w:proofErr w:type="spellEnd"/>
      <w:r w:rsidRPr="00C25644">
        <w:t xml:space="preserve">, </w:t>
      </w:r>
      <w:proofErr w:type="spellStart"/>
      <w:r w:rsidRPr="00C25644">
        <w:t>bir</w:t>
      </w:r>
      <w:proofErr w:type="spellEnd"/>
      <w:r w:rsidRPr="00C25644">
        <w:t xml:space="preserve"> </w:t>
      </w:r>
      <w:proofErr w:type="spellStart"/>
      <w:r w:rsidRPr="00C25644">
        <w:t>martalik</w:t>
      </w:r>
      <w:proofErr w:type="spellEnd"/>
      <w:r w:rsidRPr="00C25644">
        <w:t xml:space="preserve"> </w:t>
      </w:r>
      <w:proofErr w:type="spellStart"/>
      <w:r w:rsidRPr="00C25644">
        <w:t>kod</w:t>
      </w:r>
      <w:proofErr w:type="spellEnd"/>
      <w:r w:rsidRPr="00C25644">
        <w:t xml:space="preserve">, </w:t>
      </w:r>
      <w:proofErr w:type="spellStart"/>
      <w:r w:rsidRPr="00C25644">
        <w:t>mobil</w:t>
      </w:r>
      <w:proofErr w:type="spellEnd"/>
      <w:r w:rsidRPr="00C25644">
        <w:t xml:space="preserve"> </w:t>
      </w:r>
      <w:proofErr w:type="spellStart"/>
      <w:r w:rsidRPr="00C25644">
        <w:t>qurilma</w:t>
      </w:r>
      <w:proofErr w:type="spellEnd"/>
      <w:r w:rsidRPr="00C25644">
        <w:t xml:space="preserve"> </w:t>
      </w:r>
      <w:proofErr w:type="spellStart"/>
      <w:r w:rsidRPr="00C25644">
        <w:t>va</w:t>
      </w:r>
      <w:proofErr w:type="spellEnd"/>
      <w:r w:rsidRPr="00C25644">
        <w:t xml:space="preserve"> </w:t>
      </w:r>
      <w:proofErr w:type="spellStart"/>
      <w:r w:rsidRPr="00C25644">
        <w:t>boshqa</w:t>
      </w:r>
      <w:proofErr w:type="spellEnd"/>
      <w:r w:rsidRPr="00C25644">
        <w:t xml:space="preserve"> </w:t>
      </w:r>
      <w:proofErr w:type="spellStart"/>
      <w:r w:rsidRPr="00C25644">
        <w:t>autentifikatsiya</w:t>
      </w:r>
      <w:proofErr w:type="spellEnd"/>
      <w:r w:rsidRPr="00C25644">
        <w:t xml:space="preserve"> </w:t>
      </w:r>
      <w:proofErr w:type="spellStart"/>
      <w:r w:rsidRPr="00C25644">
        <w:t>vositalarining</w:t>
      </w:r>
      <w:proofErr w:type="spellEnd"/>
      <w:r w:rsidRPr="00C25644">
        <w:t xml:space="preserve"> </w:t>
      </w:r>
      <w:proofErr w:type="spellStart"/>
      <w:r w:rsidRPr="00C25644">
        <w:t>maxfiyligi</w:t>
      </w:r>
      <w:proofErr w:type="spellEnd"/>
      <w:r w:rsidRPr="00C25644">
        <w:t xml:space="preserve"> </w:t>
      </w:r>
      <w:proofErr w:type="spellStart"/>
      <w:r w:rsidRPr="00C25644">
        <w:t>va</w:t>
      </w:r>
      <w:proofErr w:type="spellEnd"/>
      <w:r w:rsidRPr="00C25644">
        <w:t xml:space="preserve"> </w:t>
      </w:r>
      <w:proofErr w:type="spellStart"/>
      <w:r w:rsidRPr="00C25644">
        <w:t>saqlanishini</w:t>
      </w:r>
      <w:proofErr w:type="spellEnd"/>
      <w:r w:rsidRPr="00C25644">
        <w:t xml:space="preserve"> </w:t>
      </w:r>
      <w:proofErr w:type="spellStart"/>
      <w:r w:rsidRPr="00C25644">
        <w:t>ta’minlaydi</w:t>
      </w:r>
      <w:proofErr w:type="spellEnd"/>
      <w:r w:rsidRPr="00C25644">
        <w:t>.</w:t>
      </w:r>
    </w:p>
    <w:p w14:paraId="44D4B0E0" w14:textId="77777777" w:rsidR="0037439E" w:rsidRPr="00C25644" w:rsidRDefault="00406F7C">
      <w:pPr>
        <w:spacing w:after="0" w:line="240" w:lineRule="auto"/>
        <w:ind w:firstLine="709"/>
        <w:jc w:val="both"/>
      </w:pPr>
      <w:r w:rsidRPr="00C25644">
        <w:t xml:space="preserve">5.6. </w:t>
      </w:r>
      <w:proofErr w:type="spellStart"/>
      <w:r w:rsidRPr="00C25644">
        <w:t>Mijoz</w:t>
      </w:r>
      <w:proofErr w:type="spellEnd"/>
      <w:r w:rsidRPr="00C25644">
        <w:t xml:space="preserve"> bank </w:t>
      </w:r>
      <w:proofErr w:type="spellStart"/>
      <w:r w:rsidRPr="00C25644">
        <w:t>kartasi</w:t>
      </w:r>
      <w:proofErr w:type="spellEnd"/>
      <w:r w:rsidRPr="00C25644">
        <w:t xml:space="preserve"> </w:t>
      </w:r>
      <w:proofErr w:type="spellStart"/>
      <w:proofErr w:type="gramStart"/>
      <w:r w:rsidRPr="00C25644">
        <w:t>yo‘</w:t>
      </w:r>
      <w:proofErr w:type="gramEnd"/>
      <w:r w:rsidRPr="00C25644">
        <w:t>qolganda</w:t>
      </w:r>
      <w:proofErr w:type="spellEnd"/>
      <w:r w:rsidRPr="00C25644">
        <w:t xml:space="preserve">, </w:t>
      </w:r>
      <w:proofErr w:type="spellStart"/>
      <w:r w:rsidRPr="00C25644">
        <w:t>o‘g‘irlanganda</w:t>
      </w:r>
      <w:proofErr w:type="spellEnd"/>
      <w:r w:rsidRPr="00C25644">
        <w:t xml:space="preserve">, </w:t>
      </w:r>
      <w:proofErr w:type="spellStart"/>
      <w:r w:rsidRPr="00C25644">
        <w:t>uchinchi</w:t>
      </w:r>
      <w:proofErr w:type="spellEnd"/>
      <w:r w:rsidRPr="00C25644">
        <w:t xml:space="preserve"> </w:t>
      </w:r>
      <w:proofErr w:type="spellStart"/>
      <w:r w:rsidRPr="00C25644">
        <w:t>shaxslar</w:t>
      </w:r>
      <w:proofErr w:type="spellEnd"/>
      <w:r w:rsidRPr="00C25644">
        <w:t xml:space="preserve"> </w:t>
      </w:r>
      <w:proofErr w:type="spellStart"/>
      <w:r w:rsidRPr="00C25644">
        <w:t>tomonidan</w:t>
      </w:r>
      <w:proofErr w:type="spellEnd"/>
      <w:r w:rsidRPr="00C25644">
        <w:t xml:space="preserve"> </w:t>
      </w:r>
      <w:proofErr w:type="spellStart"/>
      <w:r w:rsidRPr="00C25644">
        <w:t>foydalanilganligi</w:t>
      </w:r>
      <w:proofErr w:type="spellEnd"/>
      <w:r w:rsidRPr="00C25644">
        <w:t xml:space="preserve"> </w:t>
      </w:r>
      <w:proofErr w:type="spellStart"/>
      <w:r w:rsidRPr="00C25644">
        <w:t>yoki</w:t>
      </w:r>
      <w:proofErr w:type="spellEnd"/>
      <w:r w:rsidRPr="00C25644">
        <w:t xml:space="preserve"> </w:t>
      </w:r>
      <w:proofErr w:type="spellStart"/>
      <w:r w:rsidRPr="00C25644">
        <w:t>autentifikatsiya</w:t>
      </w:r>
      <w:proofErr w:type="spellEnd"/>
      <w:r w:rsidRPr="00C25644">
        <w:t xml:space="preserve"> </w:t>
      </w:r>
      <w:proofErr w:type="spellStart"/>
      <w:r w:rsidRPr="00C25644">
        <w:t>vositalari</w:t>
      </w:r>
      <w:proofErr w:type="spellEnd"/>
      <w:r w:rsidRPr="00C25644">
        <w:t xml:space="preserve"> </w:t>
      </w:r>
      <w:proofErr w:type="spellStart"/>
      <w:r w:rsidRPr="00C25644">
        <w:t>komprometatsiyasi</w:t>
      </w:r>
      <w:proofErr w:type="spellEnd"/>
      <w:r w:rsidRPr="00C25644">
        <w:t xml:space="preserve"> </w:t>
      </w:r>
      <w:proofErr w:type="spellStart"/>
      <w:r w:rsidRPr="00C25644">
        <w:t>haqida</w:t>
      </w:r>
      <w:proofErr w:type="spellEnd"/>
      <w:r w:rsidRPr="00C25644">
        <w:t xml:space="preserve"> </w:t>
      </w:r>
      <w:proofErr w:type="spellStart"/>
      <w:r w:rsidRPr="00C25644">
        <w:t>darhol</w:t>
      </w:r>
      <w:proofErr w:type="spellEnd"/>
      <w:r w:rsidRPr="00C25644">
        <w:t xml:space="preserve"> </w:t>
      </w:r>
      <w:proofErr w:type="spellStart"/>
      <w:r w:rsidRPr="00C25644">
        <w:t>Bankka</w:t>
      </w:r>
      <w:proofErr w:type="spellEnd"/>
      <w:r w:rsidRPr="00C25644">
        <w:t xml:space="preserve"> </w:t>
      </w:r>
      <w:proofErr w:type="spellStart"/>
      <w:r w:rsidRPr="00C25644">
        <w:t>xabar</w:t>
      </w:r>
      <w:proofErr w:type="spellEnd"/>
      <w:r w:rsidRPr="00C25644">
        <w:t xml:space="preserve"> </w:t>
      </w:r>
      <w:proofErr w:type="spellStart"/>
      <w:r w:rsidRPr="00C25644">
        <w:t>berishi</w:t>
      </w:r>
      <w:proofErr w:type="spellEnd"/>
      <w:r w:rsidRPr="00C25644">
        <w:t xml:space="preserve"> </w:t>
      </w:r>
      <w:proofErr w:type="spellStart"/>
      <w:r w:rsidRPr="00C25644">
        <w:t>shart</w:t>
      </w:r>
      <w:proofErr w:type="spellEnd"/>
      <w:r w:rsidRPr="00C25644">
        <w:t>.</w:t>
      </w:r>
    </w:p>
    <w:p w14:paraId="2E9251A0" w14:textId="77777777" w:rsidR="0037439E" w:rsidRPr="00C25644" w:rsidRDefault="00406F7C">
      <w:pPr>
        <w:spacing w:after="0" w:line="240" w:lineRule="auto"/>
        <w:ind w:firstLine="709"/>
        <w:jc w:val="both"/>
      </w:pPr>
      <w:r w:rsidRPr="00C25644">
        <w:t xml:space="preserve">5.7. Bank </w:t>
      </w:r>
      <w:proofErr w:type="spellStart"/>
      <w:r w:rsidRPr="00C25644">
        <w:t>Mijozning</w:t>
      </w:r>
      <w:proofErr w:type="spellEnd"/>
      <w:r w:rsidRPr="00C25644">
        <w:t xml:space="preserve"> </w:t>
      </w:r>
      <w:proofErr w:type="spellStart"/>
      <w:r w:rsidRPr="00C25644">
        <w:t>murojaatiga</w:t>
      </w:r>
      <w:proofErr w:type="spellEnd"/>
      <w:r w:rsidRPr="00C25644">
        <w:t xml:space="preserve"> </w:t>
      </w:r>
      <w:proofErr w:type="spellStart"/>
      <w:proofErr w:type="gramStart"/>
      <w:r w:rsidRPr="00C25644">
        <w:t>ko‘</w:t>
      </w:r>
      <w:proofErr w:type="gramEnd"/>
      <w:r w:rsidRPr="00C25644">
        <w:t>ra</w:t>
      </w:r>
      <w:proofErr w:type="spellEnd"/>
      <w:r w:rsidRPr="00C25644">
        <w:t xml:space="preserve"> </w:t>
      </w:r>
      <w:proofErr w:type="spellStart"/>
      <w:r w:rsidRPr="00C25644">
        <w:t>yoki</w:t>
      </w:r>
      <w:proofErr w:type="spellEnd"/>
      <w:r w:rsidRPr="00C25644">
        <w:t xml:space="preserve"> </w:t>
      </w:r>
      <w:proofErr w:type="spellStart"/>
      <w:r w:rsidRPr="00C25644">
        <w:t>xavfsizlik</w:t>
      </w:r>
      <w:proofErr w:type="spellEnd"/>
      <w:r w:rsidRPr="00C25644">
        <w:t xml:space="preserve"> </w:t>
      </w:r>
      <w:proofErr w:type="spellStart"/>
      <w:r w:rsidRPr="00C25644">
        <w:t>maqsadida</w:t>
      </w:r>
      <w:proofErr w:type="spellEnd"/>
      <w:r w:rsidRPr="00C25644">
        <w:t xml:space="preserve"> </w:t>
      </w:r>
      <w:proofErr w:type="spellStart"/>
      <w:r w:rsidRPr="00C25644">
        <w:t>kartani</w:t>
      </w:r>
      <w:proofErr w:type="spellEnd"/>
      <w:r w:rsidRPr="00C25644">
        <w:t xml:space="preserve"> </w:t>
      </w:r>
      <w:proofErr w:type="spellStart"/>
      <w:r w:rsidRPr="00C25644">
        <w:t>vaqtincha</w:t>
      </w:r>
      <w:proofErr w:type="spellEnd"/>
      <w:r w:rsidRPr="00C25644">
        <w:t xml:space="preserve"> </w:t>
      </w:r>
      <w:proofErr w:type="spellStart"/>
      <w:r w:rsidRPr="00C25644">
        <w:t>bloklashi</w:t>
      </w:r>
      <w:proofErr w:type="spellEnd"/>
      <w:r w:rsidRPr="00C25644">
        <w:t xml:space="preserve">, </w:t>
      </w:r>
      <w:proofErr w:type="spellStart"/>
      <w:r w:rsidRPr="00C25644">
        <w:t>qayta</w:t>
      </w:r>
      <w:proofErr w:type="spellEnd"/>
      <w:r w:rsidRPr="00C25644">
        <w:t xml:space="preserve"> </w:t>
      </w:r>
      <w:proofErr w:type="spellStart"/>
      <w:r w:rsidRPr="00C25644">
        <w:t>faollashtirishi</w:t>
      </w:r>
      <w:proofErr w:type="spellEnd"/>
      <w:r w:rsidRPr="00C25644">
        <w:t xml:space="preserve">, </w:t>
      </w:r>
      <w:proofErr w:type="spellStart"/>
      <w:r w:rsidRPr="00C25644">
        <w:t>qayta</w:t>
      </w:r>
      <w:proofErr w:type="spellEnd"/>
      <w:r w:rsidRPr="00C25644">
        <w:t xml:space="preserve"> </w:t>
      </w:r>
      <w:proofErr w:type="spellStart"/>
      <w:r w:rsidRPr="00C25644">
        <w:t>chiqarishi</w:t>
      </w:r>
      <w:proofErr w:type="spellEnd"/>
      <w:r w:rsidRPr="00C25644">
        <w:t xml:space="preserve"> </w:t>
      </w:r>
      <w:proofErr w:type="spellStart"/>
      <w:r w:rsidRPr="00C25644">
        <w:t>yoki</w:t>
      </w:r>
      <w:proofErr w:type="spellEnd"/>
      <w:r w:rsidRPr="00C25644">
        <w:t xml:space="preserve"> </w:t>
      </w:r>
      <w:proofErr w:type="spellStart"/>
      <w:r w:rsidRPr="00C25644">
        <w:t>yopishi</w:t>
      </w:r>
      <w:proofErr w:type="spellEnd"/>
      <w:r w:rsidRPr="00C25644">
        <w:t xml:space="preserve"> </w:t>
      </w:r>
      <w:proofErr w:type="spellStart"/>
      <w:r w:rsidRPr="00C25644">
        <w:t>mumkin</w:t>
      </w:r>
      <w:proofErr w:type="spellEnd"/>
      <w:r w:rsidRPr="00C25644">
        <w:t>.</w:t>
      </w:r>
    </w:p>
    <w:p w14:paraId="3E522F35" w14:textId="77777777" w:rsidR="0037439E" w:rsidRPr="00C25644" w:rsidRDefault="00406F7C">
      <w:pPr>
        <w:spacing w:after="0" w:line="240" w:lineRule="auto"/>
        <w:ind w:firstLine="709"/>
        <w:jc w:val="both"/>
      </w:pPr>
      <w:r w:rsidRPr="00C25644">
        <w:t xml:space="preserve">5.8. Karta </w:t>
      </w:r>
      <w:proofErr w:type="spellStart"/>
      <w:proofErr w:type="gramStart"/>
      <w:r w:rsidRPr="00C25644">
        <w:t>bo‘</w:t>
      </w:r>
      <w:proofErr w:type="gramEnd"/>
      <w:r w:rsidRPr="00C25644">
        <w:t>yicha</w:t>
      </w:r>
      <w:proofErr w:type="spellEnd"/>
      <w:r w:rsidRPr="00C25644">
        <w:t xml:space="preserve"> </w:t>
      </w:r>
      <w:proofErr w:type="spellStart"/>
      <w:r w:rsidRPr="00C25644">
        <w:t>bahsli</w:t>
      </w:r>
      <w:proofErr w:type="spellEnd"/>
      <w:r w:rsidRPr="00C25644">
        <w:t xml:space="preserve"> </w:t>
      </w:r>
      <w:proofErr w:type="spellStart"/>
      <w:r w:rsidRPr="00C25644">
        <w:t>operatsiyalar</w:t>
      </w:r>
      <w:proofErr w:type="spellEnd"/>
      <w:r w:rsidRPr="00C25644">
        <w:t xml:space="preserve"> </w:t>
      </w:r>
      <w:proofErr w:type="spellStart"/>
      <w:r w:rsidRPr="00C25644">
        <w:t>yuzaga</w:t>
      </w:r>
      <w:proofErr w:type="spellEnd"/>
      <w:r w:rsidRPr="00C25644">
        <w:t xml:space="preserve"> </w:t>
      </w:r>
      <w:proofErr w:type="spellStart"/>
      <w:r w:rsidRPr="00C25644">
        <w:t>kelganda</w:t>
      </w:r>
      <w:proofErr w:type="spellEnd"/>
      <w:r w:rsidRPr="00C25644">
        <w:t xml:space="preserve">, </w:t>
      </w:r>
      <w:proofErr w:type="spellStart"/>
      <w:r w:rsidRPr="00C25644">
        <w:t>Mijoz</w:t>
      </w:r>
      <w:proofErr w:type="spellEnd"/>
      <w:r w:rsidRPr="00C25644">
        <w:t xml:space="preserve"> </w:t>
      </w:r>
      <w:proofErr w:type="spellStart"/>
      <w:r w:rsidRPr="00C25644">
        <w:t>Bankka</w:t>
      </w:r>
      <w:proofErr w:type="spellEnd"/>
      <w:r w:rsidRPr="00C25644">
        <w:t xml:space="preserve"> </w:t>
      </w:r>
      <w:proofErr w:type="spellStart"/>
      <w:r w:rsidRPr="00C25644">
        <w:t>qonunchilik</w:t>
      </w:r>
      <w:proofErr w:type="spellEnd"/>
      <w:r w:rsidRPr="00C25644">
        <w:t xml:space="preserve"> </w:t>
      </w:r>
      <w:proofErr w:type="spellStart"/>
      <w:r w:rsidRPr="00C25644">
        <w:t>va</w:t>
      </w:r>
      <w:proofErr w:type="spellEnd"/>
      <w:r w:rsidRPr="00C25644">
        <w:t xml:space="preserve"> </w:t>
      </w:r>
      <w:proofErr w:type="spellStart"/>
      <w:r w:rsidRPr="00C25644">
        <w:t>Bankning</w:t>
      </w:r>
      <w:proofErr w:type="spellEnd"/>
      <w:r w:rsidRPr="00C25644">
        <w:t xml:space="preserve"> </w:t>
      </w:r>
      <w:proofErr w:type="spellStart"/>
      <w:r w:rsidRPr="00C25644">
        <w:t>ichki</w:t>
      </w:r>
      <w:proofErr w:type="spellEnd"/>
      <w:r w:rsidRPr="00C25644">
        <w:t xml:space="preserve"> </w:t>
      </w:r>
      <w:proofErr w:type="spellStart"/>
      <w:r w:rsidRPr="00C25644">
        <w:t>tartiblarida</w:t>
      </w:r>
      <w:proofErr w:type="spellEnd"/>
      <w:r w:rsidRPr="00C25644">
        <w:t xml:space="preserve"> </w:t>
      </w:r>
      <w:proofErr w:type="spellStart"/>
      <w:r w:rsidRPr="00C25644">
        <w:t>belgilangan</w:t>
      </w:r>
      <w:proofErr w:type="spellEnd"/>
      <w:r w:rsidRPr="00C25644">
        <w:t xml:space="preserve"> </w:t>
      </w:r>
      <w:proofErr w:type="spellStart"/>
      <w:r w:rsidRPr="00C25644">
        <w:t>muddatda</w:t>
      </w:r>
      <w:proofErr w:type="spellEnd"/>
      <w:r w:rsidRPr="00C25644">
        <w:t xml:space="preserve"> </w:t>
      </w:r>
      <w:proofErr w:type="spellStart"/>
      <w:r w:rsidRPr="00C25644">
        <w:t>murojaat</w:t>
      </w:r>
      <w:proofErr w:type="spellEnd"/>
      <w:r w:rsidRPr="00C25644">
        <w:t xml:space="preserve"> </w:t>
      </w:r>
      <w:proofErr w:type="spellStart"/>
      <w:r w:rsidRPr="00C25644">
        <w:t>qiladi</w:t>
      </w:r>
      <w:proofErr w:type="spellEnd"/>
      <w:r w:rsidRPr="00C25644">
        <w:t xml:space="preserve">. Bank </w:t>
      </w:r>
      <w:proofErr w:type="spellStart"/>
      <w:r w:rsidRPr="00C25644">
        <w:t>murojaatni</w:t>
      </w:r>
      <w:proofErr w:type="spellEnd"/>
      <w:r w:rsidRPr="00C25644">
        <w:t xml:space="preserve"> </w:t>
      </w:r>
      <w:proofErr w:type="spellStart"/>
      <w:r w:rsidRPr="00C25644">
        <w:t>amaldagi</w:t>
      </w:r>
      <w:proofErr w:type="spellEnd"/>
      <w:r w:rsidRPr="00C25644">
        <w:t xml:space="preserve"> </w:t>
      </w:r>
      <w:proofErr w:type="spellStart"/>
      <w:r w:rsidRPr="00C25644">
        <w:t>qoidalarga</w:t>
      </w:r>
      <w:proofErr w:type="spellEnd"/>
      <w:r w:rsidRPr="00C25644">
        <w:t xml:space="preserve"> </w:t>
      </w:r>
      <w:proofErr w:type="spellStart"/>
      <w:r w:rsidRPr="00C25644">
        <w:t>muvofiq</w:t>
      </w:r>
      <w:proofErr w:type="spellEnd"/>
      <w:r w:rsidRPr="00C25644">
        <w:t xml:space="preserve"> </w:t>
      </w:r>
      <w:proofErr w:type="spellStart"/>
      <w:proofErr w:type="gramStart"/>
      <w:r w:rsidRPr="00C25644">
        <w:t>ko‘</w:t>
      </w:r>
      <w:proofErr w:type="gramEnd"/>
      <w:r w:rsidRPr="00C25644">
        <w:t>rib</w:t>
      </w:r>
      <w:proofErr w:type="spellEnd"/>
      <w:r w:rsidRPr="00C25644">
        <w:t xml:space="preserve"> </w:t>
      </w:r>
      <w:proofErr w:type="spellStart"/>
      <w:r w:rsidRPr="00C25644">
        <w:t>chiqadi</w:t>
      </w:r>
      <w:proofErr w:type="spellEnd"/>
      <w:r w:rsidRPr="00C25644">
        <w:t>.</w:t>
      </w:r>
    </w:p>
    <w:p w14:paraId="71E9D40D" w14:textId="77777777" w:rsidR="0037439E" w:rsidRPr="00C25644" w:rsidRDefault="00406F7C">
      <w:pPr>
        <w:spacing w:after="0" w:line="240" w:lineRule="auto"/>
        <w:ind w:firstLine="709"/>
        <w:jc w:val="both"/>
      </w:pPr>
      <w:r w:rsidRPr="00C25644">
        <w:t xml:space="preserve">5.9. Karta </w:t>
      </w:r>
      <w:proofErr w:type="spellStart"/>
      <w:proofErr w:type="gramStart"/>
      <w:r w:rsidRPr="00C25644">
        <w:t>hisobvarag‘</w:t>
      </w:r>
      <w:proofErr w:type="gramEnd"/>
      <w:r w:rsidRPr="00C25644">
        <w:t>idagi</w:t>
      </w:r>
      <w:proofErr w:type="spellEnd"/>
      <w:r w:rsidRPr="00C25644">
        <w:t xml:space="preserve"> </w:t>
      </w:r>
      <w:proofErr w:type="spellStart"/>
      <w:r w:rsidRPr="00C25644">
        <w:t>mablag‘lardan</w:t>
      </w:r>
      <w:proofErr w:type="spellEnd"/>
      <w:r w:rsidRPr="00C25644">
        <w:t xml:space="preserve"> </w:t>
      </w:r>
      <w:proofErr w:type="spellStart"/>
      <w:r w:rsidRPr="00C25644">
        <w:t>foydalanish</w:t>
      </w:r>
      <w:proofErr w:type="spellEnd"/>
      <w:r w:rsidRPr="00C25644">
        <w:t xml:space="preserve"> </w:t>
      </w:r>
      <w:proofErr w:type="spellStart"/>
      <w:r w:rsidRPr="00C25644">
        <w:t>faqat</w:t>
      </w:r>
      <w:proofErr w:type="spellEnd"/>
      <w:r w:rsidRPr="00C25644">
        <w:t xml:space="preserve"> </w:t>
      </w:r>
      <w:proofErr w:type="spellStart"/>
      <w:r w:rsidRPr="00C25644">
        <w:t>faol</w:t>
      </w:r>
      <w:proofErr w:type="spellEnd"/>
      <w:r w:rsidRPr="00C25644">
        <w:t xml:space="preserve"> </w:t>
      </w:r>
      <w:proofErr w:type="spellStart"/>
      <w:r w:rsidRPr="00C25644">
        <w:t>qoldiq</w:t>
      </w:r>
      <w:proofErr w:type="spellEnd"/>
      <w:r w:rsidRPr="00C25644">
        <w:t xml:space="preserve"> </w:t>
      </w:r>
      <w:proofErr w:type="spellStart"/>
      <w:r w:rsidRPr="00C25644">
        <w:t>va</w:t>
      </w:r>
      <w:proofErr w:type="spellEnd"/>
      <w:r w:rsidRPr="00C25644">
        <w:t xml:space="preserve"> Bank </w:t>
      </w:r>
      <w:proofErr w:type="spellStart"/>
      <w:r w:rsidRPr="00C25644">
        <w:t>tomonidan</w:t>
      </w:r>
      <w:proofErr w:type="spellEnd"/>
      <w:r w:rsidRPr="00C25644">
        <w:t xml:space="preserve"> </w:t>
      </w:r>
      <w:proofErr w:type="spellStart"/>
      <w:r w:rsidRPr="00C25644">
        <w:t>belgilangan</w:t>
      </w:r>
      <w:proofErr w:type="spellEnd"/>
      <w:r w:rsidRPr="00C25644">
        <w:t xml:space="preserve"> </w:t>
      </w:r>
      <w:proofErr w:type="spellStart"/>
      <w:r w:rsidRPr="00C25644">
        <w:t>limitlar</w:t>
      </w:r>
      <w:proofErr w:type="spellEnd"/>
      <w:r w:rsidRPr="00C25644">
        <w:t xml:space="preserve"> </w:t>
      </w:r>
      <w:proofErr w:type="spellStart"/>
      <w:r w:rsidRPr="00C25644">
        <w:t>doirasida</w:t>
      </w:r>
      <w:proofErr w:type="spellEnd"/>
      <w:r w:rsidRPr="00C25644">
        <w:t xml:space="preserve"> </w:t>
      </w:r>
      <w:proofErr w:type="spellStart"/>
      <w:r w:rsidRPr="00C25644">
        <w:t>amalga</w:t>
      </w:r>
      <w:proofErr w:type="spellEnd"/>
      <w:r w:rsidRPr="00C25644">
        <w:t xml:space="preserve"> </w:t>
      </w:r>
      <w:proofErr w:type="spellStart"/>
      <w:r w:rsidRPr="00C25644">
        <w:t>oshiriladi</w:t>
      </w:r>
      <w:proofErr w:type="spellEnd"/>
      <w:r w:rsidRPr="00C25644">
        <w:t>.</w:t>
      </w:r>
    </w:p>
    <w:p w14:paraId="3278E1B9" w14:textId="77777777" w:rsidR="0037439E" w:rsidRPr="00C25644" w:rsidRDefault="00406F7C">
      <w:pPr>
        <w:spacing w:after="0" w:line="240" w:lineRule="auto"/>
        <w:ind w:firstLine="709"/>
        <w:jc w:val="both"/>
      </w:pPr>
      <w:r w:rsidRPr="00C25644">
        <w:lastRenderedPageBreak/>
        <w:t xml:space="preserve">5.10. Bank </w:t>
      </w:r>
      <w:proofErr w:type="spellStart"/>
      <w:r w:rsidRPr="00C25644">
        <w:t>kartasiga</w:t>
      </w:r>
      <w:proofErr w:type="spellEnd"/>
      <w:r w:rsidRPr="00C25644">
        <w:t xml:space="preserve"> </w:t>
      </w:r>
      <w:proofErr w:type="spellStart"/>
      <w:r w:rsidRPr="00C25644">
        <w:t>xizmat</w:t>
      </w:r>
      <w:proofErr w:type="spellEnd"/>
      <w:r w:rsidRPr="00C25644">
        <w:t xml:space="preserve"> </w:t>
      </w:r>
      <w:proofErr w:type="spellStart"/>
      <w:proofErr w:type="gramStart"/>
      <w:r w:rsidRPr="00C25644">
        <w:t>ko‘</w:t>
      </w:r>
      <w:proofErr w:type="gramEnd"/>
      <w:r w:rsidRPr="00C25644">
        <w:t>rsatish</w:t>
      </w:r>
      <w:proofErr w:type="spellEnd"/>
      <w:r w:rsidRPr="00C25644">
        <w:t xml:space="preserve"> </w:t>
      </w:r>
      <w:proofErr w:type="spellStart"/>
      <w:r w:rsidRPr="00C25644">
        <w:t>bo‘yicha</w:t>
      </w:r>
      <w:proofErr w:type="spellEnd"/>
      <w:r w:rsidRPr="00C25644">
        <w:t xml:space="preserve"> </w:t>
      </w:r>
      <w:proofErr w:type="spellStart"/>
      <w:r w:rsidRPr="00C25644">
        <w:t>tariflar</w:t>
      </w:r>
      <w:proofErr w:type="spellEnd"/>
      <w:r w:rsidRPr="00C25644">
        <w:t xml:space="preserve">, </w:t>
      </w:r>
      <w:proofErr w:type="spellStart"/>
      <w:r w:rsidRPr="00C25644">
        <w:t>shu</w:t>
      </w:r>
      <w:proofErr w:type="spellEnd"/>
      <w:r w:rsidRPr="00C25644">
        <w:t xml:space="preserve"> </w:t>
      </w:r>
      <w:proofErr w:type="spellStart"/>
      <w:r w:rsidRPr="00C25644">
        <w:t>jumladan</w:t>
      </w:r>
      <w:proofErr w:type="spellEnd"/>
      <w:r w:rsidRPr="00C25644">
        <w:t xml:space="preserve"> </w:t>
      </w:r>
      <w:proofErr w:type="spellStart"/>
      <w:r w:rsidRPr="00C25644">
        <w:t>karta</w:t>
      </w:r>
      <w:proofErr w:type="spellEnd"/>
      <w:r w:rsidRPr="00C25644">
        <w:t xml:space="preserve"> </w:t>
      </w:r>
      <w:proofErr w:type="spellStart"/>
      <w:r w:rsidRPr="00C25644">
        <w:t>chiqarish</w:t>
      </w:r>
      <w:proofErr w:type="spellEnd"/>
      <w:r w:rsidRPr="00C25644">
        <w:t xml:space="preserve">, </w:t>
      </w:r>
      <w:proofErr w:type="spellStart"/>
      <w:r w:rsidRPr="00C25644">
        <w:t>qayta</w:t>
      </w:r>
      <w:proofErr w:type="spellEnd"/>
      <w:r w:rsidRPr="00C25644">
        <w:t xml:space="preserve"> </w:t>
      </w:r>
      <w:proofErr w:type="spellStart"/>
      <w:r w:rsidRPr="00C25644">
        <w:t>chiqarish</w:t>
      </w:r>
      <w:proofErr w:type="spellEnd"/>
      <w:r w:rsidRPr="00C25644">
        <w:t xml:space="preserve">, </w:t>
      </w:r>
      <w:proofErr w:type="spellStart"/>
      <w:r w:rsidRPr="00C25644">
        <w:t>naqd</w:t>
      </w:r>
      <w:proofErr w:type="spellEnd"/>
      <w:r w:rsidRPr="00C25644">
        <w:t xml:space="preserve"> </w:t>
      </w:r>
      <w:proofErr w:type="spellStart"/>
      <w:r w:rsidRPr="00C25644">
        <w:t>pul</w:t>
      </w:r>
      <w:proofErr w:type="spellEnd"/>
      <w:r w:rsidRPr="00C25644">
        <w:t xml:space="preserve"> </w:t>
      </w:r>
      <w:proofErr w:type="spellStart"/>
      <w:r w:rsidRPr="00C25644">
        <w:t>yechish</w:t>
      </w:r>
      <w:proofErr w:type="spellEnd"/>
      <w:r w:rsidRPr="00C25644">
        <w:t xml:space="preserve">, </w:t>
      </w:r>
      <w:proofErr w:type="spellStart"/>
      <w:r w:rsidRPr="00C25644">
        <w:t>boshqa</w:t>
      </w:r>
      <w:proofErr w:type="spellEnd"/>
      <w:r w:rsidRPr="00C25644">
        <w:t xml:space="preserve"> bank </w:t>
      </w:r>
      <w:proofErr w:type="spellStart"/>
      <w:r w:rsidRPr="00C25644">
        <w:t>tarmog‘ida</w:t>
      </w:r>
      <w:proofErr w:type="spellEnd"/>
      <w:r w:rsidRPr="00C25644">
        <w:t xml:space="preserve"> </w:t>
      </w:r>
      <w:proofErr w:type="spellStart"/>
      <w:r w:rsidRPr="00C25644">
        <w:t>xizmat</w:t>
      </w:r>
      <w:proofErr w:type="spellEnd"/>
      <w:r w:rsidRPr="00C25644">
        <w:t xml:space="preserve"> </w:t>
      </w:r>
      <w:proofErr w:type="spellStart"/>
      <w:r w:rsidRPr="00C25644">
        <w:t>ko‘rsatish</w:t>
      </w:r>
      <w:proofErr w:type="spellEnd"/>
      <w:r w:rsidRPr="00C25644">
        <w:t xml:space="preserve"> </w:t>
      </w:r>
      <w:proofErr w:type="spellStart"/>
      <w:r w:rsidRPr="00C25644">
        <w:t>va</w:t>
      </w:r>
      <w:proofErr w:type="spellEnd"/>
      <w:r w:rsidRPr="00C25644">
        <w:t xml:space="preserve"> </w:t>
      </w:r>
      <w:proofErr w:type="spellStart"/>
      <w:r w:rsidRPr="00C25644">
        <w:t>qo‘shimcha</w:t>
      </w:r>
      <w:proofErr w:type="spellEnd"/>
      <w:r w:rsidRPr="00C25644">
        <w:t xml:space="preserve"> </w:t>
      </w:r>
      <w:proofErr w:type="spellStart"/>
      <w:r w:rsidRPr="00C25644">
        <w:t>xizmatlar</w:t>
      </w:r>
      <w:proofErr w:type="spellEnd"/>
      <w:r w:rsidRPr="00C25644">
        <w:t xml:space="preserve"> </w:t>
      </w:r>
      <w:proofErr w:type="spellStart"/>
      <w:r w:rsidRPr="00C25644">
        <w:t>uchun</w:t>
      </w:r>
      <w:proofErr w:type="spellEnd"/>
      <w:r w:rsidRPr="00C25644">
        <w:t xml:space="preserve"> </w:t>
      </w:r>
      <w:proofErr w:type="spellStart"/>
      <w:r w:rsidRPr="00C25644">
        <w:t>haq</w:t>
      </w:r>
      <w:proofErr w:type="spellEnd"/>
      <w:r w:rsidRPr="00C25644">
        <w:t xml:space="preserve"> Bank </w:t>
      </w:r>
      <w:proofErr w:type="spellStart"/>
      <w:r w:rsidRPr="00C25644">
        <w:t>tariflariga</w:t>
      </w:r>
      <w:proofErr w:type="spellEnd"/>
      <w:r w:rsidRPr="00C25644">
        <w:t xml:space="preserve"> </w:t>
      </w:r>
      <w:proofErr w:type="spellStart"/>
      <w:r w:rsidRPr="00C25644">
        <w:t>muvofiq</w:t>
      </w:r>
      <w:proofErr w:type="spellEnd"/>
      <w:r w:rsidRPr="00C25644">
        <w:t xml:space="preserve"> </w:t>
      </w:r>
      <w:proofErr w:type="spellStart"/>
      <w:r w:rsidRPr="00C25644">
        <w:t>undiriladi</w:t>
      </w:r>
      <w:proofErr w:type="spellEnd"/>
      <w:r w:rsidRPr="00C25644">
        <w:t>.</w:t>
      </w:r>
    </w:p>
    <w:p w14:paraId="6278385E" w14:textId="77777777" w:rsidR="0037439E" w:rsidRPr="00C25644" w:rsidRDefault="0037439E">
      <w:pPr>
        <w:spacing w:after="40" w:line="240" w:lineRule="auto"/>
        <w:jc w:val="both"/>
      </w:pPr>
    </w:p>
    <w:p w14:paraId="391756E6" w14:textId="77777777" w:rsidR="0037439E" w:rsidRPr="00C25644" w:rsidRDefault="00406F7C">
      <w:pPr>
        <w:spacing w:after="0" w:line="240" w:lineRule="auto"/>
        <w:jc w:val="both"/>
      </w:pPr>
      <w:r w:rsidRPr="00C25644">
        <w:rPr>
          <w:b/>
        </w:rPr>
        <w:t>6. B-MODUL. JISMONIY SHAXSLARGA TALAB QILIB OLINGUNCHA BANK HISOBVARAQLARINI OCHISH</w:t>
      </w:r>
    </w:p>
    <w:p w14:paraId="4F6D8CD8" w14:textId="77777777" w:rsidR="0037439E" w:rsidRPr="00C25644" w:rsidRDefault="00406F7C">
      <w:pPr>
        <w:spacing w:after="0" w:line="240" w:lineRule="auto"/>
        <w:ind w:firstLine="709"/>
        <w:jc w:val="both"/>
      </w:pPr>
      <w:r w:rsidRPr="00C25644">
        <w:t xml:space="preserve">6.1. Bank </w:t>
      </w:r>
      <w:proofErr w:type="spellStart"/>
      <w:r w:rsidRPr="00C25644">
        <w:t>Mijozning</w:t>
      </w:r>
      <w:proofErr w:type="spellEnd"/>
      <w:r w:rsidRPr="00C25644">
        <w:t xml:space="preserve"> </w:t>
      </w:r>
      <w:proofErr w:type="spellStart"/>
      <w:r w:rsidRPr="00C25644">
        <w:t>arizasiga</w:t>
      </w:r>
      <w:proofErr w:type="spellEnd"/>
      <w:r w:rsidRPr="00C25644">
        <w:t xml:space="preserve">, </w:t>
      </w:r>
      <w:proofErr w:type="spellStart"/>
      <w:r w:rsidRPr="00C25644">
        <w:t>tanlangan</w:t>
      </w:r>
      <w:proofErr w:type="spellEnd"/>
      <w:r w:rsidRPr="00C25644">
        <w:t xml:space="preserve"> </w:t>
      </w:r>
      <w:proofErr w:type="spellStart"/>
      <w:r w:rsidRPr="00C25644">
        <w:t>mahsulot</w:t>
      </w:r>
      <w:proofErr w:type="spellEnd"/>
      <w:r w:rsidRPr="00C25644">
        <w:t xml:space="preserve"> </w:t>
      </w:r>
      <w:proofErr w:type="spellStart"/>
      <w:r w:rsidRPr="00C25644">
        <w:t>shartlariga</w:t>
      </w:r>
      <w:proofErr w:type="spellEnd"/>
      <w:r w:rsidRPr="00C25644">
        <w:t xml:space="preserve"> </w:t>
      </w:r>
      <w:proofErr w:type="spellStart"/>
      <w:r w:rsidRPr="00C25644">
        <w:t>va</w:t>
      </w:r>
      <w:proofErr w:type="spellEnd"/>
      <w:r w:rsidRPr="00C25644">
        <w:t xml:space="preserve"> </w:t>
      </w:r>
      <w:proofErr w:type="spellStart"/>
      <w:r w:rsidRPr="00C25644">
        <w:t>qonunchilikka</w:t>
      </w:r>
      <w:proofErr w:type="spellEnd"/>
      <w:r w:rsidRPr="00C25644">
        <w:t xml:space="preserve"> </w:t>
      </w:r>
      <w:proofErr w:type="spellStart"/>
      <w:r w:rsidRPr="00C25644">
        <w:t>muvofiq</w:t>
      </w:r>
      <w:proofErr w:type="spellEnd"/>
      <w:r w:rsidRPr="00C25644">
        <w:t xml:space="preserve"> talab </w:t>
      </w:r>
      <w:proofErr w:type="spellStart"/>
      <w:r w:rsidRPr="00C25644">
        <w:t>qilib</w:t>
      </w:r>
      <w:proofErr w:type="spellEnd"/>
      <w:r w:rsidRPr="00C25644">
        <w:t xml:space="preserve"> </w:t>
      </w:r>
      <w:proofErr w:type="spellStart"/>
      <w:r w:rsidRPr="00C25644">
        <w:t>olinguncha</w:t>
      </w:r>
      <w:proofErr w:type="spellEnd"/>
      <w:r w:rsidRPr="00C25644">
        <w:t xml:space="preserve"> bank </w:t>
      </w:r>
      <w:proofErr w:type="spellStart"/>
      <w:proofErr w:type="gramStart"/>
      <w:r w:rsidRPr="00C25644">
        <w:t>hisobvarag‘</w:t>
      </w:r>
      <w:proofErr w:type="gramEnd"/>
      <w:r w:rsidRPr="00C25644">
        <w:t>ini</w:t>
      </w:r>
      <w:proofErr w:type="spellEnd"/>
      <w:r w:rsidRPr="00C25644">
        <w:t xml:space="preserve"> </w:t>
      </w:r>
      <w:proofErr w:type="spellStart"/>
      <w:r w:rsidRPr="00C25644">
        <w:t>ochadi</w:t>
      </w:r>
      <w:proofErr w:type="spellEnd"/>
      <w:r w:rsidRPr="00C25644">
        <w:t>.</w:t>
      </w:r>
    </w:p>
    <w:p w14:paraId="38C12BC3" w14:textId="77777777" w:rsidR="0037439E" w:rsidRPr="00C25644" w:rsidRDefault="00406F7C">
      <w:pPr>
        <w:spacing w:after="0" w:line="240" w:lineRule="auto"/>
        <w:ind w:firstLine="709"/>
        <w:jc w:val="both"/>
      </w:pPr>
      <w:r w:rsidRPr="00C25644">
        <w:t xml:space="preserve">6.2. Talab </w:t>
      </w:r>
      <w:proofErr w:type="spellStart"/>
      <w:r w:rsidRPr="00C25644">
        <w:t>qilib</w:t>
      </w:r>
      <w:proofErr w:type="spellEnd"/>
      <w:r w:rsidRPr="00C25644">
        <w:t xml:space="preserve"> </w:t>
      </w:r>
      <w:proofErr w:type="spellStart"/>
      <w:r w:rsidRPr="00C25644">
        <w:t>olinguncha</w:t>
      </w:r>
      <w:proofErr w:type="spellEnd"/>
      <w:r w:rsidRPr="00C25644">
        <w:t xml:space="preserve"> bank </w:t>
      </w:r>
      <w:proofErr w:type="spellStart"/>
      <w:proofErr w:type="gramStart"/>
      <w:r w:rsidRPr="00C25644">
        <w:t>hisobvarag‘</w:t>
      </w:r>
      <w:proofErr w:type="gramEnd"/>
      <w:r w:rsidRPr="00C25644">
        <w:t>ining</w:t>
      </w:r>
      <w:proofErr w:type="spellEnd"/>
      <w:r w:rsidRPr="00C25644">
        <w:t xml:space="preserve"> </w:t>
      </w:r>
      <w:proofErr w:type="spellStart"/>
      <w:r w:rsidRPr="00C25644">
        <w:t>turi</w:t>
      </w:r>
      <w:proofErr w:type="spellEnd"/>
      <w:r w:rsidRPr="00C25644">
        <w:t xml:space="preserve">, </w:t>
      </w:r>
      <w:proofErr w:type="spellStart"/>
      <w:r w:rsidRPr="00C25644">
        <w:t>valyutasi</w:t>
      </w:r>
      <w:proofErr w:type="spellEnd"/>
      <w:r w:rsidRPr="00C25644">
        <w:t xml:space="preserve">, </w:t>
      </w:r>
      <w:proofErr w:type="spellStart"/>
      <w:r w:rsidRPr="00C25644">
        <w:t>unga</w:t>
      </w:r>
      <w:proofErr w:type="spellEnd"/>
      <w:r w:rsidRPr="00C25644">
        <w:t xml:space="preserve"> </w:t>
      </w:r>
      <w:proofErr w:type="spellStart"/>
      <w:r w:rsidRPr="00C25644">
        <w:t>xizmat</w:t>
      </w:r>
      <w:proofErr w:type="spellEnd"/>
      <w:r w:rsidRPr="00C25644">
        <w:t xml:space="preserve"> </w:t>
      </w:r>
      <w:proofErr w:type="spellStart"/>
      <w:r w:rsidRPr="00C25644">
        <w:t>ko‘rsatish</w:t>
      </w:r>
      <w:proofErr w:type="spellEnd"/>
      <w:r w:rsidRPr="00C25644">
        <w:t xml:space="preserve"> </w:t>
      </w:r>
      <w:proofErr w:type="spellStart"/>
      <w:r w:rsidRPr="00C25644">
        <w:t>shartlari</w:t>
      </w:r>
      <w:proofErr w:type="spellEnd"/>
      <w:r w:rsidRPr="00C25644">
        <w:t xml:space="preserve">, minimal </w:t>
      </w:r>
      <w:proofErr w:type="spellStart"/>
      <w:r w:rsidRPr="00C25644">
        <w:t>qoldiq</w:t>
      </w:r>
      <w:proofErr w:type="spellEnd"/>
      <w:r w:rsidRPr="00C25644">
        <w:t xml:space="preserve"> </w:t>
      </w:r>
      <w:proofErr w:type="spellStart"/>
      <w:r w:rsidRPr="00C25644">
        <w:t>talablari</w:t>
      </w:r>
      <w:proofErr w:type="spellEnd"/>
      <w:r w:rsidRPr="00C25644">
        <w:t xml:space="preserve">, agar </w:t>
      </w:r>
      <w:proofErr w:type="spellStart"/>
      <w:r w:rsidRPr="00C25644">
        <w:t>nazarda</w:t>
      </w:r>
      <w:proofErr w:type="spellEnd"/>
      <w:r w:rsidRPr="00C25644">
        <w:t xml:space="preserve"> </w:t>
      </w:r>
      <w:proofErr w:type="spellStart"/>
      <w:r w:rsidRPr="00C25644">
        <w:t>tutilgan</w:t>
      </w:r>
      <w:proofErr w:type="spellEnd"/>
      <w:r w:rsidRPr="00C25644">
        <w:t xml:space="preserve"> </w:t>
      </w:r>
      <w:proofErr w:type="spellStart"/>
      <w:r w:rsidRPr="00C25644">
        <w:t>bo‘lsa</w:t>
      </w:r>
      <w:proofErr w:type="spellEnd"/>
      <w:r w:rsidRPr="00C25644">
        <w:t xml:space="preserve"> </w:t>
      </w:r>
      <w:proofErr w:type="spellStart"/>
      <w:r w:rsidRPr="00C25644">
        <w:t>foizlarni</w:t>
      </w:r>
      <w:proofErr w:type="spellEnd"/>
      <w:r w:rsidRPr="00C25644">
        <w:t xml:space="preserve"> </w:t>
      </w:r>
      <w:proofErr w:type="spellStart"/>
      <w:r w:rsidRPr="00C25644">
        <w:t>hisoblash</w:t>
      </w:r>
      <w:proofErr w:type="spellEnd"/>
      <w:r w:rsidRPr="00C25644">
        <w:t xml:space="preserve"> </w:t>
      </w:r>
      <w:proofErr w:type="spellStart"/>
      <w:r w:rsidRPr="00C25644">
        <w:t>va</w:t>
      </w:r>
      <w:proofErr w:type="spellEnd"/>
      <w:r w:rsidRPr="00C25644">
        <w:t xml:space="preserve"> </w:t>
      </w:r>
      <w:proofErr w:type="spellStart"/>
      <w:r w:rsidRPr="00C25644">
        <w:t>to‘lash</w:t>
      </w:r>
      <w:proofErr w:type="spellEnd"/>
      <w:r w:rsidRPr="00C25644">
        <w:t xml:space="preserve"> </w:t>
      </w:r>
      <w:proofErr w:type="spellStart"/>
      <w:r w:rsidRPr="00C25644">
        <w:t>tartibi</w:t>
      </w:r>
      <w:proofErr w:type="spellEnd"/>
      <w:r w:rsidRPr="00C25644">
        <w:t xml:space="preserve">, </w:t>
      </w:r>
      <w:proofErr w:type="spellStart"/>
      <w:r w:rsidRPr="00C25644">
        <w:t>shuningdek</w:t>
      </w:r>
      <w:proofErr w:type="spellEnd"/>
      <w:r w:rsidRPr="00C25644">
        <w:t xml:space="preserve"> </w:t>
      </w:r>
      <w:proofErr w:type="spellStart"/>
      <w:r w:rsidRPr="00C25644">
        <w:t>hisobvaraq</w:t>
      </w:r>
      <w:proofErr w:type="spellEnd"/>
      <w:r w:rsidRPr="00C25644">
        <w:t xml:space="preserve"> </w:t>
      </w:r>
      <w:proofErr w:type="spellStart"/>
      <w:r w:rsidRPr="00C25644">
        <w:t>bo‘yicha</w:t>
      </w:r>
      <w:proofErr w:type="spellEnd"/>
      <w:r w:rsidRPr="00C25644">
        <w:t xml:space="preserve"> </w:t>
      </w:r>
      <w:proofErr w:type="spellStart"/>
      <w:r w:rsidRPr="00C25644">
        <w:t>cheklovlar</w:t>
      </w:r>
      <w:proofErr w:type="spellEnd"/>
      <w:r w:rsidRPr="00C25644">
        <w:t xml:space="preserve"> individual </w:t>
      </w:r>
      <w:proofErr w:type="spellStart"/>
      <w:r w:rsidRPr="00C25644">
        <w:t>mahsulot</w:t>
      </w:r>
      <w:proofErr w:type="spellEnd"/>
      <w:r w:rsidRPr="00C25644">
        <w:t xml:space="preserve"> </w:t>
      </w:r>
      <w:proofErr w:type="spellStart"/>
      <w:r w:rsidRPr="00C25644">
        <w:t>shartlarida</w:t>
      </w:r>
      <w:proofErr w:type="spellEnd"/>
      <w:r w:rsidRPr="00C25644">
        <w:t xml:space="preserve"> </w:t>
      </w:r>
      <w:proofErr w:type="spellStart"/>
      <w:r w:rsidRPr="00C25644">
        <w:t>ko‘rsatiladi</w:t>
      </w:r>
      <w:proofErr w:type="spellEnd"/>
      <w:r w:rsidRPr="00C25644">
        <w:t>.</w:t>
      </w:r>
    </w:p>
    <w:p w14:paraId="65B8A3E4" w14:textId="77777777" w:rsidR="0037439E" w:rsidRPr="00C25644" w:rsidRDefault="00406F7C">
      <w:pPr>
        <w:spacing w:after="0" w:line="240" w:lineRule="auto"/>
        <w:ind w:firstLine="709"/>
        <w:jc w:val="both"/>
      </w:pPr>
      <w:r w:rsidRPr="00C25644">
        <w:t xml:space="preserve">6.3. Talab </w:t>
      </w:r>
      <w:proofErr w:type="spellStart"/>
      <w:r w:rsidRPr="00C25644">
        <w:t>qilib</w:t>
      </w:r>
      <w:proofErr w:type="spellEnd"/>
      <w:r w:rsidRPr="00C25644">
        <w:t xml:space="preserve"> </w:t>
      </w:r>
      <w:proofErr w:type="spellStart"/>
      <w:r w:rsidRPr="00C25644">
        <w:t>olinguncha</w:t>
      </w:r>
      <w:proofErr w:type="spellEnd"/>
      <w:r w:rsidRPr="00C25644">
        <w:t xml:space="preserve"> bank </w:t>
      </w:r>
      <w:proofErr w:type="spellStart"/>
      <w:proofErr w:type="gramStart"/>
      <w:r w:rsidRPr="00C25644">
        <w:t>hisobvarag‘</w:t>
      </w:r>
      <w:proofErr w:type="gramEnd"/>
      <w:r w:rsidRPr="00C25644">
        <w:t>iga</w:t>
      </w:r>
      <w:proofErr w:type="spellEnd"/>
      <w:r w:rsidRPr="00C25644">
        <w:t xml:space="preserve"> </w:t>
      </w:r>
      <w:proofErr w:type="spellStart"/>
      <w:r w:rsidRPr="00C25644">
        <w:t>mablag‘lar</w:t>
      </w:r>
      <w:proofErr w:type="spellEnd"/>
      <w:r w:rsidRPr="00C25644">
        <w:t xml:space="preserve"> </w:t>
      </w:r>
      <w:proofErr w:type="spellStart"/>
      <w:r w:rsidRPr="00C25644">
        <w:t>Mijoz</w:t>
      </w:r>
      <w:proofErr w:type="spellEnd"/>
      <w:r w:rsidRPr="00C25644">
        <w:t xml:space="preserve"> </w:t>
      </w:r>
      <w:proofErr w:type="spellStart"/>
      <w:r w:rsidRPr="00C25644">
        <w:t>tomonidan</w:t>
      </w:r>
      <w:proofErr w:type="spellEnd"/>
      <w:r w:rsidRPr="00C25644">
        <w:t xml:space="preserve"> </w:t>
      </w:r>
      <w:proofErr w:type="spellStart"/>
      <w:r w:rsidRPr="00C25644">
        <w:t>naqd</w:t>
      </w:r>
      <w:proofErr w:type="spellEnd"/>
      <w:r w:rsidRPr="00C25644">
        <w:t xml:space="preserve"> </w:t>
      </w:r>
      <w:proofErr w:type="spellStart"/>
      <w:r w:rsidRPr="00C25644">
        <w:t>yoki</w:t>
      </w:r>
      <w:proofErr w:type="spellEnd"/>
      <w:r w:rsidRPr="00C25644">
        <w:t xml:space="preserve"> </w:t>
      </w:r>
      <w:proofErr w:type="spellStart"/>
      <w:r w:rsidRPr="00C25644">
        <w:t>naqdsiz</w:t>
      </w:r>
      <w:proofErr w:type="spellEnd"/>
      <w:r w:rsidRPr="00C25644">
        <w:t xml:space="preserve"> </w:t>
      </w:r>
      <w:proofErr w:type="spellStart"/>
      <w:r w:rsidRPr="00C25644">
        <w:t>shaklda</w:t>
      </w:r>
      <w:proofErr w:type="spellEnd"/>
      <w:r w:rsidRPr="00C25644">
        <w:t xml:space="preserve">, </w:t>
      </w:r>
      <w:proofErr w:type="spellStart"/>
      <w:r w:rsidRPr="00C25644">
        <w:t>shuningdek</w:t>
      </w:r>
      <w:proofErr w:type="spellEnd"/>
      <w:r w:rsidRPr="00C25644">
        <w:t xml:space="preserve"> </w:t>
      </w:r>
      <w:proofErr w:type="spellStart"/>
      <w:r w:rsidRPr="00C25644">
        <w:t>Bankning</w:t>
      </w:r>
      <w:proofErr w:type="spellEnd"/>
      <w:r w:rsidRPr="00C25644">
        <w:t xml:space="preserve"> </w:t>
      </w:r>
      <w:proofErr w:type="spellStart"/>
      <w:r w:rsidRPr="00C25644">
        <w:t>masofaviy</w:t>
      </w:r>
      <w:proofErr w:type="spellEnd"/>
      <w:r w:rsidRPr="00C25644">
        <w:t xml:space="preserve"> </w:t>
      </w:r>
      <w:proofErr w:type="spellStart"/>
      <w:r w:rsidRPr="00C25644">
        <w:t>kanallari</w:t>
      </w:r>
      <w:proofErr w:type="spellEnd"/>
      <w:r w:rsidRPr="00C25644">
        <w:t xml:space="preserve"> </w:t>
      </w:r>
      <w:proofErr w:type="spellStart"/>
      <w:r w:rsidRPr="00C25644">
        <w:t>orqali</w:t>
      </w:r>
      <w:proofErr w:type="spellEnd"/>
      <w:r w:rsidRPr="00C25644">
        <w:t xml:space="preserve"> </w:t>
      </w:r>
      <w:proofErr w:type="spellStart"/>
      <w:r w:rsidRPr="00C25644">
        <w:t>qonunchilikda</w:t>
      </w:r>
      <w:proofErr w:type="spellEnd"/>
      <w:r w:rsidRPr="00C25644">
        <w:t xml:space="preserve"> </w:t>
      </w:r>
      <w:proofErr w:type="spellStart"/>
      <w:r w:rsidRPr="00C25644">
        <w:t>ruxsat</w:t>
      </w:r>
      <w:proofErr w:type="spellEnd"/>
      <w:r w:rsidRPr="00C25644">
        <w:t xml:space="preserve"> </w:t>
      </w:r>
      <w:proofErr w:type="spellStart"/>
      <w:r w:rsidRPr="00C25644">
        <w:t>etilgan</w:t>
      </w:r>
      <w:proofErr w:type="spellEnd"/>
      <w:r w:rsidRPr="00C25644">
        <w:t xml:space="preserve"> </w:t>
      </w:r>
      <w:proofErr w:type="spellStart"/>
      <w:r w:rsidRPr="00C25644">
        <w:t>tartibda</w:t>
      </w:r>
      <w:proofErr w:type="spellEnd"/>
      <w:r w:rsidRPr="00C25644">
        <w:t xml:space="preserve"> </w:t>
      </w:r>
      <w:proofErr w:type="spellStart"/>
      <w:r w:rsidRPr="00C25644">
        <w:t>kiritilishi</w:t>
      </w:r>
      <w:proofErr w:type="spellEnd"/>
      <w:r w:rsidRPr="00C25644">
        <w:t xml:space="preserve"> </w:t>
      </w:r>
      <w:proofErr w:type="spellStart"/>
      <w:r w:rsidRPr="00C25644">
        <w:t>mumkin</w:t>
      </w:r>
      <w:proofErr w:type="spellEnd"/>
      <w:r w:rsidRPr="00C25644">
        <w:t>.</w:t>
      </w:r>
    </w:p>
    <w:p w14:paraId="777449AD" w14:textId="77777777" w:rsidR="0037439E" w:rsidRPr="00C25644" w:rsidRDefault="00406F7C">
      <w:pPr>
        <w:spacing w:after="0" w:line="240" w:lineRule="auto"/>
        <w:ind w:firstLine="709"/>
        <w:jc w:val="both"/>
      </w:pPr>
      <w:r w:rsidRPr="00C25644">
        <w:t xml:space="preserve">6.4. Bank talab </w:t>
      </w:r>
      <w:proofErr w:type="spellStart"/>
      <w:r w:rsidRPr="00C25644">
        <w:t>qilib</w:t>
      </w:r>
      <w:proofErr w:type="spellEnd"/>
      <w:r w:rsidRPr="00C25644">
        <w:t xml:space="preserve"> </w:t>
      </w:r>
      <w:proofErr w:type="spellStart"/>
      <w:r w:rsidRPr="00C25644">
        <w:t>olinguncha</w:t>
      </w:r>
      <w:proofErr w:type="spellEnd"/>
      <w:r w:rsidRPr="00C25644">
        <w:t xml:space="preserve"> bank </w:t>
      </w:r>
      <w:proofErr w:type="spellStart"/>
      <w:proofErr w:type="gramStart"/>
      <w:r w:rsidRPr="00C25644">
        <w:t>hisobvarag‘</w:t>
      </w:r>
      <w:proofErr w:type="gramEnd"/>
      <w:r w:rsidRPr="00C25644">
        <w:t>i</w:t>
      </w:r>
      <w:proofErr w:type="spellEnd"/>
      <w:r w:rsidRPr="00C25644">
        <w:t xml:space="preserve"> </w:t>
      </w:r>
      <w:proofErr w:type="spellStart"/>
      <w:r w:rsidRPr="00C25644">
        <w:t>bo‘yicha</w:t>
      </w:r>
      <w:proofErr w:type="spellEnd"/>
      <w:r w:rsidRPr="00C25644">
        <w:t xml:space="preserve"> </w:t>
      </w:r>
      <w:proofErr w:type="spellStart"/>
      <w:r w:rsidRPr="00C25644">
        <w:t>operatsiyalarni</w:t>
      </w:r>
      <w:proofErr w:type="spellEnd"/>
      <w:r w:rsidRPr="00C25644">
        <w:t xml:space="preserve"> </w:t>
      </w:r>
      <w:proofErr w:type="spellStart"/>
      <w:r w:rsidRPr="00C25644">
        <w:t>Mijozning</w:t>
      </w:r>
      <w:proofErr w:type="spellEnd"/>
      <w:r w:rsidRPr="00C25644">
        <w:t xml:space="preserve"> </w:t>
      </w:r>
      <w:proofErr w:type="spellStart"/>
      <w:r w:rsidRPr="00C25644">
        <w:t>topshirig‘i</w:t>
      </w:r>
      <w:proofErr w:type="spellEnd"/>
      <w:r w:rsidRPr="00C25644">
        <w:t xml:space="preserve"> </w:t>
      </w:r>
      <w:proofErr w:type="spellStart"/>
      <w:r w:rsidRPr="00C25644">
        <w:t>va</w:t>
      </w:r>
      <w:proofErr w:type="spellEnd"/>
      <w:r w:rsidRPr="00C25644">
        <w:t xml:space="preserve"> </w:t>
      </w:r>
      <w:proofErr w:type="spellStart"/>
      <w:r w:rsidRPr="00C25644">
        <w:t>qonunchilik</w:t>
      </w:r>
      <w:proofErr w:type="spellEnd"/>
      <w:r w:rsidRPr="00C25644">
        <w:t xml:space="preserve"> </w:t>
      </w:r>
      <w:proofErr w:type="spellStart"/>
      <w:r w:rsidRPr="00C25644">
        <w:t>talablariga</w:t>
      </w:r>
      <w:proofErr w:type="spellEnd"/>
      <w:r w:rsidRPr="00C25644">
        <w:t xml:space="preserve"> </w:t>
      </w:r>
      <w:proofErr w:type="spellStart"/>
      <w:r w:rsidRPr="00C25644">
        <w:t>muvofiq</w:t>
      </w:r>
      <w:proofErr w:type="spellEnd"/>
      <w:r w:rsidRPr="00C25644">
        <w:t xml:space="preserve"> </w:t>
      </w:r>
      <w:proofErr w:type="spellStart"/>
      <w:r w:rsidRPr="00C25644">
        <w:t>amalga</w:t>
      </w:r>
      <w:proofErr w:type="spellEnd"/>
      <w:r w:rsidRPr="00C25644">
        <w:t xml:space="preserve"> </w:t>
      </w:r>
      <w:proofErr w:type="spellStart"/>
      <w:r w:rsidRPr="00C25644">
        <w:t>oshiradi</w:t>
      </w:r>
      <w:proofErr w:type="spellEnd"/>
      <w:r w:rsidRPr="00C25644">
        <w:t>.</w:t>
      </w:r>
    </w:p>
    <w:p w14:paraId="433B689C" w14:textId="77777777" w:rsidR="0037439E" w:rsidRPr="00C25644" w:rsidRDefault="00406F7C">
      <w:pPr>
        <w:spacing w:after="0" w:line="240" w:lineRule="auto"/>
        <w:ind w:firstLine="709"/>
        <w:jc w:val="both"/>
      </w:pPr>
      <w:r w:rsidRPr="00C25644">
        <w:t xml:space="preserve">6.5. Talab </w:t>
      </w:r>
      <w:proofErr w:type="spellStart"/>
      <w:r w:rsidRPr="00C25644">
        <w:t>qilib</w:t>
      </w:r>
      <w:proofErr w:type="spellEnd"/>
      <w:r w:rsidRPr="00C25644">
        <w:t xml:space="preserve"> </w:t>
      </w:r>
      <w:proofErr w:type="spellStart"/>
      <w:r w:rsidRPr="00C25644">
        <w:t>olinguncha</w:t>
      </w:r>
      <w:proofErr w:type="spellEnd"/>
      <w:r w:rsidRPr="00C25644">
        <w:t xml:space="preserve"> bank </w:t>
      </w:r>
      <w:proofErr w:type="spellStart"/>
      <w:proofErr w:type="gramStart"/>
      <w:r w:rsidRPr="00C25644">
        <w:t>hisobvarag‘</w:t>
      </w:r>
      <w:proofErr w:type="gramEnd"/>
      <w:r w:rsidRPr="00C25644">
        <w:t>idan</w:t>
      </w:r>
      <w:proofErr w:type="spellEnd"/>
      <w:r w:rsidRPr="00C25644">
        <w:t xml:space="preserve"> </w:t>
      </w:r>
      <w:proofErr w:type="spellStart"/>
      <w:r w:rsidRPr="00C25644">
        <w:t>mablag‘larni</w:t>
      </w:r>
      <w:proofErr w:type="spellEnd"/>
      <w:r w:rsidRPr="00C25644">
        <w:t xml:space="preserve"> </w:t>
      </w:r>
      <w:proofErr w:type="spellStart"/>
      <w:r w:rsidRPr="00C25644">
        <w:t>qaytarish</w:t>
      </w:r>
      <w:proofErr w:type="spellEnd"/>
      <w:r w:rsidRPr="00C25644">
        <w:t xml:space="preserve"> </w:t>
      </w:r>
      <w:proofErr w:type="spellStart"/>
      <w:r w:rsidRPr="00C25644">
        <w:t>yoki</w:t>
      </w:r>
      <w:proofErr w:type="spellEnd"/>
      <w:r w:rsidRPr="00C25644">
        <w:t xml:space="preserve"> </w:t>
      </w:r>
      <w:proofErr w:type="spellStart"/>
      <w:r w:rsidRPr="00C25644">
        <w:t>o‘tkazish</w:t>
      </w:r>
      <w:proofErr w:type="spellEnd"/>
      <w:r w:rsidRPr="00C25644">
        <w:t xml:space="preserve"> </w:t>
      </w:r>
      <w:proofErr w:type="spellStart"/>
      <w:r w:rsidRPr="00C25644">
        <w:t>Mijozning</w:t>
      </w:r>
      <w:proofErr w:type="spellEnd"/>
      <w:r w:rsidRPr="00C25644">
        <w:t xml:space="preserve"> </w:t>
      </w:r>
      <w:proofErr w:type="spellStart"/>
      <w:r w:rsidRPr="00C25644">
        <w:t>talabi</w:t>
      </w:r>
      <w:proofErr w:type="spellEnd"/>
      <w:r w:rsidRPr="00C25644">
        <w:t xml:space="preserve"> </w:t>
      </w:r>
      <w:proofErr w:type="spellStart"/>
      <w:r w:rsidRPr="00C25644">
        <w:t>va</w:t>
      </w:r>
      <w:proofErr w:type="spellEnd"/>
      <w:r w:rsidRPr="00C25644">
        <w:t xml:space="preserve"> </w:t>
      </w:r>
      <w:proofErr w:type="spellStart"/>
      <w:r w:rsidRPr="00C25644">
        <w:t>Bankning</w:t>
      </w:r>
      <w:proofErr w:type="spellEnd"/>
      <w:r w:rsidRPr="00C25644">
        <w:t xml:space="preserve"> </w:t>
      </w:r>
      <w:proofErr w:type="spellStart"/>
      <w:r w:rsidRPr="00C25644">
        <w:t>amaldagi</w:t>
      </w:r>
      <w:proofErr w:type="spellEnd"/>
      <w:r w:rsidRPr="00C25644">
        <w:t xml:space="preserve"> </w:t>
      </w:r>
      <w:proofErr w:type="spellStart"/>
      <w:r w:rsidRPr="00C25644">
        <w:t>tartib-taomillariga</w:t>
      </w:r>
      <w:proofErr w:type="spellEnd"/>
      <w:r w:rsidRPr="00C25644">
        <w:t xml:space="preserve"> </w:t>
      </w:r>
      <w:proofErr w:type="spellStart"/>
      <w:r w:rsidRPr="00C25644">
        <w:t>muvofiq</w:t>
      </w:r>
      <w:proofErr w:type="spellEnd"/>
      <w:r w:rsidRPr="00C25644">
        <w:t xml:space="preserve"> </w:t>
      </w:r>
      <w:proofErr w:type="spellStart"/>
      <w:r w:rsidRPr="00C25644">
        <w:t>amalga</w:t>
      </w:r>
      <w:proofErr w:type="spellEnd"/>
      <w:r w:rsidRPr="00C25644">
        <w:t xml:space="preserve"> </w:t>
      </w:r>
      <w:proofErr w:type="spellStart"/>
      <w:r w:rsidRPr="00C25644">
        <w:t>oshiriladi</w:t>
      </w:r>
      <w:proofErr w:type="spellEnd"/>
      <w:r w:rsidRPr="00C25644">
        <w:t>.</w:t>
      </w:r>
    </w:p>
    <w:p w14:paraId="5928FEC3" w14:textId="77777777" w:rsidR="0037439E" w:rsidRPr="00C25644" w:rsidRDefault="00406F7C">
      <w:pPr>
        <w:spacing w:after="0" w:line="240" w:lineRule="auto"/>
        <w:ind w:firstLine="709"/>
        <w:jc w:val="both"/>
      </w:pPr>
      <w:r w:rsidRPr="00C25644">
        <w:t xml:space="preserve">6.6. Talab </w:t>
      </w:r>
      <w:proofErr w:type="spellStart"/>
      <w:r w:rsidRPr="00C25644">
        <w:t>qilib</w:t>
      </w:r>
      <w:proofErr w:type="spellEnd"/>
      <w:r w:rsidRPr="00C25644">
        <w:t xml:space="preserve"> </w:t>
      </w:r>
      <w:proofErr w:type="spellStart"/>
      <w:r w:rsidRPr="00C25644">
        <w:t>olinguncha</w:t>
      </w:r>
      <w:proofErr w:type="spellEnd"/>
      <w:r w:rsidRPr="00C25644">
        <w:t xml:space="preserve"> bank </w:t>
      </w:r>
      <w:proofErr w:type="spellStart"/>
      <w:proofErr w:type="gramStart"/>
      <w:r w:rsidRPr="00C25644">
        <w:t>hisobvarag‘</w:t>
      </w:r>
      <w:proofErr w:type="gramEnd"/>
      <w:r w:rsidRPr="00C25644">
        <w:t>i</w:t>
      </w:r>
      <w:proofErr w:type="spellEnd"/>
      <w:r w:rsidRPr="00C25644">
        <w:t xml:space="preserve"> </w:t>
      </w:r>
      <w:proofErr w:type="spellStart"/>
      <w:r w:rsidRPr="00C25644">
        <w:t>bo‘yicha</w:t>
      </w:r>
      <w:proofErr w:type="spellEnd"/>
      <w:r w:rsidRPr="00C25644">
        <w:t xml:space="preserve"> </w:t>
      </w:r>
      <w:proofErr w:type="spellStart"/>
      <w:r w:rsidRPr="00C25644">
        <w:t>foizlar</w:t>
      </w:r>
      <w:proofErr w:type="spellEnd"/>
      <w:r w:rsidRPr="00C25644">
        <w:t xml:space="preserve"> </w:t>
      </w:r>
      <w:proofErr w:type="spellStart"/>
      <w:r w:rsidRPr="00C25644">
        <w:t>faqat</w:t>
      </w:r>
      <w:proofErr w:type="spellEnd"/>
      <w:r w:rsidRPr="00C25644">
        <w:t xml:space="preserve"> </w:t>
      </w:r>
      <w:proofErr w:type="spellStart"/>
      <w:r w:rsidRPr="00C25644">
        <w:t>mahsulotning</w:t>
      </w:r>
      <w:proofErr w:type="spellEnd"/>
      <w:r w:rsidRPr="00C25644">
        <w:t xml:space="preserve"> individual </w:t>
      </w:r>
      <w:proofErr w:type="spellStart"/>
      <w:r w:rsidRPr="00C25644">
        <w:t>shartlarida</w:t>
      </w:r>
      <w:proofErr w:type="spellEnd"/>
      <w:r w:rsidRPr="00C25644">
        <w:t xml:space="preserve"> </w:t>
      </w:r>
      <w:proofErr w:type="spellStart"/>
      <w:r w:rsidRPr="00C25644">
        <w:t>va</w:t>
      </w:r>
      <w:proofErr w:type="spellEnd"/>
      <w:r w:rsidRPr="00C25644">
        <w:t xml:space="preserve"> </w:t>
      </w:r>
      <w:proofErr w:type="spellStart"/>
      <w:r w:rsidRPr="00C25644">
        <w:t>amaldagi</w:t>
      </w:r>
      <w:proofErr w:type="spellEnd"/>
      <w:r w:rsidRPr="00C25644">
        <w:t xml:space="preserve"> </w:t>
      </w:r>
      <w:proofErr w:type="spellStart"/>
      <w:r w:rsidRPr="00C25644">
        <w:t>tariflarda</w:t>
      </w:r>
      <w:proofErr w:type="spellEnd"/>
      <w:r w:rsidRPr="00C25644">
        <w:t xml:space="preserve"> </w:t>
      </w:r>
      <w:proofErr w:type="spellStart"/>
      <w:r w:rsidRPr="00C25644">
        <w:t>bevosita</w:t>
      </w:r>
      <w:proofErr w:type="spellEnd"/>
      <w:r w:rsidRPr="00C25644">
        <w:t xml:space="preserve"> </w:t>
      </w:r>
      <w:proofErr w:type="spellStart"/>
      <w:r w:rsidRPr="00C25644">
        <w:t>nazarda</w:t>
      </w:r>
      <w:proofErr w:type="spellEnd"/>
      <w:r w:rsidRPr="00C25644">
        <w:t xml:space="preserve"> </w:t>
      </w:r>
      <w:proofErr w:type="spellStart"/>
      <w:r w:rsidRPr="00C25644">
        <w:t>tutilgan</w:t>
      </w:r>
      <w:proofErr w:type="spellEnd"/>
      <w:r w:rsidRPr="00C25644">
        <w:t xml:space="preserve"> </w:t>
      </w:r>
      <w:proofErr w:type="spellStart"/>
      <w:r w:rsidRPr="00C25644">
        <w:t>hollarda</w:t>
      </w:r>
      <w:proofErr w:type="spellEnd"/>
      <w:r w:rsidRPr="00C25644">
        <w:t xml:space="preserve"> </w:t>
      </w:r>
      <w:proofErr w:type="spellStart"/>
      <w:r w:rsidRPr="00C25644">
        <w:t>hisoblanadi</w:t>
      </w:r>
      <w:proofErr w:type="spellEnd"/>
      <w:r w:rsidRPr="00C25644">
        <w:t>.</w:t>
      </w:r>
    </w:p>
    <w:p w14:paraId="14C273BB" w14:textId="77777777" w:rsidR="0037439E" w:rsidRPr="00C25644" w:rsidRDefault="00406F7C">
      <w:pPr>
        <w:spacing w:after="0" w:line="240" w:lineRule="auto"/>
        <w:ind w:firstLine="709"/>
        <w:jc w:val="both"/>
      </w:pPr>
      <w:r w:rsidRPr="00C25644">
        <w:t xml:space="preserve">6.7. Talab </w:t>
      </w:r>
      <w:proofErr w:type="spellStart"/>
      <w:r w:rsidRPr="00C25644">
        <w:t>qilib</w:t>
      </w:r>
      <w:proofErr w:type="spellEnd"/>
      <w:r w:rsidRPr="00C25644">
        <w:t xml:space="preserve"> </w:t>
      </w:r>
      <w:proofErr w:type="spellStart"/>
      <w:r w:rsidRPr="00C25644">
        <w:t>olinguncha</w:t>
      </w:r>
      <w:proofErr w:type="spellEnd"/>
      <w:r w:rsidRPr="00C25644">
        <w:t xml:space="preserve"> bank </w:t>
      </w:r>
      <w:proofErr w:type="spellStart"/>
      <w:proofErr w:type="gramStart"/>
      <w:r w:rsidRPr="00C25644">
        <w:t>hisobvarag‘</w:t>
      </w:r>
      <w:proofErr w:type="gramEnd"/>
      <w:r w:rsidRPr="00C25644">
        <w:t>ini</w:t>
      </w:r>
      <w:proofErr w:type="spellEnd"/>
      <w:r w:rsidRPr="00C25644">
        <w:t xml:space="preserve"> </w:t>
      </w:r>
      <w:proofErr w:type="spellStart"/>
      <w:r w:rsidRPr="00C25644">
        <w:t>masofadan</w:t>
      </w:r>
      <w:proofErr w:type="spellEnd"/>
      <w:r w:rsidRPr="00C25644">
        <w:t xml:space="preserve"> </w:t>
      </w:r>
      <w:proofErr w:type="spellStart"/>
      <w:r w:rsidRPr="00C25644">
        <w:t>ochishda</w:t>
      </w:r>
      <w:proofErr w:type="spellEnd"/>
      <w:r w:rsidRPr="00C25644">
        <w:t xml:space="preserve"> Bank </w:t>
      </w:r>
      <w:proofErr w:type="spellStart"/>
      <w:r w:rsidRPr="00C25644">
        <w:t>Mijozga</w:t>
      </w:r>
      <w:proofErr w:type="spellEnd"/>
      <w:r w:rsidRPr="00C25644">
        <w:t xml:space="preserve"> </w:t>
      </w:r>
      <w:proofErr w:type="spellStart"/>
      <w:r w:rsidRPr="00C25644">
        <w:t>mahsulotning</w:t>
      </w:r>
      <w:proofErr w:type="spellEnd"/>
      <w:r w:rsidRPr="00C25644">
        <w:t xml:space="preserve"> </w:t>
      </w:r>
      <w:proofErr w:type="spellStart"/>
      <w:r w:rsidRPr="00C25644">
        <w:t>asosiy</w:t>
      </w:r>
      <w:proofErr w:type="spellEnd"/>
      <w:r w:rsidRPr="00C25644">
        <w:t xml:space="preserve"> </w:t>
      </w:r>
      <w:proofErr w:type="spellStart"/>
      <w:r w:rsidRPr="00C25644">
        <w:t>shartlari</w:t>
      </w:r>
      <w:proofErr w:type="spellEnd"/>
      <w:r w:rsidRPr="00C25644">
        <w:t xml:space="preserve">, </w:t>
      </w:r>
      <w:proofErr w:type="spellStart"/>
      <w:r w:rsidRPr="00C25644">
        <w:t>axborot</w:t>
      </w:r>
      <w:proofErr w:type="spellEnd"/>
      <w:r w:rsidRPr="00C25644">
        <w:t xml:space="preserve"> </w:t>
      </w:r>
      <w:proofErr w:type="spellStart"/>
      <w:r w:rsidRPr="00C25644">
        <w:t>varaqasi</w:t>
      </w:r>
      <w:proofErr w:type="spellEnd"/>
      <w:r w:rsidRPr="00C25644">
        <w:t xml:space="preserve"> </w:t>
      </w:r>
      <w:proofErr w:type="spellStart"/>
      <w:r w:rsidRPr="00C25644">
        <w:t>va</w:t>
      </w:r>
      <w:proofErr w:type="spellEnd"/>
      <w:r w:rsidRPr="00C25644">
        <w:t xml:space="preserve"> </w:t>
      </w:r>
      <w:proofErr w:type="spellStart"/>
      <w:r w:rsidRPr="00C25644">
        <w:t>qonunchilikda</w:t>
      </w:r>
      <w:proofErr w:type="spellEnd"/>
      <w:r w:rsidRPr="00C25644">
        <w:t xml:space="preserve"> </w:t>
      </w:r>
      <w:proofErr w:type="spellStart"/>
      <w:r w:rsidRPr="00C25644">
        <w:t>nazarda</w:t>
      </w:r>
      <w:proofErr w:type="spellEnd"/>
      <w:r w:rsidRPr="00C25644">
        <w:t xml:space="preserve"> </w:t>
      </w:r>
      <w:proofErr w:type="spellStart"/>
      <w:r w:rsidRPr="00C25644">
        <w:t>tutilgan</w:t>
      </w:r>
      <w:proofErr w:type="spellEnd"/>
      <w:r w:rsidRPr="00C25644">
        <w:t xml:space="preserve"> </w:t>
      </w:r>
      <w:proofErr w:type="spellStart"/>
      <w:r w:rsidRPr="00C25644">
        <w:t>hollarda</w:t>
      </w:r>
      <w:proofErr w:type="spellEnd"/>
      <w:r w:rsidRPr="00C25644">
        <w:t xml:space="preserve"> </w:t>
      </w:r>
      <w:proofErr w:type="spellStart"/>
      <w:r w:rsidRPr="00C25644">
        <w:t>kafolatlash</w:t>
      </w:r>
      <w:proofErr w:type="spellEnd"/>
      <w:r w:rsidRPr="00C25644">
        <w:t xml:space="preserve"> </w:t>
      </w:r>
      <w:proofErr w:type="spellStart"/>
      <w:r w:rsidRPr="00C25644">
        <w:t>tizimi</w:t>
      </w:r>
      <w:proofErr w:type="spellEnd"/>
      <w:r w:rsidRPr="00C25644">
        <w:t xml:space="preserve"> </w:t>
      </w:r>
      <w:proofErr w:type="spellStart"/>
      <w:r w:rsidRPr="00C25644">
        <w:t>to‘g‘risidagi</w:t>
      </w:r>
      <w:proofErr w:type="spellEnd"/>
      <w:r w:rsidRPr="00C25644">
        <w:t xml:space="preserve"> </w:t>
      </w:r>
      <w:proofErr w:type="spellStart"/>
      <w:r w:rsidRPr="00C25644">
        <w:t>majburiy</w:t>
      </w:r>
      <w:proofErr w:type="spellEnd"/>
      <w:r w:rsidRPr="00C25644">
        <w:t xml:space="preserve"> </w:t>
      </w:r>
      <w:proofErr w:type="spellStart"/>
      <w:r w:rsidRPr="00C25644">
        <w:t>ma’lumotlarni</w:t>
      </w:r>
      <w:proofErr w:type="spellEnd"/>
      <w:r w:rsidRPr="00C25644">
        <w:t xml:space="preserve"> </w:t>
      </w:r>
      <w:proofErr w:type="spellStart"/>
      <w:r w:rsidRPr="00C25644">
        <w:t>taqdim</w:t>
      </w:r>
      <w:proofErr w:type="spellEnd"/>
      <w:r w:rsidRPr="00C25644">
        <w:t xml:space="preserve"> </w:t>
      </w:r>
      <w:proofErr w:type="spellStart"/>
      <w:r w:rsidRPr="00C25644">
        <w:t>etadi</w:t>
      </w:r>
      <w:proofErr w:type="spellEnd"/>
      <w:r w:rsidRPr="00C25644">
        <w:t xml:space="preserve"> </w:t>
      </w:r>
      <w:proofErr w:type="spellStart"/>
      <w:r w:rsidRPr="00C25644">
        <w:t>hamda</w:t>
      </w:r>
      <w:proofErr w:type="spellEnd"/>
      <w:r w:rsidRPr="00C25644">
        <w:t xml:space="preserve"> </w:t>
      </w:r>
      <w:proofErr w:type="spellStart"/>
      <w:r w:rsidRPr="00C25644">
        <w:t>Mijozning</w:t>
      </w:r>
      <w:proofErr w:type="spellEnd"/>
      <w:r w:rsidRPr="00C25644">
        <w:t xml:space="preserve"> </w:t>
      </w:r>
      <w:proofErr w:type="spellStart"/>
      <w:r w:rsidRPr="00C25644">
        <w:t>ular</w:t>
      </w:r>
      <w:proofErr w:type="spellEnd"/>
      <w:r w:rsidRPr="00C25644">
        <w:t xml:space="preserve"> </w:t>
      </w:r>
      <w:proofErr w:type="spellStart"/>
      <w:r w:rsidRPr="00C25644">
        <w:t>bilan</w:t>
      </w:r>
      <w:proofErr w:type="spellEnd"/>
      <w:r w:rsidRPr="00C25644">
        <w:t xml:space="preserve"> </w:t>
      </w:r>
      <w:proofErr w:type="spellStart"/>
      <w:r w:rsidRPr="00C25644">
        <w:t>tanishganini</w:t>
      </w:r>
      <w:proofErr w:type="spellEnd"/>
      <w:r w:rsidRPr="00C25644">
        <w:t xml:space="preserve"> </w:t>
      </w:r>
      <w:proofErr w:type="spellStart"/>
      <w:r w:rsidRPr="00C25644">
        <w:t>qayd</w:t>
      </w:r>
      <w:proofErr w:type="spellEnd"/>
      <w:r w:rsidRPr="00C25644">
        <w:t xml:space="preserve"> </w:t>
      </w:r>
      <w:proofErr w:type="spellStart"/>
      <w:r w:rsidRPr="00C25644">
        <w:t>etadi</w:t>
      </w:r>
      <w:proofErr w:type="spellEnd"/>
      <w:r w:rsidRPr="00C25644">
        <w:t>.</w:t>
      </w:r>
    </w:p>
    <w:p w14:paraId="02DE8E33" w14:textId="77777777" w:rsidR="0037439E" w:rsidRPr="00C25644" w:rsidRDefault="00406F7C">
      <w:pPr>
        <w:spacing w:after="0" w:line="240" w:lineRule="auto"/>
        <w:ind w:firstLine="709"/>
        <w:jc w:val="both"/>
      </w:pPr>
      <w:r w:rsidRPr="00C25644">
        <w:t xml:space="preserve">6.8. Talab </w:t>
      </w:r>
      <w:proofErr w:type="spellStart"/>
      <w:r w:rsidRPr="00C25644">
        <w:t>qilib</w:t>
      </w:r>
      <w:proofErr w:type="spellEnd"/>
      <w:r w:rsidRPr="00C25644">
        <w:t xml:space="preserve"> </w:t>
      </w:r>
      <w:proofErr w:type="spellStart"/>
      <w:r w:rsidRPr="00C25644">
        <w:t>olinguncha</w:t>
      </w:r>
      <w:proofErr w:type="spellEnd"/>
      <w:r w:rsidRPr="00C25644">
        <w:t xml:space="preserve"> bank </w:t>
      </w:r>
      <w:proofErr w:type="spellStart"/>
      <w:proofErr w:type="gramStart"/>
      <w:r w:rsidRPr="00C25644">
        <w:t>hisobvarag‘</w:t>
      </w:r>
      <w:proofErr w:type="gramEnd"/>
      <w:r w:rsidRPr="00C25644">
        <w:t>iga</w:t>
      </w:r>
      <w:proofErr w:type="spellEnd"/>
      <w:r w:rsidRPr="00C25644">
        <w:t xml:space="preserve"> </w:t>
      </w:r>
      <w:proofErr w:type="spellStart"/>
      <w:r w:rsidRPr="00C25644">
        <w:t>xizmat</w:t>
      </w:r>
      <w:proofErr w:type="spellEnd"/>
      <w:r w:rsidRPr="00C25644">
        <w:t xml:space="preserve"> </w:t>
      </w:r>
      <w:proofErr w:type="spellStart"/>
      <w:r w:rsidRPr="00C25644">
        <w:t>ko‘rsatish</w:t>
      </w:r>
      <w:proofErr w:type="spellEnd"/>
      <w:r w:rsidRPr="00C25644">
        <w:t xml:space="preserve">, </w:t>
      </w:r>
      <w:proofErr w:type="spellStart"/>
      <w:r w:rsidRPr="00C25644">
        <w:t>yopish</w:t>
      </w:r>
      <w:proofErr w:type="spellEnd"/>
      <w:r w:rsidRPr="00C25644">
        <w:t xml:space="preserve"> </w:t>
      </w:r>
      <w:proofErr w:type="spellStart"/>
      <w:r w:rsidRPr="00C25644">
        <w:t>va</w:t>
      </w:r>
      <w:proofErr w:type="spellEnd"/>
      <w:r w:rsidRPr="00C25644">
        <w:t xml:space="preserve"> </w:t>
      </w:r>
      <w:proofErr w:type="spellStart"/>
      <w:r w:rsidRPr="00C25644">
        <w:t>qoldiq</w:t>
      </w:r>
      <w:proofErr w:type="spellEnd"/>
      <w:r w:rsidRPr="00C25644">
        <w:t xml:space="preserve"> </w:t>
      </w:r>
      <w:proofErr w:type="spellStart"/>
      <w:r w:rsidRPr="00C25644">
        <w:t>mablag‘larni</w:t>
      </w:r>
      <w:proofErr w:type="spellEnd"/>
      <w:r w:rsidRPr="00C25644">
        <w:t xml:space="preserve"> </w:t>
      </w:r>
      <w:proofErr w:type="spellStart"/>
      <w:r w:rsidRPr="00C25644">
        <w:t>qaytarish</w:t>
      </w:r>
      <w:proofErr w:type="spellEnd"/>
      <w:r w:rsidRPr="00C25644">
        <w:t xml:space="preserve"> </w:t>
      </w:r>
      <w:proofErr w:type="spellStart"/>
      <w:r w:rsidRPr="00C25644">
        <w:t>tartibi</w:t>
      </w:r>
      <w:proofErr w:type="spellEnd"/>
      <w:r w:rsidRPr="00C25644">
        <w:t xml:space="preserve"> </w:t>
      </w:r>
      <w:proofErr w:type="spellStart"/>
      <w:r w:rsidRPr="00C25644">
        <w:t>qonunchilik</w:t>
      </w:r>
      <w:proofErr w:type="spellEnd"/>
      <w:r w:rsidRPr="00C25644">
        <w:t xml:space="preserve">, </w:t>
      </w:r>
      <w:proofErr w:type="spellStart"/>
      <w:r w:rsidRPr="00C25644">
        <w:t>ushbu</w:t>
      </w:r>
      <w:proofErr w:type="spellEnd"/>
      <w:r w:rsidRPr="00C25644">
        <w:t xml:space="preserve"> </w:t>
      </w:r>
      <w:proofErr w:type="spellStart"/>
      <w:r w:rsidRPr="00C25644">
        <w:t>Shartnoma</w:t>
      </w:r>
      <w:proofErr w:type="spellEnd"/>
      <w:r w:rsidRPr="00C25644">
        <w:t xml:space="preserve"> </w:t>
      </w:r>
      <w:proofErr w:type="spellStart"/>
      <w:r w:rsidRPr="00C25644">
        <w:t>va</w:t>
      </w:r>
      <w:proofErr w:type="spellEnd"/>
      <w:r w:rsidRPr="00C25644">
        <w:t xml:space="preserve"> </w:t>
      </w:r>
      <w:proofErr w:type="spellStart"/>
      <w:r w:rsidRPr="00C25644">
        <w:t>tanlangan</w:t>
      </w:r>
      <w:proofErr w:type="spellEnd"/>
      <w:r w:rsidRPr="00C25644">
        <w:t xml:space="preserve"> </w:t>
      </w:r>
      <w:proofErr w:type="spellStart"/>
      <w:r w:rsidRPr="00C25644">
        <w:t>mahsulotning</w:t>
      </w:r>
      <w:proofErr w:type="spellEnd"/>
      <w:r w:rsidRPr="00C25644">
        <w:t xml:space="preserve"> individual </w:t>
      </w:r>
      <w:proofErr w:type="spellStart"/>
      <w:r w:rsidRPr="00C25644">
        <w:t>shartlariga</w:t>
      </w:r>
      <w:proofErr w:type="spellEnd"/>
      <w:r w:rsidRPr="00C25644">
        <w:t xml:space="preserve"> </w:t>
      </w:r>
      <w:proofErr w:type="spellStart"/>
      <w:r w:rsidRPr="00C25644">
        <w:t>muvofiq</w:t>
      </w:r>
      <w:proofErr w:type="spellEnd"/>
      <w:r w:rsidRPr="00C25644">
        <w:t xml:space="preserve"> </w:t>
      </w:r>
      <w:proofErr w:type="spellStart"/>
      <w:r w:rsidRPr="00C25644">
        <w:t>amalga</w:t>
      </w:r>
      <w:proofErr w:type="spellEnd"/>
      <w:r w:rsidRPr="00C25644">
        <w:t xml:space="preserve"> </w:t>
      </w:r>
      <w:proofErr w:type="spellStart"/>
      <w:r w:rsidRPr="00C25644">
        <w:t>oshiriladi</w:t>
      </w:r>
      <w:proofErr w:type="spellEnd"/>
      <w:r w:rsidRPr="00C25644">
        <w:t>.</w:t>
      </w:r>
    </w:p>
    <w:p w14:paraId="2F01F606" w14:textId="77777777" w:rsidR="0037439E" w:rsidRPr="00C25644" w:rsidRDefault="0037439E">
      <w:pPr>
        <w:spacing w:after="40" w:line="240" w:lineRule="auto"/>
        <w:jc w:val="both"/>
      </w:pPr>
    </w:p>
    <w:p w14:paraId="79480032" w14:textId="77777777" w:rsidR="0037439E" w:rsidRPr="00C25644" w:rsidRDefault="00406F7C">
      <w:pPr>
        <w:spacing w:after="0" w:line="240" w:lineRule="auto"/>
        <w:jc w:val="both"/>
      </w:pPr>
      <w:r w:rsidRPr="00C25644">
        <w:rPr>
          <w:b/>
        </w:rPr>
        <w:t>7. BANKNING HUQUQ VA MAJBURIYATLARI</w:t>
      </w:r>
    </w:p>
    <w:p w14:paraId="5A3C81F6" w14:textId="77777777" w:rsidR="0037439E" w:rsidRPr="00C25644" w:rsidRDefault="00406F7C">
      <w:pPr>
        <w:spacing w:after="0" w:line="240" w:lineRule="auto"/>
        <w:ind w:firstLine="709"/>
        <w:jc w:val="both"/>
      </w:pPr>
      <w:r w:rsidRPr="00C25644">
        <w:t xml:space="preserve">7.1. Bank </w:t>
      </w:r>
      <w:proofErr w:type="spellStart"/>
      <w:r w:rsidRPr="00C25644">
        <w:t>quyidagilarga</w:t>
      </w:r>
      <w:proofErr w:type="spellEnd"/>
      <w:r w:rsidRPr="00C25644">
        <w:t xml:space="preserve"> </w:t>
      </w:r>
      <w:proofErr w:type="spellStart"/>
      <w:r w:rsidRPr="00C25644">
        <w:t>majbur</w:t>
      </w:r>
      <w:proofErr w:type="spellEnd"/>
      <w:r w:rsidRPr="00C25644">
        <w:t>:</w:t>
      </w:r>
    </w:p>
    <w:p w14:paraId="5E52A7B0" w14:textId="77777777" w:rsidR="0037439E" w:rsidRPr="00C25644" w:rsidRDefault="00406F7C">
      <w:pPr>
        <w:spacing w:after="0" w:line="240" w:lineRule="auto"/>
        <w:ind w:firstLine="709"/>
        <w:jc w:val="both"/>
      </w:pPr>
      <w:r w:rsidRPr="00C25644">
        <w:t xml:space="preserve">7.1.1. </w:t>
      </w:r>
      <w:proofErr w:type="spellStart"/>
      <w:r w:rsidRPr="00C25644">
        <w:t>Mijozga</w:t>
      </w:r>
      <w:proofErr w:type="spellEnd"/>
      <w:r w:rsidRPr="00C25644">
        <w:t xml:space="preserve"> </w:t>
      </w:r>
      <w:proofErr w:type="spellStart"/>
      <w:r w:rsidRPr="00C25644">
        <w:t>tanlangan</w:t>
      </w:r>
      <w:proofErr w:type="spellEnd"/>
      <w:r w:rsidRPr="00C25644">
        <w:t xml:space="preserve"> </w:t>
      </w:r>
      <w:proofErr w:type="spellStart"/>
      <w:r w:rsidRPr="00C25644">
        <w:t>mahsulot</w:t>
      </w:r>
      <w:proofErr w:type="spellEnd"/>
      <w:r w:rsidRPr="00C25644">
        <w:t xml:space="preserve"> </w:t>
      </w:r>
      <w:proofErr w:type="spellStart"/>
      <w:proofErr w:type="gramStart"/>
      <w:r w:rsidRPr="00C25644">
        <w:t>bo‘</w:t>
      </w:r>
      <w:proofErr w:type="gramEnd"/>
      <w:r w:rsidRPr="00C25644">
        <w:t>yicha</w:t>
      </w:r>
      <w:proofErr w:type="spellEnd"/>
      <w:r w:rsidRPr="00C25644">
        <w:t xml:space="preserve"> </w:t>
      </w:r>
      <w:proofErr w:type="spellStart"/>
      <w:r w:rsidRPr="00C25644">
        <w:t>qonunchilik</w:t>
      </w:r>
      <w:proofErr w:type="spellEnd"/>
      <w:r w:rsidRPr="00C25644">
        <w:t xml:space="preserve"> </w:t>
      </w:r>
      <w:proofErr w:type="spellStart"/>
      <w:r w:rsidRPr="00C25644">
        <w:t>va</w:t>
      </w:r>
      <w:proofErr w:type="spellEnd"/>
      <w:r w:rsidRPr="00C25644">
        <w:t xml:space="preserve"> </w:t>
      </w:r>
      <w:proofErr w:type="spellStart"/>
      <w:r w:rsidRPr="00C25644">
        <w:t>ushbu</w:t>
      </w:r>
      <w:proofErr w:type="spellEnd"/>
      <w:r w:rsidRPr="00C25644">
        <w:t xml:space="preserve"> </w:t>
      </w:r>
      <w:proofErr w:type="spellStart"/>
      <w:r w:rsidRPr="00C25644">
        <w:t>Shartnomaga</w:t>
      </w:r>
      <w:proofErr w:type="spellEnd"/>
      <w:r w:rsidRPr="00C25644">
        <w:t xml:space="preserve"> </w:t>
      </w:r>
      <w:proofErr w:type="spellStart"/>
      <w:r w:rsidRPr="00C25644">
        <w:t>muvofiq</w:t>
      </w:r>
      <w:proofErr w:type="spellEnd"/>
      <w:r w:rsidRPr="00C25644">
        <w:t xml:space="preserve"> </w:t>
      </w:r>
      <w:proofErr w:type="spellStart"/>
      <w:r w:rsidRPr="00C25644">
        <w:t>xizmat</w:t>
      </w:r>
      <w:proofErr w:type="spellEnd"/>
      <w:r w:rsidRPr="00C25644">
        <w:t xml:space="preserve"> </w:t>
      </w:r>
      <w:proofErr w:type="spellStart"/>
      <w:r w:rsidRPr="00C25644">
        <w:t>ko‘rsatish</w:t>
      </w:r>
      <w:proofErr w:type="spellEnd"/>
      <w:r w:rsidRPr="00C25644">
        <w:t>;</w:t>
      </w:r>
    </w:p>
    <w:p w14:paraId="23F7E54E" w14:textId="77777777" w:rsidR="0037439E" w:rsidRPr="00C25644" w:rsidRDefault="00406F7C">
      <w:pPr>
        <w:spacing w:after="0" w:line="240" w:lineRule="auto"/>
        <w:ind w:firstLine="709"/>
        <w:jc w:val="both"/>
      </w:pPr>
      <w:r w:rsidRPr="00C25644">
        <w:t xml:space="preserve">7.1.2. </w:t>
      </w:r>
      <w:proofErr w:type="spellStart"/>
      <w:r w:rsidRPr="00C25644">
        <w:t>mahsulotning</w:t>
      </w:r>
      <w:proofErr w:type="spellEnd"/>
      <w:r w:rsidRPr="00C25644">
        <w:t xml:space="preserve"> </w:t>
      </w:r>
      <w:proofErr w:type="spellStart"/>
      <w:r w:rsidRPr="00C25644">
        <w:t>asosiy</w:t>
      </w:r>
      <w:proofErr w:type="spellEnd"/>
      <w:r w:rsidRPr="00C25644">
        <w:t xml:space="preserve"> </w:t>
      </w:r>
      <w:proofErr w:type="spellStart"/>
      <w:r w:rsidRPr="00C25644">
        <w:t>shartlari</w:t>
      </w:r>
      <w:proofErr w:type="spellEnd"/>
      <w:r w:rsidRPr="00C25644">
        <w:t xml:space="preserve">, </w:t>
      </w:r>
      <w:proofErr w:type="spellStart"/>
      <w:r w:rsidRPr="00C25644">
        <w:t>tariflari</w:t>
      </w:r>
      <w:proofErr w:type="spellEnd"/>
      <w:r w:rsidRPr="00C25644">
        <w:t xml:space="preserve">, </w:t>
      </w:r>
      <w:proofErr w:type="spellStart"/>
      <w:r w:rsidRPr="00C25644">
        <w:t>cheklovlari</w:t>
      </w:r>
      <w:proofErr w:type="spellEnd"/>
      <w:r w:rsidRPr="00C25644">
        <w:t xml:space="preserve"> </w:t>
      </w:r>
      <w:proofErr w:type="spellStart"/>
      <w:r w:rsidRPr="00C25644">
        <w:t>va</w:t>
      </w:r>
      <w:proofErr w:type="spellEnd"/>
      <w:r w:rsidRPr="00C25644">
        <w:t xml:space="preserve"> </w:t>
      </w:r>
      <w:proofErr w:type="spellStart"/>
      <w:r w:rsidRPr="00C25644">
        <w:t>xavflari</w:t>
      </w:r>
      <w:proofErr w:type="spellEnd"/>
      <w:r w:rsidRPr="00C25644">
        <w:t xml:space="preserve"> </w:t>
      </w:r>
      <w:proofErr w:type="spellStart"/>
      <w:proofErr w:type="gramStart"/>
      <w:r w:rsidRPr="00C25644">
        <w:t>to‘</w:t>
      </w:r>
      <w:proofErr w:type="gramEnd"/>
      <w:r w:rsidRPr="00C25644">
        <w:t>g‘risida</w:t>
      </w:r>
      <w:proofErr w:type="spellEnd"/>
      <w:r w:rsidRPr="00C25644">
        <w:t xml:space="preserve"> </w:t>
      </w:r>
      <w:proofErr w:type="spellStart"/>
      <w:r w:rsidRPr="00C25644">
        <w:t>Mijozga</w:t>
      </w:r>
      <w:proofErr w:type="spellEnd"/>
      <w:r w:rsidRPr="00C25644">
        <w:t xml:space="preserve"> </w:t>
      </w:r>
      <w:proofErr w:type="spellStart"/>
      <w:r w:rsidRPr="00C25644">
        <w:t>axborot</w:t>
      </w:r>
      <w:proofErr w:type="spellEnd"/>
      <w:r w:rsidRPr="00C25644">
        <w:t xml:space="preserve"> </w:t>
      </w:r>
      <w:proofErr w:type="spellStart"/>
      <w:r w:rsidRPr="00C25644">
        <w:t>berish</w:t>
      </w:r>
      <w:proofErr w:type="spellEnd"/>
      <w:r w:rsidRPr="00C25644">
        <w:t>;</w:t>
      </w:r>
    </w:p>
    <w:p w14:paraId="7824970E" w14:textId="77777777" w:rsidR="0037439E" w:rsidRPr="00C25644" w:rsidRDefault="00406F7C">
      <w:pPr>
        <w:spacing w:after="0" w:line="240" w:lineRule="auto"/>
        <w:ind w:firstLine="709"/>
        <w:jc w:val="both"/>
      </w:pPr>
      <w:r w:rsidRPr="00C25644">
        <w:t xml:space="preserve">7.1.3. </w:t>
      </w:r>
      <w:proofErr w:type="spellStart"/>
      <w:r w:rsidRPr="00C25644">
        <w:t>Mijozning</w:t>
      </w:r>
      <w:proofErr w:type="spellEnd"/>
      <w:r w:rsidRPr="00C25644">
        <w:t xml:space="preserve"> </w:t>
      </w:r>
      <w:proofErr w:type="spellStart"/>
      <w:r w:rsidRPr="00C25644">
        <w:t>murojaatlarini</w:t>
      </w:r>
      <w:proofErr w:type="spellEnd"/>
      <w:r w:rsidRPr="00C25644">
        <w:t xml:space="preserve"> </w:t>
      </w:r>
      <w:proofErr w:type="spellStart"/>
      <w:r w:rsidRPr="00C25644">
        <w:t>qonunchilikda</w:t>
      </w:r>
      <w:proofErr w:type="spellEnd"/>
      <w:r w:rsidRPr="00C25644">
        <w:t xml:space="preserve"> </w:t>
      </w:r>
      <w:proofErr w:type="spellStart"/>
      <w:r w:rsidRPr="00C25644">
        <w:t>belgilangan</w:t>
      </w:r>
      <w:proofErr w:type="spellEnd"/>
      <w:r w:rsidRPr="00C25644">
        <w:t xml:space="preserve"> </w:t>
      </w:r>
      <w:proofErr w:type="spellStart"/>
      <w:r w:rsidRPr="00C25644">
        <w:t>tartibda</w:t>
      </w:r>
      <w:proofErr w:type="spellEnd"/>
      <w:r w:rsidRPr="00C25644">
        <w:t xml:space="preserve"> </w:t>
      </w:r>
      <w:proofErr w:type="spellStart"/>
      <w:proofErr w:type="gramStart"/>
      <w:r w:rsidRPr="00C25644">
        <w:t>ko‘</w:t>
      </w:r>
      <w:proofErr w:type="gramEnd"/>
      <w:r w:rsidRPr="00C25644">
        <w:t>rib</w:t>
      </w:r>
      <w:proofErr w:type="spellEnd"/>
      <w:r w:rsidRPr="00C25644">
        <w:t xml:space="preserve"> </w:t>
      </w:r>
      <w:proofErr w:type="spellStart"/>
      <w:r w:rsidRPr="00C25644">
        <w:t>chiqish</w:t>
      </w:r>
      <w:proofErr w:type="spellEnd"/>
      <w:r w:rsidRPr="00C25644">
        <w:t>;</w:t>
      </w:r>
    </w:p>
    <w:p w14:paraId="2EC3FD5B" w14:textId="77777777" w:rsidR="0037439E" w:rsidRPr="00C25644" w:rsidRDefault="00406F7C">
      <w:pPr>
        <w:spacing w:after="0" w:line="240" w:lineRule="auto"/>
        <w:ind w:firstLine="709"/>
        <w:jc w:val="both"/>
      </w:pPr>
      <w:r w:rsidRPr="00C25644">
        <w:t xml:space="preserve">7.1.4. bank </w:t>
      </w:r>
      <w:proofErr w:type="spellStart"/>
      <w:r w:rsidRPr="00C25644">
        <w:t>siri</w:t>
      </w:r>
      <w:proofErr w:type="spellEnd"/>
      <w:r w:rsidRPr="00C25644">
        <w:t xml:space="preserve"> </w:t>
      </w:r>
      <w:proofErr w:type="spellStart"/>
      <w:r w:rsidRPr="00C25644">
        <w:t>va</w:t>
      </w:r>
      <w:proofErr w:type="spellEnd"/>
      <w:r w:rsidRPr="00C25644">
        <w:t xml:space="preserve"> </w:t>
      </w:r>
      <w:proofErr w:type="spellStart"/>
      <w:r w:rsidRPr="00C25644">
        <w:t>Mijozga</w:t>
      </w:r>
      <w:proofErr w:type="spellEnd"/>
      <w:r w:rsidRPr="00C25644">
        <w:t xml:space="preserve"> </w:t>
      </w:r>
      <w:proofErr w:type="spellStart"/>
      <w:r w:rsidRPr="00C25644">
        <w:t>oid</w:t>
      </w:r>
      <w:proofErr w:type="spellEnd"/>
      <w:r w:rsidRPr="00C25644">
        <w:t xml:space="preserve"> </w:t>
      </w:r>
      <w:proofErr w:type="spellStart"/>
      <w:r w:rsidRPr="00C25644">
        <w:t>ma’lumotlarning</w:t>
      </w:r>
      <w:proofErr w:type="spellEnd"/>
      <w:r w:rsidRPr="00C25644">
        <w:t xml:space="preserve"> </w:t>
      </w:r>
      <w:proofErr w:type="spellStart"/>
      <w:r w:rsidRPr="00C25644">
        <w:t>maxfiyligini</w:t>
      </w:r>
      <w:proofErr w:type="spellEnd"/>
      <w:r w:rsidRPr="00C25644">
        <w:t xml:space="preserve"> </w:t>
      </w:r>
      <w:proofErr w:type="spellStart"/>
      <w:r w:rsidRPr="00C25644">
        <w:t>ta’minlash</w:t>
      </w:r>
      <w:proofErr w:type="spellEnd"/>
      <w:r w:rsidRPr="00C25644">
        <w:t xml:space="preserve">, </w:t>
      </w:r>
      <w:proofErr w:type="spellStart"/>
      <w:r w:rsidRPr="00C25644">
        <w:t>bundan</w:t>
      </w:r>
      <w:proofErr w:type="spellEnd"/>
      <w:r w:rsidRPr="00C25644">
        <w:t xml:space="preserve"> </w:t>
      </w:r>
      <w:proofErr w:type="spellStart"/>
      <w:r w:rsidRPr="00C25644">
        <w:t>qonunchilikda</w:t>
      </w:r>
      <w:proofErr w:type="spellEnd"/>
      <w:r w:rsidRPr="00C25644">
        <w:t xml:space="preserve"> </w:t>
      </w:r>
      <w:proofErr w:type="spellStart"/>
      <w:r w:rsidRPr="00C25644">
        <w:t>nazarda</w:t>
      </w:r>
      <w:proofErr w:type="spellEnd"/>
      <w:r w:rsidRPr="00C25644">
        <w:t xml:space="preserve"> </w:t>
      </w:r>
      <w:proofErr w:type="spellStart"/>
      <w:r w:rsidRPr="00C25644">
        <w:t>tutilgan</w:t>
      </w:r>
      <w:proofErr w:type="spellEnd"/>
      <w:r w:rsidRPr="00C25644">
        <w:t xml:space="preserve"> </w:t>
      </w:r>
      <w:proofErr w:type="spellStart"/>
      <w:r w:rsidRPr="00C25644">
        <w:t>holatlar</w:t>
      </w:r>
      <w:proofErr w:type="spellEnd"/>
      <w:r w:rsidRPr="00C25644">
        <w:t xml:space="preserve"> </w:t>
      </w:r>
      <w:proofErr w:type="spellStart"/>
      <w:r w:rsidRPr="00C25644">
        <w:t>mustasno</w:t>
      </w:r>
      <w:proofErr w:type="spellEnd"/>
      <w:r w:rsidRPr="00C25644">
        <w:t>;</w:t>
      </w:r>
    </w:p>
    <w:p w14:paraId="2FDB5CE8" w14:textId="77777777" w:rsidR="0037439E" w:rsidRPr="00C25644" w:rsidRDefault="00406F7C">
      <w:pPr>
        <w:spacing w:after="0" w:line="240" w:lineRule="auto"/>
        <w:ind w:firstLine="709"/>
        <w:jc w:val="both"/>
      </w:pPr>
      <w:r w:rsidRPr="00C25644">
        <w:t xml:space="preserve">7.1.5. bank </w:t>
      </w:r>
      <w:proofErr w:type="spellStart"/>
      <w:r w:rsidRPr="00C25644">
        <w:t>kartasi</w:t>
      </w:r>
      <w:proofErr w:type="spellEnd"/>
      <w:r w:rsidRPr="00C25644">
        <w:t xml:space="preserve"> </w:t>
      </w:r>
      <w:proofErr w:type="spellStart"/>
      <w:r w:rsidRPr="00C25644">
        <w:t>yoki</w:t>
      </w:r>
      <w:proofErr w:type="spellEnd"/>
      <w:r w:rsidRPr="00C25644">
        <w:t xml:space="preserve"> talab </w:t>
      </w:r>
      <w:proofErr w:type="spellStart"/>
      <w:r w:rsidRPr="00C25644">
        <w:t>qilib</w:t>
      </w:r>
      <w:proofErr w:type="spellEnd"/>
      <w:r w:rsidRPr="00C25644">
        <w:t xml:space="preserve"> </w:t>
      </w:r>
      <w:proofErr w:type="spellStart"/>
      <w:r w:rsidRPr="00C25644">
        <w:t>olinguncha</w:t>
      </w:r>
      <w:proofErr w:type="spellEnd"/>
      <w:r w:rsidRPr="00C25644">
        <w:t xml:space="preserve"> bank </w:t>
      </w:r>
      <w:proofErr w:type="spellStart"/>
      <w:proofErr w:type="gramStart"/>
      <w:r w:rsidRPr="00C25644">
        <w:t>hisobvarag‘</w:t>
      </w:r>
      <w:proofErr w:type="gramEnd"/>
      <w:r w:rsidRPr="00C25644">
        <w:t>i</w:t>
      </w:r>
      <w:proofErr w:type="spellEnd"/>
      <w:r w:rsidRPr="00C25644">
        <w:t xml:space="preserve"> </w:t>
      </w:r>
      <w:proofErr w:type="spellStart"/>
      <w:r w:rsidRPr="00C25644">
        <w:t>bo‘yicha</w:t>
      </w:r>
      <w:proofErr w:type="spellEnd"/>
      <w:r w:rsidRPr="00C25644">
        <w:t xml:space="preserve"> </w:t>
      </w:r>
      <w:proofErr w:type="spellStart"/>
      <w:r w:rsidRPr="00C25644">
        <w:t>operatsiyalarni</w:t>
      </w:r>
      <w:proofErr w:type="spellEnd"/>
      <w:r w:rsidRPr="00C25644">
        <w:t xml:space="preserve"> </w:t>
      </w:r>
      <w:proofErr w:type="spellStart"/>
      <w:r w:rsidRPr="00C25644">
        <w:t>amaldagi</w:t>
      </w:r>
      <w:proofErr w:type="spellEnd"/>
      <w:r w:rsidRPr="00C25644">
        <w:t xml:space="preserve"> </w:t>
      </w:r>
      <w:proofErr w:type="spellStart"/>
      <w:r w:rsidRPr="00C25644">
        <w:t>qoidalar</w:t>
      </w:r>
      <w:proofErr w:type="spellEnd"/>
      <w:r w:rsidRPr="00C25644">
        <w:t xml:space="preserve"> </w:t>
      </w:r>
      <w:proofErr w:type="spellStart"/>
      <w:r w:rsidRPr="00C25644">
        <w:t>asosida</w:t>
      </w:r>
      <w:proofErr w:type="spellEnd"/>
      <w:r w:rsidRPr="00C25644">
        <w:t xml:space="preserve"> </w:t>
      </w:r>
      <w:proofErr w:type="spellStart"/>
      <w:r w:rsidRPr="00C25644">
        <w:t>hisobga</w:t>
      </w:r>
      <w:proofErr w:type="spellEnd"/>
      <w:r w:rsidRPr="00C25644">
        <w:t xml:space="preserve"> </w:t>
      </w:r>
      <w:proofErr w:type="spellStart"/>
      <w:r w:rsidRPr="00C25644">
        <w:t>olish</w:t>
      </w:r>
      <w:proofErr w:type="spellEnd"/>
      <w:r w:rsidRPr="00C25644">
        <w:t xml:space="preserve"> </w:t>
      </w:r>
      <w:proofErr w:type="spellStart"/>
      <w:r w:rsidRPr="00C25644">
        <w:t>va</w:t>
      </w:r>
      <w:proofErr w:type="spellEnd"/>
      <w:r w:rsidRPr="00C25644">
        <w:t xml:space="preserve"> </w:t>
      </w:r>
      <w:proofErr w:type="spellStart"/>
      <w:r w:rsidRPr="00C25644">
        <w:t>tasdiqlovchi</w:t>
      </w:r>
      <w:proofErr w:type="spellEnd"/>
      <w:r w:rsidRPr="00C25644">
        <w:t xml:space="preserve"> </w:t>
      </w:r>
      <w:proofErr w:type="spellStart"/>
      <w:r w:rsidRPr="00C25644">
        <w:t>ma’lumotlarni</w:t>
      </w:r>
      <w:proofErr w:type="spellEnd"/>
      <w:r w:rsidRPr="00C25644">
        <w:t xml:space="preserve"> </w:t>
      </w:r>
      <w:proofErr w:type="spellStart"/>
      <w:r w:rsidRPr="00C25644">
        <w:t>saqlash</w:t>
      </w:r>
      <w:proofErr w:type="spellEnd"/>
      <w:r w:rsidRPr="00C25644">
        <w:t>.</w:t>
      </w:r>
    </w:p>
    <w:p w14:paraId="0D8809C0" w14:textId="77777777" w:rsidR="0037439E" w:rsidRPr="00C25644" w:rsidRDefault="00406F7C">
      <w:pPr>
        <w:spacing w:after="0" w:line="240" w:lineRule="auto"/>
        <w:ind w:firstLine="709"/>
        <w:jc w:val="both"/>
      </w:pPr>
      <w:r w:rsidRPr="00C25644">
        <w:t xml:space="preserve">7.2. Bank </w:t>
      </w:r>
      <w:proofErr w:type="spellStart"/>
      <w:r w:rsidRPr="00C25644">
        <w:t>quyidagi</w:t>
      </w:r>
      <w:proofErr w:type="spellEnd"/>
      <w:r w:rsidRPr="00C25644">
        <w:t xml:space="preserve"> </w:t>
      </w:r>
      <w:proofErr w:type="spellStart"/>
      <w:r w:rsidRPr="00C25644">
        <w:t>huquqlarga</w:t>
      </w:r>
      <w:proofErr w:type="spellEnd"/>
      <w:r w:rsidRPr="00C25644">
        <w:t xml:space="preserve"> </w:t>
      </w:r>
      <w:proofErr w:type="spellStart"/>
      <w:r w:rsidRPr="00C25644">
        <w:t>ega</w:t>
      </w:r>
      <w:proofErr w:type="spellEnd"/>
      <w:r w:rsidRPr="00C25644">
        <w:t>:</w:t>
      </w:r>
    </w:p>
    <w:p w14:paraId="36EAB995" w14:textId="77777777" w:rsidR="0037439E" w:rsidRPr="00C25644" w:rsidRDefault="00406F7C">
      <w:pPr>
        <w:spacing w:after="0" w:line="240" w:lineRule="auto"/>
        <w:ind w:firstLine="709"/>
        <w:jc w:val="both"/>
      </w:pPr>
      <w:r w:rsidRPr="00C25644">
        <w:t xml:space="preserve">7.2.1. </w:t>
      </w:r>
      <w:proofErr w:type="spellStart"/>
      <w:r w:rsidRPr="00C25644">
        <w:t>Mijozni</w:t>
      </w:r>
      <w:proofErr w:type="spellEnd"/>
      <w:r w:rsidRPr="00C25644">
        <w:t xml:space="preserve"> </w:t>
      </w:r>
      <w:proofErr w:type="spellStart"/>
      <w:r w:rsidRPr="00C25644">
        <w:t>lozim</w:t>
      </w:r>
      <w:proofErr w:type="spellEnd"/>
      <w:r w:rsidRPr="00C25644">
        <w:t xml:space="preserve"> </w:t>
      </w:r>
      <w:proofErr w:type="spellStart"/>
      <w:r w:rsidRPr="00C25644">
        <w:t>darajada</w:t>
      </w:r>
      <w:proofErr w:type="spellEnd"/>
      <w:r w:rsidRPr="00C25644">
        <w:t xml:space="preserve"> </w:t>
      </w:r>
      <w:proofErr w:type="spellStart"/>
      <w:r w:rsidRPr="00C25644">
        <w:t>tekshirish</w:t>
      </w:r>
      <w:proofErr w:type="spellEnd"/>
      <w:r w:rsidRPr="00C25644">
        <w:t xml:space="preserve">, </w:t>
      </w:r>
      <w:proofErr w:type="spellStart"/>
      <w:proofErr w:type="gramStart"/>
      <w:r w:rsidRPr="00C25644">
        <w:t>qo‘</w:t>
      </w:r>
      <w:proofErr w:type="gramEnd"/>
      <w:r w:rsidRPr="00C25644">
        <w:t>shimcha</w:t>
      </w:r>
      <w:proofErr w:type="spellEnd"/>
      <w:r w:rsidRPr="00C25644">
        <w:t xml:space="preserve"> </w:t>
      </w:r>
      <w:proofErr w:type="spellStart"/>
      <w:r w:rsidRPr="00C25644">
        <w:t>ma’lumot</w:t>
      </w:r>
      <w:proofErr w:type="spellEnd"/>
      <w:r w:rsidRPr="00C25644">
        <w:t xml:space="preserve"> </w:t>
      </w:r>
      <w:proofErr w:type="spellStart"/>
      <w:r w:rsidRPr="00C25644">
        <w:t>va</w:t>
      </w:r>
      <w:proofErr w:type="spellEnd"/>
      <w:r w:rsidRPr="00C25644">
        <w:t xml:space="preserve"> </w:t>
      </w:r>
      <w:proofErr w:type="spellStart"/>
      <w:r w:rsidRPr="00C25644">
        <w:t>hujjatlar</w:t>
      </w:r>
      <w:proofErr w:type="spellEnd"/>
      <w:r w:rsidRPr="00C25644">
        <w:t xml:space="preserve"> talab </w:t>
      </w:r>
      <w:proofErr w:type="spellStart"/>
      <w:r w:rsidRPr="00C25644">
        <w:t>qilish</w:t>
      </w:r>
      <w:proofErr w:type="spellEnd"/>
      <w:r w:rsidRPr="00C25644">
        <w:t>;</w:t>
      </w:r>
    </w:p>
    <w:p w14:paraId="65DE50C2" w14:textId="77777777" w:rsidR="0037439E" w:rsidRPr="00C25644" w:rsidRDefault="00406F7C">
      <w:pPr>
        <w:spacing w:after="0" w:line="240" w:lineRule="auto"/>
        <w:ind w:firstLine="709"/>
        <w:jc w:val="both"/>
      </w:pPr>
      <w:r w:rsidRPr="00C25644">
        <w:lastRenderedPageBreak/>
        <w:t xml:space="preserve">7.2.2. </w:t>
      </w:r>
      <w:proofErr w:type="spellStart"/>
      <w:r w:rsidRPr="00C25644">
        <w:t>qonunchilik</w:t>
      </w:r>
      <w:proofErr w:type="spellEnd"/>
      <w:r w:rsidRPr="00C25644">
        <w:t xml:space="preserve">, AML/CFT </w:t>
      </w:r>
      <w:proofErr w:type="spellStart"/>
      <w:r w:rsidRPr="00C25644">
        <w:t>qoidalari</w:t>
      </w:r>
      <w:proofErr w:type="spellEnd"/>
      <w:r w:rsidRPr="00C25644">
        <w:t xml:space="preserve">, </w:t>
      </w:r>
      <w:proofErr w:type="spellStart"/>
      <w:r w:rsidRPr="00C25644">
        <w:t>sanksion</w:t>
      </w:r>
      <w:proofErr w:type="spellEnd"/>
      <w:r w:rsidRPr="00C25644">
        <w:t xml:space="preserve"> </w:t>
      </w:r>
      <w:proofErr w:type="spellStart"/>
      <w:r w:rsidRPr="00C25644">
        <w:t>cheklovlar</w:t>
      </w:r>
      <w:proofErr w:type="spellEnd"/>
      <w:r w:rsidRPr="00C25644">
        <w:t xml:space="preserve">, </w:t>
      </w:r>
      <w:proofErr w:type="spellStart"/>
      <w:proofErr w:type="gramStart"/>
      <w:r w:rsidRPr="00C25644">
        <w:t>to‘</w:t>
      </w:r>
      <w:proofErr w:type="gramEnd"/>
      <w:r w:rsidRPr="00C25644">
        <w:t>lov</w:t>
      </w:r>
      <w:proofErr w:type="spellEnd"/>
      <w:r w:rsidRPr="00C25644">
        <w:t xml:space="preserve"> </w:t>
      </w:r>
      <w:proofErr w:type="spellStart"/>
      <w:r w:rsidRPr="00C25644">
        <w:t>tizimlari</w:t>
      </w:r>
      <w:proofErr w:type="spellEnd"/>
      <w:r w:rsidRPr="00C25644">
        <w:t xml:space="preserve"> </w:t>
      </w:r>
      <w:proofErr w:type="spellStart"/>
      <w:r w:rsidRPr="00C25644">
        <w:t>talablari</w:t>
      </w:r>
      <w:proofErr w:type="spellEnd"/>
      <w:r w:rsidRPr="00C25644">
        <w:t xml:space="preserve"> </w:t>
      </w:r>
      <w:proofErr w:type="spellStart"/>
      <w:r w:rsidRPr="00C25644">
        <w:t>yoki</w:t>
      </w:r>
      <w:proofErr w:type="spellEnd"/>
      <w:r w:rsidRPr="00C25644">
        <w:t xml:space="preserve"> </w:t>
      </w:r>
      <w:proofErr w:type="spellStart"/>
      <w:r w:rsidRPr="00C25644">
        <w:t>xavfsizlik</w:t>
      </w:r>
      <w:proofErr w:type="spellEnd"/>
      <w:r w:rsidRPr="00C25644">
        <w:t xml:space="preserve"> </w:t>
      </w:r>
      <w:proofErr w:type="spellStart"/>
      <w:r w:rsidRPr="00C25644">
        <w:t>sabablari</w:t>
      </w:r>
      <w:proofErr w:type="spellEnd"/>
      <w:r w:rsidRPr="00C25644">
        <w:t xml:space="preserve"> </w:t>
      </w:r>
      <w:proofErr w:type="spellStart"/>
      <w:r w:rsidRPr="00C25644">
        <w:t>tufayli</w:t>
      </w:r>
      <w:proofErr w:type="spellEnd"/>
      <w:r w:rsidRPr="00C25644">
        <w:t xml:space="preserve"> </w:t>
      </w:r>
      <w:proofErr w:type="spellStart"/>
      <w:r w:rsidRPr="00C25644">
        <w:t>operatsiyalarni</w:t>
      </w:r>
      <w:proofErr w:type="spellEnd"/>
      <w:r w:rsidRPr="00C25644">
        <w:t xml:space="preserve"> </w:t>
      </w:r>
      <w:proofErr w:type="spellStart"/>
      <w:r w:rsidRPr="00C25644">
        <w:t>cheklash</w:t>
      </w:r>
      <w:proofErr w:type="spellEnd"/>
      <w:r w:rsidRPr="00C25644">
        <w:t xml:space="preserve">, rad </w:t>
      </w:r>
      <w:proofErr w:type="spellStart"/>
      <w:r w:rsidRPr="00C25644">
        <w:t>etish</w:t>
      </w:r>
      <w:proofErr w:type="spellEnd"/>
      <w:r w:rsidRPr="00C25644">
        <w:t xml:space="preserve"> </w:t>
      </w:r>
      <w:proofErr w:type="spellStart"/>
      <w:r w:rsidRPr="00C25644">
        <w:t>yoki</w:t>
      </w:r>
      <w:proofErr w:type="spellEnd"/>
      <w:r w:rsidRPr="00C25644">
        <w:t xml:space="preserve"> </w:t>
      </w:r>
      <w:proofErr w:type="spellStart"/>
      <w:r w:rsidRPr="00C25644">
        <w:t>vaqtincha</w:t>
      </w:r>
      <w:proofErr w:type="spellEnd"/>
      <w:r w:rsidRPr="00C25644">
        <w:t xml:space="preserve"> </w:t>
      </w:r>
      <w:proofErr w:type="spellStart"/>
      <w:r w:rsidRPr="00C25644">
        <w:t>to‘xtatish</w:t>
      </w:r>
      <w:proofErr w:type="spellEnd"/>
      <w:r w:rsidRPr="00C25644">
        <w:t>;</w:t>
      </w:r>
    </w:p>
    <w:p w14:paraId="1CCD1532" w14:textId="77777777" w:rsidR="0037439E" w:rsidRPr="00C25644" w:rsidRDefault="00406F7C">
      <w:pPr>
        <w:spacing w:after="0" w:line="240" w:lineRule="auto"/>
        <w:ind w:firstLine="709"/>
        <w:jc w:val="both"/>
      </w:pPr>
      <w:r w:rsidRPr="00C25644">
        <w:t xml:space="preserve">7.2.3. Bank </w:t>
      </w:r>
      <w:proofErr w:type="spellStart"/>
      <w:r w:rsidRPr="00C25644">
        <w:t>tariflariga</w:t>
      </w:r>
      <w:proofErr w:type="spellEnd"/>
      <w:r w:rsidRPr="00C25644">
        <w:t xml:space="preserve"> </w:t>
      </w:r>
      <w:proofErr w:type="spellStart"/>
      <w:proofErr w:type="gramStart"/>
      <w:r w:rsidRPr="00C25644">
        <w:t>o‘</w:t>
      </w:r>
      <w:proofErr w:type="gramEnd"/>
      <w:r w:rsidRPr="00C25644">
        <w:t>zgartirish</w:t>
      </w:r>
      <w:proofErr w:type="spellEnd"/>
      <w:r w:rsidRPr="00C25644">
        <w:t xml:space="preserve"> </w:t>
      </w:r>
      <w:proofErr w:type="spellStart"/>
      <w:r w:rsidRPr="00C25644">
        <w:t>va</w:t>
      </w:r>
      <w:proofErr w:type="spellEnd"/>
      <w:r w:rsidRPr="00C25644">
        <w:t xml:space="preserve"> </w:t>
      </w:r>
      <w:proofErr w:type="spellStart"/>
      <w:r w:rsidRPr="00C25644">
        <w:t>qo‘shimchalar</w:t>
      </w:r>
      <w:proofErr w:type="spellEnd"/>
      <w:r w:rsidRPr="00C25644">
        <w:t xml:space="preserve"> </w:t>
      </w:r>
      <w:proofErr w:type="spellStart"/>
      <w:r w:rsidRPr="00C25644">
        <w:t>kiritish</w:t>
      </w:r>
      <w:proofErr w:type="spellEnd"/>
      <w:r w:rsidRPr="00C25644">
        <w:t xml:space="preserve">, </w:t>
      </w:r>
      <w:proofErr w:type="spellStart"/>
      <w:r w:rsidRPr="00C25644">
        <w:t>bunda</w:t>
      </w:r>
      <w:proofErr w:type="spellEnd"/>
      <w:r w:rsidRPr="00C25644">
        <w:t xml:space="preserve"> </w:t>
      </w:r>
      <w:proofErr w:type="spellStart"/>
      <w:r w:rsidRPr="00C25644">
        <w:t>Mijozni</w:t>
      </w:r>
      <w:proofErr w:type="spellEnd"/>
      <w:r w:rsidRPr="00C25644">
        <w:t xml:space="preserve"> </w:t>
      </w:r>
      <w:proofErr w:type="spellStart"/>
      <w:r w:rsidRPr="00C25644">
        <w:t>qonunchilik</w:t>
      </w:r>
      <w:proofErr w:type="spellEnd"/>
      <w:r w:rsidRPr="00C25644">
        <w:t xml:space="preserve"> </w:t>
      </w:r>
      <w:proofErr w:type="spellStart"/>
      <w:r w:rsidRPr="00C25644">
        <w:t>va</w:t>
      </w:r>
      <w:proofErr w:type="spellEnd"/>
      <w:r w:rsidRPr="00C25644">
        <w:t xml:space="preserve"> </w:t>
      </w:r>
      <w:proofErr w:type="spellStart"/>
      <w:r w:rsidRPr="00C25644">
        <w:t>ushbu</w:t>
      </w:r>
      <w:proofErr w:type="spellEnd"/>
      <w:r w:rsidRPr="00C25644">
        <w:t xml:space="preserve"> </w:t>
      </w:r>
      <w:proofErr w:type="spellStart"/>
      <w:r w:rsidRPr="00C25644">
        <w:t>Shartnomada</w:t>
      </w:r>
      <w:proofErr w:type="spellEnd"/>
      <w:r w:rsidRPr="00C25644">
        <w:t xml:space="preserve"> </w:t>
      </w:r>
      <w:proofErr w:type="spellStart"/>
      <w:r w:rsidRPr="00C25644">
        <w:t>nazarda</w:t>
      </w:r>
      <w:proofErr w:type="spellEnd"/>
      <w:r w:rsidRPr="00C25644">
        <w:t xml:space="preserve"> </w:t>
      </w:r>
      <w:proofErr w:type="spellStart"/>
      <w:r w:rsidRPr="00C25644">
        <w:t>tutilgan</w:t>
      </w:r>
      <w:proofErr w:type="spellEnd"/>
      <w:r w:rsidRPr="00C25644">
        <w:t xml:space="preserve"> </w:t>
      </w:r>
      <w:proofErr w:type="spellStart"/>
      <w:r w:rsidRPr="00C25644">
        <w:t>tartibda</w:t>
      </w:r>
      <w:proofErr w:type="spellEnd"/>
      <w:r w:rsidRPr="00C25644">
        <w:t xml:space="preserve"> </w:t>
      </w:r>
      <w:proofErr w:type="spellStart"/>
      <w:r w:rsidRPr="00C25644">
        <w:t>xabardor</w:t>
      </w:r>
      <w:proofErr w:type="spellEnd"/>
      <w:r w:rsidRPr="00C25644">
        <w:t xml:space="preserve"> </w:t>
      </w:r>
      <w:proofErr w:type="spellStart"/>
      <w:r w:rsidRPr="00C25644">
        <w:t>qilish</w:t>
      </w:r>
      <w:proofErr w:type="spellEnd"/>
      <w:r w:rsidRPr="00C25644">
        <w:t>;</w:t>
      </w:r>
    </w:p>
    <w:p w14:paraId="02B2D62A" w14:textId="77777777" w:rsidR="0037439E" w:rsidRPr="00C25644" w:rsidRDefault="00406F7C">
      <w:pPr>
        <w:spacing w:after="0" w:line="240" w:lineRule="auto"/>
        <w:ind w:firstLine="709"/>
        <w:jc w:val="both"/>
      </w:pPr>
      <w:r w:rsidRPr="00C25644">
        <w:t xml:space="preserve">7.2.4. </w:t>
      </w:r>
      <w:proofErr w:type="spellStart"/>
      <w:r w:rsidRPr="00C25644">
        <w:t>autentifikatsiya</w:t>
      </w:r>
      <w:proofErr w:type="spellEnd"/>
      <w:r w:rsidRPr="00C25644">
        <w:t xml:space="preserve"> </w:t>
      </w:r>
      <w:proofErr w:type="spellStart"/>
      <w:r w:rsidRPr="00C25644">
        <w:t>vositalari</w:t>
      </w:r>
      <w:proofErr w:type="spellEnd"/>
      <w:r w:rsidRPr="00C25644">
        <w:t xml:space="preserve"> </w:t>
      </w:r>
      <w:proofErr w:type="spellStart"/>
      <w:r w:rsidRPr="00C25644">
        <w:t>komprometatsiyasi</w:t>
      </w:r>
      <w:proofErr w:type="spellEnd"/>
      <w:r w:rsidRPr="00C25644">
        <w:t xml:space="preserve">, </w:t>
      </w:r>
      <w:proofErr w:type="spellStart"/>
      <w:r w:rsidRPr="00C25644">
        <w:t>firibgarlik</w:t>
      </w:r>
      <w:proofErr w:type="spellEnd"/>
      <w:r w:rsidRPr="00C25644">
        <w:t xml:space="preserve"> </w:t>
      </w:r>
      <w:proofErr w:type="spellStart"/>
      <w:r w:rsidRPr="00C25644">
        <w:t>alomatlari</w:t>
      </w:r>
      <w:proofErr w:type="spellEnd"/>
      <w:r w:rsidRPr="00C25644">
        <w:t xml:space="preserve">, </w:t>
      </w:r>
      <w:proofErr w:type="spellStart"/>
      <w:r w:rsidRPr="00C25644">
        <w:t>shubhali</w:t>
      </w:r>
      <w:proofErr w:type="spellEnd"/>
      <w:r w:rsidRPr="00C25644">
        <w:t xml:space="preserve"> </w:t>
      </w:r>
      <w:proofErr w:type="spellStart"/>
      <w:r w:rsidRPr="00C25644">
        <w:t>operatsiya</w:t>
      </w:r>
      <w:proofErr w:type="spellEnd"/>
      <w:r w:rsidRPr="00C25644">
        <w:t xml:space="preserve"> </w:t>
      </w:r>
      <w:proofErr w:type="spellStart"/>
      <w:r w:rsidRPr="00C25644">
        <w:t>yoki</w:t>
      </w:r>
      <w:proofErr w:type="spellEnd"/>
      <w:r w:rsidRPr="00C25644">
        <w:t xml:space="preserve"> </w:t>
      </w:r>
      <w:proofErr w:type="spellStart"/>
      <w:r w:rsidRPr="00C25644">
        <w:t>texnik</w:t>
      </w:r>
      <w:proofErr w:type="spellEnd"/>
      <w:r w:rsidRPr="00C25644">
        <w:t xml:space="preserve"> </w:t>
      </w:r>
      <w:proofErr w:type="spellStart"/>
      <w:r w:rsidRPr="00C25644">
        <w:t>xavf</w:t>
      </w:r>
      <w:proofErr w:type="spellEnd"/>
      <w:r w:rsidRPr="00C25644">
        <w:t xml:space="preserve"> </w:t>
      </w:r>
      <w:proofErr w:type="spellStart"/>
      <w:r w:rsidRPr="00C25644">
        <w:t>mavjud</w:t>
      </w:r>
      <w:proofErr w:type="spellEnd"/>
      <w:r w:rsidRPr="00C25644">
        <w:t xml:space="preserve"> </w:t>
      </w:r>
      <w:proofErr w:type="spellStart"/>
      <w:proofErr w:type="gramStart"/>
      <w:r w:rsidRPr="00C25644">
        <w:t>bo‘</w:t>
      </w:r>
      <w:proofErr w:type="gramEnd"/>
      <w:r w:rsidRPr="00C25644">
        <w:t>lganda</w:t>
      </w:r>
      <w:proofErr w:type="spellEnd"/>
      <w:r w:rsidRPr="00C25644">
        <w:t xml:space="preserve"> bank </w:t>
      </w:r>
      <w:proofErr w:type="spellStart"/>
      <w:r w:rsidRPr="00C25644">
        <w:t>kartasi</w:t>
      </w:r>
      <w:proofErr w:type="spellEnd"/>
      <w:r w:rsidRPr="00C25644">
        <w:t xml:space="preserve">, </w:t>
      </w:r>
      <w:proofErr w:type="spellStart"/>
      <w:r w:rsidRPr="00C25644">
        <w:t>masofaviy</w:t>
      </w:r>
      <w:proofErr w:type="spellEnd"/>
      <w:r w:rsidRPr="00C25644">
        <w:t xml:space="preserve"> </w:t>
      </w:r>
      <w:proofErr w:type="spellStart"/>
      <w:r w:rsidRPr="00C25644">
        <w:t>kirish</w:t>
      </w:r>
      <w:proofErr w:type="spellEnd"/>
      <w:r w:rsidRPr="00C25644">
        <w:t xml:space="preserve"> </w:t>
      </w:r>
      <w:proofErr w:type="spellStart"/>
      <w:r w:rsidRPr="00C25644">
        <w:t>yoki</w:t>
      </w:r>
      <w:proofErr w:type="spellEnd"/>
      <w:r w:rsidRPr="00C25644">
        <w:t xml:space="preserve"> </w:t>
      </w:r>
      <w:proofErr w:type="spellStart"/>
      <w:r w:rsidRPr="00C25644">
        <w:t>mahsulot</w:t>
      </w:r>
      <w:proofErr w:type="spellEnd"/>
      <w:r w:rsidRPr="00C25644">
        <w:t xml:space="preserve"> </w:t>
      </w:r>
      <w:proofErr w:type="spellStart"/>
      <w:r w:rsidRPr="00C25644">
        <w:t>bo‘yicha</w:t>
      </w:r>
      <w:proofErr w:type="spellEnd"/>
      <w:r w:rsidRPr="00C25644">
        <w:t xml:space="preserve"> </w:t>
      </w:r>
      <w:proofErr w:type="spellStart"/>
      <w:r w:rsidRPr="00C25644">
        <w:t>xizmat</w:t>
      </w:r>
      <w:proofErr w:type="spellEnd"/>
      <w:r w:rsidRPr="00C25644">
        <w:t xml:space="preserve"> </w:t>
      </w:r>
      <w:proofErr w:type="spellStart"/>
      <w:r w:rsidRPr="00C25644">
        <w:t>ko‘rsatishni</w:t>
      </w:r>
      <w:proofErr w:type="spellEnd"/>
      <w:r w:rsidRPr="00C25644">
        <w:t xml:space="preserve"> </w:t>
      </w:r>
      <w:proofErr w:type="spellStart"/>
      <w:r w:rsidRPr="00C25644">
        <w:t>vaqtincha</w:t>
      </w:r>
      <w:proofErr w:type="spellEnd"/>
      <w:r w:rsidRPr="00C25644">
        <w:t xml:space="preserve"> </w:t>
      </w:r>
      <w:proofErr w:type="spellStart"/>
      <w:r w:rsidRPr="00C25644">
        <w:t>cheklash</w:t>
      </w:r>
      <w:proofErr w:type="spellEnd"/>
      <w:r w:rsidRPr="00C25644">
        <w:t>;</w:t>
      </w:r>
    </w:p>
    <w:p w14:paraId="21CEC92C" w14:textId="77777777" w:rsidR="0037439E" w:rsidRPr="00C25644" w:rsidRDefault="0037439E">
      <w:pPr>
        <w:spacing w:after="40" w:line="240" w:lineRule="auto"/>
        <w:jc w:val="both"/>
      </w:pPr>
    </w:p>
    <w:p w14:paraId="15087482" w14:textId="77777777" w:rsidR="0037439E" w:rsidRPr="00C25644" w:rsidRDefault="00406F7C">
      <w:pPr>
        <w:spacing w:after="0" w:line="240" w:lineRule="auto"/>
        <w:jc w:val="both"/>
      </w:pPr>
      <w:r w:rsidRPr="00C25644">
        <w:rPr>
          <w:b/>
        </w:rPr>
        <w:t>8. MIJOZNING HUQUQ VA MAJBURIYATLARI</w:t>
      </w:r>
    </w:p>
    <w:p w14:paraId="006A4957" w14:textId="77777777" w:rsidR="0037439E" w:rsidRPr="00C25644" w:rsidRDefault="00406F7C">
      <w:pPr>
        <w:spacing w:after="0" w:line="240" w:lineRule="auto"/>
        <w:ind w:firstLine="709"/>
        <w:jc w:val="both"/>
      </w:pPr>
      <w:r w:rsidRPr="00C25644">
        <w:t xml:space="preserve">8.1. </w:t>
      </w:r>
      <w:proofErr w:type="spellStart"/>
      <w:r w:rsidRPr="00C25644">
        <w:t>Mijoz</w:t>
      </w:r>
      <w:proofErr w:type="spellEnd"/>
      <w:r w:rsidRPr="00C25644">
        <w:t xml:space="preserve"> </w:t>
      </w:r>
      <w:proofErr w:type="spellStart"/>
      <w:r w:rsidRPr="00C25644">
        <w:t>quyidagi</w:t>
      </w:r>
      <w:proofErr w:type="spellEnd"/>
      <w:r w:rsidRPr="00C25644">
        <w:t xml:space="preserve"> </w:t>
      </w:r>
      <w:proofErr w:type="spellStart"/>
      <w:r w:rsidRPr="00C25644">
        <w:t>huquqlarga</w:t>
      </w:r>
      <w:proofErr w:type="spellEnd"/>
      <w:r w:rsidRPr="00C25644">
        <w:t xml:space="preserve"> </w:t>
      </w:r>
      <w:proofErr w:type="spellStart"/>
      <w:r w:rsidRPr="00C25644">
        <w:t>ega</w:t>
      </w:r>
      <w:proofErr w:type="spellEnd"/>
      <w:r w:rsidRPr="00C25644">
        <w:t>:</w:t>
      </w:r>
    </w:p>
    <w:p w14:paraId="088C453B" w14:textId="77777777" w:rsidR="0037439E" w:rsidRPr="00C25644" w:rsidRDefault="00406F7C">
      <w:pPr>
        <w:spacing w:after="0" w:line="240" w:lineRule="auto"/>
        <w:ind w:firstLine="709"/>
        <w:jc w:val="both"/>
      </w:pPr>
      <w:r w:rsidRPr="00C25644">
        <w:t xml:space="preserve">8.1.1. </w:t>
      </w:r>
      <w:proofErr w:type="spellStart"/>
      <w:r w:rsidRPr="00C25644">
        <w:t>tanlangan</w:t>
      </w:r>
      <w:proofErr w:type="spellEnd"/>
      <w:r w:rsidRPr="00C25644">
        <w:t xml:space="preserve"> </w:t>
      </w:r>
      <w:proofErr w:type="spellStart"/>
      <w:r w:rsidRPr="00C25644">
        <w:t>mahsulot</w:t>
      </w:r>
      <w:proofErr w:type="spellEnd"/>
      <w:r w:rsidRPr="00C25644">
        <w:t xml:space="preserve"> </w:t>
      </w:r>
      <w:proofErr w:type="spellStart"/>
      <w:proofErr w:type="gramStart"/>
      <w:r w:rsidRPr="00C25644">
        <w:t>bo‘</w:t>
      </w:r>
      <w:proofErr w:type="gramEnd"/>
      <w:r w:rsidRPr="00C25644">
        <w:t>yicha</w:t>
      </w:r>
      <w:proofErr w:type="spellEnd"/>
      <w:r w:rsidRPr="00C25644">
        <w:t xml:space="preserve"> </w:t>
      </w:r>
      <w:proofErr w:type="spellStart"/>
      <w:r w:rsidRPr="00C25644">
        <w:t>to‘liq</w:t>
      </w:r>
      <w:proofErr w:type="spellEnd"/>
      <w:r w:rsidRPr="00C25644">
        <w:t xml:space="preserve"> </w:t>
      </w:r>
      <w:proofErr w:type="spellStart"/>
      <w:r w:rsidRPr="00C25644">
        <w:t>va</w:t>
      </w:r>
      <w:proofErr w:type="spellEnd"/>
      <w:r w:rsidRPr="00C25644">
        <w:t xml:space="preserve"> </w:t>
      </w:r>
      <w:proofErr w:type="spellStart"/>
      <w:r w:rsidRPr="00C25644">
        <w:t>tushunarli</w:t>
      </w:r>
      <w:proofErr w:type="spellEnd"/>
      <w:r w:rsidRPr="00C25644">
        <w:t xml:space="preserve"> </w:t>
      </w:r>
      <w:proofErr w:type="spellStart"/>
      <w:r w:rsidRPr="00C25644">
        <w:t>axborot</w:t>
      </w:r>
      <w:proofErr w:type="spellEnd"/>
      <w:r w:rsidRPr="00C25644">
        <w:t xml:space="preserve"> </w:t>
      </w:r>
      <w:proofErr w:type="spellStart"/>
      <w:r w:rsidRPr="00C25644">
        <w:t>olish</w:t>
      </w:r>
      <w:proofErr w:type="spellEnd"/>
      <w:r w:rsidRPr="00C25644">
        <w:t>;</w:t>
      </w:r>
    </w:p>
    <w:p w14:paraId="0848ABE0" w14:textId="77777777" w:rsidR="0037439E" w:rsidRPr="00C25644" w:rsidRDefault="00406F7C">
      <w:pPr>
        <w:spacing w:after="0" w:line="240" w:lineRule="auto"/>
        <w:ind w:firstLine="709"/>
        <w:jc w:val="both"/>
      </w:pPr>
      <w:r w:rsidRPr="00C25644">
        <w:t xml:space="preserve">8.1.2. bank </w:t>
      </w:r>
      <w:proofErr w:type="spellStart"/>
      <w:r w:rsidRPr="00C25644">
        <w:t>kartasi</w:t>
      </w:r>
      <w:proofErr w:type="spellEnd"/>
      <w:r w:rsidRPr="00C25644">
        <w:t xml:space="preserve"> </w:t>
      </w:r>
      <w:proofErr w:type="spellStart"/>
      <w:r w:rsidRPr="00C25644">
        <w:t>va</w:t>
      </w:r>
      <w:proofErr w:type="spellEnd"/>
      <w:r w:rsidRPr="00C25644">
        <w:t xml:space="preserve"> talab </w:t>
      </w:r>
      <w:proofErr w:type="spellStart"/>
      <w:r w:rsidRPr="00C25644">
        <w:t>qilib</w:t>
      </w:r>
      <w:proofErr w:type="spellEnd"/>
      <w:r w:rsidRPr="00C25644">
        <w:t xml:space="preserve"> </w:t>
      </w:r>
      <w:proofErr w:type="spellStart"/>
      <w:r w:rsidRPr="00C25644">
        <w:t>olinguncha</w:t>
      </w:r>
      <w:proofErr w:type="spellEnd"/>
      <w:r w:rsidRPr="00C25644">
        <w:t xml:space="preserve"> bank </w:t>
      </w:r>
      <w:proofErr w:type="spellStart"/>
      <w:proofErr w:type="gramStart"/>
      <w:r w:rsidRPr="00C25644">
        <w:t>hisobvarag‘</w:t>
      </w:r>
      <w:proofErr w:type="gramEnd"/>
      <w:r w:rsidRPr="00C25644">
        <w:t>i</w:t>
      </w:r>
      <w:proofErr w:type="spellEnd"/>
      <w:r w:rsidRPr="00C25644">
        <w:t xml:space="preserve"> </w:t>
      </w:r>
      <w:proofErr w:type="spellStart"/>
      <w:r w:rsidRPr="00C25644">
        <w:t>bo‘yicha</w:t>
      </w:r>
      <w:proofErr w:type="spellEnd"/>
      <w:r w:rsidRPr="00C25644">
        <w:t xml:space="preserve"> </w:t>
      </w:r>
      <w:proofErr w:type="spellStart"/>
      <w:r w:rsidRPr="00C25644">
        <w:t>ma’lumotlar</w:t>
      </w:r>
      <w:proofErr w:type="spellEnd"/>
      <w:r w:rsidRPr="00C25644">
        <w:t xml:space="preserve">, </w:t>
      </w:r>
      <w:proofErr w:type="spellStart"/>
      <w:r w:rsidRPr="00C25644">
        <w:t>ko‘chirmalar</w:t>
      </w:r>
      <w:proofErr w:type="spellEnd"/>
      <w:r w:rsidRPr="00C25644">
        <w:t xml:space="preserve"> </w:t>
      </w:r>
      <w:proofErr w:type="spellStart"/>
      <w:r w:rsidRPr="00C25644">
        <w:t>va</w:t>
      </w:r>
      <w:proofErr w:type="spellEnd"/>
      <w:r w:rsidRPr="00C25644">
        <w:t xml:space="preserve"> </w:t>
      </w:r>
      <w:proofErr w:type="spellStart"/>
      <w:r w:rsidRPr="00C25644">
        <w:t>xabarnomalarni</w:t>
      </w:r>
      <w:proofErr w:type="spellEnd"/>
      <w:r w:rsidRPr="00C25644">
        <w:t xml:space="preserve"> </w:t>
      </w:r>
      <w:proofErr w:type="spellStart"/>
      <w:r w:rsidRPr="00C25644">
        <w:t>olish</w:t>
      </w:r>
      <w:proofErr w:type="spellEnd"/>
      <w:r w:rsidRPr="00C25644">
        <w:t>;</w:t>
      </w:r>
    </w:p>
    <w:p w14:paraId="66F65B45" w14:textId="77777777" w:rsidR="0037439E" w:rsidRPr="00C25644" w:rsidRDefault="00406F7C">
      <w:pPr>
        <w:spacing w:after="0" w:line="240" w:lineRule="auto"/>
        <w:ind w:firstLine="709"/>
        <w:jc w:val="both"/>
      </w:pPr>
      <w:r w:rsidRPr="00C25644">
        <w:t xml:space="preserve">8.1.3. </w:t>
      </w:r>
      <w:proofErr w:type="spellStart"/>
      <w:r w:rsidRPr="00C25644">
        <w:t>Bankning</w:t>
      </w:r>
      <w:proofErr w:type="spellEnd"/>
      <w:r w:rsidRPr="00C25644">
        <w:t xml:space="preserve"> </w:t>
      </w:r>
      <w:proofErr w:type="spellStart"/>
      <w:r w:rsidRPr="00C25644">
        <w:t>harakatlari</w:t>
      </w:r>
      <w:proofErr w:type="spellEnd"/>
      <w:r w:rsidRPr="00C25644">
        <w:t xml:space="preserve"> </w:t>
      </w:r>
      <w:proofErr w:type="spellStart"/>
      <w:r w:rsidRPr="00C25644">
        <w:t>yoki</w:t>
      </w:r>
      <w:proofErr w:type="spellEnd"/>
      <w:r w:rsidRPr="00C25644">
        <w:t xml:space="preserve"> </w:t>
      </w:r>
      <w:proofErr w:type="spellStart"/>
      <w:r w:rsidRPr="00C25644">
        <w:t>harakatsizligi</w:t>
      </w:r>
      <w:proofErr w:type="spellEnd"/>
      <w:r w:rsidRPr="00C25644">
        <w:t xml:space="preserve"> </w:t>
      </w:r>
      <w:proofErr w:type="spellStart"/>
      <w:r w:rsidRPr="00C25644">
        <w:t>yuzasidan</w:t>
      </w:r>
      <w:proofErr w:type="spellEnd"/>
      <w:r w:rsidRPr="00C25644">
        <w:t xml:space="preserve"> </w:t>
      </w:r>
      <w:proofErr w:type="spellStart"/>
      <w:r w:rsidRPr="00C25644">
        <w:t>murojaat</w:t>
      </w:r>
      <w:proofErr w:type="spellEnd"/>
      <w:r w:rsidRPr="00C25644">
        <w:t xml:space="preserve"> </w:t>
      </w:r>
      <w:proofErr w:type="spellStart"/>
      <w:r w:rsidRPr="00C25644">
        <w:t>qilish</w:t>
      </w:r>
      <w:proofErr w:type="spellEnd"/>
      <w:r w:rsidRPr="00C25644">
        <w:t xml:space="preserve"> </w:t>
      </w:r>
      <w:proofErr w:type="spellStart"/>
      <w:r w:rsidRPr="00C25644">
        <w:t>va</w:t>
      </w:r>
      <w:proofErr w:type="spellEnd"/>
      <w:r w:rsidRPr="00C25644">
        <w:t xml:space="preserve"> </w:t>
      </w:r>
      <w:proofErr w:type="spellStart"/>
      <w:r w:rsidRPr="00C25644">
        <w:t>qonunchilikda</w:t>
      </w:r>
      <w:proofErr w:type="spellEnd"/>
      <w:r w:rsidRPr="00C25644">
        <w:t xml:space="preserve"> </w:t>
      </w:r>
      <w:proofErr w:type="spellStart"/>
      <w:r w:rsidRPr="00C25644">
        <w:t>belgilangan</w:t>
      </w:r>
      <w:proofErr w:type="spellEnd"/>
      <w:r w:rsidRPr="00C25644">
        <w:t xml:space="preserve"> </w:t>
      </w:r>
      <w:proofErr w:type="spellStart"/>
      <w:r w:rsidRPr="00C25644">
        <w:t>tartibda</w:t>
      </w:r>
      <w:proofErr w:type="spellEnd"/>
      <w:r w:rsidRPr="00C25644">
        <w:t xml:space="preserve"> </w:t>
      </w:r>
      <w:proofErr w:type="spellStart"/>
      <w:r w:rsidRPr="00C25644">
        <w:t>shikoyat</w:t>
      </w:r>
      <w:proofErr w:type="spellEnd"/>
      <w:r w:rsidRPr="00C25644">
        <w:t xml:space="preserve"> </w:t>
      </w:r>
      <w:proofErr w:type="spellStart"/>
      <w:r w:rsidRPr="00C25644">
        <w:t>berish</w:t>
      </w:r>
      <w:proofErr w:type="spellEnd"/>
      <w:r w:rsidRPr="00C25644">
        <w:t>;</w:t>
      </w:r>
    </w:p>
    <w:p w14:paraId="141852AE" w14:textId="77777777" w:rsidR="0037439E" w:rsidRPr="00C25644" w:rsidRDefault="00406F7C">
      <w:pPr>
        <w:spacing w:after="0" w:line="240" w:lineRule="auto"/>
        <w:ind w:firstLine="709"/>
        <w:jc w:val="both"/>
      </w:pPr>
      <w:r w:rsidRPr="00C25644">
        <w:t xml:space="preserve">8.1.4. </w:t>
      </w:r>
      <w:proofErr w:type="spellStart"/>
      <w:r w:rsidRPr="00C25644">
        <w:t>Bankning</w:t>
      </w:r>
      <w:proofErr w:type="spellEnd"/>
      <w:r w:rsidRPr="00C25644">
        <w:t xml:space="preserve"> </w:t>
      </w:r>
      <w:proofErr w:type="spellStart"/>
      <w:r w:rsidRPr="00C25644">
        <w:t>aybi</w:t>
      </w:r>
      <w:proofErr w:type="spellEnd"/>
      <w:r w:rsidRPr="00C25644">
        <w:t xml:space="preserve"> </w:t>
      </w:r>
      <w:proofErr w:type="spellStart"/>
      <w:r w:rsidRPr="00C25644">
        <w:t>bilan</w:t>
      </w:r>
      <w:proofErr w:type="spellEnd"/>
      <w:r w:rsidRPr="00C25644">
        <w:t xml:space="preserve"> </w:t>
      </w:r>
      <w:proofErr w:type="spellStart"/>
      <w:r w:rsidRPr="00C25644">
        <w:t>yetkazilgan</w:t>
      </w:r>
      <w:proofErr w:type="spellEnd"/>
      <w:r w:rsidRPr="00C25644">
        <w:t xml:space="preserve"> </w:t>
      </w:r>
      <w:proofErr w:type="spellStart"/>
      <w:r w:rsidRPr="00C25644">
        <w:t>zararni</w:t>
      </w:r>
      <w:proofErr w:type="spellEnd"/>
      <w:r w:rsidRPr="00C25644">
        <w:t xml:space="preserve"> </w:t>
      </w:r>
      <w:proofErr w:type="spellStart"/>
      <w:r w:rsidRPr="00C25644">
        <w:t>qonunchilikda</w:t>
      </w:r>
      <w:proofErr w:type="spellEnd"/>
      <w:r w:rsidRPr="00C25644">
        <w:t xml:space="preserve"> </w:t>
      </w:r>
      <w:proofErr w:type="spellStart"/>
      <w:r w:rsidRPr="00C25644">
        <w:t>belgilangan</w:t>
      </w:r>
      <w:proofErr w:type="spellEnd"/>
      <w:r w:rsidRPr="00C25644">
        <w:t xml:space="preserve"> </w:t>
      </w:r>
      <w:proofErr w:type="spellStart"/>
      <w:r w:rsidRPr="00C25644">
        <w:t>tartibda</w:t>
      </w:r>
      <w:proofErr w:type="spellEnd"/>
      <w:r w:rsidRPr="00C25644">
        <w:t xml:space="preserve"> </w:t>
      </w:r>
      <w:proofErr w:type="spellStart"/>
      <w:r w:rsidRPr="00C25644">
        <w:t>qoplashni</w:t>
      </w:r>
      <w:proofErr w:type="spellEnd"/>
      <w:r w:rsidRPr="00C25644">
        <w:t xml:space="preserve"> talab </w:t>
      </w:r>
      <w:proofErr w:type="spellStart"/>
      <w:r w:rsidRPr="00C25644">
        <w:t>qilish</w:t>
      </w:r>
      <w:proofErr w:type="spellEnd"/>
      <w:r w:rsidRPr="00C25644">
        <w:t>.</w:t>
      </w:r>
    </w:p>
    <w:p w14:paraId="04288886" w14:textId="77777777" w:rsidR="0037439E" w:rsidRPr="00C25644" w:rsidRDefault="00406F7C">
      <w:pPr>
        <w:spacing w:after="0" w:line="240" w:lineRule="auto"/>
        <w:ind w:firstLine="709"/>
        <w:jc w:val="both"/>
      </w:pPr>
      <w:r w:rsidRPr="00C25644">
        <w:t xml:space="preserve">8.2. </w:t>
      </w:r>
      <w:proofErr w:type="spellStart"/>
      <w:r w:rsidRPr="00C25644">
        <w:t>Mijoz</w:t>
      </w:r>
      <w:proofErr w:type="spellEnd"/>
      <w:r w:rsidRPr="00C25644">
        <w:t xml:space="preserve"> </w:t>
      </w:r>
      <w:proofErr w:type="spellStart"/>
      <w:r w:rsidRPr="00C25644">
        <w:t>quyidagilarga</w:t>
      </w:r>
      <w:proofErr w:type="spellEnd"/>
      <w:r w:rsidRPr="00C25644">
        <w:t xml:space="preserve"> </w:t>
      </w:r>
      <w:proofErr w:type="spellStart"/>
      <w:r w:rsidRPr="00C25644">
        <w:t>majbur</w:t>
      </w:r>
      <w:proofErr w:type="spellEnd"/>
      <w:r w:rsidRPr="00C25644">
        <w:t>:</w:t>
      </w:r>
    </w:p>
    <w:p w14:paraId="220A2FB5" w14:textId="77777777" w:rsidR="0037439E" w:rsidRPr="00C25644" w:rsidRDefault="00406F7C">
      <w:pPr>
        <w:spacing w:after="0" w:line="240" w:lineRule="auto"/>
        <w:ind w:firstLine="709"/>
        <w:jc w:val="both"/>
      </w:pPr>
      <w:r w:rsidRPr="00C25644">
        <w:t xml:space="preserve">8.2.1. </w:t>
      </w:r>
      <w:proofErr w:type="spellStart"/>
      <w:r w:rsidRPr="00C25644">
        <w:t>Bankka</w:t>
      </w:r>
      <w:proofErr w:type="spellEnd"/>
      <w:r w:rsidRPr="00C25644">
        <w:t xml:space="preserve"> </w:t>
      </w:r>
      <w:proofErr w:type="spellStart"/>
      <w:r w:rsidRPr="00C25644">
        <w:t>taqdim</w:t>
      </w:r>
      <w:proofErr w:type="spellEnd"/>
      <w:r w:rsidRPr="00C25644">
        <w:t xml:space="preserve"> </w:t>
      </w:r>
      <w:proofErr w:type="spellStart"/>
      <w:r w:rsidRPr="00C25644">
        <w:t>etilgan</w:t>
      </w:r>
      <w:proofErr w:type="spellEnd"/>
      <w:r w:rsidRPr="00C25644">
        <w:t xml:space="preserve"> </w:t>
      </w:r>
      <w:proofErr w:type="spellStart"/>
      <w:r w:rsidRPr="00C25644">
        <w:t>hujjatlar</w:t>
      </w:r>
      <w:proofErr w:type="spellEnd"/>
      <w:r w:rsidRPr="00C25644">
        <w:t xml:space="preserve"> </w:t>
      </w:r>
      <w:proofErr w:type="spellStart"/>
      <w:r w:rsidRPr="00C25644">
        <w:t>va</w:t>
      </w:r>
      <w:proofErr w:type="spellEnd"/>
      <w:r w:rsidRPr="00C25644">
        <w:t xml:space="preserve"> </w:t>
      </w:r>
      <w:proofErr w:type="spellStart"/>
      <w:r w:rsidRPr="00C25644">
        <w:t>ma’lumotlarning</w:t>
      </w:r>
      <w:proofErr w:type="spellEnd"/>
      <w:r w:rsidRPr="00C25644">
        <w:t xml:space="preserve"> </w:t>
      </w:r>
      <w:proofErr w:type="spellStart"/>
      <w:proofErr w:type="gramStart"/>
      <w:r w:rsidRPr="00C25644">
        <w:t>to‘</w:t>
      </w:r>
      <w:proofErr w:type="gramEnd"/>
      <w:r w:rsidRPr="00C25644">
        <w:t>liqligi</w:t>
      </w:r>
      <w:proofErr w:type="spellEnd"/>
      <w:r w:rsidRPr="00C25644">
        <w:t xml:space="preserve">, </w:t>
      </w:r>
      <w:proofErr w:type="spellStart"/>
      <w:r w:rsidRPr="00C25644">
        <w:t>ishonchliligi</w:t>
      </w:r>
      <w:proofErr w:type="spellEnd"/>
      <w:r w:rsidRPr="00C25644">
        <w:t xml:space="preserve"> </w:t>
      </w:r>
      <w:proofErr w:type="spellStart"/>
      <w:r w:rsidRPr="00C25644">
        <w:t>va</w:t>
      </w:r>
      <w:proofErr w:type="spellEnd"/>
      <w:r w:rsidRPr="00C25644">
        <w:t xml:space="preserve"> </w:t>
      </w:r>
      <w:proofErr w:type="spellStart"/>
      <w:r w:rsidRPr="00C25644">
        <w:t>dolzarbligini</w:t>
      </w:r>
      <w:proofErr w:type="spellEnd"/>
      <w:r w:rsidRPr="00C25644">
        <w:t xml:space="preserve"> </w:t>
      </w:r>
      <w:proofErr w:type="spellStart"/>
      <w:r w:rsidRPr="00C25644">
        <w:t>ta’minlash</w:t>
      </w:r>
      <w:proofErr w:type="spellEnd"/>
      <w:r w:rsidRPr="00C25644">
        <w:t>;</w:t>
      </w:r>
    </w:p>
    <w:p w14:paraId="7BD500FA" w14:textId="77777777" w:rsidR="0037439E" w:rsidRPr="00C25644" w:rsidRDefault="00406F7C">
      <w:pPr>
        <w:spacing w:after="0" w:line="240" w:lineRule="auto"/>
        <w:ind w:firstLine="709"/>
        <w:jc w:val="both"/>
      </w:pPr>
      <w:r w:rsidRPr="00C25644">
        <w:t>8.2.2. PIN-</w:t>
      </w:r>
      <w:proofErr w:type="spellStart"/>
      <w:r w:rsidRPr="00C25644">
        <w:t>kod</w:t>
      </w:r>
      <w:proofErr w:type="spellEnd"/>
      <w:r w:rsidRPr="00C25644">
        <w:t xml:space="preserve">, </w:t>
      </w:r>
      <w:proofErr w:type="spellStart"/>
      <w:r w:rsidRPr="00C25644">
        <w:t>parollar</w:t>
      </w:r>
      <w:proofErr w:type="spellEnd"/>
      <w:r w:rsidRPr="00C25644">
        <w:t xml:space="preserve">, </w:t>
      </w:r>
      <w:proofErr w:type="spellStart"/>
      <w:r w:rsidRPr="00C25644">
        <w:t>bir</w:t>
      </w:r>
      <w:proofErr w:type="spellEnd"/>
      <w:r w:rsidRPr="00C25644">
        <w:t xml:space="preserve"> </w:t>
      </w:r>
      <w:proofErr w:type="spellStart"/>
      <w:r w:rsidRPr="00C25644">
        <w:t>martalik</w:t>
      </w:r>
      <w:proofErr w:type="spellEnd"/>
      <w:r w:rsidRPr="00C25644">
        <w:t xml:space="preserve"> </w:t>
      </w:r>
      <w:proofErr w:type="spellStart"/>
      <w:r w:rsidRPr="00C25644">
        <w:t>kodlar</w:t>
      </w:r>
      <w:proofErr w:type="spellEnd"/>
      <w:r w:rsidRPr="00C25644">
        <w:t xml:space="preserve">, </w:t>
      </w:r>
      <w:proofErr w:type="spellStart"/>
      <w:r w:rsidRPr="00C25644">
        <w:t>biometrik</w:t>
      </w:r>
      <w:proofErr w:type="spellEnd"/>
      <w:r w:rsidRPr="00C25644">
        <w:t xml:space="preserve"> </w:t>
      </w:r>
      <w:proofErr w:type="spellStart"/>
      <w:r w:rsidRPr="00C25644">
        <w:t>vositalar</w:t>
      </w:r>
      <w:proofErr w:type="spellEnd"/>
      <w:r w:rsidRPr="00C25644">
        <w:t xml:space="preserve"> </w:t>
      </w:r>
      <w:proofErr w:type="spellStart"/>
      <w:r w:rsidRPr="00C25644">
        <w:t>va</w:t>
      </w:r>
      <w:proofErr w:type="spellEnd"/>
      <w:r w:rsidRPr="00C25644">
        <w:t xml:space="preserve"> </w:t>
      </w:r>
      <w:proofErr w:type="spellStart"/>
      <w:r w:rsidRPr="00C25644">
        <w:t>boshqa</w:t>
      </w:r>
      <w:proofErr w:type="spellEnd"/>
      <w:r w:rsidRPr="00C25644">
        <w:t xml:space="preserve"> </w:t>
      </w:r>
      <w:proofErr w:type="spellStart"/>
      <w:r w:rsidRPr="00C25644">
        <w:t>autentifikatsiya</w:t>
      </w:r>
      <w:proofErr w:type="spellEnd"/>
      <w:r w:rsidRPr="00C25644">
        <w:t xml:space="preserve"> </w:t>
      </w:r>
      <w:proofErr w:type="spellStart"/>
      <w:r w:rsidRPr="00C25644">
        <w:t>vositalarining</w:t>
      </w:r>
      <w:proofErr w:type="spellEnd"/>
      <w:r w:rsidRPr="00C25644">
        <w:t xml:space="preserve"> </w:t>
      </w:r>
      <w:proofErr w:type="spellStart"/>
      <w:r w:rsidRPr="00C25644">
        <w:t>maxfiyligi</w:t>
      </w:r>
      <w:proofErr w:type="spellEnd"/>
      <w:r w:rsidRPr="00C25644">
        <w:t xml:space="preserve"> </w:t>
      </w:r>
      <w:proofErr w:type="spellStart"/>
      <w:r w:rsidRPr="00C25644">
        <w:t>va</w:t>
      </w:r>
      <w:proofErr w:type="spellEnd"/>
      <w:r w:rsidRPr="00C25644">
        <w:t xml:space="preserve"> </w:t>
      </w:r>
      <w:proofErr w:type="spellStart"/>
      <w:r w:rsidRPr="00C25644">
        <w:t>saqlanishini</w:t>
      </w:r>
      <w:proofErr w:type="spellEnd"/>
      <w:r w:rsidRPr="00C25644">
        <w:t xml:space="preserve"> </w:t>
      </w:r>
      <w:proofErr w:type="spellStart"/>
      <w:r w:rsidRPr="00C25644">
        <w:t>ta’minlash</w:t>
      </w:r>
      <w:proofErr w:type="spellEnd"/>
      <w:r w:rsidRPr="00C25644">
        <w:t>;</w:t>
      </w:r>
    </w:p>
    <w:p w14:paraId="359368F0" w14:textId="77777777" w:rsidR="0037439E" w:rsidRPr="00C25644" w:rsidRDefault="00406F7C">
      <w:pPr>
        <w:spacing w:after="0" w:line="240" w:lineRule="auto"/>
        <w:ind w:firstLine="709"/>
        <w:jc w:val="both"/>
      </w:pPr>
      <w:r w:rsidRPr="00C25644">
        <w:t xml:space="preserve">8.2.3. bank </w:t>
      </w:r>
      <w:proofErr w:type="spellStart"/>
      <w:r w:rsidRPr="00C25644">
        <w:t>kartasi</w:t>
      </w:r>
      <w:proofErr w:type="spellEnd"/>
      <w:r w:rsidRPr="00C25644">
        <w:t xml:space="preserve">, </w:t>
      </w:r>
      <w:proofErr w:type="spellStart"/>
      <w:r w:rsidRPr="00C25644">
        <w:t>mobil</w:t>
      </w:r>
      <w:proofErr w:type="spellEnd"/>
      <w:r w:rsidRPr="00C25644">
        <w:t xml:space="preserve"> </w:t>
      </w:r>
      <w:proofErr w:type="spellStart"/>
      <w:r w:rsidRPr="00C25644">
        <w:t>qurilma</w:t>
      </w:r>
      <w:proofErr w:type="spellEnd"/>
      <w:r w:rsidRPr="00C25644">
        <w:t xml:space="preserve"> </w:t>
      </w:r>
      <w:proofErr w:type="spellStart"/>
      <w:r w:rsidRPr="00C25644">
        <w:t>yoki</w:t>
      </w:r>
      <w:proofErr w:type="spellEnd"/>
      <w:r w:rsidRPr="00C25644">
        <w:t xml:space="preserve"> </w:t>
      </w:r>
      <w:proofErr w:type="spellStart"/>
      <w:r w:rsidRPr="00C25644">
        <w:t>masofaviy</w:t>
      </w:r>
      <w:proofErr w:type="spellEnd"/>
      <w:r w:rsidRPr="00C25644">
        <w:t xml:space="preserve"> </w:t>
      </w:r>
      <w:proofErr w:type="spellStart"/>
      <w:r w:rsidRPr="00C25644">
        <w:t>kirish</w:t>
      </w:r>
      <w:proofErr w:type="spellEnd"/>
      <w:r w:rsidRPr="00C25644">
        <w:t xml:space="preserve"> </w:t>
      </w:r>
      <w:proofErr w:type="spellStart"/>
      <w:r w:rsidRPr="00C25644">
        <w:t>vositalari</w:t>
      </w:r>
      <w:proofErr w:type="spellEnd"/>
      <w:r w:rsidRPr="00C25644">
        <w:t xml:space="preserve"> </w:t>
      </w:r>
      <w:proofErr w:type="spellStart"/>
      <w:proofErr w:type="gramStart"/>
      <w:r w:rsidRPr="00C25644">
        <w:t>yo‘</w:t>
      </w:r>
      <w:proofErr w:type="gramEnd"/>
      <w:r w:rsidRPr="00C25644">
        <w:t>qolganligi</w:t>
      </w:r>
      <w:proofErr w:type="spellEnd"/>
      <w:r w:rsidRPr="00C25644">
        <w:t xml:space="preserve">, </w:t>
      </w:r>
      <w:proofErr w:type="spellStart"/>
      <w:r w:rsidRPr="00C25644">
        <w:t>o‘g‘irlangani</w:t>
      </w:r>
      <w:proofErr w:type="spellEnd"/>
      <w:r w:rsidRPr="00C25644">
        <w:t xml:space="preserve"> </w:t>
      </w:r>
      <w:proofErr w:type="spellStart"/>
      <w:r w:rsidRPr="00C25644">
        <w:t>yoki</w:t>
      </w:r>
      <w:proofErr w:type="spellEnd"/>
      <w:r w:rsidRPr="00C25644">
        <w:t xml:space="preserve"> </w:t>
      </w:r>
      <w:proofErr w:type="spellStart"/>
      <w:r w:rsidRPr="00C25644">
        <w:t>uchinchi</w:t>
      </w:r>
      <w:proofErr w:type="spellEnd"/>
      <w:r w:rsidRPr="00C25644">
        <w:t xml:space="preserve"> </w:t>
      </w:r>
      <w:proofErr w:type="spellStart"/>
      <w:r w:rsidRPr="00C25644">
        <w:t>shaxslar</w:t>
      </w:r>
      <w:proofErr w:type="spellEnd"/>
      <w:r w:rsidRPr="00C25644">
        <w:t xml:space="preserve"> </w:t>
      </w:r>
      <w:proofErr w:type="spellStart"/>
      <w:r w:rsidRPr="00C25644">
        <w:t>qo‘liga</w:t>
      </w:r>
      <w:proofErr w:type="spellEnd"/>
      <w:r w:rsidRPr="00C25644">
        <w:t xml:space="preserve"> </w:t>
      </w:r>
      <w:proofErr w:type="spellStart"/>
      <w:r w:rsidRPr="00C25644">
        <w:t>o‘tganligi</w:t>
      </w:r>
      <w:proofErr w:type="spellEnd"/>
      <w:r w:rsidRPr="00C25644">
        <w:t xml:space="preserve"> </w:t>
      </w:r>
      <w:proofErr w:type="spellStart"/>
      <w:r w:rsidRPr="00C25644">
        <w:t>haqida</w:t>
      </w:r>
      <w:proofErr w:type="spellEnd"/>
      <w:r w:rsidRPr="00C25644">
        <w:t xml:space="preserve"> </w:t>
      </w:r>
      <w:proofErr w:type="spellStart"/>
      <w:r w:rsidRPr="00C25644">
        <w:t>Bankni</w:t>
      </w:r>
      <w:proofErr w:type="spellEnd"/>
      <w:r w:rsidRPr="00C25644">
        <w:t xml:space="preserve"> </w:t>
      </w:r>
      <w:proofErr w:type="spellStart"/>
      <w:r w:rsidRPr="00C25644">
        <w:t>darhol</w:t>
      </w:r>
      <w:proofErr w:type="spellEnd"/>
      <w:r w:rsidRPr="00C25644">
        <w:t xml:space="preserve"> </w:t>
      </w:r>
      <w:proofErr w:type="spellStart"/>
      <w:r w:rsidRPr="00C25644">
        <w:t>xabardor</w:t>
      </w:r>
      <w:proofErr w:type="spellEnd"/>
      <w:r w:rsidRPr="00C25644">
        <w:t xml:space="preserve"> </w:t>
      </w:r>
      <w:proofErr w:type="spellStart"/>
      <w:r w:rsidRPr="00C25644">
        <w:t>qilish</w:t>
      </w:r>
      <w:proofErr w:type="spellEnd"/>
      <w:r w:rsidRPr="00C25644">
        <w:t>;</w:t>
      </w:r>
    </w:p>
    <w:p w14:paraId="732D8B3D" w14:textId="77777777" w:rsidR="0037439E" w:rsidRPr="00C25644" w:rsidRDefault="00406F7C">
      <w:pPr>
        <w:spacing w:after="0" w:line="240" w:lineRule="auto"/>
        <w:ind w:firstLine="709"/>
        <w:jc w:val="both"/>
      </w:pPr>
      <w:r w:rsidRPr="00C25644">
        <w:t xml:space="preserve">8.2.4. </w:t>
      </w:r>
      <w:proofErr w:type="spellStart"/>
      <w:r w:rsidRPr="00C25644">
        <w:t>operatsiyalar</w:t>
      </w:r>
      <w:proofErr w:type="spellEnd"/>
      <w:r w:rsidRPr="00C25644">
        <w:t xml:space="preserve">, </w:t>
      </w:r>
      <w:proofErr w:type="spellStart"/>
      <w:r w:rsidRPr="00C25644">
        <w:t>murojaatlar</w:t>
      </w:r>
      <w:proofErr w:type="spellEnd"/>
      <w:r w:rsidRPr="00C25644">
        <w:t xml:space="preserve"> </w:t>
      </w:r>
      <w:proofErr w:type="spellStart"/>
      <w:r w:rsidRPr="00C25644">
        <w:t>va</w:t>
      </w:r>
      <w:proofErr w:type="spellEnd"/>
      <w:r w:rsidRPr="00C25644">
        <w:t xml:space="preserve"> </w:t>
      </w:r>
      <w:proofErr w:type="spellStart"/>
      <w:r w:rsidRPr="00C25644">
        <w:t>mahsulot</w:t>
      </w:r>
      <w:proofErr w:type="spellEnd"/>
      <w:r w:rsidRPr="00C25644">
        <w:t xml:space="preserve"> </w:t>
      </w:r>
      <w:proofErr w:type="spellStart"/>
      <w:r w:rsidRPr="00C25644">
        <w:t>shartlari</w:t>
      </w:r>
      <w:proofErr w:type="spellEnd"/>
      <w:r w:rsidRPr="00C25644">
        <w:t xml:space="preserve"> </w:t>
      </w:r>
      <w:proofErr w:type="spellStart"/>
      <w:proofErr w:type="gramStart"/>
      <w:r w:rsidRPr="00C25644">
        <w:t>bo‘</w:t>
      </w:r>
      <w:proofErr w:type="gramEnd"/>
      <w:r w:rsidRPr="00C25644">
        <w:t>yicha</w:t>
      </w:r>
      <w:proofErr w:type="spellEnd"/>
      <w:r w:rsidRPr="00C25644">
        <w:t xml:space="preserve"> </w:t>
      </w:r>
      <w:proofErr w:type="spellStart"/>
      <w:r w:rsidRPr="00C25644">
        <w:t>Bankning</w:t>
      </w:r>
      <w:proofErr w:type="spellEnd"/>
      <w:r w:rsidRPr="00C25644">
        <w:t xml:space="preserve"> </w:t>
      </w:r>
      <w:proofErr w:type="spellStart"/>
      <w:r w:rsidRPr="00C25644">
        <w:t>qonuniy</w:t>
      </w:r>
      <w:proofErr w:type="spellEnd"/>
      <w:r w:rsidRPr="00C25644">
        <w:t xml:space="preserve"> </w:t>
      </w:r>
      <w:proofErr w:type="spellStart"/>
      <w:r w:rsidRPr="00C25644">
        <w:t>talablarini</w:t>
      </w:r>
      <w:proofErr w:type="spellEnd"/>
      <w:r w:rsidRPr="00C25644">
        <w:t xml:space="preserve"> </w:t>
      </w:r>
      <w:proofErr w:type="spellStart"/>
      <w:r w:rsidRPr="00C25644">
        <w:t>bajarish</w:t>
      </w:r>
      <w:proofErr w:type="spellEnd"/>
      <w:r w:rsidRPr="00C25644">
        <w:t>;</w:t>
      </w:r>
    </w:p>
    <w:p w14:paraId="35438B03" w14:textId="77777777" w:rsidR="0037439E" w:rsidRPr="00C25644" w:rsidRDefault="00406F7C">
      <w:pPr>
        <w:spacing w:after="0" w:line="240" w:lineRule="auto"/>
        <w:ind w:firstLine="709"/>
        <w:jc w:val="both"/>
      </w:pPr>
      <w:r w:rsidRPr="00C25644">
        <w:t xml:space="preserve">8.2.5. </w:t>
      </w:r>
      <w:proofErr w:type="spellStart"/>
      <w:r w:rsidRPr="00C25644">
        <w:t>qonunchilikda</w:t>
      </w:r>
      <w:proofErr w:type="spellEnd"/>
      <w:r w:rsidRPr="00C25644">
        <w:t xml:space="preserve">, </w:t>
      </w:r>
      <w:proofErr w:type="spellStart"/>
      <w:r w:rsidRPr="00C25644">
        <w:t>ushbu</w:t>
      </w:r>
      <w:proofErr w:type="spellEnd"/>
      <w:r w:rsidRPr="00C25644">
        <w:t xml:space="preserve"> </w:t>
      </w:r>
      <w:proofErr w:type="spellStart"/>
      <w:r w:rsidRPr="00C25644">
        <w:t>Shartnomada</w:t>
      </w:r>
      <w:proofErr w:type="spellEnd"/>
      <w:r w:rsidRPr="00C25644">
        <w:t xml:space="preserve"> </w:t>
      </w:r>
      <w:proofErr w:type="spellStart"/>
      <w:r w:rsidRPr="00C25644">
        <w:t>va</w:t>
      </w:r>
      <w:proofErr w:type="spellEnd"/>
      <w:r w:rsidRPr="00C25644">
        <w:t xml:space="preserve"> </w:t>
      </w:r>
      <w:proofErr w:type="spellStart"/>
      <w:r w:rsidRPr="00C25644">
        <w:t>mahsulotning</w:t>
      </w:r>
      <w:proofErr w:type="spellEnd"/>
      <w:r w:rsidRPr="00C25644">
        <w:t xml:space="preserve"> individual </w:t>
      </w:r>
      <w:proofErr w:type="spellStart"/>
      <w:r w:rsidRPr="00C25644">
        <w:t>shartlarida</w:t>
      </w:r>
      <w:proofErr w:type="spellEnd"/>
      <w:r w:rsidRPr="00C25644">
        <w:t xml:space="preserve"> </w:t>
      </w:r>
      <w:proofErr w:type="spellStart"/>
      <w:r w:rsidRPr="00C25644">
        <w:t>nazarda</w:t>
      </w:r>
      <w:proofErr w:type="spellEnd"/>
      <w:r w:rsidRPr="00C25644">
        <w:t xml:space="preserve"> </w:t>
      </w:r>
      <w:proofErr w:type="spellStart"/>
      <w:r w:rsidRPr="00C25644">
        <w:t>tutilgan</w:t>
      </w:r>
      <w:proofErr w:type="spellEnd"/>
      <w:r w:rsidRPr="00C25644">
        <w:t xml:space="preserve"> </w:t>
      </w:r>
      <w:proofErr w:type="spellStart"/>
      <w:proofErr w:type="gramStart"/>
      <w:r w:rsidRPr="00C25644">
        <w:t>to‘</w:t>
      </w:r>
      <w:proofErr w:type="gramEnd"/>
      <w:r w:rsidRPr="00C25644">
        <w:t>lovlar</w:t>
      </w:r>
      <w:proofErr w:type="spellEnd"/>
      <w:r w:rsidRPr="00C25644">
        <w:t xml:space="preserve"> </w:t>
      </w:r>
      <w:proofErr w:type="spellStart"/>
      <w:r w:rsidRPr="00C25644">
        <w:t>hamda</w:t>
      </w:r>
      <w:proofErr w:type="spellEnd"/>
      <w:r w:rsidRPr="00C25644">
        <w:t xml:space="preserve"> </w:t>
      </w:r>
      <w:proofErr w:type="spellStart"/>
      <w:r w:rsidRPr="00C25644">
        <w:t>komissiyalarni</w:t>
      </w:r>
      <w:proofErr w:type="spellEnd"/>
      <w:r w:rsidRPr="00C25644">
        <w:t xml:space="preserve"> </w:t>
      </w:r>
      <w:proofErr w:type="spellStart"/>
      <w:r w:rsidRPr="00C25644">
        <w:t>to‘lash</w:t>
      </w:r>
      <w:proofErr w:type="spellEnd"/>
      <w:r w:rsidRPr="00C25644">
        <w:t>;</w:t>
      </w:r>
    </w:p>
    <w:p w14:paraId="7B38C2A2" w14:textId="77777777" w:rsidR="0037439E" w:rsidRPr="00C25644" w:rsidRDefault="00406F7C">
      <w:pPr>
        <w:spacing w:after="0" w:line="240" w:lineRule="auto"/>
        <w:ind w:firstLine="709"/>
        <w:jc w:val="both"/>
      </w:pPr>
      <w:r w:rsidRPr="00C25644">
        <w:t xml:space="preserve">8.2.6. </w:t>
      </w:r>
      <w:proofErr w:type="spellStart"/>
      <w:proofErr w:type="gramStart"/>
      <w:r w:rsidRPr="00C25644">
        <w:t>o‘</w:t>
      </w:r>
      <w:proofErr w:type="gramEnd"/>
      <w:r w:rsidRPr="00C25644">
        <w:t>z</w:t>
      </w:r>
      <w:proofErr w:type="spellEnd"/>
      <w:r w:rsidRPr="00C25644">
        <w:t xml:space="preserve"> </w:t>
      </w:r>
      <w:proofErr w:type="spellStart"/>
      <w:r w:rsidRPr="00C25644">
        <w:t>ma’lumotlari</w:t>
      </w:r>
      <w:proofErr w:type="spellEnd"/>
      <w:r w:rsidRPr="00C25644">
        <w:t xml:space="preserve">, </w:t>
      </w:r>
      <w:proofErr w:type="spellStart"/>
      <w:r w:rsidRPr="00C25644">
        <w:t>telefon</w:t>
      </w:r>
      <w:proofErr w:type="spellEnd"/>
      <w:r w:rsidRPr="00C25644">
        <w:t xml:space="preserve"> </w:t>
      </w:r>
      <w:proofErr w:type="spellStart"/>
      <w:r w:rsidRPr="00C25644">
        <w:t>raqami</w:t>
      </w:r>
      <w:proofErr w:type="spellEnd"/>
      <w:r w:rsidRPr="00C25644">
        <w:t xml:space="preserve">, </w:t>
      </w:r>
      <w:proofErr w:type="spellStart"/>
      <w:r w:rsidRPr="00C25644">
        <w:t>elektron</w:t>
      </w:r>
      <w:proofErr w:type="spellEnd"/>
      <w:r w:rsidRPr="00C25644">
        <w:t xml:space="preserve"> </w:t>
      </w:r>
      <w:proofErr w:type="spellStart"/>
      <w:r w:rsidRPr="00C25644">
        <w:t>pochta</w:t>
      </w:r>
      <w:proofErr w:type="spellEnd"/>
      <w:r w:rsidRPr="00C25644">
        <w:t xml:space="preserve"> </w:t>
      </w:r>
      <w:proofErr w:type="spellStart"/>
      <w:r w:rsidRPr="00C25644">
        <w:t>manzili</w:t>
      </w:r>
      <w:proofErr w:type="spellEnd"/>
      <w:r w:rsidRPr="00C25644">
        <w:t xml:space="preserve"> </w:t>
      </w:r>
      <w:proofErr w:type="spellStart"/>
      <w:r w:rsidRPr="00C25644">
        <w:t>va</w:t>
      </w:r>
      <w:proofErr w:type="spellEnd"/>
      <w:r w:rsidRPr="00C25644">
        <w:t xml:space="preserve"> </w:t>
      </w:r>
      <w:proofErr w:type="spellStart"/>
      <w:r w:rsidRPr="00C25644">
        <w:t>boshqa</w:t>
      </w:r>
      <w:proofErr w:type="spellEnd"/>
      <w:r w:rsidRPr="00C25644">
        <w:t xml:space="preserve"> </w:t>
      </w:r>
      <w:proofErr w:type="spellStart"/>
      <w:r w:rsidRPr="00C25644">
        <w:t>rekvizitlari</w:t>
      </w:r>
      <w:proofErr w:type="spellEnd"/>
      <w:r w:rsidRPr="00C25644">
        <w:t xml:space="preserve"> </w:t>
      </w:r>
      <w:proofErr w:type="spellStart"/>
      <w:r w:rsidRPr="00C25644">
        <w:t>o‘zgarganda</w:t>
      </w:r>
      <w:proofErr w:type="spellEnd"/>
      <w:r w:rsidRPr="00C25644">
        <w:t xml:space="preserve"> </w:t>
      </w:r>
      <w:proofErr w:type="spellStart"/>
      <w:r w:rsidRPr="00C25644">
        <w:t>Bankni</w:t>
      </w:r>
      <w:proofErr w:type="spellEnd"/>
      <w:r w:rsidRPr="00C25644">
        <w:t xml:space="preserve"> </w:t>
      </w:r>
      <w:proofErr w:type="spellStart"/>
      <w:r w:rsidRPr="00C25644">
        <w:t>kechiktirmasdan</w:t>
      </w:r>
      <w:proofErr w:type="spellEnd"/>
      <w:r w:rsidRPr="00C25644">
        <w:t xml:space="preserve"> </w:t>
      </w:r>
      <w:proofErr w:type="spellStart"/>
      <w:r w:rsidRPr="00C25644">
        <w:t>xabardor</w:t>
      </w:r>
      <w:proofErr w:type="spellEnd"/>
      <w:r w:rsidRPr="00C25644">
        <w:t xml:space="preserve"> </w:t>
      </w:r>
      <w:proofErr w:type="spellStart"/>
      <w:r w:rsidRPr="00C25644">
        <w:t>qilish</w:t>
      </w:r>
      <w:proofErr w:type="spellEnd"/>
      <w:r w:rsidRPr="00C25644">
        <w:t>.</w:t>
      </w:r>
    </w:p>
    <w:p w14:paraId="4B8FCB2B" w14:textId="77777777" w:rsidR="0037439E" w:rsidRPr="00C25644" w:rsidRDefault="0037439E">
      <w:pPr>
        <w:spacing w:after="40" w:line="240" w:lineRule="auto"/>
        <w:jc w:val="both"/>
      </w:pPr>
    </w:p>
    <w:p w14:paraId="66721672" w14:textId="77777777" w:rsidR="0037439E" w:rsidRPr="00C25644" w:rsidRDefault="00406F7C">
      <w:pPr>
        <w:spacing w:after="0" w:line="240" w:lineRule="auto"/>
        <w:jc w:val="both"/>
      </w:pPr>
      <w:r w:rsidRPr="00C25644">
        <w:rPr>
          <w:b/>
        </w:rPr>
        <w:t xml:space="preserve">9. ISTE’MOLCHIGA AXBOROT BERISH VA MUROJAATLARNI </w:t>
      </w:r>
      <w:proofErr w:type="gramStart"/>
      <w:r w:rsidRPr="00C25644">
        <w:rPr>
          <w:b/>
        </w:rPr>
        <w:t>KO‘</w:t>
      </w:r>
      <w:proofErr w:type="gramEnd"/>
      <w:r w:rsidRPr="00C25644">
        <w:rPr>
          <w:b/>
        </w:rPr>
        <w:t>RIB CHIQISH</w:t>
      </w:r>
    </w:p>
    <w:p w14:paraId="41D40DD9" w14:textId="77777777" w:rsidR="0037439E" w:rsidRPr="00C25644" w:rsidRDefault="00406F7C">
      <w:pPr>
        <w:spacing w:after="0" w:line="240" w:lineRule="auto"/>
        <w:ind w:firstLine="709"/>
        <w:jc w:val="both"/>
      </w:pPr>
      <w:r w:rsidRPr="00C25644">
        <w:t xml:space="preserve">9.1. Bank </w:t>
      </w:r>
      <w:proofErr w:type="spellStart"/>
      <w:r w:rsidRPr="00C25644">
        <w:t>Mijozga</w:t>
      </w:r>
      <w:proofErr w:type="spellEnd"/>
      <w:r w:rsidRPr="00C25644">
        <w:t xml:space="preserve"> </w:t>
      </w:r>
      <w:proofErr w:type="spellStart"/>
      <w:r w:rsidRPr="00C25644">
        <w:t>mahsulotning</w:t>
      </w:r>
      <w:proofErr w:type="spellEnd"/>
      <w:r w:rsidRPr="00C25644">
        <w:t xml:space="preserve"> </w:t>
      </w:r>
      <w:proofErr w:type="spellStart"/>
      <w:r w:rsidRPr="00C25644">
        <w:t>asosiy</w:t>
      </w:r>
      <w:proofErr w:type="spellEnd"/>
      <w:r w:rsidRPr="00C25644">
        <w:t xml:space="preserve"> </w:t>
      </w:r>
      <w:proofErr w:type="spellStart"/>
      <w:r w:rsidRPr="00C25644">
        <w:t>shartlari</w:t>
      </w:r>
      <w:proofErr w:type="spellEnd"/>
      <w:r w:rsidRPr="00C25644">
        <w:t xml:space="preserve">, </w:t>
      </w:r>
      <w:proofErr w:type="spellStart"/>
      <w:r w:rsidRPr="00C25644">
        <w:t>tariflari</w:t>
      </w:r>
      <w:proofErr w:type="spellEnd"/>
      <w:r w:rsidRPr="00C25644">
        <w:t xml:space="preserve">, </w:t>
      </w:r>
      <w:proofErr w:type="spellStart"/>
      <w:r w:rsidRPr="00C25644">
        <w:t>komissiyalar</w:t>
      </w:r>
      <w:proofErr w:type="spellEnd"/>
      <w:r w:rsidRPr="00C25644">
        <w:t xml:space="preserve">, </w:t>
      </w:r>
      <w:proofErr w:type="spellStart"/>
      <w:r w:rsidRPr="00C25644">
        <w:t>xavflar</w:t>
      </w:r>
      <w:proofErr w:type="spellEnd"/>
      <w:r w:rsidRPr="00C25644">
        <w:t xml:space="preserve">, </w:t>
      </w:r>
      <w:proofErr w:type="spellStart"/>
      <w:r w:rsidRPr="00C25644">
        <w:t>cheklovlar</w:t>
      </w:r>
      <w:proofErr w:type="spellEnd"/>
      <w:r w:rsidRPr="00C25644">
        <w:t xml:space="preserve"> </w:t>
      </w:r>
      <w:proofErr w:type="spellStart"/>
      <w:r w:rsidRPr="00C25644">
        <w:t>hamda</w:t>
      </w:r>
      <w:proofErr w:type="spellEnd"/>
      <w:r w:rsidRPr="00C25644">
        <w:t xml:space="preserve"> </w:t>
      </w:r>
      <w:proofErr w:type="spellStart"/>
      <w:r w:rsidRPr="00C25644">
        <w:t>murojaat</w:t>
      </w:r>
      <w:proofErr w:type="spellEnd"/>
      <w:r w:rsidRPr="00C25644">
        <w:t xml:space="preserve"> </w:t>
      </w:r>
      <w:proofErr w:type="spellStart"/>
      <w:r w:rsidRPr="00C25644">
        <w:t>qilish</w:t>
      </w:r>
      <w:proofErr w:type="spellEnd"/>
      <w:r w:rsidRPr="00C25644">
        <w:t xml:space="preserve"> </w:t>
      </w:r>
      <w:proofErr w:type="spellStart"/>
      <w:r w:rsidRPr="00C25644">
        <w:t>tartibi</w:t>
      </w:r>
      <w:proofErr w:type="spellEnd"/>
      <w:r w:rsidRPr="00C25644">
        <w:t xml:space="preserve"> </w:t>
      </w:r>
      <w:proofErr w:type="spellStart"/>
      <w:proofErr w:type="gramStart"/>
      <w:r w:rsidRPr="00C25644">
        <w:t>bo‘</w:t>
      </w:r>
      <w:proofErr w:type="gramEnd"/>
      <w:r w:rsidRPr="00C25644">
        <w:t>yicha</w:t>
      </w:r>
      <w:proofErr w:type="spellEnd"/>
      <w:r w:rsidRPr="00C25644">
        <w:t xml:space="preserve"> </w:t>
      </w:r>
      <w:proofErr w:type="spellStart"/>
      <w:r w:rsidRPr="00C25644">
        <w:t>axborotni</w:t>
      </w:r>
      <w:proofErr w:type="spellEnd"/>
      <w:r w:rsidRPr="00C25644">
        <w:t xml:space="preserve"> </w:t>
      </w:r>
      <w:proofErr w:type="spellStart"/>
      <w:r w:rsidRPr="00C25644">
        <w:t>o‘zining</w:t>
      </w:r>
      <w:proofErr w:type="spellEnd"/>
      <w:r w:rsidRPr="00C25644">
        <w:t xml:space="preserve"> </w:t>
      </w:r>
      <w:proofErr w:type="spellStart"/>
      <w:r w:rsidRPr="00C25644">
        <w:t>rasmiy</w:t>
      </w:r>
      <w:proofErr w:type="spellEnd"/>
      <w:r w:rsidRPr="00C25644">
        <w:t xml:space="preserve"> </w:t>
      </w:r>
      <w:proofErr w:type="spellStart"/>
      <w:r w:rsidRPr="00C25644">
        <w:t>kanallari</w:t>
      </w:r>
      <w:proofErr w:type="spellEnd"/>
      <w:r w:rsidRPr="00C25644">
        <w:t xml:space="preserve"> </w:t>
      </w:r>
      <w:proofErr w:type="spellStart"/>
      <w:r w:rsidRPr="00C25644">
        <w:t>orqali</w:t>
      </w:r>
      <w:proofErr w:type="spellEnd"/>
      <w:r w:rsidRPr="00C25644">
        <w:t xml:space="preserve"> </w:t>
      </w:r>
      <w:proofErr w:type="spellStart"/>
      <w:r w:rsidRPr="00C25644">
        <w:t>taqdim</w:t>
      </w:r>
      <w:proofErr w:type="spellEnd"/>
      <w:r w:rsidRPr="00C25644">
        <w:t xml:space="preserve"> </w:t>
      </w:r>
      <w:proofErr w:type="spellStart"/>
      <w:r w:rsidRPr="00C25644">
        <w:t>etadi</w:t>
      </w:r>
      <w:proofErr w:type="spellEnd"/>
      <w:r w:rsidRPr="00C25644">
        <w:t>.</w:t>
      </w:r>
    </w:p>
    <w:p w14:paraId="7F241006" w14:textId="77777777" w:rsidR="0037439E" w:rsidRPr="00C25644" w:rsidRDefault="00406F7C">
      <w:pPr>
        <w:spacing w:after="0" w:line="240" w:lineRule="auto"/>
        <w:ind w:firstLine="709"/>
        <w:jc w:val="both"/>
      </w:pPr>
      <w:r w:rsidRPr="00C25644">
        <w:t xml:space="preserve">9.2. Bank </w:t>
      </w:r>
      <w:proofErr w:type="spellStart"/>
      <w:r w:rsidRPr="00C25644">
        <w:t>bank</w:t>
      </w:r>
      <w:proofErr w:type="spellEnd"/>
      <w:r w:rsidRPr="00C25644">
        <w:t xml:space="preserve"> </w:t>
      </w:r>
      <w:proofErr w:type="spellStart"/>
      <w:r w:rsidRPr="00C25644">
        <w:t>kartalari</w:t>
      </w:r>
      <w:proofErr w:type="spellEnd"/>
      <w:r w:rsidRPr="00C25644">
        <w:t xml:space="preserve"> </w:t>
      </w:r>
      <w:proofErr w:type="spellStart"/>
      <w:r w:rsidRPr="00C25644">
        <w:t>va</w:t>
      </w:r>
      <w:proofErr w:type="spellEnd"/>
      <w:r w:rsidRPr="00C25644">
        <w:t xml:space="preserve"> talab </w:t>
      </w:r>
      <w:proofErr w:type="spellStart"/>
      <w:r w:rsidRPr="00C25644">
        <w:t>qilib</w:t>
      </w:r>
      <w:proofErr w:type="spellEnd"/>
      <w:r w:rsidRPr="00C25644">
        <w:t xml:space="preserve"> </w:t>
      </w:r>
      <w:proofErr w:type="spellStart"/>
      <w:r w:rsidRPr="00C25644">
        <w:t>olinguncha</w:t>
      </w:r>
      <w:proofErr w:type="spellEnd"/>
      <w:r w:rsidRPr="00C25644">
        <w:t xml:space="preserve"> bank </w:t>
      </w:r>
      <w:proofErr w:type="spellStart"/>
      <w:r w:rsidRPr="00C25644">
        <w:t>hisobvaraqlari</w:t>
      </w:r>
      <w:proofErr w:type="spellEnd"/>
      <w:r w:rsidRPr="00C25644">
        <w:t xml:space="preserve"> </w:t>
      </w:r>
      <w:proofErr w:type="spellStart"/>
      <w:proofErr w:type="gramStart"/>
      <w:r w:rsidRPr="00C25644">
        <w:t>bo‘</w:t>
      </w:r>
      <w:proofErr w:type="gramEnd"/>
      <w:r w:rsidRPr="00C25644">
        <w:t>yicha</w:t>
      </w:r>
      <w:proofErr w:type="spellEnd"/>
      <w:r w:rsidRPr="00C25644">
        <w:t xml:space="preserve"> </w:t>
      </w:r>
      <w:proofErr w:type="spellStart"/>
      <w:r w:rsidRPr="00C25644">
        <w:t>iste’molchilar</w:t>
      </w:r>
      <w:proofErr w:type="spellEnd"/>
      <w:r w:rsidRPr="00C25644">
        <w:t xml:space="preserve"> </w:t>
      </w:r>
      <w:proofErr w:type="spellStart"/>
      <w:r w:rsidRPr="00C25644">
        <w:t>bilan</w:t>
      </w:r>
      <w:proofErr w:type="spellEnd"/>
      <w:r w:rsidRPr="00C25644">
        <w:t xml:space="preserve"> </w:t>
      </w:r>
      <w:proofErr w:type="spellStart"/>
      <w:r w:rsidRPr="00C25644">
        <w:t>o‘zaro</w:t>
      </w:r>
      <w:proofErr w:type="spellEnd"/>
      <w:r w:rsidRPr="00C25644">
        <w:t xml:space="preserve"> </w:t>
      </w:r>
      <w:proofErr w:type="spellStart"/>
      <w:r w:rsidRPr="00C25644">
        <w:t>munosabatlarga</w:t>
      </w:r>
      <w:proofErr w:type="spellEnd"/>
      <w:r w:rsidRPr="00C25644">
        <w:t xml:space="preserve"> </w:t>
      </w:r>
      <w:proofErr w:type="spellStart"/>
      <w:r w:rsidRPr="00C25644">
        <w:t>qo‘yiladigan</w:t>
      </w:r>
      <w:proofErr w:type="spellEnd"/>
      <w:r w:rsidRPr="00C25644">
        <w:t xml:space="preserve"> minimal </w:t>
      </w:r>
      <w:proofErr w:type="spellStart"/>
      <w:r w:rsidRPr="00C25644">
        <w:t>talablar</w:t>
      </w:r>
      <w:proofErr w:type="spellEnd"/>
      <w:r w:rsidRPr="00C25644">
        <w:t xml:space="preserve"> </w:t>
      </w:r>
      <w:proofErr w:type="spellStart"/>
      <w:r w:rsidRPr="00C25644">
        <w:t>to‘g‘risidagi</w:t>
      </w:r>
      <w:proofErr w:type="spellEnd"/>
      <w:r w:rsidRPr="00C25644">
        <w:t xml:space="preserve"> </w:t>
      </w:r>
      <w:proofErr w:type="spellStart"/>
      <w:r w:rsidRPr="00C25644">
        <w:t>normativ</w:t>
      </w:r>
      <w:proofErr w:type="spellEnd"/>
      <w:r w:rsidRPr="00C25644">
        <w:t xml:space="preserve"> </w:t>
      </w:r>
      <w:proofErr w:type="spellStart"/>
      <w:r w:rsidRPr="00C25644">
        <w:t>hujjatlar</w:t>
      </w:r>
      <w:proofErr w:type="spellEnd"/>
      <w:r w:rsidRPr="00C25644">
        <w:t xml:space="preserve"> </w:t>
      </w:r>
      <w:proofErr w:type="spellStart"/>
      <w:r w:rsidRPr="00C25644">
        <w:t>talablariga</w:t>
      </w:r>
      <w:proofErr w:type="spellEnd"/>
      <w:r w:rsidRPr="00C25644">
        <w:t xml:space="preserve"> </w:t>
      </w:r>
      <w:proofErr w:type="spellStart"/>
      <w:r w:rsidRPr="00C25644">
        <w:t>muvofiq</w:t>
      </w:r>
      <w:proofErr w:type="spellEnd"/>
      <w:r w:rsidRPr="00C25644">
        <w:t xml:space="preserve">, </w:t>
      </w:r>
      <w:proofErr w:type="spellStart"/>
      <w:r w:rsidRPr="00C25644">
        <w:t>qonunchilikda</w:t>
      </w:r>
      <w:proofErr w:type="spellEnd"/>
      <w:r w:rsidRPr="00C25644">
        <w:t xml:space="preserve"> </w:t>
      </w:r>
      <w:proofErr w:type="spellStart"/>
      <w:r w:rsidRPr="00C25644">
        <w:t>nazarda</w:t>
      </w:r>
      <w:proofErr w:type="spellEnd"/>
      <w:r w:rsidRPr="00C25644">
        <w:t xml:space="preserve"> </w:t>
      </w:r>
      <w:proofErr w:type="spellStart"/>
      <w:r w:rsidRPr="00C25644">
        <w:t>tutilgan</w:t>
      </w:r>
      <w:proofErr w:type="spellEnd"/>
      <w:r w:rsidRPr="00C25644">
        <w:t xml:space="preserve"> </w:t>
      </w:r>
      <w:proofErr w:type="spellStart"/>
      <w:r w:rsidRPr="00C25644">
        <w:t>hollarda</w:t>
      </w:r>
      <w:proofErr w:type="spellEnd"/>
      <w:r w:rsidRPr="00C25644">
        <w:t xml:space="preserve"> </w:t>
      </w:r>
      <w:proofErr w:type="spellStart"/>
      <w:r w:rsidRPr="00C25644">
        <w:t>axborot</w:t>
      </w:r>
      <w:proofErr w:type="spellEnd"/>
      <w:r w:rsidRPr="00C25644">
        <w:t xml:space="preserve"> </w:t>
      </w:r>
      <w:proofErr w:type="spellStart"/>
      <w:r w:rsidRPr="00C25644">
        <w:t>varaqasi</w:t>
      </w:r>
      <w:proofErr w:type="spellEnd"/>
      <w:r w:rsidRPr="00C25644">
        <w:t xml:space="preserve"> </w:t>
      </w:r>
      <w:proofErr w:type="spellStart"/>
      <w:r w:rsidRPr="00C25644">
        <w:t>va</w:t>
      </w:r>
      <w:proofErr w:type="spellEnd"/>
      <w:r w:rsidRPr="00C25644">
        <w:t xml:space="preserve"> </w:t>
      </w:r>
      <w:proofErr w:type="spellStart"/>
      <w:r w:rsidRPr="00C25644">
        <w:t>boshqa</w:t>
      </w:r>
      <w:proofErr w:type="spellEnd"/>
      <w:r w:rsidRPr="00C25644">
        <w:t xml:space="preserve"> </w:t>
      </w:r>
      <w:proofErr w:type="spellStart"/>
      <w:r w:rsidRPr="00C25644">
        <w:t>majburiy</w:t>
      </w:r>
      <w:proofErr w:type="spellEnd"/>
      <w:r w:rsidRPr="00C25644">
        <w:t xml:space="preserve"> </w:t>
      </w:r>
      <w:proofErr w:type="spellStart"/>
      <w:r w:rsidRPr="00C25644">
        <w:t>ma’lumotlarni</w:t>
      </w:r>
      <w:proofErr w:type="spellEnd"/>
      <w:r w:rsidRPr="00C25644">
        <w:t xml:space="preserve"> </w:t>
      </w:r>
      <w:proofErr w:type="spellStart"/>
      <w:r w:rsidRPr="00C25644">
        <w:t>taqdim</w:t>
      </w:r>
      <w:proofErr w:type="spellEnd"/>
      <w:r w:rsidRPr="00C25644">
        <w:t xml:space="preserve"> </w:t>
      </w:r>
      <w:proofErr w:type="spellStart"/>
      <w:r w:rsidRPr="00C25644">
        <w:t>etadi</w:t>
      </w:r>
      <w:proofErr w:type="spellEnd"/>
      <w:r w:rsidRPr="00C25644">
        <w:t>.</w:t>
      </w:r>
    </w:p>
    <w:p w14:paraId="2587C059" w14:textId="77777777" w:rsidR="0037439E" w:rsidRPr="00C25644" w:rsidRDefault="00406F7C">
      <w:pPr>
        <w:spacing w:after="0" w:line="240" w:lineRule="auto"/>
        <w:ind w:firstLine="709"/>
        <w:jc w:val="both"/>
      </w:pPr>
      <w:r w:rsidRPr="00C25644">
        <w:t xml:space="preserve">9.3. Talab </w:t>
      </w:r>
      <w:proofErr w:type="spellStart"/>
      <w:r w:rsidRPr="00C25644">
        <w:t>qilib</w:t>
      </w:r>
      <w:proofErr w:type="spellEnd"/>
      <w:r w:rsidRPr="00C25644">
        <w:t xml:space="preserve"> </w:t>
      </w:r>
      <w:proofErr w:type="spellStart"/>
      <w:r w:rsidRPr="00C25644">
        <w:t>olinguncha</w:t>
      </w:r>
      <w:proofErr w:type="spellEnd"/>
      <w:r w:rsidRPr="00C25644">
        <w:t xml:space="preserve"> bank </w:t>
      </w:r>
      <w:proofErr w:type="spellStart"/>
      <w:r w:rsidRPr="00C25644">
        <w:t>hisobvaraqlari</w:t>
      </w:r>
      <w:proofErr w:type="spellEnd"/>
      <w:r w:rsidRPr="00C25644">
        <w:t xml:space="preserve"> </w:t>
      </w:r>
      <w:proofErr w:type="spellStart"/>
      <w:proofErr w:type="gramStart"/>
      <w:r w:rsidRPr="00C25644">
        <w:t>bo‘</w:t>
      </w:r>
      <w:proofErr w:type="gramEnd"/>
      <w:r w:rsidRPr="00C25644">
        <w:t>yicha</w:t>
      </w:r>
      <w:proofErr w:type="spellEnd"/>
      <w:r w:rsidRPr="00C25644">
        <w:t xml:space="preserve"> Bank </w:t>
      </w:r>
      <w:proofErr w:type="spellStart"/>
      <w:r w:rsidRPr="00C25644">
        <w:t>Mijozga</w:t>
      </w:r>
      <w:proofErr w:type="spellEnd"/>
      <w:r w:rsidRPr="00C25644">
        <w:t xml:space="preserve"> </w:t>
      </w:r>
      <w:proofErr w:type="spellStart"/>
      <w:r w:rsidRPr="00C25644">
        <w:t>qonunchilikda</w:t>
      </w:r>
      <w:proofErr w:type="spellEnd"/>
      <w:r w:rsidRPr="00C25644">
        <w:t xml:space="preserve"> </w:t>
      </w:r>
      <w:proofErr w:type="spellStart"/>
      <w:r w:rsidRPr="00C25644">
        <w:t>nazarda</w:t>
      </w:r>
      <w:proofErr w:type="spellEnd"/>
      <w:r w:rsidRPr="00C25644">
        <w:t xml:space="preserve"> </w:t>
      </w:r>
      <w:proofErr w:type="spellStart"/>
      <w:r w:rsidRPr="00C25644">
        <w:t>tutilgan</w:t>
      </w:r>
      <w:proofErr w:type="spellEnd"/>
      <w:r w:rsidRPr="00C25644">
        <w:t xml:space="preserve"> </w:t>
      </w:r>
      <w:proofErr w:type="spellStart"/>
      <w:r w:rsidRPr="00C25644">
        <w:t>hollarda</w:t>
      </w:r>
      <w:proofErr w:type="spellEnd"/>
      <w:r w:rsidRPr="00C25644">
        <w:t xml:space="preserve"> </w:t>
      </w:r>
      <w:proofErr w:type="spellStart"/>
      <w:r w:rsidRPr="00C25644">
        <w:t>kafolatlash</w:t>
      </w:r>
      <w:proofErr w:type="spellEnd"/>
      <w:r w:rsidRPr="00C25644">
        <w:t xml:space="preserve"> </w:t>
      </w:r>
      <w:proofErr w:type="spellStart"/>
      <w:r w:rsidRPr="00C25644">
        <w:t>tizimi</w:t>
      </w:r>
      <w:proofErr w:type="spellEnd"/>
      <w:r w:rsidRPr="00C25644">
        <w:t xml:space="preserve"> </w:t>
      </w:r>
      <w:proofErr w:type="spellStart"/>
      <w:r w:rsidRPr="00C25644">
        <w:t>to‘g‘risidagi</w:t>
      </w:r>
      <w:proofErr w:type="spellEnd"/>
      <w:r w:rsidRPr="00C25644">
        <w:t xml:space="preserve"> </w:t>
      </w:r>
      <w:proofErr w:type="spellStart"/>
      <w:r w:rsidRPr="00C25644">
        <w:t>axborotni</w:t>
      </w:r>
      <w:proofErr w:type="spellEnd"/>
      <w:r w:rsidRPr="00C25644">
        <w:t xml:space="preserve"> </w:t>
      </w:r>
      <w:proofErr w:type="spellStart"/>
      <w:r w:rsidRPr="00C25644">
        <w:t>taqdim</w:t>
      </w:r>
      <w:proofErr w:type="spellEnd"/>
      <w:r w:rsidRPr="00C25644">
        <w:t xml:space="preserve"> </w:t>
      </w:r>
      <w:proofErr w:type="spellStart"/>
      <w:r w:rsidRPr="00C25644">
        <w:t>etadi</w:t>
      </w:r>
      <w:proofErr w:type="spellEnd"/>
      <w:r w:rsidRPr="00C25644">
        <w:t xml:space="preserve"> </w:t>
      </w:r>
      <w:proofErr w:type="spellStart"/>
      <w:r w:rsidRPr="00C25644">
        <w:t>hamda</w:t>
      </w:r>
      <w:proofErr w:type="spellEnd"/>
      <w:r w:rsidRPr="00C25644">
        <w:t xml:space="preserve"> </w:t>
      </w:r>
      <w:proofErr w:type="spellStart"/>
      <w:r w:rsidRPr="00C25644">
        <w:t>Mijozning</w:t>
      </w:r>
      <w:proofErr w:type="spellEnd"/>
      <w:r w:rsidRPr="00C25644">
        <w:t xml:space="preserve"> u </w:t>
      </w:r>
      <w:proofErr w:type="spellStart"/>
      <w:r w:rsidRPr="00C25644">
        <w:t>bilan</w:t>
      </w:r>
      <w:proofErr w:type="spellEnd"/>
      <w:r w:rsidRPr="00C25644">
        <w:t xml:space="preserve"> </w:t>
      </w:r>
      <w:proofErr w:type="spellStart"/>
      <w:r w:rsidRPr="00C25644">
        <w:t>tanishganini</w:t>
      </w:r>
      <w:proofErr w:type="spellEnd"/>
      <w:r w:rsidRPr="00C25644">
        <w:t xml:space="preserve"> </w:t>
      </w:r>
      <w:proofErr w:type="spellStart"/>
      <w:r w:rsidRPr="00C25644">
        <w:t>qayd</w:t>
      </w:r>
      <w:proofErr w:type="spellEnd"/>
      <w:r w:rsidRPr="00C25644">
        <w:t xml:space="preserve"> </w:t>
      </w:r>
      <w:proofErr w:type="spellStart"/>
      <w:r w:rsidRPr="00C25644">
        <w:t>etadi</w:t>
      </w:r>
      <w:proofErr w:type="spellEnd"/>
      <w:r w:rsidRPr="00C25644">
        <w:t>.</w:t>
      </w:r>
    </w:p>
    <w:p w14:paraId="63EAEE12" w14:textId="77777777" w:rsidR="0037439E" w:rsidRPr="00C25644" w:rsidRDefault="00406F7C">
      <w:pPr>
        <w:spacing w:after="0" w:line="240" w:lineRule="auto"/>
        <w:ind w:firstLine="709"/>
        <w:jc w:val="both"/>
      </w:pPr>
      <w:r w:rsidRPr="00C25644">
        <w:t xml:space="preserve">9.4. </w:t>
      </w:r>
      <w:proofErr w:type="spellStart"/>
      <w:r w:rsidRPr="00C25644">
        <w:t>Mijoz</w:t>
      </w:r>
      <w:proofErr w:type="spellEnd"/>
      <w:r w:rsidRPr="00C25644">
        <w:t xml:space="preserve"> </w:t>
      </w:r>
      <w:proofErr w:type="spellStart"/>
      <w:r w:rsidRPr="00C25644">
        <w:t>Bankka</w:t>
      </w:r>
      <w:proofErr w:type="spellEnd"/>
      <w:r w:rsidRPr="00C25644">
        <w:t xml:space="preserve"> </w:t>
      </w:r>
      <w:proofErr w:type="spellStart"/>
      <w:r w:rsidRPr="00C25644">
        <w:t>yozma</w:t>
      </w:r>
      <w:proofErr w:type="spellEnd"/>
      <w:r w:rsidRPr="00C25644">
        <w:t xml:space="preserve">, </w:t>
      </w:r>
      <w:proofErr w:type="spellStart"/>
      <w:r w:rsidRPr="00C25644">
        <w:t>elektron</w:t>
      </w:r>
      <w:proofErr w:type="spellEnd"/>
      <w:r w:rsidRPr="00C25644">
        <w:t xml:space="preserve">, </w:t>
      </w:r>
      <w:proofErr w:type="spellStart"/>
      <w:r w:rsidRPr="00C25644">
        <w:t>mobil</w:t>
      </w:r>
      <w:proofErr w:type="spellEnd"/>
      <w:r w:rsidRPr="00C25644">
        <w:t xml:space="preserve"> </w:t>
      </w:r>
      <w:proofErr w:type="spellStart"/>
      <w:r w:rsidRPr="00C25644">
        <w:t>ilova</w:t>
      </w:r>
      <w:proofErr w:type="spellEnd"/>
      <w:r w:rsidRPr="00C25644">
        <w:t xml:space="preserve">, </w:t>
      </w:r>
      <w:proofErr w:type="spellStart"/>
      <w:r w:rsidRPr="00C25644">
        <w:t>aloqa</w:t>
      </w:r>
      <w:proofErr w:type="spellEnd"/>
      <w:r w:rsidRPr="00C25644">
        <w:t xml:space="preserve"> </w:t>
      </w:r>
      <w:proofErr w:type="spellStart"/>
      <w:r w:rsidRPr="00C25644">
        <w:t>markazi</w:t>
      </w:r>
      <w:proofErr w:type="spellEnd"/>
      <w:r w:rsidRPr="00C25644">
        <w:t xml:space="preserve"> </w:t>
      </w:r>
      <w:proofErr w:type="spellStart"/>
      <w:r w:rsidRPr="00C25644">
        <w:t>yoki</w:t>
      </w:r>
      <w:proofErr w:type="spellEnd"/>
      <w:r w:rsidRPr="00C25644">
        <w:t xml:space="preserve"> Bank </w:t>
      </w:r>
      <w:proofErr w:type="spellStart"/>
      <w:r w:rsidRPr="00C25644">
        <w:t>tomonidan</w:t>
      </w:r>
      <w:proofErr w:type="spellEnd"/>
      <w:r w:rsidRPr="00C25644">
        <w:t xml:space="preserve"> </w:t>
      </w:r>
      <w:proofErr w:type="spellStart"/>
      <w:r w:rsidRPr="00C25644">
        <w:t>belgilangan</w:t>
      </w:r>
      <w:proofErr w:type="spellEnd"/>
      <w:r w:rsidRPr="00C25644">
        <w:t xml:space="preserve"> </w:t>
      </w:r>
      <w:proofErr w:type="spellStart"/>
      <w:r w:rsidRPr="00C25644">
        <w:t>boshqa</w:t>
      </w:r>
      <w:proofErr w:type="spellEnd"/>
      <w:r w:rsidRPr="00C25644">
        <w:t xml:space="preserve"> </w:t>
      </w:r>
      <w:proofErr w:type="spellStart"/>
      <w:r w:rsidRPr="00C25644">
        <w:t>rasmiy</w:t>
      </w:r>
      <w:proofErr w:type="spellEnd"/>
      <w:r w:rsidRPr="00C25644">
        <w:t xml:space="preserve"> </w:t>
      </w:r>
      <w:proofErr w:type="spellStart"/>
      <w:r w:rsidRPr="00C25644">
        <w:t>kanallar</w:t>
      </w:r>
      <w:proofErr w:type="spellEnd"/>
      <w:r w:rsidRPr="00C25644">
        <w:t xml:space="preserve"> </w:t>
      </w:r>
      <w:proofErr w:type="spellStart"/>
      <w:r w:rsidRPr="00C25644">
        <w:t>orqali</w:t>
      </w:r>
      <w:proofErr w:type="spellEnd"/>
      <w:r w:rsidRPr="00C25644">
        <w:t xml:space="preserve"> </w:t>
      </w:r>
      <w:proofErr w:type="spellStart"/>
      <w:r w:rsidRPr="00C25644">
        <w:t>murojaat</w:t>
      </w:r>
      <w:proofErr w:type="spellEnd"/>
      <w:r w:rsidRPr="00C25644">
        <w:t xml:space="preserve"> </w:t>
      </w:r>
      <w:proofErr w:type="spellStart"/>
      <w:r w:rsidRPr="00C25644">
        <w:t>qilishi</w:t>
      </w:r>
      <w:proofErr w:type="spellEnd"/>
      <w:r w:rsidRPr="00C25644">
        <w:t xml:space="preserve"> </w:t>
      </w:r>
      <w:proofErr w:type="spellStart"/>
      <w:r w:rsidRPr="00C25644">
        <w:t>mumkin</w:t>
      </w:r>
      <w:proofErr w:type="spellEnd"/>
      <w:r w:rsidRPr="00C25644">
        <w:t>.</w:t>
      </w:r>
    </w:p>
    <w:p w14:paraId="46BC1D47" w14:textId="77777777" w:rsidR="0037439E" w:rsidRPr="00C25644" w:rsidRDefault="00406F7C">
      <w:pPr>
        <w:spacing w:after="0" w:line="240" w:lineRule="auto"/>
        <w:ind w:firstLine="709"/>
        <w:jc w:val="both"/>
      </w:pPr>
      <w:r w:rsidRPr="00C25644">
        <w:t xml:space="preserve">9.5. </w:t>
      </w:r>
      <w:proofErr w:type="spellStart"/>
      <w:r w:rsidRPr="00C25644">
        <w:t>Murojaatlar</w:t>
      </w:r>
      <w:proofErr w:type="spellEnd"/>
      <w:r w:rsidRPr="00C25644">
        <w:t xml:space="preserve"> </w:t>
      </w:r>
      <w:proofErr w:type="spellStart"/>
      <w:r w:rsidRPr="00C25644">
        <w:t>bepul</w:t>
      </w:r>
      <w:proofErr w:type="spellEnd"/>
      <w:r w:rsidRPr="00C25644">
        <w:t xml:space="preserve"> </w:t>
      </w:r>
      <w:proofErr w:type="spellStart"/>
      <w:r w:rsidRPr="00C25644">
        <w:t>qabul</w:t>
      </w:r>
      <w:proofErr w:type="spellEnd"/>
      <w:r w:rsidRPr="00C25644">
        <w:t xml:space="preserve"> </w:t>
      </w:r>
      <w:proofErr w:type="spellStart"/>
      <w:r w:rsidRPr="00C25644">
        <w:t>qilinadi</w:t>
      </w:r>
      <w:proofErr w:type="spellEnd"/>
      <w:r w:rsidRPr="00C25644">
        <w:t xml:space="preserve">, Bank </w:t>
      </w:r>
      <w:proofErr w:type="spellStart"/>
      <w:r w:rsidRPr="00C25644">
        <w:t>tomonidan</w:t>
      </w:r>
      <w:proofErr w:type="spellEnd"/>
      <w:r w:rsidRPr="00C25644">
        <w:t xml:space="preserve"> </w:t>
      </w:r>
      <w:proofErr w:type="spellStart"/>
      <w:proofErr w:type="gramStart"/>
      <w:r w:rsidRPr="00C25644">
        <w:t>ro‘</w:t>
      </w:r>
      <w:proofErr w:type="gramEnd"/>
      <w:r w:rsidRPr="00C25644">
        <w:t>yxatga</w:t>
      </w:r>
      <w:proofErr w:type="spellEnd"/>
      <w:r w:rsidRPr="00C25644">
        <w:t xml:space="preserve"> </w:t>
      </w:r>
      <w:proofErr w:type="spellStart"/>
      <w:r w:rsidRPr="00C25644">
        <w:t>olinadi</w:t>
      </w:r>
      <w:proofErr w:type="spellEnd"/>
      <w:r w:rsidRPr="00C25644">
        <w:t xml:space="preserve">, </w:t>
      </w:r>
      <w:proofErr w:type="spellStart"/>
      <w:r w:rsidRPr="00C25644">
        <w:t>qonunchilik</w:t>
      </w:r>
      <w:proofErr w:type="spellEnd"/>
      <w:r w:rsidRPr="00C25644">
        <w:t xml:space="preserve"> </w:t>
      </w:r>
      <w:proofErr w:type="spellStart"/>
      <w:r w:rsidRPr="00C25644">
        <w:t>va</w:t>
      </w:r>
      <w:proofErr w:type="spellEnd"/>
      <w:r w:rsidRPr="00C25644">
        <w:t xml:space="preserve"> </w:t>
      </w:r>
      <w:proofErr w:type="spellStart"/>
      <w:r w:rsidRPr="00C25644">
        <w:t>ichki</w:t>
      </w:r>
      <w:proofErr w:type="spellEnd"/>
      <w:r w:rsidRPr="00C25644">
        <w:t xml:space="preserve"> </w:t>
      </w:r>
      <w:proofErr w:type="spellStart"/>
      <w:r w:rsidRPr="00C25644">
        <w:t>tartiblarga</w:t>
      </w:r>
      <w:proofErr w:type="spellEnd"/>
      <w:r w:rsidRPr="00C25644">
        <w:t xml:space="preserve"> </w:t>
      </w:r>
      <w:proofErr w:type="spellStart"/>
      <w:r w:rsidRPr="00C25644">
        <w:t>muvofiq</w:t>
      </w:r>
      <w:proofErr w:type="spellEnd"/>
      <w:r w:rsidRPr="00C25644">
        <w:t xml:space="preserve"> </w:t>
      </w:r>
      <w:proofErr w:type="spellStart"/>
      <w:r w:rsidRPr="00C25644">
        <w:t>ko‘rib</w:t>
      </w:r>
      <w:proofErr w:type="spellEnd"/>
      <w:r w:rsidRPr="00C25644">
        <w:t xml:space="preserve"> </w:t>
      </w:r>
      <w:proofErr w:type="spellStart"/>
      <w:r w:rsidRPr="00C25644">
        <w:t>chiqiladi</w:t>
      </w:r>
      <w:proofErr w:type="spellEnd"/>
      <w:r w:rsidRPr="00C25644">
        <w:t xml:space="preserve"> </w:t>
      </w:r>
      <w:proofErr w:type="spellStart"/>
      <w:r w:rsidRPr="00C25644">
        <w:t>hamda</w:t>
      </w:r>
      <w:proofErr w:type="spellEnd"/>
      <w:r w:rsidRPr="00C25644">
        <w:t xml:space="preserve"> </w:t>
      </w:r>
      <w:proofErr w:type="spellStart"/>
      <w:r w:rsidRPr="00C25644">
        <w:t>natijalari</w:t>
      </w:r>
      <w:proofErr w:type="spellEnd"/>
      <w:r w:rsidRPr="00C25644">
        <w:t xml:space="preserve"> </w:t>
      </w:r>
      <w:proofErr w:type="spellStart"/>
      <w:r w:rsidRPr="00C25644">
        <w:t>bo‘yicha</w:t>
      </w:r>
      <w:proofErr w:type="spellEnd"/>
      <w:r w:rsidRPr="00C25644">
        <w:t xml:space="preserve"> </w:t>
      </w:r>
      <w:proofErr w:type="spellStart"/>
      <w:r w:rsidRPr="00C25644">
        <w:t>Mijozga</w:t>
      </w:r>
      <w:proofErr w:type="spellEnd"/>
      <w:r w:rsidRPr="00C25644">
        <w:t xml:space="preserve"> </w:t>
      </w:r>
      <w:proofErr w:type="spellStart"/>
      <w:r w:rsidRPr="00C25644">
        <w:t>javob</w:t>
      </w:r>
      <w:proofErr w:type="spellEnd"/>
      <w:r w:rsidRPr="00C25644">
        <w:t xml:space="preserve"> </w:t>
      </w:r>
      <w:proofErr w:type="spellStart"/>
      <w:r w:rsidRPr="00C25644">
        <w:t>beriladi</w:t>
      </w:r>
      <w:proofErr w:type="spellEnd"/>
      <w:r w:rsidRPr="00C25644">
        <w:t>.</w:t>
      </w:r>
    </w:p>
    <w:p w14:paraId="39BC067C" w14:textId="77777777" w:rsidR="0037439E" w:rsidRPr="00C25644" w:rsidRDefault="00406F7C">
      <w:pPr>
        <w:spacing w:after="0" w:line="240" w:lineRule="auto"/>
        <w:ind w:firstLine="709"/>
        <w:jc w:val="both"/>
      </w:pPr>
      <w:r w:rsidRPr="00C25644">
        <w:lastRenderedPageBreak/>
        <w:t xml:space="preserve">9.6. </w:t>
      </w:r>
      <w:proofErr w:type="spellStart"/>
      <w:r w:rsidRPr="00C25644">
        <w:t>Mijozga</w:t>
      </w:r>
      <w:proofErr w:type="spellEnd"/>
      <w:r w:rsidRPr="00C25644">
        <w:t xml:space="preserve">, </w:t>
      </w:r>
      <w:proofErr w:type="spellStart"/>
      <w:r w:rsidRPr="00C25644">
        <w:t>zarurat</w:t>
      </w:r>
      <w:proofErr w:type="spellEnd"/>
      <w:r w:rsidRPr="00C25644">
        <w:t xml:space="preserve"> </w:t>
      </w:r>
      <w:proofErr w:type="spellStart"/>
      <w:proofErr w:type="gramStart"/>
      <w:r w:rsidRPr="00C25644">
        <w:t>bo‘</w:t>
      </w:r>
      <w:proofErr w:type="gramEnd"/>
      <w:r w:rsidRPr="00C25644">
        <w:t>lganda</w:t>
      </w:r>
      <w:proofErr w:type="spellEnd"/>
      <w:r w:rsidRPr="00C25644">
        <w:t xml:space="preserve">, </w:t>
      </w:r>
      <w:proofErr w:type="spellStart"/>
      <w:r w:rsidRPr="00C25644">
        <w:t>Bankning</w:t>
      </w:r>
      <w:proofErr w:type="spellEnd"/>
      <w:r w:rsidRPr="00C25644">
        <w:t xml:space="preserve"> </w:t>
      </w:r>
      <w:proofErr w:type="spellStart"/>
      <w:r w:rsidRPr="00C25644">
        <w:t>ichki</w:t>
      </w:r>
      <w:proofErr w:type="spellEnd"/>
      <w:r w:rsidRPr="00C25644">
        <w:t xml:space="preserve"> </w:t>
      </w:r>
      <w:proofErr w:type="spellStart"/>
      <w:r w:rsidRPr="00C25644">
        <w:t>apellyatsiya</w:t>
      </w:r>
      <w:proofErr w:type="spellEnd"/>
      <w:r w:rsidRPr="00C25644">
        <w:t xml:space="preserve"> </w:t>
      </w:r>
      <w:proofErr w:type="spellStart"/>
      <w:r w:rsidRPr="00C25644">
        <w:t>tartibi</w:t>
      </w:r>
      <w:proofErr w:type="spellEnd"/>
      <w:r w:rsidRPr="00C25644">
        <w:t xml:space="preserve">, </w:t>
      </w:r>
      <w:proofErr w:type="spellStart"/>
      <w:r w:rsidRPr="00C25644">
        <w:t>vakolatli</w:t>
      </w:r>
      <w:proofErr w:type="spellEnd"/>
      <w:r w:rsidRPr="00C25644">
        <w:t xml:space="preserve"> </w:t>
      </w:r>
      <w:proofErr w:type="spellStart"/>
      <w:r w:rsidRPr="00C25644">
        <w:t>davlat</w:t>
      </w:r>
      <w:proofErr w:type="spellEnd"/>
      <w:r w:rsidRPr="00C25644">
        <w:t xml:space="preserve"> </w:t>
      </w:r>
      <w:proofErr w:type="spellStart"/>
      <w:r w:rsidRPr="00C25644">
        <w:t>organlariga</w:t>
      </w:r>
      <w:proofErr w:type="spellEnd"/>
      <w:r w:rsidRPr="00C25644">
        <w:t xml:space="preserve"> </w:t>
      </w:r>
      <w:proofErr w:type="spellStart"/>
      <w:r w:rsidRPr="00C25644">
        <w:t>va</w:t>
      </w:r>
      <w:proofErr w:type="spellEnd"/>
      <w:r w:rsidRPr="00C25644">
        <w:t xml:space="preserve"> </w:t>
      </w:r>
      <w:proofErr w:type="spellStart"/>
      <w:r w:rsidRPr="00C25644">
        <w:t>sudga</w:t>
      </w:r>
      <w:proofErr w:type="spellEnd"/>
      <w:r w:rsidRPr="00C25644">
        <w:t xml:space="preserve"> </w:t>
      </w:r>
      <w:proofErr w:type="spellStart"/>
      <w:r w:rsidRPr="00C25644">
        <w:t>murojaat</w:t>
      </w:r>
      <w:proofErr w:type="spellEnd"/>
      <w:r w:rsidRPr="00C25644">
        <w:t xml:space="preserve"> </w:t>
      </w:r>
      <w:proofErr w:type="spellStart"/>
      <w:r w:rsidRPr="00C25644">
        <w:t>qilish</w:t>
      </w:r>
      <w:proofErr w:type="spellEnd"/>
      <w:r w:rsidRPr="00C25644">
        <w:t xml:space="preserve"> </w:t>
      </w:r>
      <w:proofErr w:type="spellStart"/>
      <w:r w:rsidRPr="00C25644">
        <w:t>imkoniyati</w:t>
      </w:r>
      <w:proofErr w:type="spellEnd"/>
      <w:r w:rsidRPr="00C25644">
        <w:t xml:space="preserve"> </w:t>
      </w:r>
      <w:proofErr w:type="spellStart"/>
      <w:r w:rsidRPr="00C25644">
        <w:t>to‘g‘risida</w:t>
      </w:r>
      <w:proofErr w:type="spellEnd"/>
      <w:r w:rsidRPr="00C25644">
        <w:t xml:space="preserve"> </w:t>
      </w:r>
      <w:proofErr w:type="spellStart"/>
      <w:r w:rsidRPr="00C25644">
        <w:t>axborot</w:t>
      </w:r>
      <w:proofErr w:type="spellEnd"/>
      <w:r w:rsidRPr="00C25644">
        <w:t xml:space="preserve"> </w:t>
      </w:r>
      <w:proofErr w:type="spellStart"/>
      <w:r w:rsidRPr="00C25644">
        <w:t>beriladi</w:t>
      </w:r>
      <w:proofErr w:type="spellEnd"/>
      <w:r w:rsidRPr="00C25644">
        <w:t>.</w:t>
      </w:r>
    </w:p>
    <w:p w14:paraId="7D5186C7" w14:textId="77777777" w:rsidR="0037439E" w:rsidRPr="00C25644" w:rsidRDefault="0037439E">
      <w:pPr>
        <w:spacing w:after="40" w:line="240" w:lineRule="auto"/>
        <w:jc w:val="both"/>
      </w:pPr>
    </w:p>
    <w:p w14:paraId="3BAC884A" w14:textId="77777777" w:rsidR="0037439E" w:rsidRPr="00C25644" w:rsidRDefault="00406F7C">
      <w:pPr>
        <w:spacing w:after="0" w:line="240" w:lineRule="auto"/>
        <w:jc w:val="both"/>
      </w:pPr>
      <w:r w:rsidRPr="00C25644">
        <w:rPr>
          <w:b/>
        </w:rPr>
        <w:t>10. AML/CFT, SANKSION KOMPLAENS VA XAVFSIZLIK CHORALARI</w:t>
      </w:r>
    </w:p>
    <w:p w14:paraId="64F54C6F" w14:textId="77777777" w:rsidR="0037439E" w:rsidRPr="00C25644" w:rsidRDefault="00406F7C">
      <w:pPr>
        <w:spacing w:after="0" w:line="240" w:lineRule="auto"/>
        <w:ind w:firstLine="709"/>
        <w:jc w:val="both"/>
      </w:pPr>
      <w:r w:rsidRPr="00C25644">
        <w:t xml:space="preserve">10.1. Bank </w:t>
      </w:r>
      <w:proofErr w:type="spellStart"/>
      <w:r w:rsidRPr="00C25644">
        <w:t>Mijozga</w:t>
      </w:r>
      <w:proofErr w:type="spellEnd"/>
      <w:r w:rsidRPr="00C25644">
        <w:t xml:space="preserve"> </w:t>
      </w:r>
      <w:proofErr w:type="spellStart"/>
      <w:r w:rsidRPr="00C25644">
        <w:t>xizmat</w:t>
      </w:r>
      <w:proofErr w:type="spellEnd"/>
      <w:r w:rsidRPr="00C25644">
        <w:t xml:space="preserve"> </w:t>
      </w:r>
      <w:proofErr w:type="spellStart"/>
      <w:proofErr w:type="gramStart"/>
      <w:r w:rsidRPr="00C25644">
        <w:t>ko‘</w:t>
      </w:r>
      <w:proofErr w:type="gramEnd"/>
      <w:r w:rsidRPr="00C25644">
        <w:t>rsatishda</w:t>
      </w:r>
      <w:proofErr w:type="spellEnd"/>
      <w:r w:rsidRPr="00C25644">
        <w:t xml:space="preserve"> AML/CFT, PF </w:t>
      </w:r>
      <w:proofErr w:type="spellStart"/>
      <w:r w:rsidRPr="00C25644">
        <w:t>va</w:t>
      </w:r>
      <w:proofErr w:type="spellEnd"/>
      <w:r w:rsidRPr="00C25644">
        <w:t xml:space="preserve"> </w:t>
      </w:r>
      <w:proofErr w:type="spellStart"/>
      <w:r w:rsidRPr="00C25644">
        <w:t>sanksion</w:t>
      </w:r>
      <w:proofErr w:type="spellEnd"/>
      <w:r w:rsidRPr="00C25644">
        <w:t xml:space="preserve"> </w:t>
      </w:r>
      <w:proofErr w:type="spellStart"/>
      <w:r w:rsidRPr="00C25644">
        <w:t>komplaens</w:t>
      </w:r>
      <w:proofErr w:type="spellEnd"/>
      <w:r w:rsidRPr="00C25644">
        <w:t xml:space="preserve"> </w:t>
      </w:r>
      <w:proofErr w:type="spellStart"/>
      <w:r w:rsidRPr="00C25644">
        <w:t>bo‘yicha</w:t>
      </w:r>
      <w:proofErr w:type="spellEnd"/>
      <w:r w:rsidRPr="00C25644">
        <w:t xml:space="preserve"> </w:t>
      </w:r>
      <w:proofErr w:type="spellStart"/>
      <w:r w:rsidRPr="00C25644">
        <w:t>qonunchilik</w:t>
      </w:r>
      <w:proofErr w:type="spellEnd"/>
      <w:r w:rsidRPr="00C25644">
        <w:t xml:space="preserve">, </w:t>
      </w:r>
      <w:proofErr w:type="spellStart"/>
      <w:r w:rsidRPr="00C25644">
        <w:t>Markaziy</w:t>
      </w:r>
      <w:proofErr w:type="spellEnd"/>
      <w:r w:rsidRPr="00C25644">
        <w:t xml:space="preserve"> bank </w:t>
      </w:r>
      <w:proofErr w:type="spellStart"/>
      <w:r w:rsidRPr="00C25644">
        <w:t>hujjatlari</w:t>
      </w:r>
      <w:proofErr w:type="spellEnd"/>
      <w:r w:rsidRPr="00C25644">
        <w:t xml:space="preserve">, </w:t>
      </w:r>
      <w:proofErr w:type="spellStart"/>
      <w:r w:rsidRPr="00C25644">
        <w:t>to‘lov</w:t>
      </w:r>
      <w:proofErr w:type="spellEnd"/>
      <w:r w:rsidRPr="00C25644">
        <w:t xml:space="preserve"> </w:t>
      </w:r>
      <w:proofErr w:type="spellStart"/>
      <w:r w:rsidRPr="00C25644">
        <w:t>tizimlari</w:t>
      </w:r>
      <w:proofErr w:type="spellEnd"/>
      <w:r w:rsidRPr="00C25644">
        <w:t xml:space="preserve"> </w:t>
      </w:r>
      <w:proofErr w:type="spellStart"/>
      <w:r w:rsidRPr="00C25644">
        <w:t>talablari</w:t>
      </w:r>
      <w:proofErr w:type="spellEnd"/>
      <w:r w:rsidRPr="00C25644">
        <w:t xml:space="preserve"> </w:t>
      </w:r>
      <w:proofErr w:type="spellStart"/>
      <w:r w:rsidRPr="00C25644">
        <w:t>hamda</w:t>
      </w:r>
      <w:proofErr w:type="spellEnd"/>
      <w:r w:rsidRPr="00C25644">
        <w:t xml:space="preserve"> </w:t>
      </w:r>
      <w:proofErr w:type="spellStart"/>
      <w:r w:rsidRPr="00C25644">
        <w:t>Bankning</w:t>
      </w:r>
      <w:proofErr w:type="spellEnd"/>
      <w:r w:rsidRPr="00C25644">
        <w:t xml:space="preserve"> </w:t>
      </w:r>
      <w:proofErr w:type="spellStart"/>
      <w:r w:rsidRPr="00C25644">
        <w:t>ichki</w:t>
      </w:r>
      <w:proofErr w:type="spellEnd"/>
      <w:r w:rsidRPr="00C25644">
        <w:t xml:space="preserve"> </w:t>
      </w:r>
      <w:proofErr w:type="spellStart"/>
      <w:r w:rsidRPr="00C25644">
        <w:t>qoidalariga</w:t>
      </w:r>
      <w:proofErr w:type="spellEnd"/>
      <w:r w:rsidRPr="00C25644">
        <w:t xml:space="preserve"> </w:t>
      </w:r>
      <w:proofErr w:type="spellStart"/>
      <w:r w:rsidRPr="00C25644">
        <w:t>amal</w:t>
      </w:r>
      <w:proofErr w:type="spellEnd"/>
      <w:r w:rsidRPr="00C25644">
        <w:t xml:space="preserve"> </w:t>
      </w:r>
      <w:proofErr w:type="spellStart"/>
      <w:r w:rsidRPr="00C25644">
        <w:t>qiladi</w:t>
      </w:r>
      <w:proofErr w:type="spellEnd"/>
      <w:r w:rsidRPr="00C25644">
        <w:t>.</w:t>
      </w:r>
    </w:p>
    <w:p w14:paraId="31821817" w14:textId="77777777" w:rsidR="0037439E" w:rsidRPr="00C25644" w:rsidRDefault="00406F7C">
      <w:pPr>
        <w:spacing w:after="0" w:line="240" w:lineRule="auto"/>
        <w:ind w:firstLine="709"/>
        <w:jc w:val="both"/>
      </w:pPr>
      <w:r w:rsidRPr="00C25644">
        <w:t xml:space="preserve">10.2. Bank </w:t>
      </w:r>
      <w:proofErr w:type="spellStart"/>
      <w:r w:rsidRPr="00C25644">
        <w:t>operatsiyaning</w:t>
      </w:r>
      <w:proofErr w:type="spellEnd"/>
      <w:r w:rsidRPr="00C25644">
        <w:t xml:space="preserve"> </w:t>
      </w:r>
      <w:proofErr w:type="spellStart"/>
      <w:r w:rsidRPr="00C25644">
        <w:t>iqtisodiy</w:t>
      </w:r>
      <w:proofErr w:type="spellEnd"/>
      <w:r w:rsidRPr="00C25644">
        <w:t xml:space="preserve"> </w:t>
      </w:r>
      <w:proofErr w:type="spellStart"/>
      <w:r w:rsidRPr="00C25644">
        <w:t>mazmuni</w:t>
      </w:r>
      <w:proofErr w:type="spellEnd"/>
      <w:r w:rsidRPr="00C25644">
        <w:t xml:space="preserve">, </w:t>
      </w:r>
      <w:proofErr w:type="spellStart"/>
      <w:proofErr w:type="gramStart"/>
      <w:r w:rsidRPr="00C25644">
        <w:t>mablag‘</w:t>
      </w:r>
      <w:proofErr w:type="gramEnd"/>
      <w:r w:rsidRPr="00C25644">
        <w:t>larning</w:t>
      </w:r>
      <w:proofErr w:type="spellEnd"/>
      <w:r w:rsidRPr="00C25644">
        <w:t xml:space="preserve"> </w:t>
      </w:r>
      <w:proofErr w:type="spellStart"/>
      <w:r w:rsidRPr="00C25644">
        <w:t>kelib</w:t>
      </w:r>
      <w:proofErr w:type="spellEnd"/>
      <w:r w:rsidRPr="00C25644">
        <w:t xml:space="preserve"> </w:t>
      </w:r>
      <w:proofErr w:type="spellStart"/>
      <w:r w:rsidRPr="00C25644">
        <w:t>chiqish</w:t>
      </w:r>
      <w:proofErr w:type="spellEnd"/>
      <w:r w:rsidRPr="00C25644">
        <w:t xml:space="preserve"> </w:t>
      </w:r>
      <w:proofErr w:type="spellStart"/>
      <w:r w:rsidRPr="00C25644">
        <w:t>manbasi</w:t>
      </w:r>
      <w:proofErr w:type="spellEnd"/>
      <w:r w:rsidRPr="00C25644">
        <w:t xml:space="preserve">, </w:t>
      </w:r>
      <w:proofErr w:type="spellStart"/>
      <w:r w:rsidRPr="00C25644">
        <w:t>kontragent</w:t>
      </w:r>
      <w:proofErr w:type="spellEnd"/>
      <w:r w:rsidRPr="00C25644">
        <w:t xml:space="preserve"> </w:t>
      </w:r>
      <w:proofErr w:type="spellStart"/>
      <w:r w:rsidRPr="00C25644">
        <w:t>va</w:t>
      </w:r>
      <w:proofErr w:type="spellEnd"/>
      <w:r w:rsidRPr="00C25644">
        <w:t xml:space="preserve"> </w:t>
      </w:r>
      <w:proofErr w:type="spellStart"/>
      <w:r w:rsidRPr="00C25644">
        <w:t>boshqa</w:t>
      </w:r>
      <w:proofErr w:type="spellEnd"/>
      <w:r w:rsidRPr="00C25644">
        <w:t xml:space="preserve"> </w:t>
      </w:r>
      <w:proofErr w:type="spellStart"/>
      <w:r w:rsidRPr="00C25644">
        <w:t>holatlar</w:t>
      </w:r>
      <w:proofErr w:type="spellEnd"/>
      <w:r w:rsidRPr="00C25644">
        <w:t xml:space="preserve"> </w:t>
      </w:r>
      <w:proofErr w:type="spellStart"/>
      <w:r w:rsidRPr="00C25644">
        <w:t>bo‘yicha</w:t>
      </w:r>
      <w:proofErr w:type="spellEnd"/>
      <w:r w:rsidRPr="00C25644">
        <w:t xml:space="preserve"> </w:t>
      </w:r>
      <w:proofErr w:type="spellStart"/>
      <w:r w:rsidRPr="00C25644">
        <w:t>tushuntirish</w:t>
      </w:r>
      <w:proofErr w:type="spellEnd"/>
      <w:r w:rsidRPr="00C25644">
        <w:t xml:space="preserve"> </w:t>
      </w:r>
      <w:proofErr w:type="spellStart"/>
      <w:r w:rsidRPr="00C25644">
        <w:t>va</w:t>
      </w:r>
      <w:proofErr w:type="spellEnd"/>
      <w:r w:rsidRPr="00C25644">
        <w:t xml:space="preserve"> </w:t>
      </w:r>
      <w:proofErr w:type="spellStart"/>
      <w:r w:rsidRPr="00C25644">
        <w:t>tasdiqlovchi</w:t>
      </w:r>
      <w:proofErr w:type="spellEnd"/>
      <w:r w:rsidRPr="00C25644">
        <w:t xml:space="preserve"> </w:t>
      </w:r>
      <w:proofErr w:type="spellStart"/>
      <w:r w:rsidRPr="00C25644">
        <w:t>hujjatlar</w:t>
      </w:r>
      <w:proofErr w:type="spellEnd"/>
      <w:r w:rsidRPr="00C25644">
        <w:t xml:space="preserve"> talab </w:t>
      </w:r>
      <w:proofErr w:type="spellStart"/>
      <w:r w:rsidRPr="00C25644">
        <w:t>qilishga</w:t>
      </w:r>
      <w:proofErr w:type="spellEnd"/>
      <w:r w:rsidRPr="00C25644">
        <w:t xml:space="preserve"> </w:t>
      </w:r>
      <w:proofErr w:type="spellStart"/>
      <w:r w:rsidRPr="00C25644">
        <w:t>haqli</w:t>
      </w:r>
      <w:proofErr w:type="spellEnd"/>
      <w:r w:rsidRPr="00C25644">
        <w:t>.</w:t>
      </w:r>
    </w:p>
    <w:p w14:paraId="66E2F50F" w14:textId="77777777" w:rsidR="0037439E" w:rsidRPr="00C25644" w:rsidRDefault="00406F7C">
      <w:pPr>
        <w:spacing w:after="0" w:line="240" w:lineRule="auto"/>
        <w:ind w:firstLine="709"/>
        <w:jc w:val="both"/>
      </w:pPr>
      <w:r w:rsidRPr="00C25644">
        <w:t xml:space="preserve">10.3. </w:t>
      </w:r>
      <w:proofErr w:type="spellStart"/>
      <w:r w:rsidRPr="00C25644">
        <w:t>Taqdim</w:t>
      </w:r>
      <w:proofErr w:type="spellEnd"/>
      <w:r w:rsidRPr="00C25644">
        <w:t xml:space="preserve"> </w:t>
      </w:r>
      <w:proofErr w:type="spellStart"/>
      <w:r w:rsidRPr="00C25644">
        <w:t>etilgan</w:t>
      </w:r>
      <w:proofErr w:type="spellEnd"/>
      <w:r w:rsidRPr="00C25644">
        <w:t xml:space="preserve"> </w:t>
      </w:r>
      <w:proofErr w:type="spellStart"/>
      <w:r w:rsidRPr="00C25644">
        <w:t>ma’lumotlar</w:t>
      </w:r>
      <w:proofErr w:type="spellEnd"/>
      <w:r w:rsidRPr="00C25644">
        <w:t xml:space="preserve"> </w:t>
      </w:r>
      <w:proofErr w:type="spellStart"/>
      <w:r w:rsidRPr="00C25644">
        <w:t>yetarli</w:t>
      </w:r>
      <w:proofErr w:type="spellEnd"/>
      <w:r w:rsidRPr="00C25644">
        <w:t xml:space="preserve"> </w:t>
      </w:r>
      <w:proofErr w:type="spellStart"/>
      <w:proofErr w:type="gramStart"/>
      <w:r w:rsidRPr="00C25644">
        <w:t>bo‘</w:t>
      </w:r>
      <w:proofErr w:type="gramEnd"/>
      <w:r w:rsidRPr="00C25644">
        <w:t>lmaganda</w:t>
      </w:r>
      <w:proofErr w:type="spellEnd"/>
      <w:r w:rsidRPr="00C25644">
        <w:t xml:space="preserve">, </w:t>
      </w:r>
      <w:proofErr w:type="spellStart"/>
      <w:r w:rsidRPr="00C25644">
        <w:t>shubhali</w:t>
      </w:r>
      <w:proofErr w:type="spellEnd"/>
      <w:r w:rsidRPr="00C25644">
        <w:t xml:space="preserve"> </w:t>
      </w:r>
      <w:proofErr w:type="spellStart"/>
      <w:r w:rsidRPr="00C25644">
        <w:t>operatsiya</w:t>
      </w:r>
      <w:proofErr w:type="spellEnd"/>
      <w:r w:rsidRPr="00C25644">
        <w:t xml:space="preserve"> </w:t>
      </w:r>
      <w:proofErr w:type="spellStart"/>
      <w:r w:rsidRPr="00C25644">
        <w:t>aniqlanganda</w:t>
      </w:r>
      <w:proofErr w:type="spellEnd"/>
      <w:r w:rsidRPr="00C25644">
        <w:t xml:space="preserve">, </w:t>
      </w:r>
      <w:proofErr w:type="spellStart"/>
      <w:r w:rsidRPr="00C25644">
        <w:t>sanksion</w:t>
      </w:r>
      <w:proofErr w:type="spellEnd"/>
      <w:r w:rsidRPr="00C25644">
        <w:t xml:space="preserve"> </w:t>
      </w:r>
      <w:proofErr w:type="spellStart"/>
      <w:r w:rsidRPr="00C25644">
        <w:t>xavf</w:t>
      </w:r>
      <w:proofErr w:type="spellEnd"/>
      <w:r w:rsidRPr="00C25644">
        <w:t xml:space="preserve"> </w:t>
      </w:r>
      <w:proofErr w:type="spellStart"/>
      <w:r w:rsidRPr="00C25644">
        <w:t>mavjud</w:t>
      </w:r>
      <w:proofErr w:type="spellEnd"/>
      <w:r w:rsidRPr="00C25644">
        <w:t xml:space="preserve"> </w:t>
      </w:r>
      <w:proofErr w:type="spellStart"/>
      <w:r w:rsidRPr="00C25644">
        <w:t>bo‘lganda</w:t>
      </w:r>
      <w:proofErr w:type="spellEnd"/>
      <w:r w:rsidRPr="00C25644">
        <w:t xml:space="preserve"> </w:t>
      </w:r>
      <w:proofErr w:type="spellStart"/>
      <w:r w:rsidRPr="00C25644">
        <w:t>yoki</w:t>
      </w:r>
      <w:proofErr w:type="spellEnd"/>
      <w:r w:rsidRPr="00C25644">
        <w:t xml:space="preserve"> </w:t>
      </w:r>
      <w:proofErr w:type="spellStart"/>
      <w:r w:rsidRPr="00C25644">
        <w:t>qonunchilikda</w:t>
      </w:r>
      <w:proofErr w:type="spellEnd"/>
      <w:r w:rsidRPr="00C25644">
        <w:t xml:space="preserve"> </w:t>
      </w:r>
      <w:proofErr w:type="spellStart"/>
      <w:r w:rsidRPr="00C25644">
        <w:t>nazarda</w:t>
      </w:r>
      <w:proofErr w:type="spellEnd"/>
      <w:r w:rsidRPr="00C25644">
        <w:t xml:space="preserve"> </w:t>
      </w:r>
      <w:proofErr w:type="spellStart"/>
      <w:r w:rsidRPr="00C25644">
        <w:t>tutilgan</w:t>
      </w:r>
      <w:proofErr w:type="spellEnd"/>
      <w:r w:rsidRPr="00C25644">
        <w:t xml:space="preserve"> </w:t>
      </w:r>
      <w:proofErr w:type="spellStart"/>
      <w:r w:rsidRPr="00C25644">
        <w:t>boshqa</w:t>
      </w:r>
      <w:proofErr w:type="spellEnd"/>
      <w:r w:rsidRPr="00C25644">
        <w:t xml:space="preserve"> </w:t>
      </w:r>
      <w:proofErr w:type="spellStart"/>
      <w:r w:rsidRPr="00C25644">
        <w:t>hollarda</w:t>
      </w:r>
      <w:proofErr w:type="spellEnd"/>
      <w:r w:rsidRPr="00C25644">
        <w:t xml:space="preserve"> Bank </w:t>
      </w:r>
      <w:proofErr w:type="spellStart"/>
      <w:r w:rsidRPr="00C25644">
        <w:t>operatsiyani</w:t>
      </w:r>
      <w:proofErr w:type="spellEnd"/>
      <w:r w:rsidRPr="00C25644">
        <w:t xml:space="preserve"> rad </w:t>
      </w:r>
      <w:proofErr w:type="spellStart"/>
      <w:r w:rsidRPr="00C25644">
        <w:t>etishi</w:t>
      </w:r>
      <w:proofErr w:type="spellEnd"/>
      <w:r w:rsidRPr="00C25644">
        <w:t xml:space="preserve">, </w:t>
      </w:r>
      <w:proofErr w:type="spellStart"/>
      <w:r w:rsidRPr="00C25644">
        <w:t>cheklashi</w:t>
      </w:r>
      <w:proofErr w:type="spellEnd"/>
      <w:r w:rsidRPr="00C25644">
        <w:t xml:space="preserve"> </w:t>
      </w:r>
      <w:proofErr w:type="spellStart"/>
      <w:r w:rsidRPr="00C25644">
        <w:t>yoki</w:t>
      </w:r>
      <w:proofErr w:type="spellEnd"/>
      <w:r w:rsidRPr="00C25644">
        <w:t xml:space="preserve"> </w:t>
      </w:r>
      <w:proofErr w:type="spellStart"/>
      <w:r w:rsidRPr="00C25644">
        <w:t>vaqtincha</w:t>
      </w:r>
      <w:proofErr w:type="spellEnd"/>
      <w:r w:rsidRPr="00C25644">
        <w:t xml:space="preserve"> </w:t>
      </w:r>
      <w:proofErr w:type="spellStart"/>
      <w:r w:rsidRPr="00C25644">
        <w:t>to‘xtatishi</w:t>
      </w:r>
      <w:proofErr w:type="spellEnd"/>
      <w:r w:rsidRPr="00C25644">
        <w:t xml:space="preserve"> </w:t>
      </w:r>
      <w:proofErr w:type="spellStart"/>
      <w:r w:rsidRPr="00C25644">
        <w:t>mumkin</w:t>
      </w:r>
      <w:proofErr w:type="spellEnd"/>
      <w:r w:rsidRPr="00C25644">
        <w:t>.</w:t>
      </w:r>
    </w:p>
    <w:p w14:paraId="2BE01DF6" w14:textId="77777777" w:rsidR="0037439E" w:rsidRPr="00C25644" w:rsidRDefault="00406F7C">
      <w:pPr>
        <w:spacing w:after="0" w:line="240" w:lineRule="auto"/>
        <w:ind w:firstLine="709"/>
        <w:jc w:val="both"/>
      </w:pPr>
      <w:r w:rsidRPr="00C25644">
        <w:t xml:space="preserve">10.4. </w:t>
      </w:r>
      <w:proofErr w:type="spellStart"/>
      <w:r w:rsidRPr="00C25644">
        <w:t>Bankning</w:t>
      </w:r>
      <w:proofErr w:type="spellEnd"/>
      <w:r w:rsidRPr="00C25644">
        <w:t xml:space="preserve"> </w:t>
      </w:r>
      <w:proofErr w:type="spellStart"/>
      <w:r w:rsidRPr="00C25644">
        <w:t>mazkur</w:t>
      </w:r>
      <w:proofErr w:type="spellEnd"/>
      <w:r w:rsidRPr="00C25644">
        <w:t xml:space="preserve"> </w:t>
      </w:r>
      <w:proofErr w:type="spellStart"/>
      <w:proofErr w:type="gramStart"/>
      <w:r w:rsidRPr="00C25644">
        <w:t>bo‘</w:t>
      </w:r>
      <w:proofErr w:type="gramEnd"/>
      <w:r w:rsidRPr="00C25644">
        <w:t>lim</w:t>
      </w:r>
      <w:proofErr w:type="spellEnd"/>
      <w:r w:rsidRPr="00C25644">
        <w:t xml:space="preserve"> </w:t>
      </w:r>
      <w:proofErr w:type="spellStart"/>
      <w:r w:rsidRPr="00C25644">
        <w:t>bo‘yicha</w:t>
      </w:r>
      <w:proofErr w:type="spellEnd"/>
      <w:r w:rsidRPr="00C25644">
        <w:t xml:space="preserve"> </w:t>
      </w:r>
      <w:proofErr w:type="spellStart"/>
      <w:r w:rsidRPr="00C25644">
        <w:t>harakatlari</w:t>
      </w:r>
      <w:proofErr w:type="spellEnd"/>
      <w:r w:rsidRPr="00C25644">
        <w:t xml:space="preserve"> </w:t>
      </w:r>
      <w:proofErr w:type="spellStart"/>
      <w:r w:rsidRPr="00C25644">
        <w:t>qonunchilik</w:t>
      </w:r>
      <w:proofErr w:type="spellEnd"/>
      <w:r w:rsidRPr="00C25644">
        <w:t xml:space="preserve"> </w:t>
      </w:r>
      <w:proofErr w:type="spellStart"/>
      <w:r w:rsidRPr="00C25644">
        <w:t>va</w:t>
      </w:r>
      <w:proofErr w:type="spellEnd"/>
      <w:r w:rsidRPr="00C25644">
        <w:t xml:space="preserve"> </w:t>
      </w:r>
      <w:proofErr w:type="spellStart"/>
      <w:r w:rsidRPr="00C25644">
        <w:t>Bankning</w:t>
      </w:r>
      <w:proofErr w:type="spellEnd"/>
      <w:r w:rsidRPr="00C25644">
        <w:t xml:space="preserve"> </w:t>
      </w:r>
      <w:proofErr w:type="spellStart"/>
      <w:r w:rsidRPr="00C25644">
        <w:t>ichki</w:t>
      </w:r>
      <w:proofErr w:type="spellEnd"/>
      <w:r w:rsidRPr="00C25644">
        <w:t xml:space="preserve"> </w:t>
      </w:r>
      <w:proofErr w:type="spellStart"/>
      <w:r w:rsidRPr="00C25644">
        <w:t>nazorat</w:t>
      </w:r>
      <w:proofErr w:type="spellEnd"/>
      <w:r w:rsidRPr="00C25644">
        <w:t xml:space="preserve"> </w:t>
      </w:r>
      <w:proofErr w:type="spellStart"/>
      <w:r w:rsidRPr="00C25644">
        <w:t>tizimidan</w:t>
      </w:r>
      <w:proofErr w:type="spellEnd"/>
      <w:r w:rsidRPr="00C25644">
        <w:t xml:space="preserve"> </w:t>
      </w:r>
      <w:proofErr w:type="spellStart"/>
      <w:r w:rsidRPr="00C25644">
        <w:t>kelib</w:t>
      </w:r>
      <w:proofErr w:type="spellEnd"/>
      <w:r w:rsidRPr="00C25644">
        <w:t xml:space="preserve"> </w:t>
      </w:r>
      <w:proofErr w:type="spellStart"/>
      <w:r w:rsidRPr="00C25644">
        <w:t>chiqib</w:t>
      </w:r>
      <w:proofErr w:type="spellEnd"/>
      <w:r w:rsidRPr="00C25644">
        <w:t xml:space="preserve"> </w:t>
      </w:r>
      <w:proofErr w:type="spellStart"/>
      <w:r w:rsidRPr="00C25644">
        <w:t>amalga</w:t>
      </w:r>
      <w:proofErr w:type="spellEnd"/>
      <w:r w:rsidRPr="00C25644">
        <w:t xml:space="preserve"> </w:t>
      </w:r>
      <w:proofErr w:type="spellStart"/>
      <w:r w:rsidRPr="00C25644">
        <w:t>oshiriladi</w:t>
      </w:r>
      <w:proofErr w:type="spellEnd"/>
      <w:r w:rsidRPr="00C25644">
        <w:t>.</w:t>
      </w:r>
    </w:p>
    <w:p w14:paraId="4FEA3438" w14:textId="77777777" w:rsidR="0037439E" w:rsidRPr="00C25644" w:rsidRDefault="0037439E">
      <w:pPr>
        <w:spacing w:after="40" w:line="240" w:lineRule="auto"/>
        <w:jc w:val="both"/>
      </w:pPr>
    </w:p>
    <w:p w14:paraId="66E2179E" w14:textId="77777777" w:rsidR="0037439E" w:rsidRPr="00C25644" w:rsidRDefault="00406F7C">
      <w:pPr>
        <w:spacing w:after="0" w:line="240" w:lineRule="auto"/>
        <w:jc w:val="both"/>
      </w:pPr>
      <w:r w:rsidRPr="00C25644">
        <w:rPr>
          <w:b/>
        </w:rPr>
        <w:t>11. TARIFLAR, FOIZLAR VA HISOB-KITOBLAR</w:t>
      </w:r>
    </w:p>
    <w:p w14:paraId="0AB0E8FC" w14:textId="77777777" w:rsidR="0037439E" w:rsidRPr="00C25644" w:rsidRDefault="00406F7C">
      <w:pPr>
        <w:spacing w:after="0" w:line="240" w:lineRule="auto"/>
        <w:ind w:firstLine="709"/>
        <w:jc w:val="both"/>
      </w:pPr>
      <w:r w:rsidRPr="00C25644">
        <w:t xml:space="preserve">11.1. Bank </w:t>
      </w:r>
      <w:proofErr w:type="spellStart"/>
      <w:r w:rsidRPr="00C25644">
        <w:t>xizmatlari</w:t>
      </w:r>
      <w:proofErr w:type="spellEnd"/>
      <w:r w:rsidRPr="00C25644">
        <w:t xml:space="preserve"> </w:t>
      </w:r>
      <w:proofErr w:type="spellStart"/>
      <w:r w:rsidRPr="00C25644">
        <w:t>uchun</w:t>
      </w:r>
      <w:proofErr w:type="spellEnd"/>
      <w:r w:rsidRPr="00C25644">
        <w:t xml:space="preserve"> </w:t>
      </w:r>
      <w:proofErr w:type="spellStart"/>
      <w:r w:rsidRPr="00C25644">
        <w:t>haq</w:t>
      </w:r>
      <w:proofErr w:type="spellEnd"/>
      <w:r w:rsidRPr="00C25644">
        <w:t xml:space="preserve"> </w:t>
      </w:r>
      <w:proofErr w:type="spellStart"/>
      <w:r w:rsidRPr="00C25644">
        <w:t>Bankning</w:t>
      </w:r>
      <w:proofErr w:type="spellEnd"/>
      <w:r w:rsidRPr="00C25644">
        <w:t xml:space="preserve"> </w:t>
      </w:r>
      <w:proofErr w:type="spellStart"/>
      <w:r w:rsidRPr="00C25644">
        <w:t>amaldagi</w:t>
      </w:r>
      <w:proofErr w:type="spellEnd"/>
      <w:r w:rsidRPr="00C25644">
        <w:t xml:space="preserve"> </w:t>
      </w:r>
      <w:proofErr w:type="spellStart"/>
      <w:r w:rsidRPr="00C25644">
        <w:t>tariflariga</w:t>
      </w:r>
      <w:proofErr w:type="spellEnd"/>
      <w:r w:rsidRPr="00C25644">
        <w:t xml:space="preserve"> </w:t>
      </w:r>
      <w:proofErr w:type="spellStart"/>
      <w:r w:rsidRPr="00C25644">
        <w:t>muvofiq</w:t>
      </w:r>
      <w:proofErr w:type="spellEnd"/>
      <w:r w:rsidRPr="00C25644">
        <w:t xml:space="preserve"> </w:t>
      </w:r>
      <w:proofErr w:type="spellStart"/>
      <w:r w:rsidRPr="00C25644">
        <w:t>undiriladi</w:t>
      </w:r>
      <w:proofErr w:type="spellEnd"/>
      <w:r w:rsidRPr="00C25644">
        <w:t>.</w:t>
      </w:r>
    </w:p>
    <w:p w14:paraId="3FE6C431" w14:textId="77777777" w:rsidR="0037439E" w:rsidRPr="00C25644" w:rsidRDefault="00406F7C">
      <w:pPr>
        <w:spacing w:after="0" w:line="240" w:lineRule="auto"/>
        <w:ind w:firstLine="709"/>
        <w:jc w:val="both"/>
      </w:pPr>
      <w:r w:rsidRPr="00C25644">
        <w:t xml:space="preserve">11.2. Talab </w:t>
      </w:r>
      <w:proofErr w:type="spellStart"/>
      <w:r w:rsidRPr="00C25644">
        <w:t>qilib</w:t>
      </w:r>
      <w:proofErr w:type="spellEnd"/>
      <w:r w:rsidRPr="00C25644">
        <w:t xml:space="preserve"> </w:t>
      </w:r>
      <w:proofErr w:type="spellStart"/>
      <w:r w:rsidRPr="00C25644">
        <w:t>olinguncha</w:t>
      </w:r>
      <w:proofErr w:type="spellEnd"/>
      <w:r w:rsidRPr="00C25644">
        <w:t xml:space="preserve"> bank </w:t>
      </w:r>
      <w:proofErr w:type="spellStart"/>
      <w:r w:rsidRPr="00C25644">
        <w:t>hisobvaraqlari</w:t>
      </w:r>
      <w:proofErr w:type="spellEnd"/>
      <w:r w:rsidRPr="00C25644">
        <w:t xml:space="preserve"> </w:t>
      </w:r>
      <w:proofErr w:type="spellStart"/>
      <w:proofErr w:type="gramStart"/>
      <w:r w:rsidRPr="00C25644">
        <w:t>bo‘</w:t>
      </w:r>
      <w:proofErr w:type="gramEnd"/>
      <w:r w:rsidRPr="00C25644">
        <w:t>yicha</w:t>
      </w:r>
      <w:proofErr w:type="spellEnd"/>
      <w:r w:rsidRPr="00C25644">
        <w:t xml:space="preserve"> </w:t>
      </w:r>
      <w:proofErr w:type="spellStart"/>
      <w:r w:rsidRPr="00C25644">
        <w:t>foizlar</w:t>
      </w:r>
      <w:proofErr w:type="spellEnd"/>
      <w:r w:rsidRPr="00C25644">
        <w:t xml:space="preserve"> </w:t>
      </w:r>
      <w:proofErr w:type="spellStart"/>
      <w:r w:rsidRPr="00C25644">
        <w:t>va</w:t>
      </w:r>
      <w:proofErr w:type="spellEnd"/>
      <w:r w:rsidRPr="00C25644">
        <w:t xml:space="preserve"> </w:t>
      </w:r>
      <w:proofErr w:type="spellStart"/>
      <w:r w:rsidRPr="00C25644">
        <w:t>boshqa</w:t>
      </w:r>
      <w:proofErr w:type="spellEnd"/>
      <w:r w:rsidRPr="00C25644">
        <w:t xml:space="preserve"> </w:t>
      </w:r>
      <w:proofErr w:type="spellStart"/>
      <w:r w:rsidRPr="00C25644">
        <w:t>moliyaviy</w:t>
      </w:r>
      <w:proofErr w:type="spellEnd"/>
      <w:r w:rsidRPr="00C25644">
        <w:t xml:space="preserve"> </w:t>
      </w:r>
      <w:proofErr w:type="spellStart"/>
      <w:r w:rsidRPr="00C25644">
        <w:t>shartlar</w:t>
      </w:r>
      <w:proofErr w:type="spellEnd"/>
      <w:r w:rsidRPr="00C25644">
        <w:t xml:space="preserve"> </w:t>
      </w:r>
      <w:proofErr w:type="spellStart"/>
      <w:r w:rsidRPr="00C25644">
        <w:t>faqat</w:t>
      </w:r>
      <w:proofErr w:type="spellEnd"/>
      <w:r w:rsidRPr="00C25644">
        <w:t xml:space="preserve"> </w:t>
      </w:r>
      <w:proofErr w:type="spellStart"/>
      <w:r w:rsidRPr="00C25644">
        <w:t>mahsulotning</w:t>
      </w:r>
      <w:proofErr w:type="spellEnd"/>
      <w:r w:rsidRPr="00C25644">
        <w:t xml:space="preserve"> individual </w:t>
      </w:r>
      <w:proofErr w:type="spellStart"/>
      <w:r w:rsidRPr="00C25644">
        <w:t>shartlarida</w:t>
      </w:r>
      <w:proofErr w:type="spellEnd"/>
      <w:r w:rsidRPr="00C25644">
        <w:t xml:space="preserve"> </w:t>
      </w:r>
      <w:proofErr w:type="spellStart"/>
      <w:r w:rsidRPr="00C25644">
        <w:t>va</w:t>
      </w:r>
      <w:proofErr w:type="spellEnd"/>
      <w:r w:rsidRPr="00C25644">
        <w:t xml:space="preserve"> </w:t>
      </w:r>
      <w:proofErr w:type="spellStart"/>
      <w:r w:rsidRPr="00C25644">
        <w:t>amaldagi</w:t>
      </w:r>
      <w:proofErr w:type="spellEnd"/>
      <w:r w:rsidRPr="00C25644">
        <w:t xml:space="preserve"> </w:t>
      </w:r>
      <w:proofErr w:type="spellStart"/>
      <w:r w:rsidRPr="00C25644">
        <w:t>tariflarda</w:t>
      </w:r>
      <w:proofErr w:type="spellEnd"/>
      <w:r w:rsidRPr="00C25644">
        <w:t xml:space="preserve"> </w:t>
      </w:r>
      <w:proofErr w:type="spellStart"/>
      <w:r w:rsidRPr="00C25644">
        <w:t>nazarda</w:t>
      </w:r>
      <w:proofErr w:type="spellEnd"/>
      <w:r w:rsidRPr="00C25644">
        <w:t xml:space="preserve"> </w:t>
      </w:r>
      <w:proofErr w:type="spellStart"/>
      <w:r w:rsidRPr="00C25644">
        <w:t>tutilgan</w:t>
      </w:r>
      <w:proofErr w:type="spellEnd"/>
      <w:r w:rsidRPr="00C25644">
        <w:t xml:space="preserve"> </w:t>
      </w:r>
      <w:proofErr w:type="spellStart"/>
      <w:r w:rsidRPr="00C25644">
        <w:t>hollarda</w:t>
      </w:r>
      <w:proofErr w:type="spellEnd"/>
      <w:r w:rsidRPr="00C25644">
        <w:t xml:space="preserve"> </w:t>
      </w:r>
      <w:proofErr w:type="spellStart"/>
      <w:r w:rsidRPr="00C25644">
        <w:t>qo‘llaniladi</w:t>
      </w:r>
      <w:proofErr w:type="spellEnd"/>
      <w:r w:rsidRPr="00C25644">
        <w:t>.</w:t>
      </w:r>
    </w:p>
    <w:p w14:paraId="130171EE" w14:textId="77777777" w:rsidR="0037439E" w:rsidRPr="00C25644" w:rsidRDefault="00406F7C">
      <w:pPr>
        <w:spacing w:after="0" w:line="240" w:lineRule="auto"/>
        <w:ind w:firstLine="709"/>
        <w:jc w:val="both"/>
      </w:pPr>
      <w:r w:rsidRPr="00C25644">
        <w:t xml:space="preserve">11.3. </w:t>
      </w:r>
      <w:proofErr w:type="spellStart"/>
      <w:r w:rsidRPr="00C25644">
        <w:t>Tariflar</w:t>
      </w:r>
      <w:proofErr w:type="spellEnd"/>
      <w:r w:rsidRPr="00C25644">
        <w:t xml:space="preserve"> </w:t>
      </w:r>
      <w:proofErr w:type="spellStart"/>
      <w:r w:rsidRPr="00C25644">
        <w:t>va</w:t>
      </w:r>
      <w:proofErr w:type="spellEnd"/>
      <w:r w:rsidRPr="00C25644">
        <w:t xml:space="preserve"> </w:t>
      </w:r>
      <w:proofErr w:type="spellStart"/>
      <w:r w:rsidRPr="00C25644">
        <w:t>xizmat</w:t>
      </w:r>
      <w:proofErr w:type="spellEnd"/>
      <w:r w:rsidRPr="00C25644">
        <w:t xml:space="preserve"> </w:t>
      </w:r>
      <w:proofErr w:type="spellStart"/>
      <w:r w:rsidRPr="00C25644">
        <w:t>shartlari</w:t>
      </w:r>
      <w:proofErr w:type="spellEnd"/>
      <w:r w:rsidRPr="00C25644">
        <w:t xml:space="preserve"> </w:t>
      </w:r>
      <w:proofErr w:type="spellStart"/>
      <w:r w:rsidRPr="00C25644">
        <w:t>Bankning</w:t>
      </w:r>
      <w:proofErr w:type="spellEnd"/>
      <w:r w:rsidRPr="00C25644">
        <w:t xml:space="preserve"> </w:t>
      </w:r>
      <w:proofErr w:type="spellStart"/>
      <w:r w:rsidRPr="00C25644">
        <w:t>rasmiy</w:t>
      </w:r>
      <w:proofErr w:type="spellEnd"/>
      <w:r w:rsidRPr="00C25644">
        <w:t xml:space="preserve"> </w:t>
      </w:r>
      <w:proofErr w:type="spellStart"/>
      <w:r w:rsidRPr="00C25644">
        <w:t>veb-saytida</w:t>
      </w:r>
      <w:proofErr w:type="spellEnd"/>
      <w:r w:rsidRPr="00C25644">
        <w:t xml:space="preserve">, </w:t>
      </w:r>
      <w:proofErr w:type="spellStart"/>
      <w:r w:rsidRPr="00C25644">
        <w:t>mobil</w:t>
      </w:r>
      <w:proofErr w:type="spellEnd"/>
      <w:r w:rsidRPr="00C25644">
        <w:t xml:space="preserve"> </w:t>
      </w:r>
      <w:proofErr w:type="spellStart"/>
      <w:r w:rsidRPr="00C25644">
        <w:t>ilovasida</w:t>
      </w:r>
      <w:proofErr w:type="spellEnd"/>
      <w:r w:rsidRPr="00C25644">
        <w:t xml:space="preserve">, Bank </w:t>
      </w:r>
      <w:proofErr w:type="spellStart"/>
      <w:r w:rsidRPr="00C25644">
        <w:t>ofislarida</w:t>
      </w:r>
      <w:proofErr w:type="spellEnd"/>
      <w:r w:rsidRPr="00C25644">
        <w:t xml:space="preserve"> </w:t>
      </w:r>
      <w:proofErr w:type="spellStart"/>
      <w:r w:rsidRPr="00C25644">
        <w:t>va</w:t>
      </w:r>
      <w:proofErr w:type="spellEnd"/>
      <w:r w:rsidRPr="00C25644">
        <w:t xml:space="preserve"> </w:t>
      </w:r>
      <w:proofErr w:type="spellStart"/>
      <w:r w:rsidRPr="00C25644">
        <w:t>boshqa</w:t>
      </w:r>
      <w:proofErr w:type="spellEnd"/>
      <w:r w:rsidRPr="00C25644">
        <w:t xml:space="preserve"> </w:t>
      </w:r>
      <w:proofErr w:type="spellStart"/>
      <w:r w:rsidRPr="00C25644">
        <w:t>rasmiy</w:t>
      </w:r>
      <w:proofErr w:type="spellEnd"/>
      <w:r w:rsidRPr="00C25644">
        <w:t xml:space="preserve"> </w:t>
      </w:r>
      <w:proofErr w:type="spellStart"/>
      <w:r w:rsidRPr="00C25644">
        <w:t>axborot</w:t>
      </w:r>
      <w:proofErr w:type="spellEnd"/>
      <w:r w:rsidRPr="00C25644">
        <w:t xml:space="preserve"> </w:t>
      </w:r>
      <w:proofErr w:type="spellStart"/>
      <w:r w:rsidRPr="00C25644">
        <w:t>kanallarida</w:t>
      </w:r>
      <w:proofErr w:type="spellEnd"/>
      <w:r w:rsidRPr="00C25644">
        <w:t xml:space="preserve"> </w:t>
      </w:r>
      <w:proofErr w:type="spellStart"/>
      <w:r w:rsidRPr="00C25644">
        <w:t>e’lon</w:t>
      </w:r>
      <w:proofErr w:type="spellEnd"/>
      <w:r w:rsidRPr="00C25644">
        <w:t xml:space="preserve"> </w:t>
      </w:r>
      <w:proofErr w:type="spellStart"/>
      <w:r w:rsidRPr="00C25644">
        <w:t>qilinadi</w:t>
      </w:r>
      <w:proofErr w:type="spellEnd"/>
      <w:r w:rsidRPr="00C25644">
        <w:t>.</w:t>
      </w:r>
    </w:p>
    <w:p w14:paraId="397C810B" w14:textId="77777777" w:rsidR="0037439E" w:rsidRPr="00C25644" w:rsidRDefault="00406F7C">
      <w:pPr>
        <w:spacing w:after="0" w:line="240" w:lineRule="auto"/>
        <w:ind w:firstLine="709"/>
        <w:jc w:val="both"/>
      </w:pPr>
      <w:r w:rsidRPr="00C25644">
        <w:t xml:space="preserve">11.4. Bank </w:t>
      </w:r>
      <w:proofErr w:type="spellStart"/>
      <w:r w:rsidRPr="00C25644">
        <w:t>xizmat</w:t>
      </w:r>
      <w:proofErr w:type="spellEnd"/>
      <w:r w:rsidRPr="00C25644">
        <w:t xml:space="preserve"> </w:t>
      </w:r>
      <w:proofErr w:type="spellStart"/>
      <w:r w:rsidRPr="00C25644">
        <w:t>haqi</w:t>
      </w:r>
      <w:proofErr w:type="spellEnd"/>
      <w:r w:rsidRPr="00C25644">
        <w:t xml:space="preserve"> </w:t>
      </w:r>
      <w:proofErr w:type="spellStart"/>
      <w:r w:rsidRPr="00C25644">
        <w:t>va</w:t>
      </w:r>
      <w:proofErr w:type="spellEnd"/>
      <w:r w:rsidRPr="00C25644">
        <w:t xml:space="preserve"> </w:t>
      </w:r>
      <w:proofErr w:type="spellStart"/>
      <w:r w:rsidRPr="00C25644">
        <w:t>boshqa</w:t>
      </w:r>
      <w:proofErr w:type="spellEnd"/>
      <w:r w:rsidRPr="00C25644">
        <w:t xml:space="preserve"> </w:t>
      </w:r>
      <w:proofErr w:type="spellStart"/>
      <w:proofErr w:type="gramStart"/>
      <w:r w:rsidRPr="00C25644">
        <w:t>to‘</w:t>
      </w:r>
      <w:proofErr w:type="gramEnd"/>
      <w:r w:rsidRPr="00C25644">
        <w:t>lovlarni</w:t>
      </w:r>
      <w:proofErr w:type="spellEnd"/>
      <w:r w:rsidRPr="00C25644">
        <w:t xml:space="preserve"> </w:t>
      </w:r>
      <w:proofErr w:type="spellStart"/>
      <w:r w:rsidRPr="00C25644">
        <w:t>qonunchilikda</w:t>
      </w:r>
      <w:proofErr w:type="spellEnd"/>
      <w:r w:rsidRPr="00C25644">
        <w:t xml:space="preserve"> </w:t>
      </w:r>
      <w:proofErr w:type="spellStart"/>
      <w:r w:rsidRPr="00C25644">
        <w:t>ruxsat</w:t>
      </w:r>
      <w:proofErr w:type="spellEnd"/>
      <w:r w:rsidRPr="00C25644">
        <w:t xml:space="preserve"> </w:t>
      </w:r>
      <w:proofErr w:type="spellStart"/>
      <w:r w:rsidRPr="00C25644">
        <w:t>etilgan</w:t>
      </w:r>
      <w:proofErr w:type="spellEnd"/>
      <w:r w:rsidRPr="00C25644">
        <w:t xml:space="preserve"> </w:t>
      </w:r>
      <w:proofErr w:type="spellStart"/>
      <w:r w:rsidRPr="00C25644">
        <w:t>hollarda</w:t>
      </w:r>
      <w:proofErr w:type="spellEnd"/>
      <w:r w:rsidRPr="00C25644">
        <w:t xml:space="preserve"> </w:t>
      </w:r>
      <w:proofErr w:type="spellStart"/>
      <w:r w:rsidRPr="00C25644">
        <w:t>hamda</w:t>
      </w:r>
      <w:proofErr w:type="spellEnd"/>
      <w:r w:rsidRPr="00C25644">
        <w:t xml:space="preserve"> </w:t>
      </w:r>
      <w:proofErr w:type="spellStart"/>
      <w:r w:rsidRPr="00C25644">
        <w:t>Mijoz</w:t>
      </w:r>
      <w:proofErr w:type="spellEnd"/>
      <w:r w:rsidRPr="00C25644">
        <w:t xml:space="preserve"> </w:t>
      </w:r>
      <w:proofErr w:type="spellStart"/>
      <w:r w:rsidRPr="00C25644">
        <w:t>ushbu</w:t>
      </w:r>
      <w:proofErr w:type="spellEnd"/>
      <w:r w:rsidRPr="00C25644">
        <w:t xml:space="preserve"> </w:t>
      </w:r>
      <w:proofErr w:type="spellStart"/>
      <w:r w:rsidRPr="00C25644">
        <w:t>Shartnomani</w:t>
      </w:r>
      <w:proofErr w:type="spellEnd"/>
      <w:r w:rsidRPr="00C25644">
        <w:t xml:space="preserve"> </w:t>
      </w:r>
      <w:proofErr w:type="spellStart"/>
      <w:r w:rsidRPr="00C25644">
        <w:t>aksept</w:t>
      </w:r>
      <w:proofErr w:type="spellEnd"/>
      <w:r w:rsidRPr="00C25644">
        <w:t xml:space="preserve"> </w:t>
      </w:r>
      <w:proofErr w:type="spellStart"/>
      <w:r w:rsidRPr="00C25644">
        <w:t>qilgan</w:t>
      </w:r>
      <w:proofErr w:type="spellEnd"/>
      <w:r w:rsidRPr="00C25644">
        <w:t xml:space="preserve"> </w:t>
      </w:r>
      <w:proofErr w:type="spellStart"/>
      <w:r w:rsidRPr="00C25644">
        <w:t>doirada</w:t>
      </w:r>
      <w:proofErr w:type="spellEnd"/>
      <w:r w:rsidRPr="00C25644">
        <w:t xml:space="preserve"> </w:t>
      </w:r>
      <w:proofErr w:type="spellStart"/>
      <w:r w:rsidRPr="00C25644">
        <w:t>karta</w:t>
      </w:r>
      <w:proofErr w:type="spellEnd"/>
      <w:r w:rsidRPr="00C25644">
        <w:t xml:space="preserve"> </w:t>
      </w:r>
      <w:proofErr w:type="spellStart"/>
      <w:r w:rsidRPr="00C25644">
        <w:t>hisobvarag‘i</w:t>
      </w:r>
      <w:proofErr w:type="spellEnd"/>
      <w:r w:rsidRPr="00C25644">
        <w:t xml:space="preserve"> </w:t>
      </w:r>
      <w:proofErr w:type="spellStart"/>
      <w:r w:rsidRPr="00C25644">
        <w:t>yoki</w:t>
      </w:r>
      <w:proofErr w:type="spellEnd"/>
      <w:r w:rsidRPr="00C25644">
        <w:t xml:space="preserve"> </w:t>
      </w:r>
      <w:proofErr w:type="spellStart"/>
      <w:r w:rsidRPr="00C25644">
        <w:t>boshqa</w:t>
      </w:r>
      <w:proofErr w:type="spellEnd"/>
      <w:r w:rsidRPr="00C25644">
        <w:t xml:space="preserve"> </w:t>
      </w:r>
      <w:proofErr w:type="spellStart"/>
      <w:r w:rsidRPr="00C25644">
        <w:t>tegishli</w:t>
      </w:r>
      <w:proofErr w:type="spellEnd"/>
      <w:r w:rsidRPr="00C25644">
        <w:t xml:space="preserve"> </w:t>
      </w:r>
      <w:proofErr w:type="spellStart"/>
      <w:r w:rsidRPr="00C25644">
        <w:t>hisobvaraqdan</w:t>
      </w:r>
      <w:proofErr w:type="spellEnd"/>
      <w:r w:rsidRPr="00C25644">
        <w:t xml:space="preserve"> </w:t>
      </w:r>
      <w:proofErr w:type="spellStart"/>
      <w:r w:rsidRPr="00C25644">
        <w:t>undirishga</w:t>
      </w:r>
      <w:proofErr w:type="spellEnd"/>
      <w:r w:rsidRPr="00C25644">
        <w:t xml:space="preserve"> </w:t>
      </w:r>
      <w:proofErr w:type="spellStart"/>
      <w:r w:rsidRPr="00C25644">
        <w:t>haqli</w:t>
      </w:r>
      <w:proofErr w:type="spellEnd"/>
      <w:r w:rsidRPr="00C25644">
        <w:t>.</w:t>
      </w:r>
    </w:p>
    <w:p w14:paraId="786F44B5" w14:textId="77777777" w:rsidR="0037439E" w:rsidRPr="00C25644" w:rsidRDefault="00406F7C">
      <w:pPr>
        <w:spacing w:after="0" w:line="240" w:lineRule="auto"/>
        <w:ind w:firstLine="709"/>
        <w:jc w:val="both"/>
      </w:pPr>
      <w:r w:rsidRPr="0077367A">
        <w:rPr>
          <w:highlight w:val="yellow"/>
        </w:rPr>
        <w:t xml:space="preserve">11.5. </w:t>
      </w:r>
      <w:proofErr w:type="spellStart"/>
      <w:r w:rsidRPr="0077367A">
        <w:rPr>
          <w:highlight w:val="yellow"/>
        </w:rPr>
        <w:t>Tariflarga</w:t>
      </w:r>
      <w:proofErr w:type="spellEnd"/>
      <w:r w:rsidRPr="0077367A">
        <w:rPr>
          <w:highlight w:val="yellow"/>
        </w:rPr>
        <w:t xml:space="preserve"> </w:t>
      </w:r>
      <w:proofErr w:type="spellStart"/>
      <w:proofErr w:type="gramStart"/>
      <w:r w:rsidRPr="0077367A">
        <w:rPr>
          <w:highlight w:val="yellow"/>
        </w:rPr>
        <w:t>o‘</w:t>
      </w:r>
      <w:proofErr w:type="gramEnd"/>
      <w:r w:rsidRPr="0077367A">
        <w:rPr>
          <w:highlight w:val="yellow"/>
        </w:rPr>
        <w:t>zgartirish</w:t>
      </w:r>
      <w:proofErr w:type="spellEnd"/>
      <w:r w:rsidRPr="0077367A">
        <w:rPr>
          <w:highlight w:val="yellow"/>
        </w:rPr>
        <w:t xml:space="preserve"> </w:t>
      </w:r>
      <w:proofErr w:type="spellStart"/>
      <w:r w:rsidRPr="0077367A">
        <w:rPr>
          <w:highlight w:val="yellow"/>
        </w:rPr>
        <w:t>kiritilganda</w:t>
      </w:r>
      <w:proofErr w:type="spellEnd"/>
      <w:r w:rsidRPr="0077367A">
        <w:rPr>
          <w:highlight w:val="yellow"/>
        </w:rPr>
        <w:t xml:space="preserve"> Bank </w:t>
      </w:r>
      <w:proofErr w:type="spellStart"/>
      <w:r w:rsidRPr="0077367A">
        <w:rPr>
          <w:highlight w:val="yellow"/>
        </w:rPr>
        <w:t>Mijozni</w:t>
      </w:r>
      <w:proofErr w:type="spellEnd"/>
      <w:r w:rsidRPr="0077367A">
        <w:rPr>
          <w:highlight w:val="yellow"/>
        </w:rPr>
        <w:t xml:space="preserve"> </w:t>
      </w:r>
      <w:proofErr w:type="spellStart"/>
      <w:r w:rsidRPr="0077367A">
        <w:rPr>
          <w:highlight w:val="yellow"/>
        </w:rPr>
        <w:t>kamida</w:t>
      </w:r>
      <w:proofErr w:type="spellEnd"/>
      <w:r w:rsidRPr="0077367A">
        <w:rPr>
          <w:highlight w:val="yellow"/>
        </w:rPr>
        <w:t xml:space="preserve"> 10 (</w:t>
      </w:r>
      <w:proofErr w:type="spellStart"/>
      <w:r w:rsidRPr="0077367A">
        <w:rPr>
          <w:highlight w:val="yellow"/>
        </w:rPr>
        <w:t>o‘n</w:t>
      </w:r>
      <w:proofErr w:type="spellEnd"/>
      <w:r w:rsidRPr="0077367A">
        <w:rPr>
          <w:highlight w:val="yellow"/>
        </w:rPr>
        <w:t xml:space="preserve">) </w:t>
      </w:r>
      <w:proofErr w:type="spellStart"/>
      <w:r w:rsidRPr="0077367A">
        <w:rPr>
          <w:highlight w:val="yellow"/>
        </w:rPr>
        <w:t>kun</w:t>
      </w:r>
      <w:proofErr w:type="spellEnd"/>
      <w:r w:rsidRPr="0077367A">
        <w:rPr>
          <w:highlight w:val="yellow"/>
        </w:rPr>
        <w:t xml:space="preserve"> </w:t>
      </w:r>
      <w:proofErr w:type="spellStart"/>
      <w:r w:rsidRPr="0077367A">
        <w:rPr>
          <w:highlight w:val="yellow"/>
        </w:rPr>
        <w:t>oldin</w:t>
      </w:r>
      <w:proofErr w:type="spellEnd"/>
      <w:r w:rsidRPr="0077367A">
        <w:rPr>
          <w:highlight w:val="yellow"/>
        </w:rPr>
        <w:t xml:space="preserve">, agar </w:t>
      </w:r>
      <w:proofErr w:type="spellStart"/>
      <w:r w:rsidRPr="0077367A">
        <w:rPr>
          <w:highlight w:val="yellow"/>
        </w:rPr>
        <w:t>qonunchilik</w:t>
      </w:r>
      <w:proofErr w:type="spellEnd"/>
      <w:r w:rsidRPr="0077367A">
        <w:rPr>
          <w:highlight w:val="yellow"/>
        </w:rPr>
        <w:t xml:space="preserve"> </w:t>
      </w:r>
      <w:proofErr w:type="spellStart"/>
      <w:r w:rsidRPr="0077367A">
        <w:rPr>
          <w:highlight w:val="yellow"/>
        </w:rPr>
        <w:t>yoki</w:t>
      </w:r>
      <w:proofErr w:type="spellEnd"/>
      <w:r w:rsidRPr="0077367A">
        <w:rPr>
          <w:highlight w:val="yellow"/>
        </w:rPr>
        <w:t xml:space="preserve"> </w:t>
      </w:r>
      <w:proofErr w:type="spellStart"/>
      <w:r w:rsidRPr="0077367A">
        <w:rPr>
          <w:highlight w:val="yellow"/>
        </w:rPr>
        <w:t>mahsulot</w:t>
      </w:r>
      <w:proofErr w:type="spellEnd"/>
      <w:r w:rsidRPr="0077367A">
        <w:rPr>
          <w:highlight w:val="yellow"/>
        </w:rPr>
        <w:t xml:space="preserve"> </w:t>
      </w:r>
      <w:proofErr w:type="spellStart"/>
      <w:r w:rsidRPr="0077367A">
        <w:rPr>
          <w:highlight w:val="yellow"/>
        </w:rPr>
        <w:t>shartlarida</w:t>
      </w:r>
      <w:proofErr w:type="spellEnd"/>
      <w:r w:rsidRPr="0077367A">
        <w:rPr>
          <w:highlight w:val="yellow"/>
        </w:rPr>
        <w:t xml:space="preserve"> </w:t>
      </w:r>
      <w:proofErr w:type="spellStart"/>
      <w:r w:rsidRPr="0077367A">
        <w:rPr>
          <w:highlight w:val="yellow"/>
        </w:rPr>
        <w:t>boshqa</w:t>
      </w:r>
      <w:proofErr w:type="spellEnd"/>
      <w:r w:rsidRPr="0077367A">
        <w:rPr>
          <w:highlight w:val="yellow"/>
        </w:rPr>
        <w:t xml:space="preserve"> </w:t>
      </w:r>
      <w:proofErr w:type="spellStart"/>
      <w:r w:rsidRPr="0077367A">
        <w:rPr>
          <w:highlight w:val="yellow"/>
        </w:rPr>
        <w:t>muddat</w:t>
      </w:r>
      <w:proofErr w:type="spellEnd"/>
      <w:r w:rsidRPr="0077367A">
        <w:rPr>
          <w:highlight w:val="yellow"/>
        </w:rPr>
        <w:t xml:space="preserve"> </w:t>
      </w:r>
      <w:proofErr w:type="spellStart"/>
      <w:r w:rsidRPr="0077367A">
        <w:rPr>
          <w:highlight w:val="yellow"/>
        </w:rPr>
        <w:t>nazarda</w:t>
      </w:r>
      <w:proofErr w:type="spellEnd"/>
      <w:r w:rsidRPr="0077367A">
        <w:rPr>
          <w:highlight w:val="yellow"/>
        </w:rPr>
        <w:t xml:space="preserve"> </w:t>
      </w:r>
      <w:proofErr w:type="spellStart"/>
      <w:r w:rsidRPr="0077367A">
        <w:rPr>
          <w:highlight w:val="yellow"/>
        </w:rPr>
        <w:t>tutilmagan</w:t>
      </w:r>
      <w:proofErr w:type="spellEnd"/>
      <w:r w:rsidRPr="0077367A">
        <w:rPr>
          <w:highlight w:val="yellow"/>
        </w:rPr>
        <w:t xml:space="preserve"> </w:t>
      </w:r>
      <w:proofErr w:type="spellStart"/>
      <w:r w:rsidRPr="0077367A">
        <w:rPr>
          <w:highlight w:val="yellow"/>
        </w:rPr>
        <w:t>bo‘lsa</w:t>
      </w:r>
      <w:proofErr w:type="spellEnd"/>
      <w:r w:rsidRPr="0077367A">
        <w:rPr>
          <w:highlight w:val="yellow"/>
        </w:rPr>
        <w:t xml:space="preserve">, </w:t>
      </w:r>
      <w:proofErr w:type="spellStart"/>
      <w:r w:rsidRPr="0077367A">
        <w:rPr>
          <w:highlight w:val="yellow"/>
        </w:rPr>
        <w:t>xabardor</w:t>
      </w:r>
      <w:proofErr w:type="spellEnd"/>
      <w:r w:rsidRPr="0077367A">
        <w:rPr>
          <w:highlight w:val="yellow"/>
        </w:rPr>
        <w:t xml:space="preserve"> </w:t>
      </w:r>
      <w:proofErr w:type="spellStart"/>
      <w:r w:rsidRPr="0077367A">
        <w:rPr>
          <w:highlight w:val="yellow"/>
        </w:rPr>
        <w:t>qiladi</w:t>
      </w:r>
      <w:proofErr w:type="spellEnd"/>
      <w:r w:rsidRPr="0077367A">
        <w:rPr>
          <w:highlight w:val="yellow"/>
        </w:rPr>
        <w:t>.</w:t>
      </w:r>
    </w:p>
    <w:p w14:paraId="5FABB90E" w14:textId="77777777" w:rsidR="0037439E" w:rsidRPr="00C25644" w:rsidRDefault="0037439E">
      <w:pPr>
        <w:spacing w:after="40" w:line="240" w:lineRule="auto"/>
        <w:jc w:val="both"/>
      </w:pPr>
    </w:p>
    <w:p w14:paraId="59E73E1A" w14:textId="77777777" w:rsidR="0037439E" w:rsidRPr="00C25644" w:rsidRDefault="00406F7C">
      <w:pPr>
        <w:spacing w:after="0" w:line="240" w:lineRule="auto"/>
        <w:jc w:val="both"/>
      </w:pPr>
      <w:r w:rsidRPr="00C25644">
        <w:rPr>
          <w:b/>
        </w:rPr>
        <w:t>12. TOMONLARNING JAVOBGARLIGI</w:t>
      </w:r>
    </w:p>
    <w:p w14:paraId="17465A7E" w14:textId="77777777" w:rsidR="0037439E" w:rsidRPr="00C25644" w:rsidRDefault="00406F7C">
      <w:pPr>
        <w:spacing w:after="0" w:line="240" w:lineRule="auto"/>
        <w:ind w:firstLine="709"/>
        <w:jc w:val="both"/>
      </w:pPr>
      <w:r w:rsidRPr="00C25644">
        <w:t xml:space="preserve">12.1. </w:t>
      </w:r>
      <w:proofErr w:type="spellStart"/>
      <w:r w:rsidRPr="00C25644">
        <w:t>Tomonlar</w:t>
      </w:r>
      <w:proofErr w:type="spellEnd"/>
      <w:r w:rsidRPr="00C25644">
        <w:t xml:space="preserve"> </w:t>
      </w:r>
      <w:proofErr w:type="spellStart"/>
      <w:r w:rsidRPr="00C25644">
        <w:t>ushbu</w:t>
      </w:r>
      <w:proofErr w:type="spellEnd"/>
      <w:r w:rsidRPr="00C25644">
        <w:t xml:space="preserve"> </w:t>
      </w:r>
      <w:proofErr w:type="spellStart"/>
      <w:r w:rsidRPr="00C25644">
        <w:t>Shartnoma</w:t>
      </w:r>
      <w:proofErr w:type="spellEnd"/>
      <w:r w:rsidRPr="00C25644">
        <w:t xml:space="preserve"> </w:t>
      </w:r>
      <w:proofErr w:type="spellStart"/>
      <w:proofErr w:type="gramStart"/>
      <w:r w:rsidRPr="00C25644">
        <w:t>bo‘</w:t>
      </w:r>
      <w:proofErr w:type="gramEnd"/>
      <w:r w:rsidRPr="00C25644">
        <w:t>yicha</w:t>
      </w:r>
      <w:proofErr w:type="spellEnd"/>
      <w:r w:rsidRPr="00C25644">
        <w:t xml:space="preserve"> </w:t>
      </w:r>
      <w:proofErr w:type="spellStart"/>
      <w:r w:rsidRPr="00C25644">
        <w:t>majburiyatlarni</w:t>
      </w:r>
      <w:proofErr w:type="spellEnd"/>
      <w:r w:rsidRPr="00C25644">
        <w:t xml:space="preserve"> </w:t>
      </w:r>
      <w:proofErr w:type="spellStart"/>
      <w:r w:rsidRPr="00C25644">
        <w:t>bajarmaganligi</w:t>
      </w:r>
      <w:proofErr w:type="spellEnd"/>
      <w:r w:rsidRPr="00C25644">
        <w:t xml:space="preserve"> </w:t>
      </w:r>
      <w:proofErr w:type="spellStart"/>
      <w:r w:rsidRPr="00C25644">
        <w:t>yoki</w:t>
      </w:r>
      <w:proofErr w:type="spellEnd"/>
      <w:r w:rsidRPr="00C25644">
        <w:t xml:space="preserve"> </w:t>
      </w:r>
      <w:proofErr w:type="spellStart"/>
      <w:r w:rsidRPr="00C25644">
        <w:t>lozim</w:t>
      </w:r>
      <w:proofErr w:type="spellEnd"/>
      <w:r w:rsidRPr="00C25644">
        <w:t xml:space="preserve"> </w:t>
      </w:r>
      <w:proofErr w:type="spellStart"/>
      <w:r w:rsidRPr="00C25644">
        <w:t>darajada</w:t>
      </w:r>
      <w:proofErr w:type="spellEnd"/>
      <w:r w:rsidRPr="00C25644">
        <w:t xml:space="preserve"> </w:t>
      </w:r>
      <w:proofErr w:type="spellStart"/>
      <w:r w:rsidRPr="00C25644">
        <w:t>bajarmaganligi</w:t>
      </w:r>
      <w:proofErr w:type="spellEnd"/>
      <w:r w:rsidRPr="00C25644">
        <w:t xml:space="preserve"> </w:t>
      </w:r>
      <w:proofErr w:type="spellStart"/>
      <w:r w:rsidRPr="00C25644">
        <w:t>uchun</w:t>
      </w:r>
      <w:proofErr w:type="spellEnd"/>
      <w:r w:rsidRPr="00C25644">
        <w:t xml:space="preserve"> </w:t>
      </w:r>
      <w:proofErr w:type="spellStart"/>
      <w:r w:rsidRPr="00C25644">
        <w:t>qonunchilikka</w:t>
      </w:r>
      <w:proofErr w:type="spellEnd"/>
      <w:r w:rsidRPr="00C25644">
        <w:t xml:space="preserve"> </w:t>
      </w:r>
      <w:proofErr w:type="spellStart"/>
      <w:r w:rsidRPr="00C25644">
        <w:t>muvofiq</w:t>
      </w:r>
      <w:proofErr w:type="spellEnd"/>
      <w:r w:rsidRPr="00C25644">
        <w:t xml:space="preserve"> </w:t>
      </w:r>
      <w:proofErr w:type="spellStart"/>
      <w:r w:rsidRPr="00C25644">
        <w:t>javobgar</w:t>
      </w:r>
      <w:proofErr w:type="spellEnd"/>
      <w:r w:rsidRPr="00C25644">
        <w:t xml:space="preserve"> </w:t>
      </w:r>
      <w:proofErr w:type="spellStart"/>
      <w:r w:rsidRPr="00C25644">
        <w:t>bo‘ladi</w:t>
      </w:r>
      <w:proofErr w:type="spellEnd"/>
      <w:r w:rsidRPr="00C25644">
        <w:t>.</w:t>
      </w:r>
    </w:p>
    <w:p w14:paraId="010A4E99" w14:textId="77777777" w:rsidR="0037439E" w:rsidRPr="00C25644" w:rsidRDefault="00406F7C">
      <w:pPr>
        <w:spacing w:after="0" w:line="240" w:lineRule="auto"/>
        <w:ind w:firstLine="709"/>
        <w:jc w:val="both"/>
      </w:pPr>
      <w:r w:rsidRPr="00C25644">
        <w:t xml:space="preserve">12.2. Bank </w:t>
      </w:r>
      <w:proofErr w:type="spellStart"/>
      <w:r w:rsidRPr="00C25644">
        <w:t>Mijoz</w:t>
      </w:r>
      <w:proofErr w:type="spellEnd"/>
      <w:r w:rsidRPr="00C25644">
        <w:t xml:space="preserve"> </w:t>
      </w:r>
      <w:proofErr w:type="spellStart"/>
      <w:r w:rsidRPr="00C25644">
        <w:t>taqdim</w:t>
      </w:r>
      <w:proofErr w:type="spellEnd"/>
      <w:r w:rsidRPr="00C25644">
        <w:t xml:space="preserve"> </w:t>
      </w:r>
      <w:proofErr w:type="spellStart"/>
      <w:r w:rsidRPr="00C25644">
        <w:t>etgan</w:t>
      </w:r>
      <w:proofErr w:type="spellEnd"/>
      <w:r w:rsidRPr="00C25644">
        <w:t xml:space="preserve"> </w:t>
      </w:r>
      <w:proofErr w:type="spellStart"/>
      <w:proofErr w:type="gramStart"/>
      <w:r w:rsidRPr="00C25644">
        <w:t>noto‘</w:t>
      </w:r>
      <w:proofErr w:type="gramEnd"/>
      <w:r w:rsidRPr="00C25644">
        <w:t>g‘ri</w:t>
      </w:r>
      <w:proofErr w:type="spellEnd"/>
      <w:r w:rsidRPr="00C25644">
        <w:t xml:space="preserve"> </w:t>
      </w:r>
      <w:proofErr w:type="spellStart"/>
      <w:r w:rsidRPr="00C25644">
        <w:t>yoki</w:t>
      </w:r>
      <w:proofErr w:type="spellEnd"/>
      <w:r w:rsidRPr="00C25644">
        <w:t xml:space="preserve"> </w:t>
      </w:r>
      <w:proofErr w:type="spellStart"/>
      <w:r w:rsidRPr="00C25644">
        <w:t>to‘liq</w:t>
      </w:r>
      <w:proofErr w:type="spellEnd"/>
      <w:r w:rsidRPr="00C25644">
        <w:t xml:space="preserve"> </w:t>
      </w:r>
      <w:proofErr w:type="spellStart"/>
      <w:r w:rsidRPr="00C25644">
        <w:t>bo‘lmagan</w:t>
      </w:r>
      <w:proofErr w:type="spellEnd"/>
      <w:r w:rsidRPr="00C25644">
        <w:t xml:space="preserve"> </w:t>
      </w:r>
      <w:proofErr w:type="spellStart"/>
      <w:r w:rsidRPr="00C25644">
        <w:t>ma’lumotlar</w:t>
      </w:r>
      <w:proofErr w:type="spellEnd"/>
      <w:r w:rsidRPr="00C25644">
        <w:t xml:space="preserve">, </w:t>
      </w:r>
      <w:proofErr w:type="spellStart"/>
      <w:r w:rsidRPr="00C25644">
        <w:t>uchinchi</w:t>
      </w:r>
      <w:proofErr w:type="spellEnd"/>
      <w:r w:rsidRPr="00C25644">
        <w:t xml:space="preserve"> </w:t>
      </w:r>
      <w:proofErr w:type="spellStart"/>
      <w:r w:rsidRPr="00C25644">
        <w:t>shaxslar</w:t>
      </w:r>
      <w:proofErr w:type="spellEnd"/>
      <w:r w:rsidRPr="00C25644">
        <w:t xml:space="preserve"> </w:t>
      </w:r>
      <w:proofErr w:type="spellStart"/>
      <w:r w:rsidRPr="00C25644">
        <w:t>xatti-harakatlari</w:t>
      </w:r>
      <w:proofErr w:type="spellEnd"/>
      <w:r w:rsidRPr="00C25644">
        <w:t xml:space="preserve">, </w:t>
      </w:r>
      <w:proofErr w:type="spellStart"/>
      <w:r w:rsidRPr="00C25644">
        <w:t>aloqa</w:t>
      </w:r>
      <w:proofErr w:type="spellEnd"/>
      <w:r w:rsidRPr="00C25644">
        <w:t xml:space="preserve"> </w:t>
      </w:r>
      <w:proofErr w:type="spellStart"/>
      <w:r w:rsidRPr="00C25644">
        <w:t>operatorlari</w:t>
      </w:r>
      <w:proofErr w:type="spellEnd"/>
      <w:r w:rsidRPr="00C25644">
        <w:t xml:space="preserve"> </w:t>
      </w:r>
      <w:proofErr w:type="spellStart"/>
      <w:r w:rsidRPr="00C25644">
        <w:t>va</w:t>
      </w:r>
      <w:proofErr w:type="spellEnd"/>
      <w:r w:rsidRPr="00C25644">
        <w:t xml:space="preserve"> </w:t>
      </w:r>
      <w:proofErr w:type="spellStart"/>
      <w:r w:rsidRPr="00C25644">
        <w:t>to‘lov</w:t>
      </w:r>
      <w:proofErr w:type="spellEnd"/>
      <w:r w:rsidRPr="00C25644">
        <w:t xml:space="preserve"> </w:t>
      </w:r>
      <w:proofErr w:type="spellStart"/>
      <w:r w:rsidRPr="00C25644">
        <w:t>tizimlari</w:t>
      </w:r>
      <w:proofErr w:type="spellEnd"/>
      <w:r w:rsidRPr="00C25644">
        <w:t xml:space="preserve"> </w:t>
      </w:r>
      <w:proofErr w:type="spellStart"/>
      <w:r w:rsidRPr="00C25644">
        <w:t>uzilishlari</w:t>
      </w:r>
      <w:proofErr w:type="spellEnd"/>
      <w:r w:rsidRPr="00C25644">
        <w:t xml:space="preserve">, </w:t>
      </w:r>
      <w:proofErr w:type="spellStart"/>
      <w:r w:rsidRPr="00C25644">
        <w:t>elektr</w:t>
      </w:r>
      <w:proofErr w:type="spellEnd"/>
      <w:r w:rsidRPr="00C25644">
        <w:t xml:space="preserve"> </w:t>
      </w:r>
      <w:proofErr w:type="spellStart"/>
      <w:r w:rsidRPr="00C25644">
        <w:t>ta’minoti</w:t>
      </w:r>
      <w:proofErr w:type="spellEnd"/>
      <w:r w:rsidRPr="00C25644">
        <w:t xml:space="preserve"> </w:t>
      </w:r>
      <w:proofErr w:type="spellStart"/>
      <w:r w:rsidRPr="00C25644">
        <w:t>uzilishi</w:t>
      </w:r>
      <w:proofErr w:type="spellEnd"/>
      <w:r w:rsidRPr="00C25644">
        <w:t xml:space="preserve"> </w:t>
      </w:r>
      <w:proofErr w:type="spellStart"/>
      <w:r w:rsidRPr="00C25644">
        <w:t>hamda</w:t>
      </w:r>
      <w:proofErr w:type="spellEnd"/>
      <w:r w:rsidRPr="00C25644">
        <w:t xml:space="preserve"> </w:t>
      </w:r>
      <w:proofErr w:type="spellStart"/>
      <w:r w:rsidRPr="00C25644">
        <w:t>boshqa</w:t>
      </w:r>
      <w:proofErr w:type="spellEnd"/>
      <w:r w:rsidRPr="00C25644">
        <w:t xml:space="preserve"> </w:t>
      </w:r>
      <w:proofErr w:type="spellStart"/>
      <w:r w:rsidRPr="00C25644">
        <w:t>Bankga</w:t>
      </w:r>
      <w:proofErr w:type="spellEnd"/>
      <w:r w:rsidRPr="00C25644">
        <w:t xml:space="preserve"> </w:t>
      </w:r>
      <w:proofErr w:type="spellStart"/>
      <w:r w:rsidRPr="00C25644">
        <w:t>bog‘liq</w:t>
      </w:r>
      <w:proofErr w:type="spellEnd"/>
      <w:r w:rsidRPr="00C25644">
        <w:t xml:space="preserve"> </w:t>
      </w:r>
      <w:proofErr w:type="spellStart"/>
      <w:r w:rsidRPr="00C25644">
        <w:t>bo‘lmagan</w:t>
      </w:r>
      <w:proofErr w:type="spellEnd"/>
      <w:r w:rsidRPr="00C25644">
        <w:t xml:space="preserve"> </w:t>
      </w:r>
      <w:proofErr w:type="spellStart"/>
      <w:r w:rsidRPr="00C25644">
        <w:t>holatlar</w:t>
      </w:r>
      <w:proofErr w:type="spellEnd"/>
      <w:r w:rsidRPr="00C25644">
        <w:t xml:space="preserve"> </w:t>
      </w:r>
      <w:proofErr w:type="spellStart"/>
      <w:r w:rsidRPr="00C25644">
        <w:t>oqibatlari</w:t>
      </w:r>
      <w:proofErr w:type="spellEnd"/>
      <w:r w:rsidRPr="00C25644">
        <w:t xml:space="preserve"> </w:t>
      </w:r>
      <w:proofErr w:type="spellStart"/>
      <w:r w:rsidRPr="00C25644">
        <w:t>uchun</w:t>
      </w:r>
      <w:proofErr w:type="spellEnd"/>
      <w:r w:rsidRPr="00C25644">
        <w:t xml:space="preserve"> </w:t>
      </w:r>
      <w:proofErr w:type="spellStart"/>
      <w:r w:rsidRPr="00C25644">
        <w:t>javobgar</w:t>
      </w:r>
      <w:proofErr w:type="spellEnd"/>
      <w:r w:rsidRPr="00C25644">
        <w:t xml:space="preserve"> </w:t>
      </w:r>
      <w:proofErr w:type="spellStart"/>
      <w:r w:rsidRPr="00C25644">
        <w:t>bo‘lmaydi</w:t>
      </w:r>
      <w:proofErr w:type="spellEnd"/>
      <w:r w:rsidRPr="00C25644">
        <w:t xml:space="preserve">, </w:t>
      </w:r>
      <w:proofErr w:type="spellStart"/>
      <w:r w:rsidRPr="00C25644">
        <w:t>bundan</w:t>
      </w:r>
      <w:proofErr w:type="spellEnd"/>
      <w:r w:rsidRPr="00C25644">
        <w:t xml:space="preserve"> </w:t>
      </w:r>
      <w:proofErr w:type="spellStart"/>
      <w:r w:rsidRPr="00C25644">
        <w:t>Bankning</w:t>
      </w:r>
      <w:proofErr w:type="spellEnd"/>
      <w:r w:rsidRPr="00C25644">
        <w:t xml:space="preserve"> </w:t>
      </w:r>
      <w:proofErr w:type="spellStart"/>
      <w:r w:rsidRPr="00C25644">
        <w:t>aybi</w:t>
      </w:r>
      <w:proofErr w:type="spellEnd"/>
      <w:r w:rsidRPr="00C25644">
        <w:t xml:space="preserve"> </w:t>
      </w:r>
      <w:proofErr w:type="spellStart"/>
      <w:r w:rsidRPr="00C25644">
        <w:t>isbotlangan</w:t>
      </w:r>
      <w:proofErr w:type="spellEnd"/>
      <w:r w:rsidRPr="00C25644">
        <w:t xml:space="preserve"> </w:t>
      </w:r>
      <w:proofErr w:type="spellStart"/>
      <w:r w:rsidRPr="00C25644">
        <w:t>holatlar</w:t>
      </w:r>
      <w:proofErr w:type="spellEnd"/>
      <w:r w:rsidRPr="00C25644">
        <w:t xml:space="preserve"> </w:t>
      </w:r>
      <w:proofErr w:type="spellStart"/>
      <w:r w:rsidRPr="00C25644">
        <w:t>mustasno</w:t>
      </w:r>
      <w:proofErr w:type="spellEnd"/>
      <w:r w:rsidRPr="00C25644">
        <w:t>.</w:t>
      </w:r>
    </w:p>
    <w:p w14:paraId="0375E740" w14:textId="77777777" w:rsidR="0037439E" w:rsidRPr="00C25644" w:rsidRDefault="00406F7C">
      <w:pPr>
        <w:spacing w:after="0" w:line="240" w:lineRule="auto"/>
        <w:ind w:firstLine="709"/>
        <w:jc w:val="both"/>
      </w:pPr>
      <w:r w:rsidRPr="00C25644">
        <w:t xml:space="preserve">12.3. </w:t>
      </w:r>
      <w:proofErr w:type="spellStart"/>
      <w:r w:rsidRPr="00C25644">
        <w:t>Mijoz</w:t>
      </w:r>
      <w:proofErr w:type="spellEnd"/>
      <w:r w:rsidRPr="00C25644">
        <w:t xml:space="preserve"> </w:t>
      </w:r>
      <w:proofErr w:type="spellStart"/>
      <w:r w:rsidRPr="00C25644">
        <w:t>autentifikatsiya</w:t>
      </w:r>
      <w:proofErr w:type="spellEnd"/>
      <w:r w:rsidRPr="00C25644">
        <w:t xml:space="preserve"> </w:t>
      </w:r>
      <w:proofErr w:type="spellStart"/>
      <w:r w:rsidRPr="00C25644">
        <w:t>vositalari</w:t>
      </w:r>
      <w:proofErr w:type="spellEnd"/>
      <w:r w:rsidRPr="00C25644">
        <w:t>, PIN-</w:t>
      </w:r>
      <w:proofErr w:type="spellStart"/>
      <w:r w:rsidRPr="00C25644">
        <w:t>kod</w:t>
      </w:r>
      <w:proofErr w:type="spellEnd"/>
      <w:r w:rsidRPr="00C25644">
        <w:t xml:space="preserve">, </w:t>
      </w:r>
      <w:proofErr w:type="spellStart"/>
      <w:r w:rsidRPr="00C25644">
        <w:t>parol</w:t>
      </w:r>
      <w:proofErr w:type="spellEnd"/>
      <w:r w:rsidRPr="00C25644">
        <w:t xml:space="preserve"> </w:t>
      </w:r>
      <w:proofErr w:type="spellStart"/>
      <w:r w:rsidRPr="00C25644">
        <w:t>va</w:t>
      </w:r>
      <w:proofErr w:type="spellEnd"/>
      <w:r w:rsidRPr="00C25644">
        <w:t xml:space="preserve"> </w:t>
      </w:r>
      <w:proofErr w:type="spellStart"/>
      <w:r w:rsidRPr="00C25644">
        <w:t>boshqa</w:t>
      </w:r>
      <w:proofErr w:type="spellEnd"/>
      <w:r w:rsidRPr="00C25644">
        <w:t xml:space="preserve"> </w:t>
      </w:r>
      <w:proofErr w:type="spellStart"/>
      <w:r w:rsidRPr="00C25644">
        <w:t>maxfiy</w:t>
      </w:r>
      <w:proofErr w:type="spellEnd"/>
      <w:r w:rsidRPr="00C25644">
        <w:t xml:space="preserve"> </w:t>
      </w:r>
      <w:proofErr w:type="spellStart"/>
      <w:r w:rsidRPr="00C25644">
        <w:t>ma’lumotlarni</w:t>
      </w:r>
      <w:proofErr w:type="spellEnd"/>
      <w:r w:rsidRPr="00C25644">
        <w:t xml:space="preserve"> </w:t>
      </w:r>
      <w:proofErr w:type="spellStart"/>
      <w:r w:rsidRPr="00C25644">
        <w:t>uchinchi</w:t>
      </w:r>
      <w:proofErr w:type="spellEnd"/>
      <w:r w:rsidRPr="00C25644">
        <w:t xml:space="preserve"> </w:t>
      </w:r>
      <w:proofErr w:type="spellStart"/>
      <w:r w:rsidRPr="00C25644">
        <w:t>shaxslarga</w:t>
      </w:r>
      <w:proofErr w:type="spellEnd"/>
      <w:r w:rsidRPr="00C25644">
        <w:t xml:space="preserve"> </w:t>
      </w:r>
      <w:proofErr w:type="spellStart"/>
      <w:r w:rsidRPr="00C25644">
        <w:t>oshkor</w:t>
      </w:r>
      <w:proofErr w:type="spellEnd"/>
      <w:r w:rsidRPr="00C25644">
        <w:t xml:space="preserve"> </w:t>
      </w:r>
      <w:proofErr w:type="spellStart"/>
      <w:r w:rsidRPr="00C25644">
        <w:t>etish</w:t>
      </w:r>
      <w:proofErr w:type="spellEnd"/>
      <w:r w:rsidRPr="00C25644">
        <w:t xml:space="preserve"> </w:t>
      </w:r>
      <w:proofErr w:type="spellStart"/>
      <w:r w:rsidRPr="00C25644">
        <w:t>oqibatlari</w:t>
      </w:r>
      <w:proofErr w:type="spellEnd"/>
      <w:r w:rsidRPr="00C25644">
        <w:t xml:space="preserve"> </w:t>
      </w:r>
      <w:proofErr w:type="spellStart"/>
      <w:r w:rsidRPr="00C25644">
        <w:t>uchun</w:t>
      </w:r>
      <w:proofErr w:type="spellEnd"/>
      <w:r w:rsidRPr="00C25644">
        <w:t xml:space="preserve"> </w:t>
      </w:r>
      <w:proofErr w:type="spellStart"/>
      <w:r w:rsidRPr="00C25644">
        <w:t>javob</w:t>
      </w:r>
      <w:proofErr w:type="spellEnd"/>
      <w:r w:rsidRPr="00C25644">
        <w:t xml:space="preserve"> </w:t>
      </w:r>
      <w:proofErr w:type="spellStart"/>
      <w:r w:rsidRPr="00C25644">
        <w:t>beradi</w:t>
      </w:r>
      <w:proofErr w:type="spellEnd"/>
      <w:r w:rsidRPr="00C25644">
        <w:t xml:space="preserve">, </w:t>
      </w:r>
      <w:proofErr w:type="spellStart"/>
      <w:r w:rsidRPr="00C25644">
        <w:t>bundan</w:t>
      </w:r>
      <w:proofErr w:type="spellEnd"/>
      <w:r w:rsidRPr="00C25644">
        <w:t xml:space="preserve"> </w:t>
      </w:r>
      <w:proofErr w:type="spellStart"/>
      <w:r w:rsidRPr="00C25644">
        <w:t>Bankning</w:t>
      </w:r>
      <w:proofErr w:type="spellEnd"/>
      <w:r w:rsidRPr="00C25644">
        <w:t xml:space="preserve"> </w:t>
      </w:r>
      <w:proofErr w:type="spellStart"/>
      <w:r w:rsidRPr="00C25644">
        <w:t>tizim</w:t>
      </w:r>
      <w:proofErr w:type="spellEnd"/>
      <w:r w:rsidRPr="00C25644">
        <w:t xml:space="preserve"> </w:t>
      </w:r>
      <w:proofErr w:type="spellStart"/>
      <w:r w:rsidRPr="00C25644">
        <w:t>xavfsizligi</w:t>
      </w:r>
      <w:proofErr w:type="spellEnd"/>
      <w:r w:rsidRPr="00C25644">
        <w:t xml:space="preserve"> </w:t>
      </w:r>
      <w:proofErr w:type="spellStart"/>
      <w:proofErr w:type="gramStart"/>
      <w:r w:rsidRPr="00C25644">
        <w:t>qo‘</w:t>
      </w:r>
      <w:proofErr w:type="gramEnd"/>
      <w:r w:rsidRPr="00C25644">
        <w:t>pol</w:t>
      </w:r>
      <w:proofErr w:type="spellEnd"/>
      <w:r w:rsidRPr="00C25644">
        <w:t xml:space="preserve"> </w:t>
      </w:r>
      <w:proofErr w:type="spellStart"/>
      <w:r w:rsidRPr="00C25644">
        <w:t>ravishda</w:t>
      </w:r>
      <w:proofErr w:type="spellEnd"/>
      <w:r w:rsidRPr="00C25644">
        <w:t xml:space="preserve"> </w:t>
      </w:r>
      <w:proofErr w:type="spellStart"/>
      <w:r w:rsidRPr="00C25644">
        <w:t>buzilgan</w:t>
      </w:r>
      <w:proofErr w:type="spellEnd"/>
      <w:r w:rsidRPr="00C25644">
        <w:t xml:space="preserve"> </w:t>
      </w:r>
      <w:proofErr w:type="spellStart"/>
      <w:r w:rsidRPr="00C25644">
        <w:t>hollar</w:t>
      </w:r>
      <w:proofErr w:type="spellEnd"/>
      <w:r w:rsidRPr="00C25644">
        <w:t xml:space="preserve"> </w:t>
      </w:r>
      <w:proofErr w:type="spellStart"/>
      <w:r w:rsidRPr="00C25644">
        <w:t>mustasno</w:t>
      </w:r>
      <w:proofErr w:type="spellEnd"/>
      <w:r w:rsidRPr="00C25644">
        <w:t>.</w:t>
      </w:r>
    </w:p>
    <w:p w14:paraId="5D354769" w14:textId="77777777" w:rsidR="0037439E" w:rsidRPr="00C25644" w:rsidRDefault="00406F7C">
      <w:pPr>
        <w:spacing w:after="0" w:line="240" w:lineRule="auto"/>
        <w:ind w:firstLine="709"/>
        <w:jc w:val="both"/>
      </w:pPr>
      <w:r w:rsidRPr="00C25644">
        <w:t xml:space="preserve">12.4. Bank </w:t>
      </w:r>
      <w:proofErr w:type="spellStart"/>
      <w:r w:rsidRPr="00C25644">
        <w:t>kartasi</w:t>
      </w:r>
      <w:proofErr w:type="spellEnd"/>
      <w:r w:rsidRPr="00C25644">
        <w:t xml:space="preserve"> </w:t>
      </w:r>
      <w:proofErr w:type="spellStart"/>
      <w:proofErr w:type="gramStart"/>
      <w:r w:rsidRPr="00C25644">
        <w:t>bo‘</w:t>
      </w:r>
      <w:proofErr w:type="gramEnd"/>
      <w:r w:rsidRPr="00C25644">
        <w:t>yicha</w:t>
      </w:r>
      <w:proofErr w:type="spellEnd"/>
      <w:r w:rsidRPr="00C25644">
        <w:t xml:space="preserve"> </w:t>
      </w:r>
      <w:proofErr w:type="spellStart"/>
      <w:r w:rsidRPr="00C25644">
        <w:t>bahsli</w:t>
      </w:r>
      <w:proofErr w:type="spellEnd"/>
      <w:r w:rsidRPr="00C25644">
        <w:t xml:space="preserve"> </w:t>
      </w:r>
      <w:proofErr w:type="spellStart"/>
      <w:r w:rsidRPr="00C25644">
        <w:t>operatsiyalarni</w:t>
      </w:r>
      <w:proofErr w:type="spellEnd"/>
      <w:r w:rsidRPr="00C25644">
        <w:t xml:space="preserve"> </w:t>
      </w:r>
      <w:proofErr w:type="spellStart"/>
      <w:r w:rsidRPr="00C25644">
        <w:t>ko‘rib</w:t>
      </w:r>
      <w:proofErr w:type="spellEnd"/>
      <w:r w:rsidRPr="00C25644">
        <w:t xml:space="preserve"> </w:t>
      </w:r>
      <w:proofErr w:type="spellStart"/>
      <w:r w:rsidRPr="00C25644">
        <w:t>chiqish</w:t>
      </w:r>
      <w:proofErr w:type="spellEnd"/>
      <w:r w:rsidRPr="00C25644">
        <w:t xml:space="preserve"> </w:t>
      </w:r>
      <w:proofErr w:type="spellStart"/>
      <w:r w:rsidRPr="00C25644">
        <w:t>natijasi</w:t>
      </w:r>
      <w:proofErr w:type="spellEnd"/>
      <w:r w:rsidRPr="00C25644">
        <w:t xml:space="preserve"> </w:t>
      </w:r>
      <w:proofErr w:type="spellStart"/>
      <w:r w:rsidRPr="00C25644">
        <w:t>to‘lov</w:t>
      </w:r>
      <w:proofErr w:type="spellEnd"/>
      <w:r w:rsidRPr="00C25644">
        <w:t xml:space="preserve"> </w:t>
      </w:r>
      <w:proofErr w:type="spellStart"/>
      <w:r w:rsidRPr="00C25644">
        <w:t>tizimlari</w:t>
      </w:r>
      <w:proofErr w:type="spellEnd"/>
      <w:r w:rsidRPr="00C25644">
        <w:t xml:space="preserve"> </w:t>
      </w:r>
      <w:proofErr w:type="spellStart"/>
      <w:r w:rsidRPr="00C25644">
        <w:t>qoidalari</w:t>
      </w:r>
      <w:proofErr w:type="spellEnd"/>
      <w:r w:rsidRPr="00C25644">
        <w:t xml:space="preserve">, </w:t>
      </w:r>
      <w:proofErr w:type="spellStart"/>
      <w:r w:rsidRPr="00C25644">
        <w:t>texnik</w:t>
      </w:r>
      <w:proofErr w:type="spellEnd"/>
      <w:r w:rsidRPr="00C25644">
        <w:t xml:space="preserve"> </w:t>
      </w:r>
      <w:proofErr w:type="spellStart"/>
      <w:r w:rsidRPr="00C25644">
        <w:t>ma’lumotlar</w:t>
      </w:r>
      <w:proofErr w:type="spellEnd"/>
      <w:r w:rsidRPr="00C25644">
        <w:t xml:space="preserve">, </w:t>
      </w:r>
      <w:proofErr w:type="spellStart"/>
      <w:r w:rsidRPr="00C25644">
        <w:t>identifikatsiya</w:t>
      </w:r>
      <w:proofErr w:type="spellEnd"/>
      <w:r w:rsidRPr="00C25644">
        <w:t xml:space="preserve"> </w:t>
      </w:r>
      <w:proofErr w:type="spellStart"/>
      <w:r w:rsidRPr="00C25644">
        <w:t>vositalari</w:t>
      </w:r>
      <w:proofErr w:type="spellEnd"/>
      <w:r w:rsidRPr="00C25644">
        <w:t xml:space="preserve"> </w:t>
      </w:r>
      <w:proofErr w:type="spellStart"/>
      <w:r w:rsidRPr="00C25644">
        <w:t>va</w:t>
      </w:r>
      <w:proofErr w:type="spellEnd"/>
      <w:r w:rsidRPr="00C25644">
        <w:t xml:space="preserve"> </w:t>
      </w:r>
      <w:proofErr w:type="spellStart"/>
      <w:r w:rsidRPr="00C25644">
        <w:t>qonunchilik</w:t>
      </w:r>
      <w:proofErr w:type="spellEnd"/>
      <w:r w:rsidRPr="00C25644">
        <w:t xml:space="preserve"> </w:t>
      </w:r>
      <w:proofErr w:type="spellStart"/>
      <w:r w:rsidRPr="00C25644">
        <w:t>talablaridan</w:t>
      </w:r>
      <w:proofErr w:type="spellEnd"/>
      <w:r w:rsidRPr="00C25644">
        <w:t xml:space="preserve"> </w:t>
      </w:r>
      <w:proofErr w:type="spellStart"/>
      <w:r w:rsidRPr="00C25644">
        <w:t>kelib</w:t>
      </w:r>
      <w:proofErr w:type="spellEnd"/>
      <w:r w:rsidRPr="00C25644">
        <w:t xml:space="preserve"> </w:t>
      </w:r>
      <w:proofErr w:type="spellStart"/>
      <w:r w:rsidRPr="00C25644">
        <w:t>chiqib</w:t>
      </w:r>
      <w:proofErr w:type="spellEnd"/>
      <w:r w:rsidRPr="00C25644">
        <w:t xml:space="preserve"> </w:t>
      </w:r>
      <w:proofErr w:type="spellStart"/>
      <w:r w:rsidRPr="00C25644">
        <w:t>belgilanadi</w:t>
      </w:r>
      <w:proofErr w:type="spellEnd"/>
      <w:r w:rsidRPr="00C25644">
        <w:t>.</w:t>
      </w:r>
    </w:p>
    <w:p w14:paraId="60015F37" w14:textId="77777777" w:rsidR="0037439E" w:rsidRPr="00C25644" w:rsidRDefault="0037439E">
      <w:pPr>
        <w:spacing w:after="40" w:line="240" w:lineRule="auto"/>
        <w:jc w:val="both"/>
      </w:pPr>
    </w:p>
    <w:p w14:paraId="2FAEBA4A" w14:textId="77777777" w:rsidR="0037439E" w:rsidRPr="00C25644" w:rsidRDefault="00406F7C">
      <w:pPr>
        <w:spacing w:after="0" w:line="240" w:lineRule="auto"/>
        <w:jc w:val="both"/>
      </w:pPr>
      <w:r w:rsidRPr="00C25644">
        <w:rPr>
          <w:b/>
        </w:rPr>
        <w:t>13. BANK SIRI VA SHAXSIY MA’LUMOTLAR</w:t>
      </w:r>
    </w:p>
    <w:p w14:paraId="5D2D85A5" w14:textId="77777777" w:rsidR="0037439E" w:rsidRPr="00C25644" w:rsidRDefault="00406F7C">
      <w:pPr>
        <w:spacing w:after="0" w:line="240" w:lineRule="auto"/>
        <w:ind w:firstLine="709"/>
        <w:jc w:val="both"/>
      </w:pPr>
      <w:r w:rsidRPr="00C25644">
        <w:lastRenderedPageBreak/>
        <w:t xml:space="preserve">13.1. </w:t>
      </w:r>
      <w:proofErr w:type="spellStart"/>
      <w:r w:rsidRPr="00C25644">
        <w:t>Mijozning</w:t>
      </w:r>
      <w:proofErr w:type="spellEnd"/>
      <w:r w:rsidRPr="00C25644">
        <w:t xml:space="preserve"> bank </w:t>
      </w:r>
      <w:proofErr w:type="spellStart"/>
      <w:r w:rsidRPr="00C25644">
        <w:t>kartalari</w:t>
      </w:r>
      <w:proofErr w:type="spellEnd"/>
      <w:r w:rsidRPr="00C25644">
        <w:t xml:space="preserve">, talab </w:t>
      </w:r>
      <w:proofErr w:type="spellStart"/>
      <w:r w:rsidRPr="00C25644">
        <w:t>qilib</w:t>
      </w:r>
      <w:proofErr w:type="spellEnd"/>
      <w:r w:rsidRPr="00C25644">
        <w:t xml:space="preserve"> </w:t>
      </w:r>
      <w:proofErr w:type="spellStart"/>
      <w:r w:rsidRPr="00C25644">
        <w:t>olinguncha</w:t>
      </w:r>
      <w:proofErr w:type="spellEnd"/>
      <w:r w:rsidRPr="00C25644">
        <w:t xml:space="preserve"> bank </w:t>
      </w:r>
      <w:proofErr w:type="spellStart"/>
      <w:r w:rsidRPr="00C25644">
        <w:t>hisobvaraqlari</w:t>
      </w:r>
      <w:proofErr w:type="spellEnd"/>
      <w:r w:rsidRPr="00C25644">
        <w:t xml:space="preserve">, </w:t>
      </w:r>
      <w:proofErr w:type="spellStart"/>
      <w:r w:rsidRPr="00C25644">
        <w:t>operatsiyalari</w:t>
      </w:r>
      <w:proofErr w:type="spellEnd"/>
      <w:r w:rsidRPr="00C25644">
        <w:t xml:space="preserve"> </w:t>
      </w:r>
      <w:proofErr w:type="spellStart"/>
      <w:r w:rsidRPr="00C25644">
        <w:t>va</w:t>
      </w:r>
      <w:proofErr w:type="spellEnd"/>
      <w:r w:rsidRPr="00C25644">
        <w:t xml:space="preserve"> Bank </w:t>
      </w:r>
      <w:proofErr w:type="spellStart"/>
      <w:r w:rsidRPr="00C25644">
        <w:t>bilan</w:t>
      </w:r>
      <w:proofErr w:type="spellEnd"/>
      <w:r w:rsidRPr="00C25644">
        <w:t xml:space="preserve"> </w:t>
      </w:r>
      <w:proofErr w:type="spellStart"/>
      <w:r w:rsidRPr="00C25644">
        <w:t>munosabatlariga</w:t>
      </w:r>
      <w:proofErr w:type="spellEnd"/>
      <w:r w:rsidRPr="00C25644">
        <w:t xml:space="preserve"> </w:t>
      </w:r>
      <w:proofErr w:type="spellStart"/>
      <w:r w:rsidRPr="00C25644">
        <w:t>oid</w:t>
      </w:r>
      <w:proofErr w:type="spellEnd"/>
      <w:r w:rsidRPr="00C25644">
        <w:t xml:space="preserve"> </w:t>
      </w:r>
      <w:proofErr w:type="spellStart"/>
      <w:r w:rsidRPr="00C25644">
        <w:t>ma’lumotlar</w:t>
      </w:r>
      <w:proofErr w:type="spellEnd"/>
      <w:r w:rsidRPr="00C25644">
        <w:t xml:space="preserve"> bank </w:t>
      </w:r>
      <w:proofErr w:type="spellStart"/>
      <w:r w:rsidRPr="00C25644">
        <w:t>siri</w:t>
      </w:r>
      <w:proofErr w:type="spellEnd"/>
      <w:r w:rsidRPr="00C25644">
        <w:t xml:space="preserve"> </w:t>
      </w:r>
      <w:proofErr w:type="spellStart"/>
      <w:r w:rsidRPr="00C25644">
        <w:t>hisoblanadi</w:t>
      </w:r>
      <w:proofErr w:type="spellEnd"/>
      <w:r w:rsidRPr="00C25644">
        <w:t>.</w:t>
      </w:r>
    </w:p>
    <w:p w14:paraId="366CDFD6" w14:textId="77777777" w:rsidR="0037439E" w:rsidRPr="00C25644" w:rsidRDefault="00406F7C">
      <w:pPr>
        <w:spacing w:after="0" w:line="240" w:lineRule="auto"/>
        <w:ind w:firstLine="709"/>
        <w:jc w:val="both"/>
      </w:pPr>
      <w:r w:rsidRPr="00C25644">
        <w:t xml:space="preserve">13.2. Bank </w:t>
      </w:r>
      <w:proofErr w:type="spellStart"/>
      <w:r w:rsidRPr="00C25644">
        <w:t>Mijozga</w:t>
      </w:r>
      <w:proofErr w:type="spellEnd"/>
      <w:r w:rsidRPr="00C25644">
        <w:t xml:space="preserve"> </w:t>
      </w:r>
      <w:proofErr w:type="spellStart"/>
      <w:r w:rsidRPr="00C25644">
        <w:t>oid</w:t>
      </w:r>
      <w:proofErr w:type="spellEnd"/>
      <w:r w:rsidRPr="00C25644">
        <w:t xml:space="preserve"> </w:t>
      </w:r>
      <w:proofErr w:type="spellStart"/>
      <w:r w:rsidRPr="00C25644">
        <w:t>ma’lumotlarni</w:t>
      </w:r>
      <w:proofErr w:type="spellEnd"/>
      <w:r w:rsidRPr="00C25644">
        <w:t xml:space="preserve"> </w:t>
      </w:r>
      <w:proofErr w:type="spellStart"/>
      <w:r w:rsidRPr="00C25644">
        <w:t>faqat</w:t>
      </w:r>
      <w:proofErr w:type="spellEnd"/>
      <w:r w:rsidRPr="00C25644">
        <w:t xml:space="preserve"> </w:t>
      </w:r>
      <w:proofErr w:type="spellStart"/>
      <w:r w:rsidRPr="00C25644">
        <w:t>qonunchilikda</w:t>
      </w:r>
      <w:proofErr w:type="spellEnd"/>
      <w:r w:rsidRPr="00C25644">
        <w:t xml:space="preserve"> </w:t>
      </w:r>
      <w:proofErr w:type="spellStart"/>
      <w:r w:rsidRPr="00C25644">
        <w:t>nazarda</w:t>
      </w:r>
      <w:proofErr w:type="spellEnd"/>
      <w:r w:rsidRPr="00C25644">
        <w:t xml:space="preserve"> </w:t>
      </w:r>
      <w:proofErr w:type="spellStart"/>
      <w:r w:rsidRPr="00C25644">
        <w:t>tutilgan</w:t>
      </w:r>
      <w:proofErr w:type="spellEnd"/>
      <w:r w:rsidRPr="00C25644">
        <w:t xml:space="preserve"> </w:t>
      </w:r>
      <w:proofErr w:type="spellStart"/>
      <w:r w:rsidRPr="00C25644">
        <w:t>hollarda</w:t>
      </w:r>
      <w:proofErr w:type="spellEnd"/>
      <w:r w:rsidRPr="00C25644">
        <w:t xml:space="preserve"> </w:t>
      </w:r>
      <w:proofErr w:type="spellStart"/>
      <w:r w:rsidRPr="00C25644">
        <w:t>va</w:t>
      </w:r>
      <w:proofErr w:type="spellEnd"/>
      <w:r w:rsidRPr="00C25644">
        <w:t xml:space="preserve"> </w:t>
      </w:r>
      <w:proofErr w:type="spellStart"/>
      <w:r w:rsidRPr="00C25644">
        <w:t>tartibda</w:t>
      </w:r>
      <w:proofErr w:type="spellEnd"/>
      <w:r w:rsidRPr="00C25644">
        <w:t xml:space="preserve"> </w:t>
      </w:r>
      <w:proofErr w:type="spellStart"/>
      <w:r w:rsidRPr="00C25644">
        <w:t>uchinchi</w:t>
      </w:r>
      <w:proofErr w:type="spellEnd"/>
      <w:r w:rsidRPr="00C25644">
        <w:t xml:space="preserve"> </w:t>
      </w:r>
      <w:proofErr w:type="spellStart"/>
      <w:r w:rsidRPr="00C25644">
        <w:t>shaxslarga</w:t>
      </w:r>
      <w:proofErr w:type="spellEnd"/>
      <w:r w:rsidRPr="00C25644">
        <w:t xml:space="preserve"> </w:t>
      </w:r>
      <w:proofErr w:type="spellStart"/>
      <w:r w:rsidRPr="00C25644">
        <w:t>taqdim</w:t>
      </w:r>
      <w:proofErr w:type="spellEnd"/>
      <w:r w:rsidRPr="00C25644">
        <w:t xml:space="preserve"> </w:t>
      </w:r>
      <w:proofErr w:type="spellStart"/>
      <w:r w:rsidRPr="00C25644">
        <w:t>etadi</w:t>
      </w:r>
      <w:proofErr w:type="spellEnd"/>
      <w:r w:rsidRPr="00C25644">
        <w:t>.</w:t>
      </w:r>
    </w:p>
    <w:p w14:paraId="09D3E6DE" w14:textId="77777777" w:rsidR="0037439E" w:rsidRPr="00C25644" w:rsidRDefault="00406F7C">
      <w:pPr>
        <w:spacing w:after="0" w:line="240" w:lineRule="auto"/>
        <w:ind w:firstLine="709"/>
        <w:jc w:val="both"/>
      </w:pPr>
      <w:r w:rsidRPr="00C25644">
        <w:t xml:space="preserve">13.3. </w:t>
      </w:r>
      <w:proofErr w:type="spellStart"/>
      <w:r w:rsidRPr="00C25644">
        <w:t>Mijoz</w:t>
      </w:r>
      <w:proofErr w:type="spellEnd"/>
      <w:r w:rsidRPr="00C25644">
        <w:t xml:space="preserve"> </w:t>
      </w:r>
      <w:proofErr w:type="spellStart"/>
      <w:r w:rsidRPr="00C25644">
        <w:t>ushbu</w:t>
      </w:r>
      <w:proofErr w:type="spellEnd"/>
      <w:r w:rsidRPr="00C25644">
        <w:t xml:space="preserve"> </w:t>
      </w:r>
      <w:proofErr w:type="spellStart"/>
      <w:r w:rsidRPr="00C25644">
        <w:t>Shartnomani</w:t>
      </w:r>
      <w:proofErr w:type="spellEnd"/>
      <w:r w:rsidRPr="00C25644">
        <w:t xml:space="preserve"> </w:t>
      </w:r>
      <w:proofErr w:type="spellStart"/>
      <w:r w:rsidRPr="00C25644">
        <w:t>aksept</w:t>
      </w:r>
      <w:proofErr w:type="spellEnd"/>
      <w:r w:rsidRPr="00C25644">
        <w:t xml:space="preserve"> </w:t>
      </w:r>
      <w:proofErr w:type="spellStart"/>
      <w:r w:rsidRPr="00C25644">
        <w:t>qilish</w:t>
      </w:r>
      <w:proofErr w:type="spellEnd"/>
      <w:r w:rsidRPr="00C25644">
        <w:t xml:space="preserve"> </w:t>
      </w:r>
      <w:proofErr w:type="spellStart"/>
      <w:r w:rsidRPr="00C25644">
        <w:t>orqali</w:t>
      </w:r>
      <w:proofErr w:type="spellEnd"/>
      <w:r w:rsidRPr="00C25644">
        <w:t xml:space="preserve"> </w:t>
      </w:r>
      <w:proofErr w:type="spellStart"/>
      <w:r w:rsidRPr="00C25644">
        <w:t>Bankka</w:t>
      </w:r>
      <w:proofErr w:type="spellEnd"/>
      <w:r w:rsidRPr="00C25644">
        <w:t xml:space="preserve"> </w:t>
      </w:r>
      <w:proofErr w:type="spellStart"/>
      <w:r w:rsidRPr="00C25644">
        <w:t>qonunchilikda</w:t>
      </w:r>
      <w:proofErr w:type="spellEnd"/>
      <w:r w:rsidRPr="00C25644">
        <w:t xml:space="preserve"> </w:t>
      </w:r>
      <w:proofErr w:type="spellStart"/>
      <w:r w:rsidRPr="00C25644">
        <w:t>ruxsat</w:t>
      </w:r>
      <w:proofErr w:type="spellEnd"/>
      <w:r w:rsidRPr="00C25644">
        <w:t xml:space="preserve"> </w:t>
      </w:r>
      <w:proofErr w:type="spellStart"/>
      <w:r w:rsidRPr="00C25644">
        <w:t>etilgan</w:t>
      </w:r>
      <w:proofErr w:type="spellEnd"/>
      <w:r w:rsidRPr="00C25644">
        <w:t xml:space="preserve"> </w:t>
      </w:r>
      <w:proofErr w:type="spellStart"/>
      <w:r w:rsidRPr="00C25644">
        <w:t>doirada</w:t>
      </w:r>
      <w:proofErr w:type="spellEnd"/>
      <w:r w:rsidRPr="00C25644">
        <w:t xml:space="preserve"> </w:t>
      </w:r>
      <w:proofErr w:type="spellStart"/>
      <w:r w:rsidRPr="00C25644">
        <w:t>xizmat</w:t>
      </w:r>
      <w:proofErr w:type="spellEnd"/>
      <w:r w:rsidRPr="00C25644">
        <w:t xml:space="preserve"> </w:t>
      </w:r>
      <w:proofErr w:type="spellStart"/>
      <w:proofErr w:type="gramStart"/>
      <w:r w:rsidRPr="00C25644">
        <w:t>ko‘</w:t>
      </w:r>
      <w:proofErr w:type="gramEnd"/>
      <w:r w:rsidRPr="00C25644">
        <w:t>rsatish</w:t>
      </w:r>
      <w:proofErr w:type="spellEnd"/>
      <w:r w:rsidRPr="00C25644">
        <w:t xml:space="preserve">, </w:t>
      </w:r>
      <w:proofErr w:type="spellStart"/>
      <w:r w:rsidRPr="00C25644">
        <w:t>identifikatsiya</w:t>
      </w:r>
      <w:proofErr w:type="spellEnd"/>
      <w:r w:rsidRPr="00C25644">
        <w:t xml:space="preserve"> </w:t>
      </w:r>
      <w:proofErr w:type="spellStart"/>
      <w:r w:rsidRPr="00C25644">
        <w:t>qilish</w:t>
      </w:r>
      <w:proofErr w:type="spellEnd"/>
      <w:r w:rsidRPr="00C25644">
        <w:t xml:space="preserve">, </w:t>
      </w:r>
      <w:proofErr w:type="spellStart"/>
      <w:r w:rsidRPr="00C25644">
        <w:t>xavfsizlik</w:t>
      </w:r>
      <w:proofErr w:type="spellEnd"/>
      <w:r w:rsidRPr="00C25644">
        <w:t xml:space="preserve"> </w:t>
      </w:r>
      <w:proofErr w:type="spellStart"/>
      <w:r w:rsidRPr="00C25644">
        <w:t>choralarini</w:t>
      </w:r>
      <w:proofErr w:type="spellEnd"/>
      <w:r w:rsidRPr="00C25644">
        <w:t xml:space="preserve"> </w:t>
      </w:r>
      <w:proofErr w:type="spellStart"/>
      <w:r w:rsidRPr="00C25644">
        <w:t>ko‘rish</w:t>
      </w:r>
      <w:proofErr w:type="spellEnd"/>
      <w:r w:rsidRPr="00C25644">
        <w:t xml:space="preserve">, </w:t>
      </w:r>
      <w:proofErr w:type="spellStart"/>
      <w:r w:rsidRPr="00C25644">
        <w:t>murojaatlarni</w:t>
      </w:r>
      <w:proofErr w:type="spellEnd"/>
      <w:r w:rsidRPr="00C25644">
        <w:t xml:space="preserve"> </w:t>
      </w:r>
      <w:proofErr w:type="spellStart"/>
      <w:r w:rsidRPr="00C25644">
        <w:t>ko‘rib</w:t>
      </w:r>
      <w:proofErr w:type="spellEnd"/>
      <w:r w:rsidRPr="00C25644">
        <w:t xml:space="preserve"> </w:t>
      </w:r>
      <w:proofErr w:type="spellStart"/>
      <w:r w:rsidRPr="00C25644">
        <w:t>chiqish</w:t>
      </w:r>
      <w:proofErr w:type="spellEnd"/>
      <w:r w:rsidRPr="00C25644">
        <w:t xml:space="preserve"> </w:t>
      </w:r>
      <w:proofErr w:type="spellStart"/>
      <w:r w:rsidRPr="00C25644">
        <w:t>va</w:t>
      </w:r>
      <w:proofErr w:type="spellEnd"/>
      <w:r w:rsidRPr="00C25644">
        <w:t xml:space="preserve"> </w:t>
      </w:r>
      <w:proofErr w:type="spellStart"/>
      <w:r w:rsidRPr="00C25644">
        <w:t>boshqa</w:t>
      </w:r>
      <w:proofErr w:type="spellEnd"/>
      <w:r w:rsidRPr="00C25644">
        <w:t xml:space="preserve"> </w:t>
      </w:r>
      <w:proofErr w:type="spellStart"/>
      <w:r w:rsidRPr="00C25644">
        <w:t>qonuniy</w:t>
      </w:r>
      <w:proofErr w:type="spellEnd"/>
      <w:r w:rsidRPr="00C25644">
        <w:t xml:space="preserve"> </w:t>
      </w:r>
      <w:proofErr w:type="spellStart"/>
      <w:r w:rsidRPr="00C25644">
        <w:t>maqsadlar</w:t>
      </w:r>
      <w:proofErr w:type="spellEnd"/>
      <w:r w:rsidRPr="00C25644">
        <w:t xml:space="preserve"> </w:t>
      </w:r>
      <w:proofErr w:type="spellStart"/>
      <w:r w:rsidRPr="00C25644">
        <w:t>uchun</w:t>
      </w:r>
      <w:proofErr w:type="spellEnd"/>
      <w:r w:rsidRPr="00C25644">
        <w:t xml:space="preserve"> </w:t>
      </w:r>
      <w:proofErr w:type="spellStart"/>
      <w:r w:rsidRPr="00C25644">
        <w:t>o‘ziga</w:t>
      </w:r>
      <w:proofErr w:type="spellEnd"/>
      <w:r w:rsidRPr="00C25644">
        <w:t xml:space="preserve"> </w:t>
      </w:r>
      <w:proofErr w:type="spellStart"/>
      <w:r w:rsidRPr="00C25644">
        <w:t>oid</w:t>
      </w:r>
      <w:proofErr w:type="spellEnd"/>
      <w:r w:rsidRPr="00C25644">
        <w:t xml:space="preserve"> </w:t>
      </w:r>
      <w:proofErr w:type="spellStart"/>
      <w:r w:rsidRPr="00C25644">
        <w:t>ma’lumotlarni</w:t>
      </w:r>
      <w:proofErr w:type="spellEnd"/>
      <w:r w:rsidRPr="00C25644">
        <w:t xml:space="preserve"> </w:t>
      </w:r>
      <w:proofErr w:type="spellStart"/>
      <w:r w:rsidRPr="00C25644">
        <w:t>qayta</w:t>
      </w:r>
      <w:proofErr w:type="spellEnd"/>
      <w:r w:rsidRPr="00C25644">
        <w:t xml:space="preserve"> </w:t>
      </w:r>
      <w:proofErr w:type="spellStart"/>
      <w:r w:rsidRPr="00C25644">
        <w:t>ishlashga</w:t>
      </w:r>
      <w:proofErr w:type="spellEnd"/>
      <w:r w:rsidRPr="00C25644">
        <w:t xml:space="preserve"> </w:t>
      </w:r>
      <w:proofErr w:type="spellStart"/>
      <w:r w:rsidRPr="00C25644">
        <w:t>rozilik</w:t>
      </w:r>
      <w:proofErr w:type="spellEnd"/>
      <w:r w:rsidRPr="00C25644">
        <w:t xml:space="preserve"> </w:t>
      </w:r>
      <w:proofErr w:type="spellStart"/>
      <w:r w:rsidRPr="00C25644">
        <w:t>beradi</w:t>
      </w:r>
      <w:proofErr w:type="spellEnd"/>
      <w:r w:rsidRPr="00C25644">
        <w:t>.</w:t>
      </w:r>
    </w:p>
    <w:p w14:paraId="214C8920" w14:textId="77777777" w:rsidR="0037439E" w:rsidRPr="00C25644" w:rsidRDefault="0037439E">
      <w:pPr>
        <w:spacing w:after="40" w:line="240" w:lineRule="auto"/>
        <w:jc w:val="both"/>
      </w:pPr>
    </w:p>
    <w:p w14:paraId="10354621" w14:textId="77777777" w:rsidR="0037439E" w:rsidRPr="00C25644" w:rsidRDefault="00406F7C">
      <w:pPr>
        <w:spacing w:after="0" w:line="240" w:lineRule="auto"/>
        <w:jc w:val="both"/>
      </w:pPr>
      <w:r w:rsidRPr="00C25644">
        <w:rPr>
          <w:b/>
        </w:rPr>
        <w:t>14. FORS-MAJOR</w:t>
      </w:r>
    </w:p>
    <w:p w14:paraId="66D007A0" w14:textId="77777777" w:rsidR="0037439E" w:rsidRPr="00C25644" w:rsidRDefault="00406F7C">
      <w:pPr>
        <w:spacing w:after="0" w:line="240" w:lineRule="auto"/>
        <w:ind w:firstLine="709"/>
        <w:jc w:val="both"/>
      </w:pPr>
      <w:r w:rsidRPr="00C25644">
        <w:t xml:space="preserve">14.1. </w:t>
      </w:r>
      <w:proofErr w:type="spellStart"/>
      <w:r w:rsidRPr="00C25644">
        <w:t>Yengib</w:t>
      </w:r>
      <w:proofErr w:type="spellEnd"/>
      <w:r w:rsidRPr="00C25644">
        <w:t xml:space="preserve"> </w:t>
      </w:r>
      <w:proofErr w:type="spellStart"/>
      <w:proofErr w:type="gramStart"/>
      <w:r w:rsidRPr="00C25644">
        <w:t>bo‘</w:t>
      </w:r>
      <w:proofErr w:type="gramEnd"/>
      <w:r w:rsidRPr="00C25644">
        <w:t>lmaydigan</w:t>
      </w:r>
      <w:proofErr w:type="spellEnd"/>
      <w:r w:rsidRPr="00C25644">
        <w:t xml:space="preserve"> </w:t>
      </w:r>
      <w:proofErr w:type="spellStart"/>
      <w:r w:rsidRPr="00C25644">
        <w:t>kuch</w:t>
      </w:r>
      <w:proofErr w:type="spellEnd"/>
      <w:r w:rsidRPr="00C25644">
        <w:t xml:space="preserve"> </w:t>
      </w:r>
      <w:proofErr w:type="spellStart"/>
      <w:r w:rsidRPr="00C25644">
        <w:t>holatlari</w:t>
      </w:r>
      <w:proofErr w:type="spellEnd"/>
      <w:r w:rsidRPr="00C25644">
        <w:t xml:space="preserve">, </w:t>
      </w:r>
      <w:proofErr w:type="spellStart"/>
      <w:r w:rsidRPr="00C25644">
        <w:t>shu</w:t>
      </w:r>
      <w:proofErr w:type="spellEnd"/>
      <w:r w:rsidRPr="00C25644">
        <w:t xml:space="preserve"> </w:t>
      </w:r>
      <w:proofErr w:type="spellStart"/>
      <w:r w:rsidRPr="00C25644">
        <w:t>jumladan</w:t>
      </w:r>
      <w:proofErr w:type="spellEnd"/>
      <w:r w:rsidRPr="00C25644">
        <w:t xml:space="preserve"> </w:t>
      </w:r>
      <w:proofErr w:type="spellStart"/>
      <w:r w:rsidRPr="00C25644">
        <w:t>tabiiy</w:t>
      </w:r>
      <w:proofErr w:type="spellEnd"/>
      <w:r w:rsidRPr="00C25644">
        <w:t xml:space="preserve"> </w:t>
      </w:r>
      <w:proofErr w:type="spellStart"/>
      <w:r w:rsidRPr="00C25644">
        <w:t>ofatlar</w:t>
      </w:r>
      <w:proofErr w:type="spellEnd"/>
      <w:r w:rsidRPr="00C25644">
        <w:t xml:space="preserve">, </w:t>
      </w:r>
      <w:proofErr w:type="spellStart"/>
      <w:r w:rsidRPr="00C25644">
        <w:t>favqulodda</w:t>
      </w:r>
      <w:proofErr w:type="spellEnd"/>
      <w:r w:rsidRPr="00C25644">
        <w:t xml:space="preserve"> </w:t>
      </w:r>
      <w:proofErr w:type="spellStart"/>
      <w:r w:rsidRPr="00C25644">
        <w:t>holatlar</w:t>
      </w:r>
      <w:proofErr w:type="spellEnd"/>
      <w:r w:rsidRPr="00C25644">
        <w:t xml:space="preserve">, </w:t>
      </w:r>
      <w:proofErr w:type="spellStart"/>
      <w:r w:rsidRPr="00C25644">
        <w:t>urush</w:t>
      </w:r>
      <w:proofErr w:type="spellEnd"/>
      <w:r w:rsidRPr="00C25644">
        <w:t xml:space="preserve">, </w:t>
      </w:r>
      <w:proofErr w:type="spellStart"/>
      <w:r w:rsidRPr="00C25644">
        <w:t>davlat</w:t>
      </w:r>
      <w:proofErr w:type="spellEnd"/>
      <w:r w:rsidRPr="00C25644">
        <w:t xml:space="preserve"> </w:t>
      </w:r>
      <w:proofErr w:type="spellStart"/>
      <w:r w:rsidRPr="00C25644">
        <w:t>organlarining</w:t>
      </w:r>
      <w:proofErr w:type="spellEnd"/>
      <w:r w:rsidRPr="00C25644">
        <w:t xml:space="preserve"> </w:t>
      </w:r>
      <w:proofErr w:type="spellStart"/>
      <w:r w:rsidRPr="00C25644">
        <w:t>cheklovlari</w:t>
      </w:r>
      <w:proofErr w:type="spellEnd"/>
      <w:r w:rsidRPr="00C25644">
        <w:t xml:space="preserve">, </w:t>
      </w:r>
      <w:proofErr w:type="spellStart"/>
      <w:r w:rsidRPr="00C25644">
        <w:t>aloqa</w:t>
      </w:r>
      <w:proofErr w:type="spellEnd"/>
      <w:r w:rsidRPr="00C25644">
        <w:t xml:space="preserve"> </w:t>
      </w:r>
      <w:proofErr w:type="spellStart"/>
      <w:r w:rsidRPr="00C25644">
        <w:t>va</w:t>
      </w:r>
      <w:proofErr w:type="spellEnd"/>
      <w:r w:rsidRPr="00C25644">
        <w:t xml:space="preserve"> </w:t>
      </w:r>
      <w:proofErr w:type="spellStart"/>
      <w:r w:rsidRPr="00C25644">
        <w:t>to‘lov</w:t>
      </w:r>
      <w:proofErr w:type="spellEnd"/>
      <w:r w:rsidRPr="00C25644">
        <w:t xml:space="preserve"> </w:t>
      </w:r>
      <w:proofErr w:type="spellStart"/>
      <w:r w:rsidRPr="00C25644">
        <w:t>infratuzilmasi</w:t>
      </w:r>
      <w:proofErr w:type="spellEnd"/>
      <w:r w:rsidRPr="00C25644">
        <w:t xml:space="preserve"> </w:t>
      </w:r>
      <w:proofErr w:type="spellStart"/>
      <w:r w:rsidRPr="00C25644">
        <w:t>uzilishlari</w:t>
      </w:r>
      <w:proofErr w:type="spellEnd"/>
      <w:r w:rsidRPr="00C25644">
        <w:t xml:space="preserve"> </w:t>
      </w:r>
      <w:proofErr w:type="spellStart"/>
      <w:r w:rsidRPr="00C25644">
        <w:t>oqibatida</w:t>
      </w:r>
      <w:proofErr w:type="spellEnd"/>
      <w:r w:rsidRPr="00C25644">
        <w:t xml:space="preserve"> </w:t>
      </w:r>
      <w:proofErr w:type="spellStart"/>
      <w:r w:rsidRPr="00C25644">
        <w:t>Tomonlar</w:t>
      </w:r>
      <w:proofErr w:type="spellEnd"/>
      <w:r w:rsidRPr="00C25644">
        <w:t xml:space="preserve"> </w:t>
      </w:r>
      <w:proofErr w:type="spellStart"/>
      <w:r w:rsidRPr="00C25644">
        <w:t>majburiyatlarini</w:t>
      </w:r>
      <w:proofErr w:type="spellEnd"/>
      <w:r w:rsidRPr="00C25644">
        <w:t xml:space="preserve"> </w:t>
      </w:r>
      <w:proofErr w:type="spellStart"/>
      <w:r w:rsidRPr="00C25644">
        <w:t>bajara</w:t>
      </w:r>
      <w:proofErr w:type="spellEnd"/>
      <w:r w:rsidRPr="00C25644">
        <w:t xml:space="preserve"> </w:t>
      </w:r>
      <w:proofErr w:type="spellStart"/>
      <w:r w:rsidRPr="00C25644">
        <w:t>olmagan</w:t>
      </w:r>
      <w:proofErr w:type="spellEnd"/>
      <w:r w:rsidRPr="00C25644">
        <w:t xml:space="preserve"> </w:t>
      </w:r>
      <w:proofErr w:type="spellStart"/>
      <w:r w:rsidRPr="00C25644">
        <w:t>taqdirda</w:t>
      </w:r>
      <w:proofErr w:type="spellEnd"/>
      <w:r w:rsidRPr="00C25644">
        <w:t xml:space="preserve">, </w:t>
      </w:r>
      <w:proofErr w:type="spellStart"/>
      <w:r w:rsidRPr="00C25644">
        <w:t>ular</w:t>
      </w:r>
      <w:proofErr w:type="spellEnd"/>
      <w:r w:rsidRPr="00C25644">
        <w:t xml:space="preserve"> </w:t>
      </w:r>
      <w:proofErr w:type="spellStart"/>
      <w:r w:rsidRPr="00C25644">
        <w:t>bunday</w:t>
      </w:r>
      <w:proofErr w:type="spellEnd"/>
      <w:r w:rsidRPr="00C25644">
        <w:t xml:space="preserve"> </w:t>
      </w:r>
      <w:proofErr w:type="spellStart"/>
      <w:r w:rsidRPr="00C25644">
        <w:t>holatlar</w:t>
      </w:r>
      <w:proofErr w:type="spellEnd"/>
      <w:r w:rsidRPr="00C25644">
        <w:t xml:space="preserve"> </w:t>
      </w:r>
      <w:proofErr w:type="spellStart"/>
      <w:r w:rsidRPr="00C25644">
        <w:t>davomida</w:t>
      </w:r>
      <w:proofErr w:type="spellEnd"/>
      <w:r w:rsidRPr="00C25644">
        <w:t xml:space="preserve"> </w:t>
      </w:r>
      <w:proofErr w:type="spellStart"/>
      <w:r w:rsidRPr="00C25644">
        <w:t>javobgarlikdan</w:t>
      </w:r>
      <w:proofErr w:type="spellEnd"/>
      <w:r w:rsidRPr="00C25644">
        <w:t xml:space="preserve"> </w:t>
      </w:r>
      <w:proofErr w:type="spellStart"/>
      <w:r w:rsidRPr="00C25644">
        <w:t>ozod</w:t>
      </w:r>
      <w:proofErr w:type="spellEnd"/>
      <w:r w:rsidRPr="00C25644">
        <w:t xml:space="preserve"> </w:t>
      </w:r>
      <w:proofErr w:type="spellStart"/>
      <w:r w:rsidRPr="00C25644">
        <w:t>etiladi</w:t>
      </w:r>
      <w:proofErr w:type="spellEnd"/>
      <w:r w:rsidRPr="00C25644">
        <w:t>.</w:t>
      </w:r>
    </w:p>
    <w:p w14:paraId="55C16256" w14:textId="77777777" w:rsidR="0037439E" w:rsidRPr="00C25644" w:rsidRDefault="00406F7C">
      <w:pPr>
        <w:spacing w:after="0" w:line="240" w:lineRule="auto"/>
        <w:ind w:firstLine="709"/>
        <w:jc w:val="both"/>
      </w:pPr>
      <w:r w:rsidRPr="00C25644">
        <w:t xml:space="preserve">14.2. Fors-major </w:t>
      </w:r>
      <w:proofErr w:type="spellStart"/>
      <w:r w:rsidRPr="00C25644">
        <w:t>holatiga</w:t>
      </w:r>
      <w:proofErr w:type="spellEnd"/>
      <w:r w:rsidRPr="00C25644">
        <w:t xml:space="preserve"> </w:t>
      </w:r>
      <w:proofErr w:type="spellStart"/>
      <w:r w:rsidRPr="00C25644">
        <w:t>duch</w:t>
      </w:r>
      <w:proofErr w:type="spellEnd"/>
      <w:r w:rsidRPr="00C25644">
        <w:t xml:space="preserve"> </w:t>
      </w:r>
      <w:proofErr w:type="spellStart"/>
      <w:r w:rsidRPr="00C25644">
        <w:t>kelgan</w:t>
      </w:r>
      <w:proofErr w:type="spellEnd"/>
      <w:r w:rsidRPr="00C25644">
        <w:t xml:space="preserve"> </w:t>
      </w:r>
      <w:proofErr w:type="spellStart"/>
      <w:r w:rsidRPr="00C25644">
        <w:t>Tomon</w:t>
      </w:r>
      <w:proofErr w:type="spellEnd"/>
      <w:r w:rsidRPr="00C25644">
        <w:t xml:space="preserve"> </w:t>
      </w:r>
      <w:proofErr w:type="spellStart"/>
      <w:r w:rsidRPr="00C25644">
        <w:t>imkon</w:t>
      </w:r>
      <w:proofErr w:type="spellEnd"/>
      <w:r w:rsidRPr="00C25644">
        <w:t xml:space="preserve"> </w:t>
      </w:r>
      <w:proofErr w:type="spellStart"/>
      <w:r w:rsidRPr="00C25644">
        <w:t>qadar</w:t>
      </w:r>
      <w:proofErr w:type="spellEnd"/>
      <w:r w:rsidRPr="00C25644">
        <w:t xml:space="preserve"> </w:t>
      </w:r>
      <w:proofErr w:type="spellStart"/>
      <w:r w:rsidRPr="00C25644">
        <w:t>qisqa</w:t>
      </w:r>
      <w:proofErr w:type="spellEnd"/>
      <w:r w:rsidRPr="00C25644">
        <w:t xml:space="preserve"> </w:t>
      </w:r>
      <w:proofErr w:type="spellStart"/>
      <w:r w:rsidRPr="00C25644">
        <w:t>muddatda</w:t>
      </w:r>
      <w:proofErr w:type="spellEnd"/>
      <w:r w:rsidRPr="00C25644">
        <w:t xml:space="preserve"> </w:t>
      </w:r>
      <w:proofErr w:type="spellStart"/>
      <w:r w:rsidRPr="00C25644">
        <w:t>boshqa</w:t>
      </w:r>
      <w:proofErr w:type="spellEnd"/>
      <w:r w:rsidRPr="00C25644">
        <w:t xml:space="preserve"> </w:t>
      </w:r>
      <w:proofErr w:type="spellStart"/>
      <w:r w:rsidRPr="00C25644">
        <w:t>Tomonni</w:t>
      </w:r>
      <w:proofErr w:type="spellEnd"/>
      <w:r w:rsidRPr="00C25644">
        <w:t xml:space="preserve"> </w:t>
      </w:r>
      <w:proofErr w:type="spellStart"/>
      <w:r w:rsidRPr="00C25644">
        <w:t>bu</w:t>
      </w:r>
      <w:proofErr w:type="spellEnd"/>
      <w:r w:rsidRPr="00C25644">
        <w:t xml:space="preserve"> </w:t>
      </w:r>
      <w:proofErr w:type="spellStart"/>
      <w:r w:rsidRPr="00C25644">
        <w:t>haqda</w:t>
      </w:r>
      <w:proofErr w:type="spellEnd"/>
      <w:r w:rsidRPr="00C25644">
        <w:t xml:space="preserve"> </w:t>
      </w:r>
      <w:proofErr w:type="spellStart"/>
      <w:r w:rsidRPr="00C25644">
        <w:t>xabardor</w:t>
      </w:r>
      <w:proofErr w:type="spellEnd"/>
      <w:r w:rsidRPr="00C25644">
        <w:t xml:space="preserve"> </w:t>
      </w:r>
      <w:proofErr w:type="spellStart"/>
      <w:r w:rsidRPr="00C25644">
        <w:t>qilishi</w:t>
      </w:r>
      <w:proofErr w:type="spellEnd"/>
      <w:r w:rsidRPr="00C25644">
        <w:t xml:space="preserve"> </w:t>
      </w:r>
      <w:proofErr w:type="spellStart"/>
      <w:r w:rsidRPr="00C25644">
        <w:t>va</w:t>
      </w:r>
      <w:proofErr w:type="spellEnd"/>
      <w:r w:rsidRPr="00C25644">
        <w:t xml:space="preserve"> </w:t>
      </w:r>
      <w:proofErr w:type="spellStart"/>
      <w:r w:rsidRPr="00C25644">
        <w:t>bunday</w:t>
      </w:r>
      <w:proofErr w:type="spellEnd"/>
      <w:r w:rsidRPr="00C25644">
        <w:t xml:space="preserve"> </w:t>
      </w:r>
      <w:proofErr w:type="spellStart"/>
      <w:r w:rsidRPr="00C25644">
        <w:t>holat</w:t>
      </w:r>
      <w:proofErr w:type="spellEnd"/>
      <w:r w:rsidRPr="00C25644">
        <w:t xml:space="preserve"> </w:t>
      </w:r>
      <w:proofErr w:type="spellStart"/>
      <w:r w:rsidRPr="00C25644">
        <w:t>tugagach</w:t>
      </w:r>
      <w:proofErr w:type="spellEnd"/>
      <w:r w:rsidRPr="00C25644">
        <w:t xml:space="preserve">, </w:t>
      </w:r>
      <w:proofErr w:type="spellStart"/>
      <w:r w:rsidRPr="00C25644">
        <w:t>majburiyatlarni</w:t>
      </w:r>
      <w:proofErr w:type="spellEnd"/>
      <w:r w:rsidRPr="00C25644">
        <w:t xml:space="preserve"> </w:t>
      </w:r>
      <w:proofErr w:type="spellStart"/>
      <w:r w:rsidRPr="00C25644">
        <w:t>bajarishni</w:t>
      </w:r>
      <w:proofErr w:type="spellEnd"/>
      <w:r w:rsidRPr="00C25644">
        <w:t xml:space="preserve"> </w:t>
      </w:r>
      <w:proofErr w:type="spellStart"/>
      <w:r w:rsidRPr="00C25644">
        <w:t>tiklash</w:t>
      </w:r>
      <w:proofErr w:type="spellEnd"/>
      <w:r w:rsidRPr="00C25644">
        <w:t xml:space="preserve"> </w:t>
      </w:r>
      <w:proofErr w:type="spellStart"/>
      <w:r w:rsidRPr="00C25644">
        <w:t>choralarini</w:t>
      </w:r>
      <w:proofErr w:type="spellEnd"/>
      <w:r w:rsidRPr="00C25644">
        <w:t xml:space="preserve"> </w:t>
      </w:r>
      <w:proofErr w:type="spellStart"/>
      <w:proofErr w:type="gramStart"/>
      <w:r w:rsidRPr="00C25644">
        <w:t>ko‘</w:t>
      </w:r>
      <w:proofErr w:type="gramEnd"/>
      <w:r w:rsidRPr="00C25644">
        <w:t>rishi</w:t>
      </w:r>
      <w:proofErr w:type="spellEnd"/>
      <w:r w:rsidRPr="00C25644">
        <w:t xml:space="preserve"> </w:t>
      </w:r>
      <w:proofErr w:type="spellStart"/>
      <w:r w:rsidRPr="00C25644">
        <w:t>lozim</w:t>
      </w:r>
      <w:proofErr w:type="spellEnd"/>
      <w:r w:rsidRPr="00C25644">
        <w:t>.</w:t>
      </w:r>
    </w:p>
    <w:p w14:paraId="76E65594" w14:textId="77777777" w:rsidR="0037439E" w:rsidRPr="00C25644" w:rsidRDefault="0037439E">
      <w:pPr>
        <w:spacing w:after="40" w:line="240" w:lineRule="auto"/>
        <w:jc w:val="both"/>
      </w:pPr>
    </w:p>
    <w:p w14:paraId="7D6E14E2" w14:textId="77777777" w:rsidR="0037439E" w:rsidRPr="00C25644" w:rsidRDefault="00406F7C">
      <w:pPr>
        <w:spacing w:after="0" w:line="240" w:lineRule="auto"/>
        <w:jc w:val="both"/>
      </w:pPr>
      <w:r w:rsidRPr="00C25644">
        <w:rPr>
          <w:b/>
        </w:rPr>
        <w:t xml:space="preserve">15. SHARTNOMANING AMAL QILISH MUDDATI, </w:t>
      </w:r>
      <w:proofErr w:type="gramStart"/>
      <w:r w:rsidRPr="00C25644">
        <w:rPr>
          <w:b/>
        </w:rPr>
        <w:t>O‘</w:t>
      </w:r>
      <w:proofErr w:type="gramEnd"/>
      <w:r w:rsidRPr="00C25644">
        <w:rPr>
          <w:b/>
        </w:rPr>
        <w:t>ZGARTIRILISHI VA BEKOR QILINISHI</w:t>
      </w:r>
    </w:p>
    <w:p w14:paraId="032427B4" w14:textId="77777777" w:rsidR="0037439E" w:rsidRPr="00C25644" w:rsidRDefault="00406F7C">
      <w:pPr>
        <w:spacing w:after="0" w:line="240" w:lineRule="auto"/>
        <w:ind w:firstLine="709"/>
        <w:jc w:val="both"/>
      </w:pPr>
      <w:r w:rsidRPr="00C25644">
        <w:t xml:space="preserve">15.1. </w:t>
      </w:r>
      <w:proofErr w:type="spellStart"/>
      <w:r w:rsidRPr="00C25644">
        <w:t>Mazkur</w:t>
      </w:r>
      <w:proofErr w:type="spellEnd"/>
      <w:r w:rsidRPr="00C25644">
        <w:t xml:space="preserve"> </w:t>
      </w:r>
      <w:proofErr w:type="spellStart"/>
      <w:r w:rsidRPr="00C25644">
        <w:t>Shartnoma</w:t>
      </w:r>
      <w:proofErr w:type="spellEnd"/>
      <w:r w:rsidRPr="00C25644">
        <w:t xml:space="preserve"> Bank </w:t>
      </w:r>
      <w:proofErr w:type="spellStart"/>
      <w:r w:rsidRPr="00C25644">
        <w:t>tomonidan</w:t>
      </w:r>
      <w:proofErr w:type="spellEnd"/>
      <w:r w:rsidRPr="00C25644">
        <w:t xml:space="preserve"> </w:t>
      </w:r>
      <w:proofErr w:type="spellStart"/>
      <w:r w:rsidRPr="00C25644">
        <w:t>e’lon</w:t>
      </w:r>
      <w:proofErr w:type="spellEnd"/>
      <w:r w:rsidRPr="00C25644">
        <w:t xml:space="preserve"> </w:t>
      </w:r>
      <w:proofErr w:type="spellStart"/>
      <w:r w:rsidRPr="00C25644">
        <w:t>qilingan</w:t>
      </w:r>
      <w:proofErr w:type="spellEnd"/>
      <w:r w:rsidRPr="00C25644">
        <w:t xml:space="preserve"> </w:t>
      </w:r>
      <w:proofErr w:type="spellStart"/>
      <w:r w:rsidRPr="00C25644">
        <w:t>kundan</w:t>
      </w:r>
      <w:proofErr w:type="spellEnd"/>
      <w:r w:rsidRPr="00C25644">
        <w:t xml:space="preserve"> </w:t>
      </w:r>
      <w:proofErr w:type="spellStart"/>
      <w:r w:rsidRPr="00C25644">
        <w:t>boshlab</w:t>
      </w:r>
      <w:proofErr w:type="spellEnd"/>
      <w:r w:rsidRPr="00C25644">
        <w:t xml:space="preserve"> </w:t>
      </w:r>
      <w:proofErr w:type="spellStart"/>
      <w:r w:rsidRPr="00C25644">
        <w:t>kuchga</w:t>
      </w:r>
      <w:proofErr w:type="spellEnd"/>
      <w:r w:rsidRPr="00C25644">
        <w:t xml:space="preserve"> </w:t>
      </w:r>
      <w:proofErr w:type="spellStart"/>
      <w:r w:rsidRPr="00C25644">
        <w:t>kiradi</w:t>
      </w:r>
      <w:proofErr w:type="spellEnd"/>
      <w:r w:rsidRPr="00C25644">
        <w:t xml:space="preserve"> </w:t>
      </w:r>
      <w:proofErr w:type="spellStart"/>
      <w:r w:rsidRPr="00C25644">
        <w:t>va</w:t>
      </w:r>
      <w:proofErr w:type="spellEnd"/>
      <w:r w:rsidRPr="00C25644">
        <w:t xml:space="preserve"> </w:t>
      </w:r>
      <w:proofErr w:type="spellStart"/>
      <w:r w:rsidRPr="00C25644">
        <w:t>bekor</w:t>
      </w:r>
      <w:proofErr w:type="spellEnd"/>
      <w:r w:rsidRPr="00C25644">
        <w:t xml:space="preserve"> </w:t>
      </w:r>
      <w:proofErr w:type="spellStart"/>
      <w:r w:rsidRPr="00C25644">
        <w:t>qilingunga</w:t>
      </w:r>
      <w:proofErr w:type="spellEnd"/>
      <w:r w:rsidRPr="00C25644">
        <w:t xml:space="preserve"> </w:t>
      </w:r>
      <w:proofErr w:type="spellStart"/>
      <w:r w:rsidRPr="00C25644">
        <w:t>qadar</w:t>
      </w:r>
      <w:proofErr w:type="spellEnd"/>
      <w:r w:rsidRPr="00C25644">
        <w:t xml:space="preserve"> </w:t>
      </w:r>
      <w:proofErr w:type="spellStart"/>
      <w:r w:rsidRPr="00C25644">
        <w:t>amal</w:t>
      </w:r>
      <w:proofErr w:type="spellEnd"/>
      <w:r w:rsidRPr="00C25644">
        <w:t xml:space="preserve"> </w:t>
      </w:r>
      <w:proofErr w:type="spellStart"/>
      <w:r w:rsidRPr="00C25644">
        <w:t>qiladi</w:t>
      </w:r>
      <w:proofErr w:type="spellEnd"/>
      <w:r w:rsidRPr="00C25644">
        <w:t>.</w:t>
      </w:r>
    </w:p>
    <w:p w14:paraId="1D13D2C6" w14:textId="77777777" w:rsidR="0037439E" w:rsidRPr="00C25644" w:rsidRDefault="00406F7C">
      <w:pPr>
        <w:spacing w:after="0" w:line="240" w:lineRule="auto"/>
        <w:ind w:firstLine="709"/>
        <w:jc w:val="both"/>
      </w:pPr>
      <w:r w:rsidRPr="00C25644">
        <w:t xml:space="preserve">15.2. </w:t>
      </w:r>
      <w:proofErr w:type="spellStart"/>
      <w:r w:rsidRPr="00C25644">
        <w:t>Mijoz</w:t>
      </w:r>
      <w:proofErr w:type="spellEnd"/>
      <w:r w:rsidRPr="00C25644">
        <w:t xml:space="preserve"> </w:t>
      </w:r>
      <w:proofErr w:type="spellStart"/>
      <w:r w:rsidRPr="00C25644">
        <w:t>tomonidan</w:t>
      </w:r>
      <w:proofErr w:type="spellEnd"/>
      <w:r w:rsidRPr="00C25644">
        <w:t xml:space="preserve"> </w:t>
      </w:r>
      <w:proofErr w:type="spellStart"/>
      <w:r w:rsidRPr="00C25644">
        <w:t>aksept</w:t>
      </w:r>
      <w:proofErr w:type="spellEnd"/>
      <w:r w:rsidRPr="00C25644">
        <w:t xml:space="preserve"> </w:t>
      </w:r>
      <w:proofErr w:type="spellStart"/>
      <w:r w:rsidRPr="00C25644">
        <w:t>qilingan</w:t>
      </w:r>
      <w:proofErr w:type="spellEnd"/>
      <w:r w:rsidRPr="00C25644">
        <w:t xml:space="preserve"> tahrir </w:t>
      </w:r>
      <w:proofErr w:type="spellStart"/>
      <w:r w:rsidRPr="00C25644">
        <w:t>Mijoz</w:t>
      </w:r>
      <w:proofErr w:type="spellEnd"/>
      <w:r w:rsidRPr="00C25644">
        <w:t xml:space="preserve"> </w:t>
      </w:r>
      <w:proofErr w:type="spellStart"/>
      <w:r w:rsidRPr="00C25644">
        <w:t>bilan</w:t>
      </w:r>
      <w:proofErr w:type="spellEnd"/>
      <w:r w:rsidRPr="00C25644">
        <w:t xml:space="preserve"> </w:t>
      </w:r>
      <w:proofErr w:type="spellStart"/>
      <w:r w:rsidRPr="00C25644">
        <w:t>munosabatlarda</w:t>
      </w:r>
      <w:proofErr w:type="spellEnd"/>
      <w:r w:rsidRPr="00C25644">
        <w:t xml:space="preserve"> </w:t>
      </w:r>
      <w:proofErr w:type="spellStart"/>
      <w:r w:rsidRPr="00C25644">
        <w:t>mahsulot</w:t>
      </w:r>
      <w:proofErr w:type="spellEnd"/>
      <w:r w:rsidRPr="00C25644">
        <w:t xml:space="preserve"> </w:t>
      </w:r>
      <w:proofErr w:type="spellStart"/>
      <w:r w:rsidRPr="00C25644">
        <w:t>ochilgan</w:t>
      </w:r>
      <w:proofErr w:type="spellEnd"/>
      <w:r w:rsidRPr="00C25644">
        <w:t xml:space="preserve"> </w:t>
      </w:r>
      <w:proofErr w:type="spellStart"/>
      <w:r w:rsidRPr="00C25644">
        <w:t>kundan</w:t>
      </w:r>
      <w:proofErr w:type="spellEnd"/>
      <w:r w:rsidRPr="00C25644">
        <w:t xml:space="preserve"> </w:t>
      </w:r>
      <w:proofErr w:type="spellStart"/>
      <w:r w:rsidRPr="00C25644">
        <w:t>boshlab</w:t>
      </w:r>
      <w:proofErr w:type="spellEnd"/>
      <w:r w:rsidRPr="00C25644">
        <w:t xml:space="preserve"> </w:t>
      </w:r>
      <w:proofErr w:type="spellStart"/>
      <w:proofErr w:type="gramStart"/>
      <w:r w:rsidRPr="00C25644">
        <w:t>qo‘</w:t>
      </w:r>
      <w:proofErr w:type="gramEnd"/>
      <w:r w:rsidRPr="00C25644">
        <w:t>llaniladi</w:t>
      </w:r>
      <w:proofErr w:type="spellEnd"/>
      <w:r w:rsidRPr="00C25644">
        <w:t>.</w:t>
      </w:r>
    </w:p>
    <w:p w14:paraId="1C89BA1F" w14:textId="77777777" w:rsidR="0037439E" w:rsidRPr="00C25644" w:rsidRDefault="00406F7C">
      <w:pPr>
        <w:spacing w:after="0" w:line="240" w:lineRule="auto"/>
        <w:ind w:firstLine="709"/>
        <w:jc w:val="both"/>
      </w:pPr>
      <w:r w:rsidRPr="0077367A">
        <w:rPr>
          <w:highlight w:val="yellow"/>
        </w:rPr>
        <w:t xml:space="preserve">15.3. Bank </w:t>
      </w:r>
      <w:proofErr w:type="spellStart"/>
      <w:r w:rsidRPr="0077367A">
        <w:rPr>
          <w:highlight w:val="yellow"/>
        </w:rPr>
        <w:t>ushbu</w:t>
      </w:r>
      <w:proofErr w:type="spellEnd"/>
      <w:r w:rsidRPr="0077367A">
        <w:rPr>
          <w:highlight w:val="yellow"/>
        </w:rPr>
        <w:t xml:space="preserve"> </w:t>
      </w:r>
      <w:proofErr w:type="spellStart"/>
      <w:r w:rsidRPr="0077367A">
        <w:rPr>
          <w:highlight w:val="yellow"/>
        </w:rPr>
        <w:t>Shartnomaga</w:t>
      </w:r>
      <w:proofErr w:type="spellEnd"/>
      <w:r w:rsidRPr="0077367A">
        <w:rPr>
          <w:highlight w:val="yellow"/>
        </w:rPr>
        <w:t xml:space="preserve"> </w:t>
      </w:r>
      <w:proofErr w:type="spellStart"/>
      <w:proofErr w:type="gramStart"/>
      <w:r w:rsidRPr="0077367A">
        <w:rPr>
          <w:highlight w:val="yellow"/>
        </w:rPr>
        <w:t>o‘</w:t>
      </w:r>
      <w:proofErr w:type="gramEnd"/>
      <w:r w:rsidRPr="0077367A">
        <w:rPr>
          <w:highlight w:val="yellow"/>
        </w:rPr>
        <w:t>zgartirish</w:t>
      </w:r>
      <w:proofErr w:type="spellEnd"/>
      <w:r w:rsidRPr="0077367A">
        <w:rPr>
          <w:highlight w:val="yellow"/>
        </w:rPr>
        <w:t xml:space="preserve"> </w:t>
      </w:r>
      <w:proofErr w:type="spellStart"/>
      <w:r w:rsidRPr="0077367A">
        <w:rPr>
          <w:highlight w:val="yellow"/>
        </w:rPr>
        <w:t>va</w:t>
      </w:r>
      <w:proofErr w:type="spellEnd"/>
      <w:r w:rsidRPr="0077367A">
        <w:rPr>
          <w:highlight w:val="yellow"/>
        </w:rPr>
        <w:t xml:space="preserve"> </w:t>
      </w:r>
      <w:proofErr w:type="spellStart"/>
      <w:r w:rsidRPr="0077367A">
        <w:rPr>
          <w:highlight w:val="yellow"/>
        </w:rPr>
        <w:t>qo‘shimchalar</w:t>
      </w:r>
      <w:proofErr w:type="spellEnd"/>
      <w:r w:rsidRPr="0077367A">
        <w:rPr>
          <w:highlight w:val="yellow"/>
        </w:rPr>
        <w:t xml:space="preserve"> </w:t>
      </w:r>
      <w:proofErr w:type="spellStart"/>
      <w:r w:rsidRPr="0077367A">
        <w:rPr>
          <w:highlight w:val="yellow"/>
        </w:rPr>
        <w:t>kiritishga</w:t>
      </w:r>
      <w:proofErr w:type="spellEnd"/>
      <w:r w:rsidRPr="0077367A">
        <w:rPr>
          <w:highlight w:val="yellow"/>
        </w:rPr>
        <w:t xml:space="preserve"> </w:t>
      </w:r>
      <w:proofErr w:type="spellStart"/>
      <w:r w:rsidRPr="0077367A">
        <w:rPr>
          <w:highlight w:val="yellow"/>
        </w:rPr>
        <w:t>haqli</w:t>
      </w:r>
      <w:proofErr w:type="spellEnd"/>
      <w:r w:rsidRPr="0077367A">
        <w:rPr>
          <w:highlight w:val="yellow"/>
        </w:rPr>
        <w:t xml:space="preserve">. </w:t>
      </w:r>
      <w:proofErr w:type="spellStart"/>
      <w:proofErr w:type="gramStart"/>
      <w:r w:rsidRPr="0077367A">
        <w:rPr>
          <w:highlight w:val="yellow"/>
        </w:rPr>
        <w:t>O‘</w:t>
      </w:r>
      <w:proofErr w:type="gramEnd"/>
      <w:r w:rsidRPr="0077367A">
        <w:rPr>
          <w:highlight w:val="yellow"/>
        </w:rPr>
        <w:t>zgartirishlar</w:t>
      </w:r>
      <w:proofErr w:type="spellEnd"/>
      <w:r w:rsidRPr="0077367A">
        <w:rPr>
          <w:highlight w:val="yellow"/>
        </w:rPr>
        <w:t xml:space="preserve"> </w:t>
      </w:r>
      <w:proofErr w:type="spellStart"/>
      <w:r w:rsidRPr="0077367A">
        <w:rPr>
          <w:highlight w:val="yellow"/>
        </w:rPr>
        <w:t>rasmiy</w:t>
      </w:r>
      <w:proofErr w:type="spellEnd"/>
      <w:r w:rsidRPr="0077367A">
        <w:rPr>
          <w:highlight w:val="yellow"/>
        </w:rPr>
        <w:t xml:space="preserve"> </w:t>
      </w:r>
      <w:proofErr w:type="spellStart"/>
      <w:r w:rsidRPr="0077367A">
        <w:rPr>
          <w:highlight w:val="yellow"/>
        </w:rPr>
        <w:t>axborot</w:t>
      </w:r>
      <w:proofErr w:type="spellEnd"/>
      <w:r w:rsidRPr="0077367A">
        <w:rPr>
          <w:highlight w:val="yellow"/>
        </w:rPr>
        <w:t xml:space="preserve"> </w:t>
      </w:r>
      <w:proofErr w:type="spellStart"/>
      <w:r w:rsidRPr="0077367A">
        <w:rPr>
          <w:highlight w:val="yellow"/>
        </w:rPr>
        <w:t>kanallarida</w:t>
      </w:r>
      <w:proofErr w:type="spellEnd"/>
      <w:r w:rsidRPr="0077367A">
        <w:rPr>
          <w:highlight w:val="yellow"/>
        </w:rPr>
        <w:t xml:space="preserve"> </w:t>
      </w:r>
      <w:proofErr w:type="spellStart"/>
      <w:r w:rsidRPr="0077367A">
        <w:rPr>
          <w:highlight w:val="yellow"/>
        </w:rPr>
        <w:t>e’lon</w:t>
      </w:r>
      <w:proofErr w:type="spellEnd"/>
      <w:r w:rsidRPr="0077367A">
        <w:rPr>
          <w:highlight w:val="yellow"/>
        </w:rPr>
        <w:t xml:space="preserve"> </w:t>
      </w:r>
      <w:proofErr w:type="spellStart"/>
      <w:r w:rsidRPr="0077367A">
        <w:rPr>
          <w:highlight w:val="yellow"/>
        </w:rPr>
        <w:t>qilingan</w:t>
      </w:r>
      <w:proofErr w:type="spellEnd"/>
      <w:r w:rsidRPr="0077367A">
        <w:rPr>
          <w:highlight w:val="yellow"/>
        </w:rPr>
        <w:t xml:space="preserve"> </w:t>
      </w:r>
      <w:proofErr w:type="spellStart"/>
      <w:r w:rsidRPr="0077367A">
        <w:rPr>
          <w:highlight w:val="yellow"/>
        </w:rPr>
        <w:t>paytdan</w:t>
      </w:r>
      <w:proofErr w:type="spellEnd"/>
      <w:r w:rsidRPr="0077367A">
        <w:rPr>
          <w:highlight w:val="yellow"/>
        </w:rPr>
        <w:t xml:space="preserve"> </w:t>
      </w:r>
      <w:proofErr w:type="spellStart"/>
      <w:r w:rsidRPr="0077367A">
        <w:rPr>
          <w:highlight w:val="yellow"/>
        </w:rPr>
        <w:t>yoki</w:t>
      </w:r>
      <w:proofErr w:type="spellEnd"/>
      <w:r w:rsidRPr="0077367A">
        <w:rPr>
          <w:highlight w:val="yellow"/>
        </w:rPr>
        <w:t xml:space="preserve"> </w:t>
      </w:r>
      <w:proofErr w:type="spellStart"/>
      <w:r w:rsidRPr="0077367A">
        <w:rPr>
          <w:highlight w:val="yellow"/>
        </w:rPr>
        <w:t>unda</w:t>
      </w:r>
      <w:proofErr w:type="spellEnd"/>
      <w:r w:rsidRPr="0077367A">
        <w:rPr>
          <w:highlight w:val="yellow"/>
        </w:rPr>
        <w:t xml:space="preserve"> </w:t>
      </w:r>
      <w:proofErr w:type="spellStart"/>
      <w:r w:rsidRPr="0077367A">
        <w:rPr>
          <w:highlight w:val="yellow"/>
        </w:rPr>
        <w:t>ko‘rsatilgan</w:t>
      </w:r>
      <w:proofErr w:type="spellEnd"/>
      <w:r w:rsidRPr="0077367A">
        <w:rPr>
          <w:highlight w:val="yellow"/>
        </w:rPr>
        <w:t xml:space="preserve"> </w:t>
      </w:r>
      <w:proofErr w:type="spellStart"/>
      <w:r w:rsidRPr="0077367A">
        <w:rPr>
          <w:highlight w:val="yellow"/>
        </w:rPr>
        <w:t>sanadan</w:t>
      </w:r>
      <w:proofErr w:type="spellEnd"/>
      <w:r w:rsidRPr="0077367A">
        <w:rPr>
          <w:highlight w:val="yellow"/>
        </w:rPr>
        <w:t xml:space="preserve"> </w:t>
      </w:r>
      <w:proofErr w:type="spellStart"/>
      <w:r w:rsidRPr="0077367A">
        <w:rPr>
          <w:highlight w:val="yellow"/>
        </w:rPr>
        <w:t>boshlab</w:t>
      </w:r>
      <w:proofErr w:type="spellEnd"/>
      <w:r w:rsidRPr="0077367A">
        <w:rPr>
          <w:highlight w:val="yellow"/>
        </w:rPr>
        <w:t xml:space="preserve"> </w:t>
      </w:r>
      <w:proofErr w:type="spellStart"/>
      <w:r w:rsidRPr="0077367A">
        <w:rPr>
          <w:highlight w:val="yellow"/>
        </w:rPr>
        <w:t>kuchga</w:t>
      </w:r>
      <w:proofErr w:type="spellEnd"/>
      <w:r w:rsidRPr="0077367A">
        <w:rPr>
          <w:highlight w:val="yellow"/>
        </w:rPr>
        <w:t xml:space="preserve"> </w:t>
      </w:r>
      <w:proofErr w:type="spellStart"/>
      <w:r w:rsidRPr="0077367A">
        <w:rPr>
          <w:highlight w:val="yellow"/>
        </w:rPr>
        <w:t>kiradi</w:t>
      </w:r>
      <w:proofErr w:type="spellEnd"/>
      <w:r w:rsidRPr="00C25644">
        <w:t>.</w:t>
      </w:r>
    </w:p>
    <w:p w14:paraId="6AB5E69D" w14:textId="77777777" w:rsidR="0037439E" w:rsidRPr="0077367A" w:rsidRDefault="00406F7C">
      <w:pPr>
        <w:spacing w:after="0" w:line="240" w:lineRule="auto"/>
        <w:ind w:firstLine="709"/>
        <w:jc w:val="both"/>
        <w:rPr>
          <w:highlight w:val="yellow"/>
        </w:rPr>
      </w:pPr>
      <w:r w:rsidRPr="0077367A">
        <w:rPr>
          <w:highlight w:val="yellow"/>
        </w:rPr>
        <w:t xml:space="preserve">15.4. </w:t>
      </w:r>
      <w:proofErr w:type="spellStart"/>
      <w:r w:rsidRPr="0077367A">
        <w:rPr>
          <w:highlight w:val="yellow"/>
        </w:rPr>
        <w:t>Mijoz</w:t>
      </w:r>
      <w:proofErr w:type="spellEnd"/>
      <w:r w:rsidRPr="0077367A">
        <w:rPr>
          <w:highlight w:val="yellow"/>
        </w:rPr>
        <w:t xml:space="preserve"> </w:t>
      </w:r>
      <w:proofErr w:type="spellStart"/>
      <w:proofErr w:type="gramStart"/>
      <w:r w:rsidRPr="0077367A">
        <w:rPr>
          <w:highlight w:val="yellow"/>
        </w:rPr>
        <w:t>o‘</w:t>
      </w:r>
      <w:proofErr w:type="gramEnd"/>
      <w:r w:rsidRPr="0077367A">
        <w:rPr>
          <w:highlight w:val="yellow"/>
        </w:rPr>
        <w:t>zgartirishlarga</w:t>
      </w:r>
      <w:proofErr w:type="spellEnd"/>
      <w:r w:rsidRPr="0077367A">
        <w:rPr>
          <w:highlight w:val="yellow"/>
        </w:rPr>
        <w:t xml:space="preserve"> </w:t>
      </w:r>
      <w:proofErr w:type="spellStart"/>
      <w:r w:rsidRPr="0077367A">
        <w:rPr>
          <w:highlight w:val="yellow"/>
        </w:rPr>
        <w:t>rozi</w:t>
      </w:r>
      <w:proofErr w:type="spellEnd"/>
      <w:r w:rsidRPr="0077367A">
        <w:rPr>
          <w:highlight w:val="yellow"/>
        </w:rPr>
        <w:t xml:space="preserve"> </w:t>
      </w:r>
      <w:proofErr w:type="spellStart"/>
      <w:r w:rsidRPr="0077367A">
        <w:rPr>
          <w:highlight w:val="yellow"/>
        </w:rPr>
        <w:t>bo‘lmagan</w:t>
      </w:r>
      <w:proofErr w:type="spellEnd"/>
      <w:r w:rsidRPr="0077367A">
        <w:rPr>
          <w:highlight w:val="yellow"/>
        </w:rPr>
        <w:t xml:space="preserve"> </w:t>
      </w:r>
      <w:proofErr w:type="spellStart"/>
      <w:r w:rsidRPr="0077367A">
        <w:rPr>
          <w:highlight w:val="yellow"/>
        </w:rPr>
        <w:t>taqdirda</w:t>
      </w:r>
      <w:proofErr w:type="spellEnd"/>
      <w:r w:rsidRPr="0077367A">
        <w:rPr>
          <w:highlight w:val="yellow"/>
        </w:rPr>
        <w:t xml:space="preserve">, </w:t>
      </w:r>
      <w:proofErr w:type="spellStart"/>
      <w:r w:rsidRPr="0077367A">
        <w:rPr>
          <w:highlight w:val="yellow"/>
        </w:rPr>
        <w:t>qonunchilik</w:t>
      </w:r>
      <w:proofErr w:type="spellEnd"/>
      <w:r w:rsidRPr="0077367A">
        <w:rPr>
          <w:highlight w:val="yellow"/>
        </w:rPr>
        <w:t xml:space="preserve"> </w:t>
      </w:r>
      <w:proofErr w:type="spellStart"/>
      <w:r w:rsidRPr="0077367A">
        <w:rPr>
          <w:highlight w:val="yellow"/>
        </w:rPr>
        <w:t>va</w:t>
      </w:r>
      <w:proofErr w:type="spellEnd"/>
      <w:r w:rsidRPr="0077367A">
        <w:rPr>
          <w:highlight w:val="yellow"/>
        </w:rPr>
        <w:t xml:space="preserve"> </w:t>
      </w:r>
      <w:proofErr w:type="spellStart"/>
      <w:r w:rsidRPr="0077367A">
        <w:rPr>
          <w:highlight w:val="yellow"/>
        </w:rPr>
        <w:t>mahsulotning</w:t>
      </w:r>
      <w:proofErr w:type="spellEnd"/>
      <w:r w:rsidRPr="0077367A">
        <w:rPr>
          <w:highlight w:val="yellow"/>
        </w:rPr>
        <w:t xml:space="preserve"> individual </w:t>
      </w:r>
      <w:proofErr w:type="spellStart"/>
      <w:r w:rsidRPr="0077367A">
        <w:rPr>
          <w:highlight w:val="yellow"/>
        </w:rPr>
        <w:t>shartlarida</w:t>
      </w:r>
      <w:proofErr w:type="spellEnd"/>
      <w:r w:rsidRPr="0077367A">
        <w:rPr>
          <w:highlight w:val="yellow"/>
        </w:rPr>
        <w:t xml:space="preserve"> </w:t>
      </w:r>
      <w:proofErr w:type="spellStart"/>
      <w:r w:rsidRPr="0077367A">
        <w:rPr>
          <w:highlight w:val="yellow"/>
        </w:rPr>
        <w:t>nazarda</w:t>
      </w:r>
      <w:proofErr w:type="spellEnd"/>
      <w:r w:rsidRPr="0077367A">
        <w:rPr>
          <w:highlight w:val="yellow"/>
        </w:rPr>
        <w:t xml:space="preserve"> </w:t>
      </w:r>
      <w:proofErr w:type="spellStart"/>
      <w:r w:rsidRPr="0077367A">
        <w:rPr>
          <w:highlight w:val="yellow"/>
        </w:rPr>
        <w:t>tutilgan</w:t>
      </w:r>
      <w:proofErr w:type="spellEnd"/>
      <w:r w:rsidRPr="0077367A">
        <w:rPr>
          <w:highlight w:val="yellow"/>
        </w:rPr>
        <w:t xml:space="preserve"> </w:t>
      </w:r>
      <w:proofErr w:type="spellStart"/>
      <w:r w:rsidRPr="0077367A">
        <w:rPr>
          <w:highlight w:val="yellow"/>
        </w:rPr>
        <w:t>tartibda</w:t>
      </w:r>
      <w:proofErr w:type="spellEnd"/>
      <w:r w:rsidRPr="0077367A">
        <w:rPr>
          <w:highlight w:val="yellow"/>
        </w:rPr>
        <w:t xml:space="preserve"> </w:t>
      </w:r>
      <w:proofErr w:type="spellStart"/>
      <w:r w:rsidRPr="0077367A">
        <w:rPr>
          <w:highlight w:val="yellow"/>
        </w:rPr>
        <w:t>tegishli</w:t>
      </w:r>
      <w:proofErr w:type="spellEnd"/>
      <w:r w:rsidRPr="0077367A">
        <w:rPr>
          <w:highlight w:val="yellow"/>
        </w:rPr>
        <w:t xml:space="preserve"> </w:t>
      </w:r>
      <w:proofErr w:type="spellStart"/>
      <w:r w:rsidRPr="0077367A">
        <w:rPr>
          <w:highlight w:val="yellow"/>
        </w:rPr>
        <w:t>mahsulotni</w:t>
      </w:r>
      <w:proofErr w:type="spellEnd"/>
      <w:r w:rsidRPr="0077367A">
        <w:rPr>
          <w:highlight w:val="yellow"/>
        </w:rPr>
        <w:t xml:space="preserve"> </w:t>
      </w:r>
      <w:proofErr w:type="spellStart"/>
      <w:r w:rsidRPr="0077367A">
        <w:rPr>
          <w:highlight w:val="yellow"/>
        </w:rPr>
        <w:t>yopish</w:t>
      </w:r>
      <w:proofErr w:type="spellEnd"/>
      <w:r w:rsidRPr="0077367A">
        <w:rPr>
          <w:highlight w:val="yellow"/>
        </w:rPr>
        <w:t xml:space="preserve"> </w:t>
      </w:r>
      <w:proofErr w:type="spellStart"/>
      <w:r w:rsidRPr="0077367A">
        <w:rPr>
          <w:highlight w:val="yellow"/>
        </w:rPr>
        <w:t>yoki</w:t>
      </w:r>
      <w:proofErr w:type="spellEnd"/>
      <w:r w:rsidRPr="0077367A">
        <w:rPr>
          <w:highlight w:val="yellow"/>
        </w:rPr>
        <w:t xml:space="preserve"> </w:t>
      </w:r>
      <w:proofErr w:type="spellStart"/>
      <w:r w:rsidRPr="0077367A">
        <w:rPr>
          <w:highlight w:val="yellow"/>
        </w:rPr>
        <w:t>kartani</w:t>
      </w:r>
      <w:proofErr w:type="spellEnd"/>
      <w:r w:rsidRPr="0077367A">
        <w:rPr>
          <w:highlight w:val="yellow"/>
        </w:rPr>
        <w:t xml:space="preserve"> </w:t>
      </w:r>
      <w:proofErr w:type="spellStart"/>
      <w:r w:rsidRPr="0077367A">
        <w:rPr>
          <w:highlight w:val="yellow"/>
        </w:rPr>
        <w:t>qaytarish</w:t>
      </w:r>
      <w:proofErr w:type="spellEnd"/>
      <w:r w:rsidRPr="0077367A">
        <w:rPr>
          <w:highlight w:val="yellow"/>
        </w:rPr>
        <w:t xml:space="preserve"> </w:t>
      </w:r>
      <w:proofErr w:type="spellStart"/>
      <w:r w:rsidRPr="0077367A">
        <w:rPr>
          <w:highlight w:val="yellow"/>
        </w:rPr>
        <w:t>huquqiga</w:t>
      </w:r>
      <w:proofErr w:type="spellEnd"/>
      <w:r w:rsidRPr="0077367A">
        <w:rPr>
          <w:highlight w:val="yellow"/>
        </w:rPr>
        <w:t xml:space="preserve"> </w:t>
      </w:r>
      <w:proofErr w:type="spellStart"/>
      <w:r w:rsidRPr="0077367A">
        <w:rPr>
          <w:highlight w:val="yellow"/>
        </w:rPr>
        <w:t>ega</w:t>
      </w:r>
      <w:proofErr w:type="spellEnd"/>
      <w:r w:rsidRPr="0077367A">
        <w:rPr>
          <w:highlight w:val="yellow"/>
        </w:rPr>
        <w:t>.</w:t>
      </w:r>
    </w:p>
    <w:p w14:paraId="5F5D0D71" w14:textId="77777777" w:rsidR="0037439E" w:rsidRPr="00C25644" w:rsidRDefault="00406F7C">
      <w:pPr>
        <w:spacing w:after="0" w:line="240" w:lineRule="auto"/>
        <w:ind w:firstLine="709"/>
        <w:jc w:val="both"/>
      </w:pPr>
      <w:r w:rsidRPr="0077367A">
        <w:rPr>
          <w:highlight w:val="yellow"/>
        </w:rPr>
        <w:t xml:space="preserve">15.5. </w:t>
      </w:r>
      <w:proofErr w:type="spellStart"/>
      <w:r w:rsidRPr="0077367A">
        <w:rPr>
          <w:highlight w:val="yellow"/>
        </w:rPr>
        <w:t>Shartnoma</w:t>
      </w:r>
      <w:proofErr w:type="spellEnd"/>
      <w:r w:rsidRPr="0077367A">
        <w:rPr>
          <w:highlight w:val="yellow"/>
        </w:rPr>
        <w:t xml:space="preserve"> </w:t>
      </w:r>
      <w:proofErr w:type="spellStart"/>
      <w:r w:rsidRPr="0077367A">
        <w:rPr>
          <w:highlight w:val="yellow"/>
        </w:rPr>
        <w:t>Mijozning</w:t>
      </w:r>
      <w:proofErr w:type="spellEnd"/>
      <w:r w:rsidRPr="0077367A">
        <w:rPr>
          <w:highlight w:val="yellow"/>
        </w:rPr>
        <w:t xml:space="preserve"> </w:t>
      </w:r>
      <w:proofErr w:type="spellStart"/>
      <w:r w:rsidRPr="0077367A">
        <w:rPr>
          <w:highlight w:val="yellow"/>
        </w:rPr>
        <w:t>arizasi</w:t>
      </w:r>
      <w:proofErr w:type="spellEnd"/>
      <w:r w:rsidRPr="0077367A">
        <w:rPr>
          <w:highlight w:val="yellow"/>
        </w:rPr>
        <w:t xml:space="preserve">, </w:t>
      </w:r>
      <w:proofErr w:type="spellStart"/>
      <w:r w:rsidRPr="0077367A">
        <w:rPr>
          <w:highlight w:val="yellow"/>
        </w:rPr>
        <w:t>Tomonlarning</w:t>
      </w:r>
      <w:proofErr w:type="spellEnd"/>
      <w:r w:rsidRPr="0077367A">
        <w:rPr>
          <w:highlight w:val="yellow"/>
        </w:rPr>
        <w:t xml:space="preserve"> </w:t>
      </w:r>
      <w:proofErr w:type="spellStart"/>
      <w:r w:rsidRPr="0077367A">
        <w:rPr>
          <w:highlight w:val="yellow"/>
        </w:rPr>
        <w:t>kelishuvi</w:t>
      </w:r>
      <w:proofErr w:type="spellEnd"/>
      <w:r w:rsidRPr="0077367A">
        <w:rPr>
          <w:highlight w:val="yellow"/>
        </w:rPr>
        <w:t xml:space="preserve"> </w:t>
      </w:r>
      <w:proofErr w:type="spellStart"/>
      <w:r w:rsidRPr="0077367A">
        <w:rPr>
          <w:highlight w:val="yellow"/>
        </w:rPr>
        <w:t>yoki</w:t>
      </w:r>
      <w:proofErr w:type="spellEnd"/>
      <w:r w:rsidRPr="0077367A">
        <w:rPr>
          <w:highlight w:val="yellow"/>
        </w:rPr>
        <w:t xml:space="preserve"> </w:t>
      </w:r>
      <w:proofErr w:type="spellStart"/>
      <w:r w:rsidRPr="0077367A">
        <w:rPr>
          <w:highlight w:val="yellow"/>
        </w:rPr>
        <w:t>qonunchilikda</w:t>
      </w:r>
      <w:proofErr w:type="spellEnd"/>
      <w:r w:rsidRPr="0077367A">
        <w:rPr>
          <w:highlight w:val="yellow"/>
        </w:rPr>
        <w:t xml:space="preserve"> </w:t>
      </w:r>
      <w:proofErr w:type="spellStart"/>
      <w:r w:rsidRPr="0077367A">
        <w:rPr>
          <w:highlight w:val="yellow"/>
        </w:rPr>
        <w:t>nazarda</w:t>
      </w:r>
      <w:proofErr w:type="spellEnd"/>
      <w:r w:rsidRPr="0077367A">
        <w:rPr>
          <w:highlight w:val="yellow"/>
        </w:rPr>
        <w:t xml:space="preserve"> </w:t>
      </w:r>
      <w:proofErr w:type="spellStart"/>
      <w:r w:rsidRPr="0077367A">
        <w:rPr>
          <w:highlight w:val="yellow"/>
        </w:rPr>
        <w:t>tutilgan</w:t>
      </w:r>
      <w:proofErr w:type="spellEnd"/>
      <w:r w:rsidRPr="0077367A">
        <w:rPr>
          <w:highlight w:val="yellow"/>
        </w:rPr>
        <w:t xml:space="preserve"> </w:t>
      </w:r>
      <w:proofErr w:type="spellStart"/>
      <w:r w:rsidRPr="0077367A">
        <w:rPr>
          <w:highlight w:val="yellow"/>
        </w:rPr>
        <w:t>hollarda</w:t>
      </w:r>
      <w:proofErr w:type="spellEnd"/>
      <w:r w:rsidRPr="0077367A">
        <w:rPr>
          <w:highlight w:val="yellow"/>
        </w:rPr>
        <w:t xml:space="preserve"> Bank </w:t>
      </w:r>
      <w:proofErr w:type="spellStart"/>
      <w:r w:rsidRPr="0077367A">
        <w:rPr>
          <w:highlight w:val="yellow"/>
        </w:rPr>
        <w:t>tashabbusi</w:t>
      </w:r>
      <w:proofErr w:type="spellEnd"/>
      <w:r w:rsidRPr="0077367A">
        <w:rPr>
          <w:highlight w:val="yellow"/>
        </w:rPr>
        <w:t xml:space="preserve"> </w:t>
      </w:r>
      <w:proofErr w:type="spellStart"/>
      <w:r w:rsidRPr="0077367A">
        <w:rPr>
          <w:highlight w:val="yellow"/>
        </w:rPr>
        <w:t>bilan</w:t>
      </w:r>
      <w:proofErr w:type="spellEnd"/>
      <w:r w:rsidRPr="0077367A">
        <w:rPr>
          <w:highlight w:val="yellow"/>
        </w:rPr>
        <w:t xml:space="preserve"> </w:t>
      </w:r>
      <w:proofErr w:type="spellStart"/>
      <w:r w:rsidRPr="0077367A">
        <w:rPr>
          <w:highlight w:val="yellow"/>
        </w:rPr>
        <w:t>bekor</w:t>
      </w:r>
      <w:proofErr w:type="spellEnd"/>
      <w:r w:rsidRPr="0077367A">
        <w:rPr>
          <w:highlight w:val="yellow"/>
        </w:rPr>
        <w:t xml:space="preserve"> </w:t>
      </w:r>
      <w:proofErr w:type="spellStart"/>
      <w:r w:rsidRPr="0077367A">
        <w:rPr>
          <w:highlight w:val="yellow"/>
        </w:rPr>
        <w:t>qilinishi</w:t>
      </w:r>
      <w:proofErr w:type="spellEnd"/>
      <w:r w:rsidRPr="0077367A">
        <w:rPr>
          <w:highlight w:val="yellow"/>
        </w:rPr>
        <w:t xml:space="preserve"> </w:t>
      </w:r>
      <w:proofErr w:type="spellStart"/>
      <w:r w:rsidRPr="0077367A">
        <w:rPr>
          <w:highlight w:val="yellow"/>
        </w:rPr>
        <w:t>mumkin</w:t>
      </w:r>
      <w:proofErr w:type="spellEnd"/>
      <w:r w:rsidRPr="0077367A">
        <w:rPr>
          <w:highlight w:val="yellow"/>
        </w:rPr>
        <w:t>.</w:t>
      </w:r>
    </w:p>
    <w:p w14:paraId="0FD9A449" w14:textId="77777777" w:rsidR="0037439E" w:rsidRPr="00C25644" w:rsidRDefault="0037439E">
      <w:pPr>
        <w:spacing w:after="40" w:line="240" w:lineRule="auto"/>
        <w:jc w:val="both"/>
      </w:pPr>
    </w:p>
    <w:p w14:paraId="2B803E24" w14:textId="77777777" w:rsidR="0037439E" w:rsidRPr="00C25644" w:rsidRDefault="00406F7C">
      <w:pPr>
        <w:spacing w:after="0" w:line="240" w:lineRule="auto"/>
        <w:jc w:val="both"/>
      </w:pPr>
      <w:r w:rsidRPr="00C25644">
        <w:rPr>
          <w:b/>
        </w:rPr>
        <w:t>16. YAKUNIY QOIDALAR</w:t>
      </w:r>
    </w:p>
    <w:p w14:paraId="71DCB8B3" w14:textId="77777777" w:rsidR="0037439E" w:rsidRPr="00C25644" w:rsidRDefault="00406F7C">
      <w:pPr>
        <w:spacing w:after="0" w:line="240" w:lineRule="auto"/>
        <w:ind w:firstLine="709"/>
        <w:jc w:val="both"/>
      </w:pPr>
      <w:r w:rsidRPr="00C25644">
        <w:t xml:space="preserve">16.1. </w:t>
      </w:r>
      <w:proofErr w:type="spellStart"/>
      <w:r w:rsidRPr="00C25644">
        <w:t>Mazkur</w:t>
      </w:r>
      <w:proofErr w:type="spellEnd"/>
      <w:r w:rsidRPr="00C25644">
        <w:t xml:space="preserve"> </w:t>
      </w:r>
      <w:proofErr w:type="spellStart"/>
      <w:r w:rsidRPr="00C25644">
        <w:t>Shartnoma</w:t>
      </w:r>
      <w:proofErr w:type="spellEnd"/>
      <w:r w:rsidRPr="00C25644">
        <w:t xml:space="preserve"> </w:t>
      </w:r>
      <w:proofErr w:type="spellStart"/>
      <w:r w:rsidRPr="00C25644">
        <w:t>jismoniy</w:t>
      </w:r>
      <w:proofErr w:type="spellEnd"/>
      <w:r w:rsidRPr="00C25644">
        <w:t xml:space="preserve"> </w:t>
      </w:r>
      <w:proofErr w:type="spellStart"/>
      <w:r w:rsidRPr="00C25644">
        <w:t>shaxslarga</w:t>
      </w:r>
      <w:proofErr w:type="spellEnd"/>
      <w:r w:rsidRPr="00C25644">
        <w:t xml:space="preserve"> bank </w:t>
      </w:r>
      <w:proofErr w:type="spellStart"/>
      <w:r w:rsidRPr="00C25644">
        <w:t>kartalari</w:t>
      </w:r>
      <w:proofErr w:type="spellEnd"/>
      <w:r w:rsidRPr="00C25644">
        <w:t xml:space="preserve"> </w:t>
      </w:r>
      <w:proofErr w:type="spellStart"/>
      <w:r w:rsidRPr="00C25644">
        <w:t>va</w:t>
      </w:r>
      <w:proofErr w:type="spellEnd"/>
      <w:r w:rsidRPr="00C25644">
        <w:t xml:space="preserve"> talab </w:t>
      </w:r>
      <w:proofErr w:type="spellStart"/>
      <w:r w:rsidRPr="00C25644">
        <w:t>qilib</w:t>
      </w:r>
      <w:proofErr w:type="spellEnd"/>
      <w:r w:rsidRPr="00C25644">
        <w:t xml:space="preserve"> </w:t>
      </w:r>
      <w:proofErr w:type="spellStart"/>
      <w:r w:rsidRPr="00C25644">
        <w:t>olinguncha</w:t>
      </w:r>
      <w:proofErr w:type="spellEnd"/>
      <w:r w:rsidRPr="00C25644">
        <w:t xml:space="preserve"> bank </w:t>
      </w:r>
      <w:proofErr w:type="spellStart"/>
      <w:r w:rsidRPr="00C25644">
        <w:t>hisobvaraqlari</w:t>
      </w:r>
      <w:proofErr w:type="spellEnd"/>
      <w:r w:rsidRPr="00C25644">
        <w:t xml:space="preserve"> </w:t>
      </w:r>
      <w:proofErr w:type="spellStart"/>
      <w:proofErr w:type="gramStart"/>
      <w:r w:rsidRPr="00C25644">
        <w:t>bo‘</w:t>
      </w:r>
      <w:proofErr w:type="gramEnd"/>
      <w:r w:rsidRPr="00C25644">
        <w:t>yicha</w:t>
      </w:r>
      <w:proofErr w:type="spellEnd"/>
      <w:r w:rsidRPr="00C25644">
        <w:t xml:space="preserve"> </w:t>
      </w:r>
      <w:proofErr w:type="spellStart"/>
      <w:r w:rsidRPr="00C25644">
        <w:t>umumiy</w:t>
      </w:r>
      <w:proofErr w:type="spellEnd"/>
      <w:r w:rsidRPr="00C25644">
        <w:t xml:space="preserve"> </w:t>
      </w:r>
      <w:proofErr w:type="spellStart"/>
      <w:r w:rsidRPr="00C25644">
        <w:t>shartlarni</w:t>
      </w:r>
      <w:proofErr w:type="spellEnd"/>
      <w:r w:rsidRPr="00C25644">
        <w:t xml:space="preserve"> </w:t>
      </w:r>
      <w:proofErr w:type="spellStart"/>
      <w:r w:rsidRPr="00C25644">
        <w:t>belgilaydi</w:t>
      </w:r>
      <w:proofErr w:type="spellEnd"/>
      <w:r w:rsidRPr="00C25644">
        <w:t>.</w:t>
      </w:r>
    </w:p>
    <w:p w14:paraId="3BA6B220" w14:textId="77777777" w:rsidR="0037439E" w:rsidRPr="00C25644" w:rsidRDefault="00406F7C">
      <w:pPr>
        <w:spacing w:after="0" w:line="240" w:lineRule="auto"/>
        <w:ind w:firstLine="709"/>
        <w:jc w:val="both"/>
      </w:pPr>
      <w:r w:rsidRPr="00C25644">
        <w:t xml:space="preserve">16.2. </w:t>
      </w:r>
      <w:proofErr w:type="spellStart"/>
      <w:proofErr w:type="gramStart"/>
      <w:r w:rsidRPr="00C25644">
        <w:t>Jamg‘</w:t>
      </w:r>
      <w:proofErr w:type="gramEnd"/>
      <w:r w:rsidRPr="00C25644">
        <w:t>arma</w:t>
      </w:r>
      <w:proofErr w:type="spellEnd"/>
      <w:r w:rsidRPr="00C25644">
        <w:t xml:space="preserve"> </w:t>
      </w:r>
      <w:proofErr w:type="spellStart"/>
      <w:r w:rsidRPr="00C25644">
        <w:t>omonatlari</w:t>
      </w:r>
      <w:proofErr w:type="spellEnd"/>
      <w:r w:rsidRPr="00C25644">
        <w:t xml:space="preserve"> </w:t>
      </w:r>
      <w:proofErr w:type="spellStart"/>
      <w:r w:rsidRPr="00C25644">
        <w:t>va</w:t>
      </w:r>
      <w:proofErr w:type="spellEnd"/>
      <w:r w:rsidRPr="00C25644">
        <w:t xml:space="preserve"> </w:t>
      </w:r>
      <w:proofErr w:type="spellStart"/>
      <w:r w:rsidRPr="00C25644">
        <w:t>muddatli</w:t>
      </w:r>
      <w:proofErr w:type="spellEnd"/>
      <w:r w:rsidRPr="00C25644">
        <w:t xml:space="preserve"> </w:t>
      </w:r>
      <w:proofErr w:type="spellStart"/>
      <w:r w:rsidRPr="00C25644">
        <w:t>omonatlar</w:t>
      </w:r>
      <w:proofErr w:type="spellEnd"/>
      <w:r w:rsidRPr="00C25644">
        <w:t xml:space="preserve"> </w:t>
      </w:r>
      <w:proofErr w:type="spellStart"/>
      <w:r w:rsidRPr="00C25644">
        <w:t>bo‘yicha</w:t>
      </w:r>
      <w:proofErr w:type="spellEnd"/>
      <w:r w:rsidRPr="00C25644">
        <w:t xml:space="preserve"> </w:t>
      </w:r>
      <w:proofErr w:type="spellStart"/>
      <w:r w:rsidRPr="00C25644">
        <w:t>xizmatlar</w:t>
      </w:r>
      <w:proofErr w:type="spellEnd"/>
      <w:r w:rsidRPr="00C25644">
        <w:t xml:space="preserve"> </w:t>
      </w:r>
      <w:proofErr w:type="spellStart"/>
      <w:r w:rsidRPr="00C25644">
        <w:t>ushbu</w:t>
      </w:r>
      <w:proofErr w:type="spellEnd"/>
      <w:r w:rsidRPr="00C25644">
        <w:t xml:space="preserve"> </w:t>
      </w:r>
      <w:proofErr w:type="spellStart"/>
      <w:r w:rsidRPr="00C25644">
        <w:t>Shartnoma</w:t>
      </w:r>
      <w:proofErr w:type="spellEnd"/>
      <w:r w:rsidRPr="00C25644">
        <w:t xml:space="preserve"> </w:t>
      </w:r>
      <w:proofErr w:type="spellStart"/>
      <w:r w:rsidRPr="00C25644">
        <w:t>asosida</w:t>
      </w:r>
      <w:proofErr w:type="spellEnd"/>
      <w:r w:rsidRPr="00C25644">
        <w:t xml:space="preserve"> </w:t>
      </w:r>
      <w:proofErr w:type="spellStart"/>
      <w:r w:rsidRPr="00C25644">
        <w:t>ko‘rsatilmaydi</w:t>
      </w:r>
      <w:proofErr w:type="spellEnd"/>
      <w:r w:rsidRPr="00C25644">
        <w:t xml:space="preserve">. </w:t>
      </w:r>
      <w:proofErr w:type="spellStart"/>
      <w:r w:rsidRPr="00C25644">
        <w:t>Ular</w:t>
      </w:r>
      <w:proofErr w:type="spellEnd"/>
      <w:r w:rsidRPr="00C25644">
        <w:t xml:space="preserve"> </w:t>
      </w:r>
      <w:proofErr w:type="spellStart"/>
      <w:proofErr w:type="gramStart"/>
      <w:r w:rsidRPr="00C25644">
        <w:t>bo‘</w:t>
      </w:r>
      <w:proofErr w:type="gramEnd"/>
      <w:r w:rsidRPr="00C25644">
        <w:t>yicha</w:t>
      </w:r>
      <w:proofErr w:type="spellEnd"/>
      <w:r w:rsidRPr="00C25644">
        <w:t xml:space="preserve"> Bank </w:t>
      </w:r>
      <w:proofErr w:type="spellStart"/>
      <w:r w:rsidRPr="00C25644">
        <w:t>va</w:t>
      </w:r>
      <w:proofErr w:type="spellEnd"/>
      <w:r w:rsidRPr="00C25644">
        <w:t xml:space="preserve"> </w:t>
      </w:r>
      <w:proofErr w:type="spellStart"/>
      <w:r w:rsidRPr="00C25644">
        <w:t>Mijoz</w:t>
      </w:r>
      <w:proofErr w:type="spellEnd"/>
      <w:r w:rsidRPr="00C25644">
        <w:t xml:space="preserve"> </w:t>
      </w:r>
      <w:proofErr w:type="spellStart"/>
      <w:r w:rsidRPr="00C25644">
        <w:t>o‘rtasida</w:t>
      </w:r>
      <w:proofErr w:type="spellEnd"/>
      <w:r w:rsidRPr="00C25644">
        <w:t xml:space="preserve"> </w:t>
      </w:r>
      <w:proofErr w:type="spellStart"/>
      <w:r w:rsidRPr="00C25644">
        <w:t>Bankning</w:t>
      </w:r>
      <w:proofErr w:type="spellEnd"/>
      <w:r w:rsidRPr="00C25644">
        <w:t xml:space="preserve"> </w:t>
      </w:r>
      <w:proofErr w:type="spellStart"/>
      <w:r w:rsidRPr="00C25644">
        <w:t>amaldagi</w:t>
      </w:r>
      <w:proofErr w:type="spellEnd"/>
      <w:r w:rsidRPr="00C25644">
        <w:t xml:space="preserve"> </w:t>
      </w:r>
      <w:proofErr w:type="spellStart"/>
      <w:r w:rsidRPr="00C25644">
        <w:t>Omonatlar</w:t>
      </w:r>
      <w:proofErr w:type="spellEnd"/>
      <w:r w:rsidRPr="00C25644">
        <w:t xml:space="preserve"> </w:t>
      </w:r>
      <w:proofErr w:type="spellStart"/>
      <w:r w:rsidRPr="00C25644">
        <w:t>qoidalariga</w:t>
      </w:r>
      <w:proofErr w:type="spellEnd"/>
      <w:r w:rsidRPr="00C25644">
        <w:t xml:space="preserve"> </w:t>
      </w:r>
      <w:proofErr w:type="spellStart"/>
      <w:r w:rsidRPr="00C25644">
        <w:t>muvofiq</w:t>
      </w:r>
      <w:proofErr w:type="spellEnd"/>
      <w:r w:rsidRPr="00C25644">
        <w:t xml:space="preserve"> </w:t>
      </w:r>
      <w:proofErr w:type="spellStart"/>
      <w:r w:rsidRPr="00C25644">
        <w:t>alohida</w:t>
      </w:r>
      <w:proofErr w:type="spellEnd"/>
      <w:r w:rsidRPr="00C25644">
        <w:t xml:space="preserve"> bank </w:t>
      </w:r>
      <w:proofErr w:type="spellStart"/>
      <w:r w:rsidRPr="00C25644">
        <w:t>omonati</w:t>
      </w:r>
      <w:proofErr w:type="spellEnd"/>
      <w:r w:rsidRPr="00C25644">
        <w:t xml:space="preserve"> </w:t>
      </w:r>
      <w:proofErr w:type="spellStart"/>
      <w:r w:rsidRPr="00C25644">
        <w:t>shartnomalari</w:t>
      </w:r>
      <w:proofErr w:type="spellEnd"/>
      <w:r w:rsidRPr="00C25644">
        <w:t xml:space="preserve"> </w:t>
      </w:r>
      <w:proofErr w:type="spellStart"/>
      <w:r w:rsidRPr="00C25644">
        <w:t>tuziladi</w:t>
      </w:r>
      <w:proofErr w:type="spellEnd"/>
      <w:r w:rsidRPr="00C25644">
        <w:t>.</w:t>
      </w:r>
    </w:p>
    <w:p w14:paraId="050C3C49" w14:textId="77777777" w:rsidR="0037439E" w:rsidRPr="00C25644" w:rsidRDefault="00406F7C">
      <w:pPr>
        <w:spacing w:after="0" w:line="240" w:lineRule="auto"/>
        <w:ind w:firstLine="709"/>
        <w:jc w:val="both"/>
      </w:pPr>
      <w:r w:rsidRPr="00C25644">
        <w:t xml:space="preserve">16.3. </w:t>
      </w:r>
      <w:proofErr w:type="spellStart"/>
      <w:r w:rsidRPr="00C25644">
        <w:t>Mazkur</w:t>
      </w:r>
      <w:proofErr w:type="spellEnd"/>
      <w:r w:rsidRPr="00C25644">
        <w:t xml:space="preserve"> </w:t>
      </w:r>
      <w:proofErr w:type="spellStart"/>
      <w:r w:rsidRPr="00C25644">
        <w:t>Shartnoma</w:t>
      </w:r>
      <w:proofErr w:type="spellEnd"/>
      <w:r w:rsidRPr="00C25644">
        <w:t xml:space="preserve"> </w:t>
      </w:r>
      <w:proofErr w:type="spellStart"/>
      <w:r w:rsidRPr="00C25644">
        <w:t>doirasida</w:t>
      </w:r>
      <w:proofErr w:type="spellEnd"/>
      <w:r w:rsidRPr="00C25644">
        <w:t xml:space="preserve"> </w:t>
      </w:r>
      <w:proofErr w:type="spellStart"/>
      <w:r w:rsidRPr="00C25644">
        <w:t>yuzaga</w:t>
      </w:r>
      <w:proofErr w:type="spellEnd"/>
      <w:r w:rsidRPr="00C25644">
        <w:t xml:space="preserve"> </w:t>
      </w:r>
      <w:proofErr w:type="spellStart"/>
      <w:r w:rsidRPr="00C25644">
        <w:t>keladigan</w:t>
      </w:r>
      <w:proofErr w:type="spellEnd"/>
      <w:r w:rsidRPr="00C25644">
        <w:t xml:space="preserve"> </w:t>
      </w:r>
      <w:proofErr w:type="spellStart"/>
      <w:r w:rsidRPr="00C25644">
        <w:t>nizolar</w:t>
      </w:r>
      <w:proofErr w:type="spellEnd"/>
      <w:r w:rsidRPr="00C25644">
        <w:t xml:space="preserve">, </w:t>
      </w:r>
      <w:proofErr w:type="spellStart"/>
      <w:r w:rsidRPr="00C25644">
        <w:t>avvalo</w:t>
      </w:r>
      <w:proofErr w:type="spellEnd"/>
      <w:r w:rsidRPr="00C25644">
        <w:t xml:space="preserve">, </w:t>
      </w:r>
      <w:proofErr w:type="spellStart"/>
      <w:r w:rsidRPr="00C25644">
        <w:t>muzokaralar</w:t>
      </w:r>
      <w:proofErr w:type="spellEnd"/>
      <w:r w:rsidRPr="00C25644">
        <w:t xml:space="preserve"> </w:t>
      </w:r>
      <w:proofErr w:type="spellStart"/>
      <w:r w:rsidRPr="00C25644">
        <w:t>va</w:t>
      </w:r>
      <w:proofErr w:type="spellEnd"/>
      <w:r w:rsidRPr="00C25644">
        <w:t xml:space="preserve"> </w:t>
      </w:r>
      <w:proofErr w:type="spellStart"/>
      <w:r w:rsidRPr="00C25644">
        <w:t>murojaatlarni</w:t>
      </w:r>
      <w:proofErr w:type="spellEnd"/>
      <w:r w:rsidRPr="00C25644">
        <w:t xml:space="preserve"> </w:t>
      </w:r>
      <w:proofErr w:type="spellStart"/>
      <w:proofErr w:type="gramStart"/>
      <w:r w:rsidRPr="00C25644">
        <w:t>ko‘</w:t>
      </w:r>
      <w:proofErr w:type="gramEnd"/>
      <w:r w:rsidRPr="00C25644">
        <w:t>rib</w:t>
      </w:r>
      <w:proofErr w:type="spellEnd"/>
      <w:r w:rsidRPr="00C25644">
        <w:t xml:space="preserve"> </w:t>
      </w:r>
      <w:proofErr w:type="spellStart"/>
      <w:r w:rsidRPr="00C25644">
        <w:t>chiqish</w:t>
      </w:r>
      <w:proofErr w:type="spellEnd"/>
      <w:r w:rsidRPr="00C25644">
        <w:t xml:space="preserve"> </w:t>
      </w:r>
      <w:proofErr w:type="spellStart"/>
      <w:r w:rsidRPr="00C25644">
        <w:t>tartibida</w:t>
      </w:r>
      <w:proofErr w:type="spellEnd"/>
      <w:r w:rsidRPr="00C25644">
        <w:t xml:space="preserve"> </w:t>
      </w:r>
      <w:proofErr w:type="spellStart"/>
      <w:r w:rsidRPr="00C25644">
        <w:t>hal</w:t>
      </w:r>
      <w:proofErr w:type="spellEnd"/>
      <w:r w:rsidRPr="00C25644">
        <w:t xml:space="preserve"> </w:t>
      </w:r>
      <w:proofErr w:type="spellStart"/>
      <w:r w:rsidRPr="00C25644">
        <w:t>etiladi</w:t>
      </w:r>
      <w:proofErr w:type="spellEnd"/>
      <w:r w:rsidRPr="00C25644">
        <w:t xml:space="preserve">. </w:t>
      </w:r>
      <w:proofErr w:type="spellStart"/>
      <w:r w:rsidRPr="00C25644">
        <w:t>Kelishuvga</w:t>
      </w:r>
      <w:proofErr w:type="spellEnd"/>
      <w:r w:rsidRPr="00C25644">
        <w:t xml:space="preserve"> </w:t>
      </w:r>
      <w:proofErr w:type="spellStart"/>
      <w:r w:rsidRPr="00C25644">
        <w:t>erishilmagan</w:t>
      </w:r>
      <w:proofErr w:type="spellEnd"/>
      <w:r w:rsidRPr="00C25644">
        <w:t xml:space="preserve"> </w:t>
      </w:r>
      <w:proofErr w:type="spellStart"/>
      <w:r w:rsidRPr="00C25644">
        <w:t>taqdirda</w:t>
      </w:r>
      <w:proofErr w:type="spellEnd"/>
      <w:r w:rsidRPr="00C25644">
        <w:t xml:space="preserve">, </w:t>
      </w:r>
      <w:proofErr w:type="spellStart"/>
      <w:r w:rsidRPr="00C25644">
        <w:t>nizo</w:t>
      </w:r>
      <w:proofErr w:type="spellEnd"/>
      <w:r w:rsidRPr="00C25644">
        <w:t xml:space="preserve"> </w:t>
      </w:r>
      <w:proofErr w:type="spellStart"/>
      <w:r w:rsidRPr="00C25644">
        <w:t>qonunchilikka</w:t>
      </w:r>
      <w:proofErr w:type="spellEnd"/>
      <w:r w:rsidRPr="00C25644">
        <w:t xml:space="preserve"> </w:t>
      </w:r>
      <w:proofErr w:type="spellStart"/>
      <w:r w:rsidRPr="00C25644">
        <w:t>muvofiq</w:t>
      </w:r>
      <w:proofErr w:type="spellEnd"/>
      <w:r w:rsidRPr="00C25644">
        <w:t xml:space="preserve"> </w:t>
      </w:r>
      <w:proofErr w:type="spellStart"/>
      <w:r w:rsidRPr="00C25644">
        <w:t>hal</w:t>
      </w:r>
      <w:proofErr w:type="spellEnd"/>
      <w:r w:rsidRPr="00C25644">
        <w:t xml:space="preserve"> </w:t>
      </w:r>
      <w:proofErr w:type="spellStart"/>
      <w:r w:rsidRPr="00C25644">
        <w:t>etiladi</w:t>
      </w:r>
      <w:proofErr w:type="spellEnd"/>
      <w:r w:rsidRPr="00C25644">
        <w:t>.</w:t>
      </w:r>
    </w:p>
    <w:p w14:paraId="41717B03" w14:textId="77777777" w:rsidR="0037439E" w:rsidRPr="00C25644" w:rsidRDefault="00406F7C">
      <w:pPr>
        <w:spacing w:after="0" w:line="240" w:lineRule="auto"/>
        <w:ind w:firstLine="709"/>
        <w:jc w:val="both"/>
      </w:pPr>
      <w:r w:rsidRPr="00C25644">
        <w:t xml:space="preserve">16.4. </w:t>
      </w:r>
      <w:proofErr w:type="spellStart"/>
      <w:r w:rsidRPr="00C25644">
        <w:t>Ushbu</w:t>
      </w:r>
      <w:proofErr w:type="spellEnd"/>
      <w:r w:rsidRPr="00C25644">
        <w:t xml:space="preserve"> </w:t>
      </w:r>
      <w:proofErr w:type="spellStart"/>
      <w:r w:rsidRPr="00C25644">
        <w:t>Shartnomaga</w:t>
      </w:r>
      <w:proofErr w:type="spellEnd"/>
      <w:r w:rsidRPr="00C25644">
        <w:t xml:space="preserve"> </w:t>
      </w:r>
      <w:proofErr w:type="spellStart"/>
      <w:r w:rsidRPr="00C25644">
        <w:t>ilovalar</w:t>
      </w:r>
      <w:proofErr w:type="spellEnd"/>
      <w:r w:rsidRPr="00C25644">
        <w:t xml:space="preserve">, </w:t>
      </w:r>
      <w:proofErr w:type="spellStart"/>
      <w:r w:rsidRPr="00C25644">
        <w:t>tariflar</w:t>
      </w:r>
      <w:proofErr w:type="spellEnd"/>
      <w:r w:rsidRPr="00C25644">
        <w:t xml:space="preserve">, </w:t>
      </w:r>
      <w:proofErr w:type="spellStart"/>
      <w:r w:rsidRPr="00C25644">
        <w:t>axborot</w:t>
      </w:r>
      <w:proofErr w:type="spellEnd"/>
      <w:r w:rsidRPr="00C25644">
        <w:t xml:space="preserve"> </w:t>
      </w:r>
      <w:proofErr w:type="spellStart"/>
      <w:r w:rsidRPr="00C25644">
        <w:t>varaqalari</w:t>
      </w:r>
      <w:proofErr w:type="spellEnd"/>
      <w:r w:rsidRPr="00C25644">
        <w:t xml:space="preserve">, </w:t>
      </w:r>
      <w:proofErr w:type="spellStart"/>
      <w:r w:rsidRPr="00C25644">
        <w:t>mahsulot</w:t>
      </w:r>
      <w:proofErr w:type="spellEnd"/>
      <w:r w:rsidRPr="00C25644">
        <w:t xml:space="preserve"> </w:t>
      </w:r>
      <w:proofErr w:type="spellStart"/>
      <w:r w:rsidRPr="00C25644">
        <w:t>pasportlari</w:t>
      </w:r>
      <w:proofErr w:type="spellEnd"/>
      <w:r w:rsidRPr="00C25644">
        <w:t xml:space="preserve">, </w:t>
      </w:r>
      <w:proofErr w:type="spellStart"/>
      <w:r w:rsidRPr="00C25644">
        <w:t>ariza</w:t>
      </w:r>
      <w:proofErr w:type="spellEnd"/>
      <w:r w:rsidRPr="00C25644">
        <w:t xml:space="preserve"> </w:t>
      </w:r>
      <w:proofErr w:type="spellStart"/>
      <w:r w:rsidRPr="00C25644">
        <w:t>shakllari</w:t>
      </w:r>
      <w:proofErr w:type="spellEnd"/>
      <w:r w:rsidRPr="00C25644">
        <w:t xml:space="preserve"> </w:t>
      </w:r>
      <w:proofErr w:type="spellStart"/>
      <w:r w:rsidRPr="00C25644">
        <w:t>va</w:t>
      </w:r>
      <w:proofErr w:type="spellEnd"/>
      <w:r w:rsidRPr="00C25644">
        <w:t xml:space="preserve"> </w:t>
      </w:r>
      <w:proofErr w:type="spellStart"/>
      <w:r w:rsidRPr="00C25644">
        <w:t>Bankning</w:t>
      </w:r>
      <w:proofErr w:type="spellEnd"/>
      <w:r w:rsidRPr="00C25644">
        <w:t xml:space="preserve"> </w:t>
      </w:r>
      <w:proofErr w:type="spellStart"/>
      <w:r w:rsidRPr="00C25644">
        <w:t>rasmiy</w:t>
      </w:r>
      <w:proofErr w:type="spellEnd"/>
      <w:r w:rsidRPr="00C25644">
        <w:t xml:space="preserve"> </w:t>
      </w:r>
      <w:proofErr w:type="spellStart"/>
      <w:r w:rsidRPr="00C25644">
        <w:t>e’lon</w:t>
      </w:r>
      <w:proofErr w:type="spellEnd"/>
      <w:r w:rsidRPr="00C25644">
        <w:t xml:space="preserve"> </w:t>
      </w:r>
      <w:proofErr w:type="spellStart"/>
      <w:r w:rsidRPr="00C25644">
        <w:t>qilingan</w:t>
      </w:r>
      <w:proofErr w:type="spellEnd"/>
      <w:r w:rsidRPr="00C25644">
        <w:t xml:space="preserve"> </w:t>
      </w:r>
      <w:proofErr w:type="spellStart"/>
      <w:r w:rsidRPr="00C25644">
        <w:t>boshqa</w:t>
      </w:r>
      <w:proofErr w:type="spellEnd"/>
      <w:r w:rsidRPr="00C25644">
        <w:t xml:space="preserve"> </w:t>
      </w:r>
      <w:proofErr w:type="spellStart"/>
      <w:r w:rsidRPr="00C25644">
        <w:t>hujjatlari</w:t>
      </w:r>
      <w:proofErr w:type="spellEnd"/>
      <w:r w:rsidRPr="00C25644">
        <w:t xml:space="preserve"> </w:t>
      </w:r>
      <w:proofErr w:type="spellStart"/>
      <w:r w:rsidRPr="00C25644">
        <w:t>uning</w:t>
      </w:r>
      <w:proofErr w:type="spellEnd"/>
      <w:r w:rsidRPr="00C25644">
        <w:t xml:space="preserve"> </w:t>
      </w:r>
      <w:proofErr w:type="spellStart"/>
      <w:r w:rsidRPr="00C25644">
        <w:t>ajralmas</w:t>
      </w:r>
      <w:proofErr w:type="spellEnd"/>
      <w:r w:rsidRPr="00C25644">
        <w:t xml:space="preserve"> </w:t>
      </w:r>
      <w:proofErr w:type="spellStart"/>
      <w:r w:rsidRPr="00C25644">
        <w:t>qismi</w:t>
      </w:r>
      <w:proofErr w:type="spellEnd"/>
      <w:r w:rsidRPr="00C25644">
        <w:t xml:space="preserve"> </w:t>
      </w:r>
      <w:proofErr w:type="spellStart"/>
      <w:r w:rsidRPr="00C25644">
        <w:t>hisoblanadi</w:t>
      </w:r>
      <w:proofErr w:type="spellEnd"/>
      <w:r w:rsidRPr="00C25644">
        <w:t>.</w:t>
      </w:r>
    </w:p>
    <w:p w14:paraId="3988E84C" w14:textId="77777777" w:rsidR="0037439E" w:rsidRPr="00C25644" w:rsidRDefault="00406F7C">
      <w:pPr>
        <w:spacing w:after="0" w:line="240" w:lineRule="auto"/>
        <w:ind w:firstLine="709"/>
        <w:jc w:val="both"/>
      </w:pPr>
      <w:r w:rsidRPr="00C25644">
        <w:lastRenderedPageBreak/>
        <w:t xml:space="preserve">16.5. </w:t>
      </w:r>
      <w:proofErr w:type="spellStart"/>
      <w:r w:rsidRPr="00C25644">
        <w:t>Shartnoma</w:t>
      </w:r>
      <w:proofErr w:type="spellEnd"/>
      <w:r w:rsidRPr="00C25644">
        <w:t xml:space="preserve"> </w:t>
      </w:r>
      <w:proofErr w:type="spellStart"/>
      <w:r w:rsidRPr="00C25644">
        <w:t>matni</w:t>
      </w:r>
      <w:proofErr w:type="spellEnd"/>
      <w:r w:rsidRPr="00C25644">
        <w:t xml:space="preserve"> </w:t>
      </w:r>
      <w:proofErr w:type="spellStart"/>
      <w:proofErr w:type="gramStart"/>
      <w:r w:rsidRPr="00C25644">
        <w:t>o‘</w:t>
      </w:r>
      <w:proofErr w:type="gramEnd"/>
      <w:r w:rsidRPr="00C25644">
        <w:t>zbek</w:t>
      </w:r>
      <w:proofErr w:type="spellEnd"/>
      <w:r w:rsidRPr="00C25644">
        <w:t xml:space="preserve"> </w:t>
      </w:r>
      <w:proofErr w:type="spellStart"/>
      <w:r w:rsidRPr="00C25644">
        <w:t>tilida</w:t>
      </w:r>
      <w:proofErr w:type="spellEnd"/>
      <w:r w:rsidRPr="00C25644">
        <w:t xml:space="preserve"> </w:t>
      </w:r>
      <w:proofErr w:type="spellStart"/>
      <w:r w:rsidRPr="00C25644">
        <w:t>tuzilgan</w:t>
      </w:r>
      <w:proofErr w:type="spellEnd"/>
      <w:r w:rsidRPr="00C25644">
        <w:t xml:space="preserve">. </w:t>
      </w:r>
      <w:proofErr w:type="spellStart"/>
      <w:r w:rsidRPr="00C25644">
        <w:t>Zarurat</w:t>
      </w:r>
      <w:proofErr w:type="spellEnd"/>
      <w:r w:rsidRPr="00C25644">
        <w:t xml:space="preserve"> </w:t>
      </w:r>
      <w:proofErr w:type="spellStart"/>
      <w:proofErr w:type="gramStart"/>
      <w:r w:rsidRPr="00C25644">
        <w:t>bo‘</w:t>
      </w:r>
      <w:proofErr w:type="gramEnd"/>
      <w:r w:rsidRPr="00C25644">
        <w:t>lganda</w:t>
      </w:r>
      <w:proofErr w:type="spellEnd"/>
      <w:r w:rsidRPr="00C25644">
        <w:t xml:space="preserve"> Bank </w:t>
      </w:r>
      <w:proofErr w:type="spellStart"/>
      <w:r w:rsidRPr="00C25644">
        <w:t>tomonidan</w:t>
      </w:r>
      <w:proofErr w:type="spellEnd"/>
      <w:r w:rsidRPr="00C25644">
        <w:t xml:space="preserve"> </w:t>
      </w:r>
      <w:proofErr w:type="spellStart"/>
      <w:r w:rsidRPr="00C25644">
        <w:t>boshqa</w:t>
      </w:r>
      <w:proofErr w:type="spellEnd"/>
      <w:r w:rsidRPr="00C25644">
        <w:t xml:space="preserve"> </w:t>
      </w:r>
      <w:proofErr w:type="spellStart"/>
      <w:r w:rsidRPr="00C25644">
        <w:t>tillardagi</w:t>
      </w:r>
      <w:proofErr w:type="spellEnd"/>
      <w:r w:rsidRPr="00C25644">
        <w:t xml:space="preserve"> </w:t>
      </w:r>
      <w:proofErr w:type="spellStart"/>
      <w:r w:rsidRPr="00C25644">
        <w:t>axborot</w:t>
      </w:r>
      <w:proofErr w:type="spellEnd"/>
      <w:r w:rsidRPr="00C25644">
        <w:t xml:space="preserve"> </w:t>
      </w:r>
      <w:proofErr w:type="spellStart"/>
      <w:r w:rsidRPr="00C25644">
        <w:t>matnlari</w:t>
      </w:r>
      <w:proofErr w:type="spellEnd"/>
      <w:r w:rsidRPr="00C25644">
        <w:t xml:space="preserve"> </w:t>
      </w:r>
      <w:proofErr w:type="spellStart"/>
      <w:r w:rsidRPr="00C25644">
        <w:t>taqdim</w:t>
      </w:r>
      <w:proofErr w:type="spellEnd"/>
      <w:r w:rsidRPr="00C25644">
        <w:t xml:space="preserve"> </w:t>
      </w:r>
      <w:proofErr w:type="spellStart"/>
      <w:r w:rsidRPr="00C25644">
        <w:t>etilishi</w:t>
      </w:r>
      <w:proofErr w:type="spellEnd"/>
      <w:r w:rsidRPr="00C25644">
        <w:t xml:space="preserve"> </w:t>
      </w:r>
      <w:proofErr w:type="spellStart"/>
      <w:r w:rsidRPr="00C25644">
        <w:t>mumkin</w:t>
      </w:r>
      <w:proofErr w:type="spellEnd"/>
      <w:r w:rsidRPr="00C25644">
        <w:t xml:space="preserve">, </w:t>
      </w:r>
      <w:proofErr w:type="spellStart"/>
      <w:r w:rsidRPr="00C25644">
        <w:t>biroq</w:t>
      </w:r>
      <w:proofErr w:type="spellEnd"/>
      <w:r w:rsidRPr="00C25644">
        <w:t xml:space="preserve"> </w:t>
      </w:r>
      <w:proofErr w:type="spellStart"/>
      <w:r w:rsidRPr="00C25644">
        <w:t>talqin</w:t>
      </w:r>
      <w:proofErr w:type="spellEnd"/>
      <w:r w:rsidRPr="00C25644">
        <w:t xml:space="preserve"> </w:t>
      </w:r>
      <w:proofErr w:type="spellStart"/>
      <w:r w:rsidRPr="00C25644">
        <w:t>qilishda</w:t>
      </w:r>
      <w:proofErr w:type="spellEnd"/>
      <w:r w:rsidRPr="00C25644">
        <w:t xml:space="preserve"> </w:t>
      </w:r>
      <w:proofErr w:type="spellStart"/>
      <w:r w:rsidRPr="00C25644">
        <w:t>o‘zbek</w:t>
      </w:r>
      <w:proofErr w:type="spellEnd"/>
      <w:r w:rsidRPr="00C25644">
        <w:t xml:space="preserve"> </w:t>
      </w:r>
      <w:proofErr w:type="spellStart"/>
      <w:r w:rsidRPr="00C25644">
        <w:t>tilidagi</w:t>
      </w:r>
      <w:proofErr w:type="spellEnd"/>
      <w:r w:rsidRPr="00C25644">
        <w:t xml:space="preserve"> </w:t>
      </w:r>
      <w:proofErr w:type="spellStart"/>
      <w:r w:rsidRPr="00C25644">
        <w:t>matn</w:t>
      </w:r>
      <w:proofErr w:type="spellEnd"/>
      <w:r w:rsidRPr="00C25644">
        <w:t xml:space="preserve"> </w:t>
      </w:r>
      <w:proofErr w:type="spellStart"/>
      <w:r w:rsidRPr="00C25644">
        <w:t>ustuvor</w:t>
      </w:r>
      <w:proofErr w:type="spellEnd"/>
      <w:r w:rsidRPr="00C25644">
        <w:t xml:space="preserve"> </w:t>
      </w:r>
      <w:proofErr w:type="spellStart"/>
      <w:r w:rsidRPr="00C25644">
        <w:t>hisoblanadi</w:t>
      </w:r>
      <w:proofErr w:type="spellEnd"/>
      <w:r w:rsidRPr="00C25644">
        <w:t>.</w:t>
      </w:r>
    </w:p>
    <w:p w14:paraId="54448D04" w14:textId="77777777" w:rsidR="0037439E" w:rsidRPr="00C25644" w:rsidRDefault="0037439E">
      <w:pPr>
        <w:spacing w:after="40" w:line="240" w:lineRule="auto"/>
        <w:jc w:val="both"/>
      </w:pPr>
    </w:p>
    <w:p w14:paraId="64E2B163" w14:textId="77777777" w:rsidR="0037439E" w:rsidRPr="00C25644" w:rsidRDefault="00406F7C">
      <w:pPr>
        <w:spacing w:after="0" w:line="240" w:lineRule="auto"/>
        <w:jc w:val="both"/>
      </w:pPr>
      <w:r w:rsidRPr="00C25644">
        <w:rPr>
          <w:b/>
        </w:rPr>
        <w:t xml:space="preserve">ILOVALAR </w:t>
      </w:r>
      <w:proofErr w:type="gramStart"/>
      <w:r w:rsidRPr="00C25644">
        <w:rPr>
          <w:b/>
        </w:rPr>
        <w:t>RO‘</w:t>
      </w:r>
      <w:proofErr w:type="gramEnd"/>
      <w:r w:rsidRPr="00C25644">
        <w:rPr>
          <w:b/>
        </w:rPr>
        <w:t>YXATI</w:t>
      </w:r>
    </w:p>
    <w:p w14:paraId="67BC021F" w14:textId="77777777" w:rsidR="0037439E" w:rsidRPr="00C25644" w:rsidRDefault="00406F7C">
      <w:pPr>
        <w:spacing w:after="0" w:line="240" w:lineRule="auto"/>
        <w:jc w:val="both"/>
      </w:pPr>
      <w:r w:rsidRPr="00C25644">
        <w:t xml:space="preserve">1-ilova. </w:t>
      </w:r>
      <w:proofErr w:type="spellStart"/>
      <w:r w:rsidRPr="00C25644">
        <w:t>Jismoniy</w:t>
      </w:r>
      <w:proofErr w:type="spellEnd"/>
      <w:r w:rsidRPr="00C25644">
        <w:t xml:space="preserve"> </w:t>
      </w:r>
      <w:proofErr w:type="spellStart"/>
      <w:r w:rsidRPr="00C25644">
        <w:t>shaxsga</w:t>
      </w:r>
      <w:proofErr w:type="spellEnd"/>
      <w:r w:rsidRPr="00C25644">
        <w:t xml:space="preserve"> bank </w:t>
      </w:r>
      <w:proofErr w:type="spellStart"/>
      <w:r w:rsidRPr="00C25644">
        <w:t>kartasini</w:t>
      </w:r>
      <w:proofErr w:type="spellEnd"/>
      <w:r w:rsidRPr="00C25644">
        <w:t xml:space="preserve"> </w:t>
      </w:r>
      <w:proofErr w:type="spellStart"/>
      <w:r w:rsidRPr="00C25644">
        <w:t>ochish</w:t>
      </w:r>
      <w:proofErr w:type="spellEnd"/>
      <w:r w:rsidRPr="00C25644">
        <w:t xml:space="preserve"> </w:t>
      </w:r>
      <w:proofErr w:type="spellStart"/>
      <w:r w:rsidRPr="00C25644">
        <w:t>va</w:t>
      </w:r>
      <w:proofErr w:type="spellEnd"/>
      <w:r w:rsidRPr="00C25644">
        <w:t xml:space="preserve"> </w:t>
      </w:r>
      <w:proofErr w:type="spellStart"/>
      <w:r w:rsidRPr="00C25644">
        <w:t>taqdim</w:t>
      </w:r>
      <w:proofErr w:type="spellEnd"/>
      <w:r w:rsidRPr="00C25644">
        <w:t xml:space="preserve"> </w:t>
      </w:r>
      <w:proofErr w:type="spellStart"/>
      <w:r w:rsidRPr="00C25644">
        <w:t>etish</w:t>
      </w:r>
      <w:proofErr w:type="spellEnd"/>
      <w:r w:rsidRPr="00C25644">
        <w:t xml:space="preserve"> </w:t>
      </w:r>
      <w:proofErr w:type="spellStart"/>
      <w:proofErr w:type="gramStart"/>
      <w:r w:rsidRPr="00C25644">
        <w:t>bo‘</w:t>
      </w:r>
      <w:proofErr w:type="gramEnd"/>
      <w:r w:rsidRPr="00C25644">
        <w:t>yicha</w:t>
      </w:r>
      <w:proofErr w:type="spellEnd"/>
      <w:r w:rsidRPr="00C25644">
        <w:t xml:space="preserve"> </w:t>
      </w:r>
      <w:proofErr w:type="spellStart"/>
      <w:r w:rsidRPr="00C25644">
        <w:t>ariza</w:t>
      </w:r>
      <w:proofErr w:type="spellEnd"/>
      <w:r w:rsidRPr="00C25644">
        <w:t xml:space="preserve"> </w:t>
      </w:r>
      <w:proofErr w:type="spellStart"/>
      <w:r w:rsidRPr="00C25644">
        <w:t>shakli</w:t>
      </w:r>
      <w:proofErr w:type="spellEnd"/>
      <w:r w:rsidRPr="00C25644">
        <w:t>.</w:t>
      </w:r>
    </w:p>
    <w:p w14:paraId="32AA5354" w14:textId="77777777" w:rsidR="0037439E" w:rsidRPr="00C25644" w:rsidRDefault="00406F7C">
      <w:pPr>
        <w:spacing w:after="0" w:line="240" w:lineRule="auto"/>
        <w:jc w:val="both"/>
      </w:pPr>
      <w:r w:rsidRPr="00C25644">
        <w:t xml:space="preserve">2-ilova. Talab </w:t>
      </w:r>
      <w:proofErr w:type="spellStart"/>
      <w:r w:rsidRPr="00C25644">
        <w:t>qilib</w:t>
      </w:r>
      <w:proofErr w:type="spellEnd"/>
      <w:r w:rsidRPr="00C25644">
        <w:t xml:space="preserve"> </w:t>
      </w:r>
      <w:proofErr w:type="spellStart"/>
      <w:r w:rsidRPr="00C25644">
        <w:t>olinguncha</w:t>
      </w:r>
      <w:proofErr w:type="spellEnd"/>
      <w:r w:rsidRPr="00C25644">
        <w:t xml:space="preserve"> bank </w:t>
      </w:r>
      <w:proofErr w:type="spellStart"/>
      <w:proofErr w:type="gramStart"/>
      <w:r w:rsidRPr="00C25644">
        <w:t>hisobvarag‘</w:t>
      </w:r>
      <w:proofErr w:type="gramEnd"/>
      <w:r w:rsidRPr="00C25644">
        <w:t>ini</w:t>
      </w:r>
      <w:proofErr w:type="spellEnd"/>
      <w:r w:rsidRPr="00C25644">
        <w:t xml:space="preserve"> </w:t>
      </w:r>
      <w:proofErr w:type="spellStart"/>
      <w:r w:rsidRPr="00C25644">
        <w:t>ochish</w:t>
      </w:r>
      <w:proofErr w:type="spellEnd"/>
      <w:r w:rsidRPr="00C25644">
        <w:t xml:space="preserve"> </w:t>
      </w:r>
      <w:proofErr w:type="spellStart"/>
      <w:r w:rsidRPr="00C25644">
        <w:t>bo‘yicha</w:t>
      </w:r>
      <w:proofErr w:type="spellEnd"/>
      <w:r w:rsidRPr="00C25644">
        <w:t xml:space="preserve"> </w:t>
      </w:r>
      <w:proofErr w:type="spellStart"/>
      <w:r w:rsidRPr="00C25644">
        <w:t>ariza</w:t>
      </w:r>
      <w:proofErr w:type="spellEnd"/>
      <w:r w:rsidRPr="00C25644">
        <w:t xml:space="preserve"> </w:t>
      </w:r>
      <w:proofErr w:type="spellStart"/>
      <w:r w:rsidRPr="00C25644">
        <w:t>shakli</w:t>
      </w:r>
      <w:proofErr w:type="spellEnd"/>
      <w:r w:rsidRPr="00C25644">
        <w:t>.</w:t>
      </w:r>
    </w:p>
    <w:p w14:paraId="4B4B7EDA" w14:textId="77777777" w:rsidR="0037439E" w:rsidRPr="00C25644" w:rsidRDefault="00406F7C">
      <w:pPr>
        <w:spacing w:after="0" w:line="240" w:lineRule="auto"/>
        <w:jc w:val="both"/>
      </w:pPr>
      <w:r w:rsidRPr="00C25644">
        <w:t xml:space="preserve">3-ilova. </w:t>
      </w:r>
      <w:proofErr w:type="spellStart"/>
      <w:r w:rsidRPr="00C25644">
        <w:t>Mahsulot</w:t>
      </w:r>
      <w:proofErr w:type="spellEnd"/>
      <w:r w:rsidRPr="00C25644">
        <w:t xml:space="preserve"> </w:t>
      </w:r>
      <w:proofErr w:type="spellStart"/>
      <w:proofErr w:type="gramStart"/>
      <w:r w:rsidRPr="00C25644">
        <w:t>bo‘</w:t>
      </w:r>
      <w:proofErr w:type="gramEnd"/>
      <w:r w:rsidRPr="00C25644">
        <w:t>yicha</w:t>
      </w:r>
      <w:proofErr w:type="spellEnd"/>
      <w:r w:rsidRPr="00C25644">
        <w:t xml:space="preserve"> </w:t>
      </w:r>
      <w:proofErr w:type="spellStart"/>
      <w:r w:rsidRPr="00C25644">
        <w:t>axborot</w:t>
      </w:r>
      <w:proofErr w:type="spellEnd"/>
      <w:r w:rsidRPr="00C25644">
        <w:t xml:space="preserve"> </w:t>
      </w:r>
      <w:proofErr w:type="spellStart"/>
      <w:r w:rsidRPr="00C25644">
        <w:t>varaqasi</w:t>
      </w:r>
      <w:proofErr w:type="spellEnd"/>
      <w:r w:rsidRPr="00C25644">
        <w:t>.</w:t>
      </w:r>
    </w:p>
    <w:p w14:paraId="2A4E5A06" w14:textId="77777777" w:rsidR="0037439E" w:rsidRPr="00C25644" w:rsidRDefault="00406F7C">
      <w:pPr>
        <w:spacing w:after="0" w:line="240" w:lineRule="auto"/>
        <w:jc w:val="both"/>
      </w:pPr>
      <w:r w:rsidRPr="00C25644">
        <w:t xml:space="preserve">4-ilova. </w:t>
      </w:r>
      <w:proofErr w:type="spellStart"/>
      <w:r w:rsidRPr="00C25644">
        <w:t>Kafolatlash</w:t>
      </w:r>
      <w:proofErr w:type="spellEnd"/>
      <w:r w:rsidRPr="00C25644">
        <w:t xml:space="preserve"> </w:t>
      </w:r>
      <w:proofErr w:type="spellStart"/>
      <w:r w:rsidRPr="00C25644">
        <w:t>tizimi</w:t>
      </w:r>
      <w:proofErr w:type="spellEnd"/>
      <w:r w:rsidRPr="00C25644">
        <w:t xml:space="preserve"> </w:t>
      </w:r>
      <w:proofErr w:type="spellStart"/>
      <w:proofErr w:type="gramStart"/>
      <w:r w:rsidRPr="00C25644">
        <w:t>to‘</w:t>
      </w:r>
      <w:proofErr w:type="gramEnd"/>
      <w:r w:rsidRPr="00C25644">
        <w:t>g‘risida</w:t>
      </w:r>
      <w:proofErr w:type="spellEnd"/>
      <w:r w:rsidRPr="00C25644">
        <w:t xml:space="preserve"> </w:t>
      </w:r>
      <w:proofErr w:type="spellStart"/>
      <w:r w:rsidRPr="00C25644">
        <w:t>axborot</w:t>
      </w:r>
      <w:proofErr w:type="spellEnd"/>
      <w:r w:rsidRPr="00C25644">
        <w:t xml:space="preserve"> </w:t>
      </w:r>
      <w:proofErr w:type="spellStart"/>
      <w:r w:rsidRPr="00C25644">
        <w:t>shakli</w:t>
      </w:r>
      <w:proofErr w:type="spellEnd"/>
      <w:r w:rsidRPr="00C25644">
        <w:t>.</w:t>
      </w:r>
    </w:p>
    <w:p w14:paraId="1AE05014" w14:textId="77777777" w:rsidR="0037439E" w:rsidRPr="00C25644" w:rsidRDefault="00406F7C">
      <w:pPr>
        <w:spacing w:after="0" w:line="240" w:lineRule="auto"/>
        <w:jc w:val="both"/>
      </w:pPr>
      <w:r w:rsidRPr="00C25644">
        <w:t xml:space="preserve">5-ilova. Bank </w:t>
      </w:r>
      <w:proofErr w:type="spellStart"/>
      <w:r w:rsidRPr="00C25644">
        <w:t>xizmatlari</w:t>
      </w:r>
      <w:proofErr w:type="spellEnd"/>
      <w:r w:rsidRPr="00C25644">
        <w:t xml:space="preserve"> </w:t>
      </w:r>
      <w:proofErr w:type="spellStart"/>
      <w:r w:rsidRPr="00C25644">
        <w:t>tariflari</w:t>
      </w:r>
      <w:proofErr w:type="spellEnd"/>
      <w:r w:rsidRPr="00C25644">
        <w:t>.</w:t>
      </w:r>
    </w:p>
    <w:p w14:paraId="2A6CD613" w14:textId="77777777" w:rsidR="0037439E" w:rsidRPr="00C25644" w:rsidRDefault="00406F7C">
      <w:pPr>
        <w:spacing w:after="0" w:line="240" w:lineRule="auto"/>
        <w:jc w:val="both"/>
      </w:pPr>
      <w:r w:rsidRPr="00C25644">
        <w:t xml:space="preserve">6-ilova. </w:t>
      </w:r>
      <w:proofErr w:type="spellStart"/>
      <w:r w:rsidRPr="00C25644">
        <w:t>Murojaatlarni</w:t>
      </w:r>
      <w:proofErr w:type="spellEnd"/>
      <w:r w:rsidRPr="00C25644">
        <w:t xml:space="preserve"> </w:t>
      </w:r>
      <w:proofErr w:type="spellStart"/>
      <w:r w:rsidRPr="00C25644">
        <w:t>yuborish</w:t>
      </w:r>
      <w:proofErr w:type="spellEnd"/>
      <w:r w:rsidRPr="00C25644">
        <w:t xml:space="preserve"> </w:t>
      </w:r>
      <w:proofErr w:type="spellStart"/>
      <w:r w:rsidRPr="00C25644">
        <w:t>va</w:t>
      </w:r>
      <w:proofErr w:type="spellEnd"/>
      <w:r w:rsidRPr="00C25644">
        <w:t xml:space="preserve"> </w:t>
      </w:r>
      <w:proofErr w:type="spellStart"/>
      <w:proofErr w:type="gramStart"/>
      <w:r w:rsidRPr="00C25644">
        <w:t>ko‘</w:t>
      </w:r>
      <w:proofErr w:type="gramEnd"/>
      <w:r w:rsidRPr="00C25644">
        <w:t>rib</w:t>
      </w:r>
      <w:proofErr w:type="spellEnd"/>
      <w:r w:rsidRPr="00C25644">
        <w:t xml:space="preserve"> </w:t>
      </w:r>
      <w:proofErr w:type="spellStart"/>
      <w:r w:rsidRPr="00C25644">
        <w:t>chiqish</w:t>
      </w:r>
      <w:proofErr w:type="spellEnd"/>
      <w:r w:rsidRPr="00C25644">
        <w:t xml:space="preserve"> </w:t>
      </w:r>
      <w:proofErr w:type="spellStart"/>
      <w:r w:rsidRPr="00C25644">
        <w:t>tartibi</w:t>
      </w:r>
      <w:proofErr w:type="spellEnd"/>
      <w:r w:rsidRPr="00C25644">
        <w:t xml:space="preserve"> </w:t>
      </w:r>
      <w:proofErr w:type="spellStart"/>
      <w:r w:rsidRPr="00C25644">
        <w:t>bo‘yicha</w:t>
      </w:r>
      <w:proofErr w:type="spellEnd"/>
      <w:r w:rsidRPr="00C25644">
        <w:t xml:space="preserve"> </w:t>
      </w:r>
      <w:proofErr w:type="spellStart"/>
      <w:r w:rsidRPr="00C25644">
        <w:t>axborot</w:t>
      </w:r>
      <w:proofErr w:type="spellEnd"/>
      <w:r w:rsidRPr="00C25644">
        <w:t>.</w:t>
      </w:r>
    </w:p>
    <w:p w14:paraId="2C5D6355" w14:textId="77777777" w:rsidR="0037439E" w:rsidRPr="00C25644" w:rsidRDefault="0037439E">
      <w:pPr>
        <w:spacing w:after="40" w:line="240" w:lineRule="auto"/>
        <w:jc w:val="both"/>
      </w:pPr>
    </w:p>
    <w:p w14:paraId="15B871D9" w14:textId="77777777" w:rsidR="0037439E" w:rsidRPr="00C25644" w:rsidRDefault="00406F7C">
      <w:pPr>
        <w:spacing w:after="0" w:line="240" w:lineRule="auto"/>
        <w:jc w:val="both"/>
      </w:pPr>
      <w:r w:rsidRPr="00C25644">
        <w:rPr>
          <w:b/>
        </w:rPr>
        <w:t xml:space="preserve">1-ILOVA. JISMONIY SHAXSGA BANK KARTASINI OCHISH VA TAQDIM ETISH </w:t>
      </w:r>
      <w:proofErr w:type="gramStart"/>
      <w:r w:rsidRPr="00C25644">
        <w:rPr>
          <w:b/>
        </w:rPr>
        <w:t>BO‘</w:t>
      </w:r>
      <w:proofErr w:type="gramEnd"/>
      <w:r w:rsidRPr="00C25644">
        <w:rPr>
          <w:b/>
        </w:rPr>
        <w:t>YICHA ARIZA SHAKLI</w:t>
      </w:r>
    </w:p>
    <w:tbl>
      <w:tblPr>
        <w:tblStyle w:val="aff0"/>
        <w:tblW w:w="0" w:type="auto"/>
        <w:jc w:val="center"/>
        <w:tblLook w:val="04A0" w:firstRow="1" w:lastRow="0" w:firstColumn="1" w:lastColumn="0" w:noHBand="0" w:noVBand="1"/>
      </w:tblPr>
      <w:tblGrid>
        <w:gridCol w:w="3606"/>
        <w:gridCol w:w="5789"/>
      </w:tblGrid>
      <w:tr w:rsidR="0037439E" w:rsidRPr="00C25644" w14:paraId="154334C5" w14:textId="77777777">
        <w:trPr>
          <w:jc w:val="center"/>
        </w:trPr>
        <w:tc>
          <w:tcPr>
            <w:tcW w:w="4702" w:type="dxa"/>
            <w:tcMar>
              <w:top w:w="80" w:type="dxa"/>
              <w:left w:w="80" w:type="dxa"/>
              <w:bottom w:w="80" w:type="dxa"/>
              <w:right w:w="80" w:type="dxa"/>
            </w:tcMar>
            <w:vAlign w:val="center"/>
          </w:tcPr>
          <w:p w14:paraId="5FF44DA0" w14:textId="77777777" w:rsidR="0037439E" w:rsidRPr="00C25644" w:rsidRDefault="00406F7C">
            <w:proofErr w:type="spellStart"/>
            <w:r w:rsidRPr="00C25644">
              <w:rPr>
                <w:sz w:val="22"/>
              </w:rPr>
              <w:t>Mijoz</w:t>
            </w:r>
            <w:proofErr w:type="spellEnd"/>
            <w:r w:rsidRPr="00C25644">
              <w:rPr>
                <w:sz w:val="22"/>
              </w:rPr>
              <w:t xml:space="preserve"> </w:t>
            </w:r>
            <w:proofErr w:type="spellStart"/>
            <w:r w:rsidRPr="00C25644">
              <w:rPr>
                <w:sz w:val="22"/>
              </w:rPr>
              <w:t>F.I.Sh</w:t>
            </w:r>
            <w:proofErr w:type="spellEnd"/>
            <w:r w:rsidRPr="00C25644">
              <w:rPr>
                <w:sz w:val="22"/>
              </w:rPr>
              <w:t>.</w:t>
            </w:r>
          </w:p>
        </w:tc>
        <w:tc>
          <w:tcPr>
            <w:tcW w:w="4702" w:type="dxa"/>
            <w:tcMar>
              <w:top w:w="80" w:type="dxa"/>
              <w:left w:w="80" w:type="dxa"/>
              <w:bottom w:w="80" w:type="dxa"/>
              <w:right w:w="80" w:type="dxa"/>
            </w:tcMar>
            <w:vAlign w:val="center"/>
          </w:tcPr>
          <w:p w14:paraId="3A52CB04" w14:textId="77777777" w:rsidR="0037439E" w:rsidRPr="00C25644" w:rsidRDefault="00406F7C">
            <w:r w:rsidRPr="00C25644">
              <w:rPr>
                <w:sz w:val="22"/>
              </w:rPr>
              <w:t>______________________________________________</w:t>
            </w:r>
          </w:p>
        </w:tc>
      </w:tr>
      <w:tr w:rsidR="0037439E" w:rsidRPr="00C25644" w14:paraId="246F25C2" w14:textId="77777777">
        <w:trPr>
          <w:jc w:val="center"/>
        </w:trPr>
        <w:tc>
          <w:tcPr>
            <w:tcW w:w="4702" w:type="dxa"/>
            <w:tcMar>
              <w:top w:w="80" w:type="dxa"/>
              <w:left w:w="80" w:type="dxa"/>
              <w:bottom w:w="80" w:type="dxa"/>
              <w:right w:w="80" w:type="dxa"/>
            </w:tcMar>
            <w:vAlign w:val="center"/>
          </w:tcPr>
          <w:p w14:paraId="4E4C14A6" w14:textId="77777777" w:rsidR="0037439E" w:rsidRPr="00C25644" w:rsidRDefault="00406F7C">
            <w:proofErr w:type="spellStart"/>
            <w:r w:rsidRPr="00C25644">
              <w:rPr>
                <w:sz w:val="22"/>
              </w:rPr>
              <w:t>JShShIR</w:t>
            </w:r>
            <w:proofErr w:type="spellEnd"/>
          </w:p>
        </w:tc>
        <w:tc>
          <w:tcPr>
            <w:tcW w:w="4702" w:type="dxa"/>
            <w:tcMar>
              <w:top w:w="80" w:type="dxa"/>
              <w:left w:w="80" w:type="dxa"/>
              <w:bottom w:w="80" w:type="dxa"/>
              <w:right w:w="80" w:type="dxa"/>
            </w:tcMar>
            <w:vAlign w:val="center"/>
          </w:tcPr>
          <w:p w14:paraId="57C10F27" w14:textId="77777777" w:rsidR="0037439E" w:rsidRPr="00C25644" w:rsidRDefault="00406F7C">
            <w:r w:rsidRPr="00C25644">
              <w:rPr>
                <w:sz w:val="22"/>
              </w:rPr>
              <w:t>______________________________________________</w:t>
            </w:r>
          </w:p>
        </w:tc>
      </w:tr>
      <w:tr w:rsidR="0037439E" w:rsidRPr="00C25644" w14:paraId="1AE3A6AB" w14:textId="77777777">
        <w:trPr>
          <w:jc w:val="center"/>
        </w:trPr>
        <w:tc>
          <w:tcPr>
            <w:tcW w:w="4702" w:type="dxa"/>
            <w:tcMar>
              <w:top w:w="80" w:type="dxa"/>
              <w:left w:w="80" w:type="dxa"/>
              <w:bottom w:w="80" w:type="dxa"/>
              <w:right w:w="80" w:type="dxa"/>
            </w:tcMar>
            <w:vAlign w:val="center"/>
          </w:tcPr>
          <w:p w14:paraId="57084E1B" w14:textId="77777777" w:rsidR="0037439E" w:rsidRPr="00C25644" w:rsidRDefault="00406F7C">
            <w:proofErr w:type="spellStart"/>
            <w:r w:rsidRPr="00C25644">
              <w:rPr>
                <w:sz w:val="22"/>
              </w:rPr>
              <w:t>Pasport</w:t>
            </w:r>
            <w:proofErr w:type="spellEnd"/>
            <w:r w:rsidRPr="00C25644">
              <w:rPr>
                <w:sz w:val="22"/>
              </w:rPr>
              <w:t xml:space="preserve"> / ID </w:t>
            </w:r>
            <w:proofErr w:type="spellStart"/>
            <w:r w:rsidRPr="00C25644">
              <w:rPr>
                <w:sz w:val="22"/>
              </w:rPr>
              <w:t>karta</w:t>
            </w:r>
            <w:proofErr w:type="spellEnd"/>
            <w:r w:rsidRPr="00C25644">
              <w:rPr>
                <w:sz w:val="22"/>
              </w:rPr>
              <w:t xml:space="preserve"> </w:t>
            </w:r>
            <w:proofErr w:type="spellStart"/>
            <w:r w:rsidRPr="00C25644">
              <w:rPr>
                <w:sz w:val="22"/>
              </w:rPr>
              <w:t>ma’lumotlari</w:t>
            </w:r>
            <w:proofErr w:type="spellEnd"/>
          </w:p>
        </w:tc>
        <w:tc>
          <w:tcPr>
            <w:tcW w:w="4702" w:type="dxa"/>
            <w:tcMar>
              <w:top w:w="80" w:type="dxa"/>
              <w:left w:w="80" w:type="dxa"/>
              <w:bottom w:w="80" w:type="dxa"/>
              <w:right w:w="80" w:type="dxa"/>
            </w:tcMar>
            <w:vAlign w:val="center"/>
          </w:tcPr>
          <w:p w14:paraId="74A93859" w14:textId="77777777" w:rsidR="0037439E" w:rsidRPr="00C25644" w:rsidRDefault="00406F7C">
            <w:r w:rsidRPr="00C25644">
              <w:rPr>
                <w:sz w:val="22"/>
              </w:rPr>
              <w:t>______________________________________________</w:t>
            </w:r>
          </w:p>
        </w:tc>
      </w:tr>
      <w:tr w:rsidR="0037439E" w:rsidRPr="00C25644" w14:paraId="06259AC5" w14:textId="77777777">
        <w:trPr>
          <w:jc w:val="center"/>
        </w:trPr>
        <w:tc>
          <w:tcPr>
            <w:tcW w:w="4702" w:type="dxa"/>
            <w:tcMar>
              <w:top w:w="80" w:type="dxa"/>
              <w:left w:w="80" w:type="dxa"/>
              <w:bottom w:w="80" w:type="dxa"/>
              <w:right w:w="80" w:type="dxa"/>
            </w:tcMar>
            <w:vAlign w:val="center"/>
          </w:tcPr>
          <w:p w14:paraId="2A7DBD2C" w14:textId="77777777" w:rsidR="0037439E" w:rsidRPr="00C25644" w:rsidRDefault="00406F7C">
            <w:proofErr w:type="spellStart"/>
            <w:r w:rsidRPr="00C25644">
              <w:rPr>
                <w:sz w:val="22"/>
              </w:rPr>
              <w:t>Telefon</w:t>
            </w:r>
            <w:proofErr w:type="spellEnd"/>
            <w:r w:rsidRPr="00C25644">
              <w:rPr>
                <w:sz w:val="22"/>
              </w:rPr>
              <w:t xml:space="preserve"> </w:t>
            </w:r>
            <w:proofErr w:type="spellStart"/>
            <w:r w:rsidRPr="00C25644">
              <w:rPr>
                <w:sz w:val="22"/>
              </w:rPr>
              <w:t>raqami</w:t>
            </w:r>
            <w:proofErr w:type="spellEnd"/>
          </w:p>
        </w:tc>
        <w:tc>
          <w:tcPr>
            <w:tcW w:w="4702" w:type="dxa"/>
            <w:tcMar>
              <w:top w:w="80" w:type="dxa"/>
              <w:left w:w="80" w:type="dxa"/>
              <w:bottom w:w="80" w:type="dxa"/>
              <w:right w:w="80" w:type="dxa"/>
            </w:tcMar>
            <w:vAlign w:val="center"/>
          </w:tcPr>
          <w:p w14:paraId="34CF0CAA" w14:textId="77777777" w:rsidR="0037439E" w:rsidRPr="00C25644" w:rsidRDefault="00406F7C">
            <w:r w:rsidRPr="00C25644">
              <w:rPr>
                <w:sz w:val="22"/>
              </w:rPr>
              <w:t>______________________________________________</w:t>
            </w:r>
          </w:p>
        </w:tc>
      </w:tr>
      <w:tr w:rsidR="0037439E" w:rsidRPr="00C25644" w14:paraId="3855194C" w14:textId="77777777">
        <w:trPr>
          <w:jc w:val="center"/>
        </w:trPr>
        <w:tc>
          <w:tcPr>
            <w:tcW w:w="4702" w:type="dxa"/>
            <w:tcMar>
              <w:top w:w="80" w:type="dxa"/>
              <w:left w:w="80" w:type="dxa"/>
              <w:bottom w:w="80" w:type="dxa"/>
              <w:right w:w="80" w:type="dxa"/>
            </w:tcMar>
            <w:vAlign w:val="center"/>
          </w:tcPr>
          <w:p w14:paraId="6BAF3634" w14:textId="77777777" w:rsidR="0037439E" w:rsidRPr="00C25644" w:rsidRDefault="00406F7C">
            <w:proofErr w:type="spellStart"/>
            <w:r w:rsidRPr="00C25644">
              <w:rPr>
                <w:sz w:val="22"/>
              </w:rPr>
              <w:t>Yashash</w:t>
            </w:r>
            <w:proofErr w:type="spellEnd"/>
            <w:r w:rsidRPr="00C25644">
              <w:rPr>
                <w:sz w:val="22"/>
              </w:rPr>
              <w:t xml:space="preserve"> </w:t>
            </w:r>
            <w:proofErr w:type="spellStart"/>
            <w:r w:rsidRPr="00C25644">
              <w:rPr>
                <w:sz w:val="22"/>
              </w:rPr>
              <w:t>manzili</w:t>
            </w:r>
            <w:proofErr w:type="spellEnd"/>
          </w:p>
        </w:tc>
        <w:tc>
          <w:tcPr>
            <w:tcW w:w="4702" w:type="dxa"/>
            <w:tcMar>
              <w:top w:w="80" w:type="dxa"/>
              <w:left w:w="80" w:type="dxa"/>
              <w:bottom w:w="80" w:type="dxa"/>
              <w:right w:w="80" w:type="dxa"/>
            </w:tcMar>
            <w:vAlign w:val="center"/>
          </w:tcPr>
          <w:p w14:paraId="3BBF6366" w14:textId="77777777" w:rsidR="0037439E" w:rsidRPr="00C25644" w:rsidRDefault="00406F7C">
            <w:r w:rsidRPr="00C25644">
              <w:rPr>
                <w:sz w:val="22"/>
              </w:rPr>
              <w:t>______________________________________________</w:t>
            </w:r>
          </w:p>
        </w:tc>
      </w:tr>
      <w:tr w:rsidR="0037439E" w:rsidRPr="00C25644" w14:paraId="656E2373" w14:textId="77777777">
        <w:trPr>
          <w:jc w:val="center"/>
        </w:trPr>
        <w:tc>
          <w:tcPr>
            <w:tcW w:w="4702" w:type="dxa"/>
            <w:tcMar>
              <w:top w:w="80" w:type="dxa"/>
              <w:left w:w="80" w:type="dxa"/>
              <w:bottom w:w="80" w:type="dxa"/>
              <w:right w:w="80" w:type="dxa"/>
            </w:tcMar>
            <w:vAlign w:val="center"/>
          </w:tcPr>
          <w:p w14:paraId="33B838E6" w14:textId="77777777" w:rsidR="0037439E" w:rsidRPr="00C25644" w:rsidRDefault="00406F7C">
            <w:r w:rsidRPr="00C25644">
              <w:rPr>
                <w:sz w:val="22"/>
              </w:rPr>
              <w:t xml:space="preserve">Karta </w:t>
            </w:r>
            <w:proofErr w:type="spellStart"/>
            <w:r w:rsidRPr="00C25644">
              <w:rPr>
                <w:sz w:val="22"/>
              </w:rPr>
              <w:t>turi</w:t>
            </w:r>
            <w:proofErr w:type="spellEnd"/>
          </w:p>
        </w:tc>
        <w:tc>
          <w:tcPr>
            <w:tcW w:w="4702" w:type="dxa"/>
            <w:tcMar>
              <w:top w:w="80" w:type="dxa"/>
              <w:left w:w="80" w:type="dxa"/>
              <w:bottom w:w="80" w:type="dxa"/>
              <w:right w:w="80" w:type="dxa"/>
            </w:tcMar>
            <w:vAlign w:val="center"/>
          </w:tcPr>
          <w:p w14:paraId="3D6BA38D" w14:textId="77777777" w:rsidR="0037439E" w:rsidRPr="00C25644" w:rsidRDefault="00406F7C">
            <w:r w:rsidRPr="00C25644">
              <w:rPr>
                <w:sz w:val="22"/>
              </w:rPr>
              <w:t>______________________________________________</w:t>
            </w:r>
          </w:p>
        </w:tc>
      </w:tr>
      <w:tr w:rsidR="0037439E" w:rsidRPr="00C25644" w14:paraId="687F9E5F" w14:textId="77777777">
        <w:trPr>
          <w:jc w:val="center"/>
        </w:trPr>
        <w:tc>
          <w:tcPr>
            <w:tcW w:w="4702" w:type="dxa"/>
            <w:tcMar>
              <w:top w:w="80" w:type="dxa"/>
              <w:left w:w="80" w:type="dxa"/>
              <w:bottom w:w="80" w:type="dxa"/>
              <w:right w:w="80" w:type="dxa"/>
            </w:tcMar>
            <w:vAlign w:val="center"/>
          </w:tcPr>
          <w:p w14:paraId="4D52DAB4" w14:textId="77777777" w:rsidR="0037439E" w:rsidRPr="00C25644" w:rsidRDefault="00406F7C">
            <w:proofErr w:type="spellStart"/>
            <w:r w:rsidRPr="00C25644">
              <w:rPr>
                <w:sz w:val="22"/>
              </w:rPr>
              <w:t>Valyuta</w:t>
            </w:r>
            <w:proofErr w:type="spellEnd"/>
          </w:p>
        </w:tc>
        <w:tc>
          <w:tcPr>
            <w:tcW w:w="4702" w:type="dxa"/>
            <w:tcMar>
              <w:top w:w="80" w:type="dxa"/>
              <w:left w:w="80" w:type="dxa"/>
              <w:bottom w:w="80" w:type="dxa"/>
              <w:right w:w="80" w:type="dxa"/>
            </w:tcMar>
            <w:vAlign w:val="center"/>
          </w:tcPr>
          <w:p w14:paraId="7E9D02C1" w14:textId="77777777" w:rsidR="0037439E" w:rsidRPr="00C25644" w:rsidRDefault="00406F7C">
            <w:r w:rsidRPr="00C25644">
              <w:rPr>
                <w:sz w:val="22"/>
              </w:rPr>
              <w:t xml:space="preserve">UZS / USD / </w:t>
            </w:r>
            <w:proofErr w:type="spellStart"/>
            <w:r w:rsidRPr="00C25644">
              <w:rPr>
                <w:sz w:val="22"/>
              </w:rPr>
              <w:t>boshqa</w:t>
            </w:r>
            <w:proofErr w:type="spellEnd"/>
          </w:p>
        </w:tc>
      </w:tr>
      <w:tr w:rsidR="0037439E" w:rsidRPr="00C25644" w14:paraId="0C0AF796" w14:textId="77777777">
        <w:trPr>
          <w:jc w:val="center"/>
        </w:trPr>
        <w:tc>
          <w:tcPr>
            <w:tcW w:w="4702" w:type="dxa"/>
            <w:tcMar>
              <w:top w:w="80" w:type="dxa"/>
              <w:left w:w="80" w:type="dxa"/>
              <w:bottom w:w="80" w:type="dxa"/>
              <w:right w:w="80" w:type="dxa"/>
            </w:tcMar>
            <w:vAlign w:val="center"/>
          </w:tcPr>
          <w:p w14:paraId="02EB90E3" w14:textId="77777777" w:rsidR="0037439E" w:rsidRPr="00C25644" w:rsidRDefault="00406F7C">
            <w:proofErr w:type="spellStart"/>
            <w:r w:rsidRPr="00C25644">
              <w:rPr>
                <w:sz w:val="22"/>
              </w:rPr>
              <w:t>Kartani</w:t>
            </w:r>
            <w:proofErr w:type="spellEnd"/>
            <w:r w:rsidRPr="00C25644">
              <w:rPr>
                <w:sz w:val="22"/>
              </w:rPr>
              <w:t xml:space="preserve"> </w:t>
            </w:r>
            <w:proofErr w:type="spellStart"/>
            <w:r w:rsidRPr="00C25644">
              <w:rPr>
                <w:sz w:val="22"/>
              </w:rPr>
              <w:t>olish</w:t>
            </w:r>
            <w:proofErr w:type="spellEnd"/>
            <w:r w:rsidRPr="00C25644">
              <w:rPr>
                <w:sz w:val="22"/>
              </w:rPr>
              <w:t xml:space="preserve"> </w:t>
            </w:r>
            <w:proofErr w:type="spellStart"/>
            <w:r w:rsidRPr="00C25644">
              <w:rPr>
                <w:sz w:val="22"/>
              </w:rPr>
              <w:t>usuli</w:t>
            </w:r>
            <w:proofErr w:type="spellEnd"/>
          </w:p>
        </w:tc>
        <w:tc>
          <w:tcPr>
            <w:tcW w:w="4702" w:type="dxa"/>
            <w:tcMar>
              <w:top w:w="80" w:type="dxa"/>
              <w:left w:w="80" w:type="dxa"/>
              <w:bottom w:w="80" w:type="dxa"/>
              <w:right w:w="80" w:type="dxa"/>
            </w:tcMar>
            <w:vAlign w:val="center"/>
          </w:tcPr>
          <w:p w14:paraId="2221F6EF" w14:textId="77777777" w:rsidR="0037439E" w:rsidRPr="00C25644" w:rsidRDefault="00406F7C">
            <w:r w:rsidRPr="00C25644">
              <w:rPr>
                <w:sz w:val="22"/>
              </w:rPr>
              <w:t xml:space="preserve">Bank </w:t>
            </w:r>
            <w:proofErr w:type="spellStart"/>
            <w:r w:rsidRPr="00C25644">
              <w:rPr>
                <w:sz w:val="22"/>
              </w:rPr>
              <w:t>ofisi</w:t>
            </w:r>
            <w:proofErr w:type="spellEnd"/>
            <w:r w:rsidRPr="00C25644">
              <w:rPr>
                <w:sz w:val="22"/>
              </w:rPr>
              <w:t xml:space="preserve"> / </w:t>
            </w:r>
            <w:proofErr w:type="spellStart"/>
            <w:r w:rsidRPr="00C25644">
              <w:rPr>
                <w:sz w:val="22"/>
              </w:rPr>
              <w:t>kuryer</w:t>
            </w:r>
            <w:proofErr w:type="spellEnd"/>
            <w:r w:rsidRPr="00C25644">
              <w:rPr>
                <w:sz w:val="22"/>
              </w:rPr>
              <w:t xml:space="preserve"> / </w:t>
            </w:r>
            <w:proofErr w:type="spellStart"/>
            <w:r w:rsidRPr="00C25644">
              <w:rPr>
                <w:sz w:val="22"/>
              </w:rPr>
              <w:t>boshqa</w:t>
            </w:r>
            <w:proofErr w:type="spellEnd"/>
          </w:p>
        </w:tc>
      </w:tr>
      <w:tr w:rsidR="0037439E" w:rsidRPr="00C25644" w14:paraId="1BC0C520" w14:textId="77777777">
        <w:trPr>
          <w:jc w:val="center"/>
        </w:trPr>
        <w:tc>
          <w:tcPr>
            <w:tcW w:w="4702" w:type="dxa"/>
            <w:tcMar>
              <w:top w:w="80" w:type="dxa"/>
              <w:left w:w="80" w:type="dxa"/>
              <w:bottom w:w="80" w:type="dxa"/>
              <w:right w:w="80" w:type="dxa"/>
            </w:tcMar>
            <w:vAlign w:val="center"/>
          </w:tcPr>
          <w:p w14:paraId="1BC8E7EC" w14:textId="77777777" w:rsidR="0037439E" w:rsidRPr="00C25644" w:rsidRDefault="00406F7C">
            <w:proofErr w:type="spellStart"/>
            <w:r w:rsidRPr="00C25644">
              <w:rPr>
                <w:sz w:val="22"/>
              </w:rPr>
              <w:t>Masofaviy</w:t>
            </w:r>
            <w:proofErr w:type="spellEnd"/>
            <w:r w:rsidRPr="00C25644">
              <w:rPr>
                <w:sz w:val="22"/>
              </w:rPr>
              <w:t xml:space="preserve"> </w:t>
            </w:r>
            <w:proofErr w:type="spellStart"/>
            <w:r w:rsidRPr="00C25644">
              <w:rPr>
                <w:sz w:val="22"/>
              </w:rPr>
              <w:t>xizmat</w:t>
            </w:r>
            <w:proofErr w:type="spellEnd"/>
            <w:r w:rsidRPr="00C25644">
              <w:rPr>
                <w:sz w:val="22"/>
              </w:rPr>
              <w:t xml:space="preserve"> </w:t>
            </w:r>
            <w:proofErr w:type="spellStart"/>
            <w:r w:rsidRPr="00C25644">
              <w:rPr>
                <w:sz w:val="22"/>
              </w:rPr>
              <w:t>ulash</w:t>
            </w:r>
            <w:proofErr w:type="spellEnd"/>
          </w:p>
        </w:tc>
        <w:tc>
          <w:tcPr>
            <w:tcW w:w="4702" w:type="dxa"/>
            <w:tcMar>
              <w:top w:w="80" w:type="dxa"/>
              <w:left w:w="80" w:type="dxa"/>
              <w:bottom w:w="80" w:type="dxa"/>
              <w:right w:w="80" w:type="dxa"/>
            </w:tcMar>
            <w:vAlign w:val="center"/>
          </w:tcPr>
          <w:p w14:paraId="05760594" w14:textId="77777777" w:rsidR="0037439E" w:rsidRPr="00C25644" w:rsidRDefault="00406F7C">
            <w:r w:rsidRPr="00C25644">
              <w:rPr>
                <w:sz w:val="22"/>
              </w:rPr>
              <w:t xml:space="preserve">Ha / </w:t>
            </w:r>
            <w:proofErr w:type="spellStart"/>
            <w:proofErr w:type="gramStart"/>
            <w:r w:rsidRPr="00C25644">
              <w:rPr>
                <w:sz w:val="22"/>
              </w:rPr>
              <w:t>Yo‘</w:t>
            </w:r>
            <w:proofErr w:type="gramEnd"/>
            <w:r w:rsidRPr="00C25644">
              <w:rPr>
                <w:sz w:val="22"/>
              </w:rPr>
              <w:t>q</w:t>
            </w:r>
            <w:proofErr w:type="spellEnd"/>
          </w:p>
        </w:tc>
      </w:tr>
    </w:tbl>
    <w:p w14:paraId="4D57259B" w14:textId="77777777" w:rsidR="0037439E" w:rsidRPr="00C25644" w:rsidRDefault="00406F7C">
      <w:pPr>
        <w:spacing w:after="0" w:line="240" w:lineRule="auto"/>
        <w:ind w:firstLine="709"/>
        <w:jc w:val="both"/>
      </w:pPr>
      <w:proofErr w:type="spellStart"/>
      <w:r w:rsidRPr="00C25644">
        <w:t>Mijoz</w:t>
      </w:r>
      <w:proofErr w:type="spellEnd"/>
      <w:r w:rsidRPr="00C25644">
        <w:t xml:space="preserve"> </w:t>
      </w:r>
      <w:proofErr w:type="spellStart"/>
      <w:r w:rsidRPr="00C25644">
        <w:t>mazkur</w:t>
      </w:r>
      <w:proofErr w:type="spellEnd"/>
      <w:r w:rsidRPr="00C25644">
        <w:t xml:space="preserve"> </w:t>
      </w:r>
      <w:proofErr w:type="spellStart"/>
      <w:r w:rsidRPr="00C25644">
        <w:t>ariza</w:t>
      </w:r>
      <w:proofErr w:type="spellEnd"/>
      <w:r w:rsidRPr="00C25644">
        <w:t xml:space="preserve"> </w:t>
      </w:r>
      <w:proofErr w:type="spellStart"/>
      <w:r w:rsidRPr="00C25644">
        <w:t>orqali</w:t>
      </w:r>
      <w:proofErr w:type="spellEnd"/>
      <w:r w:rsidRPr="00C25644">
        <w:t xml:space="preserve"> </w:t>
      </w:r>
      <w:proofErr w:type="spellStart"/>
      <w:r w:rsidRPr="00C25644">
        <w:t>Bankning</w:t>
      </w:r>
      <w:proofErr w:type="spellEnd"/>
      <w:r w:rsidRPr="00C25644">
        <w:t xml:space="preserve"> </w:t>
      </w:r>
      <w:proofErr w:type="spellStart"/>
      <w:r w:rsidRPr="00C25644">
        <w:t>ommaviy</w:t>
      </w:r>
      <w:proofErr w:type="spellEnd"/>
      <w:r w:rsidRPr="00C25644">
        <w:t xml:space="preserve"> </w:t>
      </w:r>
      <w:proofErr w:type="spellStart"/>
      <w:r w:rsidRPr="00C25644">
        <w:t>oferta</w:t>
      </w:r>
      <w:proofErr w:type="spellEnd"/>
      <w:r w:rsidRPr="00C25644">
        <w:t xml:space="preserve"> </w:t>
      </w:r>
      <w:proofErr w:type="spellStart"/>
      <w:r w:rsidRPr="00C25644">
        <w:t>shartnomasi</w:t>
      </w:r>
      <w:proofErr w:type="spellEnd"/>
      <w:r w:rsidRPr="00C25644">
        <w:t xml:space="preserve">, </w:t>
      </w:r>
      <w:proofErr w:type="spellStart"/>
      <w:r w:rsidRPr="00C25644">
        <w:t>tariflari</w:t>
      </w:r>
      <w:proofErr w:type="spellEnd"/>
      <w:r w:rsidRPr="00C25644">
        <w:t xml:space="preserve"> </w:t>
      </w:r>
      <w:proofErr w:type="spellStart"/>
      <w:r w:rsidRPr="00C25644">
        <w:t>va</w:t>
      </w:r>
      <w:proofErr w:type="spellEnd"/>
      <w:r w:rsidRPr="00C25644">
        <w:t xml:space="preserve"> </w:t>
      </w:r>
      <w:proofErr w:type="spellStart"/>
      <w:r w:rsidRPr="00C25644">
        <w:t>mahsulot</w:t>
      </w:r>
      <w:proofErr w:type="spellEnd"/>
      <w:r w:rsidRPr="00C25644">
        <w:t xml:space="preserve"> </w:t>
      </w:r>
      <w:proofErr w:type="spellStart"/>
      <w:proofErr w:type="gramStart"/>
      <w:r w:rsidRPr="00C25644">
        <w:t>bo‘</w:t>
      </w:r>
      <w:proofErr w:type="gramEnd"/>
      <w:r w:rsidRPr="00C25644">
        <w:t>yicha</w:t>
      </w:r>
      <w:proofErr w:type="spellEnd"/>
      <w:r w:rsidRPr="00C25644">
        <w:t xml:space="preserve"> </w:t>
      </w:r>
      <w:proofErr w:type="spellStart"/>
      <w:r w:rsidRPr="00C25644">
        <w:t>axborot</w:t>
      </w:r>
      <w:proofErr w:type="spellEnd"/>
      <w:r w:rsidRPr="00C25644">
        <w:t xml:space="preserve"> </w:t>
      </w:r>
      <w:proofErr w:type="spellStart"/>
      <w:r w:rsidRPr="00C25644">
        <w:t>varaqasi</w:t>
      </w:r>
      <w:proofErr w:type="spellEnd"/>
      <w:r w:rsidRPr="00C25644">
        <w:t xml:space="preserve"> </w:t>
      </w:r>
      <w:proofErr w:type="spellStart"/>
      <w:r w:rsidRPr="00C25644">
        <w:t>bilan</w:t>
      </w:r>
      <w:proofErr w:type="spellEnd"/>
      <w:r w:rsidRPr="00C25644">
        <w:t xml:space="preserve"> </w:t>
      </w:r>
      <w:proofErr w:type="spellStart"/>
      <w:r w:rsidRPr="00C25644">
        <w:t>tanishganligini</w:t>
      </w:r>
      <w:proofErr w:type="spellEnd"/>
      <w:r w:rsidRPr="00C25644">
        <w:t xml:space="preserve"> </w:t>
      </w:r>
      <w:proofErr w:type="spellStart"/>
      <w:r w:rsidRPr="00C25644">
        <w:t>tasdiqlaydi</w:t>
      </w:r>
      <w:proofErr w:type="spellEnd"/>
      <w:r w:rsidRPr="00C25644">
        <w:t>.</w:t>
      </w:r>
    </w:p>
    <w:tbl>
      <w:tblPr>
        <w:tblStyle w:val="aff0"/>
        <w:tblW w:w="0" w:type="auto"/>
        <w:jc w:val="center"/>
        <w:tblLook w:val="04A0" w:firstRow="1" w:lastRow="0" w:firstColumn="1" w:lastColumn="0" w:noHBand="0" w:noVBand="1"/>
      </w:tblPr>
      <w:tblGrid>
        <w:gridCol w:w="4698"/>
        <w:gridCol w:w="4697"/>
      </w:tblGrid>
      <w:tr w:rsidR="0037439E" w:rsidRPr="00C25644" w14:paraId="0D70C64E" w14:textId="77777777">
        <w:trPr>
          <w:jc w:val="center"/>
        </w:trPr>
        <w:tc>
          <w:tcPr>
            <w:tcW w:w="4702" w:type="dxa"/>
            <w:tcMar>
              <w:top w:w="80" w:type="dxa"/>
              <w:left w:w="80" w:type="dxa"/>
              <w:bottom w:w="80" w:type="dxa"/>
              <w:right w:w="80" w:type="dxa"/>
            </w:tcMar>
          </w:tcPr>
          <w:p w14:paraId="234A8201" w14:textId="77777777" w:rsidR="0037439E" w:rsidRPr="00C25644" w:rsidRDefault="00406F7C">
            <w:proofErr w:type="spellStart"/>
            <w:r w:rsidRPr="00C25644">
              <w:rPr>
                <w:sz w:val="22"/>
              </w:rPr>
              <w:t>Mijoz</w:t>
            </w:r>
            <w:proofErr w:type="spellEnd"/>
          </w:p>
        </w:tc>
        <w:tc>
          <w:tcPr>
            <w:tcW w:w="4702" w:type="dxa"/>
            <w:tcMar>
              <w:top w:w="80" w:type="dxa"/>
              <w:left w:w="80" w:type="dxa"/>
              <w:bottom w:w="80" w:type="dxa"/>
              <w:right w:w="80" w:type="dxa"/>
            </w:tcMar>
          </w:tcPr>
          <w:p w14:paraId="7C6A19E8" w14:textId="77777777" w:rsidR="0037439E" w:rsidRPr="00C25644" w:rsidRDefault="00406F7C">
            <w:r w:rsidRPr="00C25644">
              <w:rPr>
                <w:sz w:val="22"/>
              </w:rPr>
              <w:t>Bank</w:t>
            </w:r>
          </w:p>
        </w:tc>
      </w:tr>
      <w:tr w:rsidR="0037439E" w:rsidRPr="00C25644" w14:paraId="76749100" w14:textId="77777777">
        <w:trPr>
          <w:jc w:val="center"/>
        </w:trPr>
        <w:tc>
          <w:tcPr>
            <w:tcW w:w="4702" w:type="dxa"/>
            <w:tcMar>
              <w:top w:w="80" w:type="dxa"/>
              <w:left w:w="80" w:type="dxa"/>
              <w:bottom w:w="80" w:type="dxa"/>
              <w:right w:w="80" w:type="dxa"/>
            </w:tcMar>
          </w:tcPr>
          <w:p w14:paraId="3A745CE7" w14:textId="77777777" w:rsidR="0037439E" w:rsidRPr="00C25644" w:rsidRDefault="00406F7C">
            <w:proofErr w:type="spellStart"/>
            <w:r w:rsidRPr="00C25644">
              <w:rPr>
                <w:sz w:val="22"/>
              </w:rPr>
              <w:t>F.I.Sh</w:t>
            </w:r>
            <w:proofErr w:type="spellEnd"/>
            <w:r w:rsidRPr="00C25644">
              <w:rPr>
                <w:sz w:val="22"/>
              </w:rPr>
              <w:t>.: ______________________</w:t>
            </w:r>
            <w:r w:rsidRPr="00C25644">
              <w:rPr>
                <w:sz w:val="22"/>
              </w:rPr>
              <w:br/>
            </w:r>
            <w:proofErr w:type="spellStart"/>
            <w:r w:rsidRPr="00C25644">
              <w:rPr>
                <w:sz w:val="22"/>
              </w:rPr>
              <w:t>Imzo</w:t>
            </w:r>
            <w:proofErr w:type="spellEnd"/>
            <w:r w:rsidRPr="00C25644">
              <w:rPr>
                <w:sz w:val="22"/>
              </w:rPr>
              <w:t>: _______________________</w:t>
            </w:r>
          </w:p>
        </w:tc>
        <w:tc>
          <w:tcPr>
            <w:tcW w:w="4702" w:type="dxa"/>
            <w:tcMar>
              <w:top w:w="80" w:type="dxa"/>
              <w:left w:w="80" w:type="dxa"/>
              <w:bottom w:w="80" w:type="dxa"/>
              <w:right w:w="80" w:type="dxa"/>
            </w:tcMar>
          </w:tcPr>
          <w:p w14:paraId="1D1CD719" w14:textId="77777777" w:rsidR="0037439E" w:rsidRPr="00C25644" w:rsidRDefault="00406F7C">
            <w:proofErr w:type="spellStart"/>
            <w:r w:rsidRPr="00C25644">
              <w:rPr>
                <w:sz w:val="22"/>
              </w:rPr>
              <w:t>F.I.Sh</w:t>
            </w:r>
            <w:proofErr w:type="spellEnd"/>
            <w:r w:rsidRPr="00C25644">
              <w:rPr>
                <w:sz w:val="22"/>
              </w:rPr>
              <w:t>.: ______________________</w:t>
            </w:r>
            <w:r w:rsidRPr="00C25644">
              <w:rPr>
                <w:sz w:val="22"/>
              </w:rPr>
              <w:br/>
            </w:r>
            <w:proofErr w:type="spellStart"/>
            <w:r w:rsidRPr="00C25644">
              <w:rPr>
                <w:sz w:val="22"/>
              </w:rPr>
              <w:t>Lavozimi</w:t>
            </w:r>
            <w:proofErr w:type="spellEnd"/>
            <w:r w:rsidRPr="00C25644">
              <w:rPr>
                <w:sz w:val="22"/>
              </w:rPr>
              <w:t>: ___________________</w:t>
            </w:r>
            <w:r w:rsidRPr="00C25644">
              <w:rPr>
                <w:sz w:val="22"/>
              </w:rPr>
              <w:br/>
            </w:r>
            <w:proofErr w:type="spellStart"/>
            <w:r w:rsidRPr="00C25644">
              <w:rPr>
                <w:sz w:val="22"/>
              </w:rPr>
              <w:t>Imzo</w:t>
            </w:r>
            <w:proofErr w:type="spellEnd"/>
            <w:r w:rsidRPr="00C25644">
              <w:rPr>
                <w:sz w:val="22"/>
              </w:rPr>
              <w:t>: _______________________</w:t>
            </w:r>
          </w:p>
        </w:tc>
      </w:tr>
    </w:tbl>
    <w:p w14:paraId="70EBB2AB" w14:textId="77777777" w:rsidR="0037439E" w:rsidRPr="00C25644" w:rsidRDefault="0037439E">
      <w:pPr>
        <w:spacing w:after="40" w:line="240" w:lineRule="auto"/>
        <w:jc w:val="both"/>
      </w:pPr>
    </w:p>
    <w:p w14:paraId="1D324C20" w14:textId="77777777" w:rsidR="0037439E" w:rsidRPr="00C25644" w:rsidRDefault="00406F7C">
      <w:pPr>
        <w:spacing w:after="0" w:line="240" w:lineRule="auto"/>
        <w:jc w:val="both"/>
      </w:pPr>
      <w:r w:rsidRPr="00C25644">
        <w:rPr>
          <w:b/>
        </w:rPr>
        <w:t xml:space="preserve">2-ILOVA. TALAB QILIB OLINGUNCHA BANK </w:t>
      </w:r>
      <w:proofErr w:type="gramStart"/>
      <w:r w:rsidRPr="00C25644">
        <w:rPr>
          <w:b/>
        </w:rPr>
        <w:t>HISOBVARAG‘</w:t>
      </w:r>
      <w:proofErr w:type="gramEnd"/>
      <w:r w:rsidRPr="00C25644">
        <w:rPr>
          <w:b/>
        </w:rPr>
        <w:t>INI OCHISH BO‘YICHA ARIZA SHAKLI</w:t>
      </w:r>
    </w:p>
    <w:tbl>
      <w:tblPr>
        <w:tblStyle w:val="aff0"/>
        <w:tblW w:w="0" w:type="auto"/>
        <w:jc w:val="center"/>
        <w:tblLook w:val="04A0" w:firstRow="1" w:lastRow="0" w:firstColumn="1" w:lastColumn="0" w:noHBand="0" w:noVBand="1"/>
      </w:tblPr>
      <w:tblGrid>
        <w:gridCol w:w="3606"/>
        <w:gridCol w:w="5789"/>
      </w:tblGrid>
      <w:tr w:rsidR="0037439E" w:rsidRPr="00C25644" w14:paraId="161075FB" w14:textId="77777777">
        <w:trPr>
          <w:jc w:val="center"/>
        </w:trPr>
        <w:tc>
          <w:tcPr>
            <w:tcW w:w="4702" w:type="dxa"/>
            <w:tcMar>
              <w:top w:w="80" w:type="dxa"/>
              <w:left w:w="80" w:type="dxa"/>
              <w:bottom w:w="80" w:type="dxa"/>
              <w:right w:w="80" w:type="dxa"/>
            </w:tcMar>
            <w:vAlign w:val="center"/>
          </w:tcPr>
          <w:p w14:paraId="2D9F20CC" w14:textId="77777777" w:rsidR="0037439E" w:rsidRPr="00C25644" w:rsidRDefault="00406F7C">
            <w:proofErr w:type="spellStart"/>
            <w:r w:rsidRPr="00C25644">
              <w:rPr>
                <w:sz w:val="22"/>
              </w:rPr>
              <w:t>Mijoz</w:t>
            </w:r>
            <w:proofErr w:type="spellEnd"/>
            <w:r w:rsidRPr="00C25644">
              <w:rPr>
                <w:sz w:val="22"/>
              </w:rPr>
              <w:t xml:space="preserve"> </w:t>
            </w:r>
            <w:proofErr w:type="spellStart"/>
            <w:r w:rsidRPr="00C25644">
              <w:rPr>
                <w:sz w:val="22"/>
              </w:rPr>
              <w:t>F.I.Sh</w:t>
            </w:r>
            <w:proofErr w:type="spellEnd"/>
            <w:r w:rsidRPr="00C25644">
              <w:rPr>
                <w:sz w:val="22"/>
              </w:rPr>
              <w:t>.</w:t>
            </w:r>
          </w:p>
        </w:tc>
        <w:tc>
          <w:tcPr>
            <w:tcW w:w="4702" w:type="dxa"/>
            <w:tcMar>
              <w:top w:w="80" w:type="dxa"/>
              <w:left w:w="80" w:type="dxa"/>
              <w:bottom w:w="80" w:type="dxa"/>
              <w:right w:w="80" w:type="dxa"/>
            </w:tcMar>
            <w:vAlign w:val="center"/>
          </w:tcPr>
          <w:p w14:paraId="4CB9FC4A" w14:textId="77777777" w:rsidR="0037439E" w:rsidRPr="00C25644" w:rsidRDefault="00406F7C">
            <w:r w:rsidRPr="00C25644">
              <w:rPr>
                <w:sz w:val="22"/>
              </w:rPr>
              <w:t>______________________________________________</w:t>
            </w:r>
          </w:p>
        </w:tc>
      </w:tr>
      <w:tr w:rsidR="0037439E" w:rsidRPr="00C25644" w14:paraId="759700F6" w14:textId="77777777">
        <w:trPr>
          <w:jc w:val="center"/>
        </w:trPr>
        <w:tc>
          <w:tcPr>
            <w:tcW w:w="4702" w:type="dxa"/>
            <w:tcMar>
              <w:top w:w="80" w:type="dxa"/>
              <w:left w:w="80" w:type="dxa"/>
              <w:bottom w:w="80" w:type="dxa"/>
              <w:right w:w="80" w:type="dxa"/>
            </w:tcMar>
            <w:vAlign w:val="center"/>
          </w:tcPr>
          <w:p w14:paraId="108AE285" w14:textId="77777777" w:rsidR="0037439E" w:rsidRPr="00C25644" w:rsidRDefault="00406F7C">
            <w:proofErr w:type="spellStart"/>
            <w:r w:rsidRPr="00C25644">
              <w:rPr>
                <w:sz w:val="22"/>
              </w:rPr>
              <w:t>JShShIR</w:t>
            </w:r>
            <w:proofErr w:type="spellEnd"/>
          </w:p>
        </w:tc>
        <w:tc>
          <w:tcPr>
            <w:tcW w:w="4702" w:type="dxa"/>
            <w:tcMar>
              <w:top w:w="80" w:type="dxa"/>
              <w:left w:w="80" w:type="dxa"/>
              <w:bottom w:w="80" w:type="dxa"/>
              <w:right w:w="80" w:type="dxa"/>
            </w:tcMar>
            <w:vAlign w:val="center"/>
          </w:tcPr>
          <w:p w14:paraId="3B20D4F8" w14:textId="77777777" w:rsidR="0037439E" w:rsidRPr="00C25644" w:rsidRDefault="00406F7C">
            <w:r w:rsidRPr="00C25644">
              <w:rPr>
                <w:sz w:val="22"/>
              </w:rPr>
              <w:t>______________________________________________</w:t>
            </w:r>
          </w:p>
        </w:tc>
      </w:tr>
      <w:tr w:rsidR="0037439E" w:rsidRPr="00C25644" w14:paraId="2B99D848" w14:textId="77777777">
        <w:trPr>
          <w:jc w:val="center"/>
        </w:trPr>
        <w:tc>
          <w:tcPr>
            <w:tcW w:w="4702" w:type="dxa"/>
            <w:tcMar>
              <w:top w:w="80" w:type="dxa"/>
              <w:left w:w="80" w:type="dxa"/>
              <w:bottom w:w="80" w:type="dxa"/>
              <w:right w:w="80" w:type="dxa"/>
            </w:tcMar>
            <w:vAlign w:val="center"/>
          </w:tcPr>
          <w:p w14:paraId="3D0CD986" w14:textId="77777777" w:rsidR="0037439E" w:rsidRPr="00C25644" w:rsidRDefault="00406F7C">
            <w:proofErr w:type="spellStart"/>
            <w:r w:rsidRPr="00C25644">
              <w:rPr>
                <w:sz w:val="22"/>
              </w:rPr>
              <w:t>Hisobvaraq</w:t>
            </w:r>
            <w:proofErr w:type="spellEnd"/>
            <w:r w:rsidRPr="00C25644">
              <w:rPr>
                <w:sz w:val="22"/>
              </w:rPr>
              <w:t xml:space="preserve"> </w:t>
            </w:r>
            <w:proofErr w:type="spellStart"/>
            <w:r w:rsidRPr="00C25644">
              <w:rPr>
                <w:sz w:val="22"/>
              </w:rPr>
              <w:t>mahsuloti</w:t>
            </w:r>
            <w:proofErr w:type="spellEnd"/>
            <w:r w:rsidRPr="00C25644">
              <w:rPr>
                <w:sz w:val="22"/>
              </w:rPr>
              <w:t xml:space="preserve"> </w:t>
            </w:r>
            <w:proofErr w:type="spellStart"/>
            <w:r w:rsidRPr="00C25644">
              <w:rPr>
                <w:sz w:val="22"/>
              </w:rPr>
              <w:t>nomi</w:t>
            </w:r>
            <w:proofErr w:type="spellEnd"/>
          </w:p>
        </w:tc>
        <w:tc>
          <w:tcPr>
            <w:tcW w:w="4702" w:type="dxa"/>
            <w:tcMar>
              <w:top w:w="80" w:type="dxa"/>
              <w:left w:w="80" w:type="dxa"/>
              <w:bottom w:w="80" w:type="dxa"/>
              <w:right w:w="80" w:type="dxa"/>
            </w:tcMar>
            <w:vAlign w:val="center"/>
          </w:tcPr>
          <w:p w14:paraId="3101C2C5" w14:textId="77777777" w:rsidR="0037439E" w:rsidRPr="00C25644" w:rsidRDefault="00406F7C">
            <w:r w:rsidRPr="00C25644">
              <w:rPr>
                <w:sz w:val="22"/>
              </w:rPr>
              <w:t>______________________________________________</w:t>
            </w:r>
          </w:p>
        </w:tc>
      </w:tr>
      <w:tr w:rsidR="0037439E" w:rsidRPr="00C25644" w14:paraId="41470797" w14:textId="77777777">
        <w:trPr>
          <w:jc w:val="center"/>
        </w:trPr>
        <w:tc>
          <w:tcPr>
            <w:tcW w:w="4702" w:type="dxa"/>
            <w:tcMar>
              <w:top w:w="80" w:type="dxa"/>
              <w:left w:w="80" w:type="dxa"/>
              <w:bottom w:w="80" w:type="dxa"/>
              <w:right w:w="80" w:type="dxa"/>
            </w:tcMar>
            <w:vAlign w:val="center"/>
          </w:tcPr>
          <w:p w14:paraId="480B1E65" w14:textId="77777777" w:rsidR="0037439E" w:rsidRPr="00C25644" w:rsidRDefault="00406F7C">
            <w:proofErr w:type="spellStart"/>
            <w:r w:rsidRPr="00C25644">
              <w:rPr>
                <w:sz w:val="22"/>
              </w:rPr>
              <w:t>Hisobvaraq</w:t>
            </w:r>
            <w:proofErr w:type="spellEnd"/>
            <w:r w:rsidRPr="00C25644">
              <w:rPr>
                <w:sz w:val="22"/>
              </w:rPr>
              <w:t xml:space="preserve"> </w:t>
            </w:r>
            <w:proofErr w:type="spellStart"/>
            <w:r w:rsidRPr="00C25644">
              <w:rPr>
                <w:sz w:val="22"/>
              </w:rPr>
              <w:t>turi</w:t>
            </w:r>
            <w:proofErr w:type="spellEnd"/>
          </w:p>
        </w:tc>
        <w:tc>
          <w:tcPr>
            <w:tcW w:w="4702" w:type="dxa"/>
            <w:tcMar>
              <w:top w:w="80" w:type="dxa"/>
              <w:left w:w="80" w:type="dxa"/>
              <w:bottom w:w="80" w:type="dxa"/>
              <w:right w:w="80" w:type="dxa"/>
            </w:tcMar>
            <w:vAlign w:val="center"/>
          </w:tcPr>
          <w:p w14:paraId="6D99D32B" w14:textId="77777777" w:rsidR="0037439E" w:rsidRPr="00C25644" w:rsidRDefault="00406F7C">
            <w:r w:rsidRPr="00C25644">
              <w:rPr>
                <w:sz w:val="22"/>
              </w:rPr>
              <w:t xml:space="preserve">Talab </w:t>
            </w:r>
            <w:proofErr w:type="spellStart"/>
            <w:r w:rsidRPr="00C25644">
              <w:rPr>
                <w:sz w:val="22"/>
              </w:rPr>
              <w:t>qilib</w:t>
            </w:r>
            <w:proofErr w:type="spellEnd"/>
            <w:r w:rsidRPr="00C25644">
              <w:rPr>
                <w:sz w:val="22"/>
              </w:rPr>
              <w:t xml:space="preserve"> </w:t>
            </w:r>
            <w:proofErr w:type="spellStart"/>
            <w:r w:rsidRPr="00C25644">
              <w:rPr>
                <w:sz w:val="22"/>
              </w:rPr>
              <w:t>olinguncha</w:t>
            </w:r>
            <w:proofErr w:type="spellEnd"/>
          </w:p>
        </w:tc>
      </w:tr>
      <w:tr w:rsidR="0037439E" w:rsidRPr="00C25644" w14:paraId="7994EAF9" w14:textId="77777777">
        <w:trPr>
          <w:jc w:val="center"/>
        </w:trPr>
        <w:tc>
          <w:tcPr>
            <w:tcW w:w="4702" w:type="dxa"/>
            <w:tcMar>
              <w:top w:w="80" w:type="dxa"/>
              <w:left w:w="80" w:type="dxa"/>
              <w:bottom w:w="80" w:type="dxa"/>
              <w:right w:w="80" w:type="dxa"/>
            </w:tcMar>
            <w:vAlign w:val="center"/>
          </w:tcPr>
          <w:p w14:paraId="5CFB0625" w14:textId="77777777" w:rsidR="0037439E" w:rsidRPr="00C25644" w:rsidRDefault="00406F7C">
            <w:proofErr w:type="spellStart"/>
            <w:r w:rsidRPr="00C25644">
              <w:rPr>
                <w:sz w:val="22"/>
              </w:rPr>
              <w:t>Valyuta</w:t>
            </w:r>
            <w:proofErr w:type="spellEnd"/>
          </w:p>
        </w:tc>
        <w:tc>
          <w:tcPr>
            <w:tcW w:w="4702" w:type="dxa"/>
            <w:tcMar>
              <w:top w:w="80" w:type="dxa"/>
              <w:left w:w="80" w:type="dxa"/>
              <w:bottom w:w="80" w:type="dxa"/>
              <w:right w:w="80" w:type="dxa"/>
            </w:tcMar>
            <w:vAlign w:val="center"/>
          </w:tcPr>
          <w:p w14:paraId="25278E90" w14:textId="77777777" w:rsidR="0037439E" w:rsidRPr="00C25644" w:rsidRDefault="00406F7C">
            <w:r w:rsidRPr="00C25644">
              <w:rPr>
                <w:sz w:val="22"/>
              </w:rPr>
              <w:t>______________________________________________</w:t>
            </w:r>
          </w:p>
        </w:tc>
      </w:tr>
      <w:tr w:rsidR="0037439E" w:rsidRPr="00C25644" w14:paraId="0D5643FA" w14:textId="77777777">
        <w:trPr>
          <w:jc w:val="center"/>
        </w:trPr>
        <w:tc>
          <w:tcPr>
            <w:tcW w:w="4702" w:type="dxa"/>
            <w:tcMar>
              <w:top w:w="80" w:type="dxa"/>
              <w:left w:w="80" w:type="dxa"/>
              <w:bottom w:w="80" w:type="dxa"/>
              <w:right w:w="80" w:type="dxa"/>
            </w:tcMar>
            <w:vAlign w:val="center"/>
          </w:tcPr>
          <w:p w14:paraId="6107494B" w14:textId="77777777" w:rsidR="0037439E" w:rsidRPr="00C25644" w:rsidRDefault="00406F7C">
            <w:r w:rsidRPr="00C25644">
              <w:rPr>
                <w:sz w:val="22"/>
              </w:rPr>
              <w:lastRenderedPageBreak/>
              <w:t xml:space="preserve">Minimal </w:t>
            </w:r>
            <w:proofErr w:type="spellStart"/>
            <w:r w:rsidRPr="00C25644">
              <w:rPr>
                <w:sz w:val="22"/>
              </w:rPr>
              <w:t>qoldiq</w:t>
            </w:r>
            <w:proofErr w:type="spellEnd"/>
            <w:r w:rsidRPr="00C25644">
              <w:rPr>
                <w:sz w:val="22"/>
              </w:rPr>
              <w:t xml:space="preserve"> </w:t>
            </w:r>
            <w:proofErr w:type="spellStart"/>
            <w:r w:rsidRPr="00C25644">
              <w:rPr>
                <w:sz w:val="22"/>
              </w:rPr>
              <w:t>talabi</w:t>
            </w:r>
            <w:proofErr w:type="spellEnd"/>
            <w:r w:rsidRPr="00C25644">
              <w:rPr>
                <w:sz w:val="22"/>
              </w:rPr>
              <w:t xml:space="preserve"> (agar </w:t>
            </w:r>
            <w:proofErr w:type="spellStart"/>
            <w:r w:rsidRPr="00C25644">
              <w:rPr>
                <w:sz w:val="22"/>
              </w:rPr>
              <w:t>mavjud</w:t>
            </w:r>
            <w:proofErr w:type="spellEnd"/>
            <w:r w:rsidRPr="00C25644">
              <w:rPr>
                <w:sz w:val="22"/>
              </w:rPr>
              <w:t xml:space="preserve"> </w:t>
            </w:r>
            <w:proofErr w:type="spellStart"/>
            <w:proofErr w:type="gramStart"/>
            <w:r w:rsidRPr="00C25644">
              <w:rPr>
                <w:sz w:val="22"/>
              </w:rPr>
              <w:t>bo‘</w:t>
            </w:r>
            <w:proofErr w:type="gramEnd"/>
            <w:r w:rsidRPr="00C25644">
              <w:rPr>
                <w:sz w:val="22"/>
              </w:rPr>
              <w:t>lsa</w:t>
            </w:r>
            <w:proofErr w:type="spellEnd"/>
            <w:r w:rsidRPr="00C25644">
              <w:rPr>
                <w:sz w:val="22"/>
              </w:rPr>
              <w:t>)</w:t>
            </w:r>
          </w:p>
        </w:tc>
        <w:tc>
          <w:tcPr>
            <w:tcW w:w="4702" w:type="dxa"/>
            <w:tcMar>
              <w:top w:w="80" w:type="dxa"/>
              <w:left w:w="80" w:type="dxa"/>
              <w:bottom w:w="80" w:type="dxa"/>
              <w:right w:w="80" w:type="dxa"/>
            </w:tcMar>
            <w:vAlign w:val="center"/>
          </w:tcPr>
          <w:p w14:paraId="6F939F61" w14:textId="77777777" w:rsidR="0037439E" w:rsidRPr="00C25644" w:rsidRDefault="00406F7C">
            <w:r w:rsidRPr="00C25644">
              <w:rPr>
                <w:sz w:val="22"/>
              </w:rPr>
              <w:t>______________________________________________</w:t>
            </w:r>
          </w:p>
        </w:tc>
      </w:tr>
      <w:tr w:rsidR="0037439E" w:rsidRPr="00C25644" w14:paraId="39956EAD" w14:textId="77777777">
        <w:trPr>
          <w:jc w:val="center"/>
        </w:trPr>
        <w:tc>
          <w:tcPr>
            <w:tcW w:w="4702" w:type="dxa"/>
            <w:tcMar>
              <w:top w:w="80" w:type="dxa"/>
              <w:left w:w="80" w:type="dxa"/>
              <w:bottom w:w="80" w:type="dxa"/>
              <w:right w:w="80" w:type="dxa"/>
            </w:tcMar>
            <w:vAlign w:val="center"/>
          </w:tcPr>
          <w:p w14:paraId="417A8B7D" w14:textId="77777777" w:rsidR="0037439E" w:rsidRPr="00C25644" w:rsidRDefault="00406F7C">
            <w:proofErr w:type="spellStart"/>
            <w:r w:rsidRPr="00C25644">
              <w:rPr>
                <w:sz w:val="22"/>
              </w:rPr>
              <w:t>Foiz</w:t>
            </w:r>
            <w:proofErr w:type="spellEnd"/>
            <w:r w:rsidRPr="00C25644">
              <w:rPr>
                <w:sz w:val="22"/>
              </w:rPr>
              <w:t xml:space="preserve"> </w:t>
            </w:r>
            <w:proofErr w:type="spellStart"/>
            <w:proofErr w:type="gramStart"/>
            <w:r w:rsidRPr="00C25644">
              <w:rPr>
                <w:sz w:val="22"/>
              </w:rPr>
              <w:t>qo‘</w:t>
            </w:r>
            <w:proofErr w:type="gramEnd"/>
            <w:r w:rsidRPr="00C25644">
              <w:rPr>
                <w:sz w:val="22"/>
              </w:rPr>
              <w:t>llanilishi</w:t>
            </w:r>
            <w:proofErr w:type="spellEnd"/>
            <w:r w:rsidRPr="00C25644">
              <w:rPr>
                <w:sz w:val="22"/>
              </w:rPr>
              <w:t xml:space="preserve"> (agar </w:t>
            </w:r>
            <w:proofErr w:type="spellStart"/>
            <w:r w:rsidRPr="00C25644">
              <w:rPr>
                <w:sz w:val="22"/>
              </w:rPr>
              <w:t>mavjud</w:t>
            </w:r>
            <w:proofErr w:type="spellEnd"/>
            <w:r w:rsidRPr="00C25644">
              <w:rPr>
                <w:sz w:val="22"/>
              </w:rPr>
              <w:t xml:space="preserve"> </w:t>
            </w:r>
            <w:proofErr w:type="spellStart"/>
            <w:r w:rsidRPr="00C25644">
              <w:rPr>
                <w:sz w:val="22"/>
              </w:rPr>
              <w:t>bo‘lsa</w:t>
            </w:r>
            <w:proofErr w:type="spellEnd"/>
            <w:r w:rsidRPr="00C25644">
              <w:rPr>
                <w:sz w:val="22"/>
              </w:rPr>
              <w:t>)</w:t>
            </w:r>
          </w:p>
        </w:tc>
        <w:tc>
          <w:tcPr>
            <w:tcW w:w="4702" w:type="dxa"/>
            <w:tcMar>
              <w:top w:w="80" w:type="dxa"/>
              <w:left w:w="80" w:type="dxa"/>
              <w:bottom w:w="80" w:type="dxa"/>
              <w:right w:w="80" w:type="dxa"/>
            </w:tcMar>
            <w:vAlign w:val="center"/>
          </w:tcPr>
          <w:p w14:paraId="154600B2" w14:textId="77777777" w:rsidR="0037439E" w:rsidRPr="00C25644" w:rsidRDefault="00406F7C">
            <w:r w:rsidRPr="00C25644">
              <w:rPr>
                <w:sz w:val="22"/>
              </w:rPr>
              <w:t xml:space="preserve">Ha / </w:t>
            </w:r>
            <w:proofErr w:type="spellStart"/>
            <w:proofErr w:type="gramStart"/>
            <w:r w:rsidRPr="00C25644">
              <w:rPr>
                <w:sz w:val="22"/>
              </w:rPr>
              <w:t>Yo‘</w:t>
            </w:r>
            <w:proofErr w:type="gramEnd"/>
            <w:r w:rsidRPr="00C25644">
              <w:rPr>
                <w:sz w:val="22"/>
              </w:rPr>
              <w:t>q</w:t>
            </w:r>
            <w:proofErr w:type="spellEnd"/>
          </w:p>
        </w:tc>
      </w:tr>
      <w:tr w:rsidR="0037439E" w:rsidRPr="00C25644" w14:paraId="16B503A5" w14:textId="77777777">
        <w:trPr>
          <w:jc w:val="center"/>
        </w:trPr>
        <w:tc>
          <w:tcPr>
            <w:tcW w:w="4702" w:type="dxa"/>
            <w:tcMar>
              <w:top w:w="80" w:type="dxa"/>
              <w:left w:w="80" w:type="dxa"/>
              <w:bottom w:w="80" w:type="dxa"/>
              <w:right w:w="80" w:type="dxa"/>
            </w:tcMar>
            <w:vAlign w:val="center"/>
          </w:tcPr>
          <w:p w14:paraId="34C3BDA9" w14:textId="77777777" w:rsidR="0037439E" w:rsidRPr="00C25644" w:rsidRDefault="00406F7C">
            <w:proofErr w:type="spellStart"/>
            <w:r w:rsidRPr="00C25644">
              <w:rPr>
                <w:sz w:val="22"/>
              </w:rPr>
              <w:t>Hisobvaraqdan</w:t>
            </w:r>
            <w:proofErr w:type="spellEnd"/>
            <w:r w:rsidRPr="00C25644">
              <w:rPr>
                <w:sz w:val="22"/>
              </w:rPr>
              <w:t xml:space="preserve"> </w:t>
            </w:r>
            <w:proofErr w:type="spellStart"/>
            <w:proofErr w:type="gramStart"/>
            <w:r w:rsidRPr="00C25644">
              <w:rPr>
                <w:sz w:val="22"/>
              </w:rPr>
              <w:t>bog‘</w:t>
            </w:r>
            <w:proofErr w:type="gramEnd"/>
            <w:r w:rsidRPr="00C25644">
              <w:rPr>
                <w:sz w:val="22"/>
              </w:rPr>
              <w:t>lanadigan</w:t>
            </w:r>
            <w:proofErr w:type="spellEnd"/>
            <w:r w:rsidRPr="00C25644">
              <w:rPr>
                <w:sz w:val="22"/>
              </w:rPr>
              <w:t xml:space="preserve"> </w:t>
            </w:r>
            <w:proofErr w:type="spellStart"/>
            <w:r w:rsidRPr="00C25644">
              <w:rPr>
                <w:sz w:val="22"/>
              </w:rPr>
              <w:t>karta</w:t>
            </w:r>
            <w:proofErr w:type="spellEnd"/>
            <w:r w:rsidRPr="00C25644">
              <w:rPr>
                <w:sz w:val="22"/>
              </w:rPr>
              <w:t xml:space="preserve"> (agar </w:t>
            </w:r>
            <w:proofErr w:type="spellStart"/>
            <w:r w:rsidRPr="00C25644">
              <w:rPr>
                <w:sz w:val="22"/>
              </w:rPr>
              <w:t>mavjud</w:t>
            </w:r>
            <w:proofErr w:type="spellEnd"/>
            <w:r w:rsidRPr="00C25644">
              <w:rPr>
                <w:sz w:val="22"/>
              </w:rPr>
              <w:t xml:space="preserve"> </w:t>
            </w:r>
            <w:proofErr w:type="spellStart"/>
            <w:r w:rsidRPr="00C25644">
              <w:rPr>
                <w:sz w:val="22"/>
              </w:rPr>
              <w:t>bo‘lsa</w:t>
            </w:r>
            <w:proofErr w:type="spellEnd"/>
            <w:r w:rsidRPr="00C25644">
              <w:rPr>
                <w:sz w:val="22"/>
              </w:rPr>
              <w:t>)</w:t>
            </w:r>
          </w:p>
        </w:tc>
        <w:tc>
          <w:tcPr>
            <w:tcW w:w="4702" w:type="dxa"/>
            <w:tcMar>
              <w:top w:w="80" w:type="dxa"/>
              <w:left w:w="80" w:type="dxa"/>
              <w:bottom w:w="80" w:type="dxa"/>
              <w:right w:w="80" w:type="dxa"/>
            </w:tcMar>
            <w:vAlign w:val="center"/>
          </w:tcPr>
          <w:p w14:paraId="544FDBED" w14:textId="77777777" w:rsidR="0037439E" w:rsidRPr="00C25644" w:rsidRDefault="00406F7C">
            <w:r w:rsidRPr="00C25644">
              <w:rPr>
                <w:sz w:val="22"/>
              </w:rPr>
              <w:t>______________________________________________</w:t>
            </w:r>
          </w:p>
        </w:tc>
      </w:tr>
      <w:tr w:rsidR="0037439E" w:rsidRPr="00C25644" w14:paraId="11F449BB" w14:textId="77777777">
        <w:trPr>
          <w:jc w:val="center"/>
        </w:trPr>
        <w:tc>
          <w:tcPr>
            <w:tcW w:w="4702" w:type="dxa"/>
            <w:tcMar>
              <w:top w:w="80" w:type="dxa"/>
              <w:left w:w="80" w:type="dxa"/>
              <w:bottom w:w="80" w:type="dxa"/>
              <w:right w:w="80" w:type="dxa"/>
            </w:tcMar>
            <w:vAlign w:val="center"/>
          </w:tcPr>
          <w:p w14:paraId="39597DAD" w14:textId="77777777" w:rsidR="0037439E" w:rsidRPr="00C25644" w:rsidRDefault="00406F7C">
            <w:proofErr w:type="spellStart"/>
            <w:proofErr w:type="gramStart"/>
            <w:r w:rsidRPr="00C25644">
              <w:rPr>
                <w:sz w:val="22"/>
              </w:rPr>
              <w:t>Bog‘</w:t>
            </w:r>
            <w:proofErr w:type="gramEnd"/>
            <w:r w:rsidRPr="00C25644">
              <w:rPr>
                <w:sz w:val="22"/>
              </w:rPr>
              <w:t>lanish</w:t>
            </w:r>
            <w:proofErr w:type="spellEnd"/>
            <w:r w:rsidRPr="00C25644">
              <w:rPr>
                <w:sz w:val="22"/>
              </w:rPr>
              <w:t xml:space="preserve"> </w:t>
            </w:r>
            <w:proofErr w:type="spellStart"/>
            <w:r w:rsidRPr="00C25644">
              <w:rPr>
                <w:sz w:val="22"/>
              </w:rPr>
              <w:t>uchun</w:t>
            </w:r>
            <w:proofErr w:type="spellEnd"/>
            <w:r w:rsidRPr="00C25644">
              <w:rPr>
                <w:sz w:val="22"/>
              </w:rPr>
              <w:t xml:space="preserve"> </w:t>
            </w:r>
            <w:proofErr w:type="spellStart"/>
            <w:r w:rsidRPr="00C25644">
              <w:rPr>
                <w:sz w:val="22"/>
              </w:rPr>
              <w:t>telefon</w:t>
            </w:r>
            <w:proofErr w:type="spellEnd"/>
            <w:r w:rsidRPr="00C25644">
              <w:rPr>
                <w:sz w:val="22"/>
              </w:rPr>
              <w:t xml:space="preserve"> </w:t>
            </w:r>
            <w:proofErr w:type="spellStart"/>
            <w:r w:rsidRPr="00C25644">
              <w:rPr>
                <w:sz w:val="22"/>
              </w:rPr>
              <w:t>raqami</w:t>
            </w:r>
            <w:proofErr w:type="spellEnd"/>
          </w:p>
        </w:tc>
        <w:tc>
          <w:tcPr>
            <w:tcW w:w="4702" w:type="dxa"/>
            <w:tcMar>
              <w:top w:w="80" w:type="dxa"/>
              <w:left w:w="80" w:type="dxa"/>
              <w:bottom w:w="80" w:type="dxa"/>
              <w:right w:w="80" w:type="dxa"/>
            </w:tcMar>
            <w:vAlign w:val="center"/>
          </w:tcPr>
          <w:p w14:paraId="39371A2F" w14:textId="77777777" w:rsidR="0037439E" w:rsidRPr="00C25644" w:rsidRDefault="00406F7C">
            <w:r w:rsidRPr="00C25644">
              <w:rPr>
                <w:sz w:val="22"/>
              </w:rPr>
              <w:t>______________________________________________</w:t>
            </w:r>
          </w:p>
        </w:tc>
      </w:tr>
    </w:tbl>
    <w:p w14:paraId="63BD3770" w14:textId="77777777" w:rsidR="0037439E" w:rsidRPr="00C25644" w:rsidRDefault="00406F7C">
      <w:pPr>
        <w:spacing w:after="0" w:line="240" w:lineRule="auto"/>
        <w:ind w:firstLine="709"/>
        <w:jc w:val="both"/>
      </w:pPr>
      <w:proofErr w:type="spellStart"/>
      <w:r w:rsidRPr="00C25644">
        <w:t>Mijoz</w:t>
      </w:r>
      <w:proofErr w:type="spellEnd"/>
      <w:r w:rsidRPr="00C25644">
        <w:t xml:space="preserve"> </w:t>
      </w:r>
      <w:proofErr w:type="spellStart"/>
      <w:r w:rsidRPr="00C25644">
        <w:t>mazkur</w:t>
      </w:r>
      <w:proofErr w:type="spellEnd"/>
      <w:r w:rsidRPr="00C25644">
        <w:t xml:space="preserve"> </w:t>
      </w:r>
      <w:proofErr w:type="spellStart"/>
      <w:r w:rsidRPr="00C25644">
        <w:t>ariza</w:t>
      </w:r>
      <w:proofErr w:type="spellEnd"/>
      <w:r w:rsidRPr="00C25644">
        <w:t xml:space="preserve"> </w:t>
      </w:r>
      <w:proofErr w:type="spellStart"/>
      <w:r w:rsidRPr="00C25644">
        <w:t>orqali</w:t>
      </w:r>
      <w:proofErr w:type="spellEnd"/>
      <w:r w:rsidRPr="00C25644">
        <w:t xml:space="preserve"> </w:t>
      </w:r>
      <w:proofErr w:type="spellStart"/>
      <w:r w:rsidRPr="00C25644">
        <w:t>hisobvaraqning</w:t>
      </w:r>
      <w:proofErr w:type="spellEnd"/>
      <w:r w:rsidRPr="00C25644">
        <w:t xml:space="preserve"> individual </w:t>
      </w:r>
      <w:proofErr w:type="spellStart"/>
      <w:r w:rsidRPr="00C25644">
        <w:t>shartlari</w:t>
      </w:r>
      <w:proofErr w:type="spellEnd"/>
      <w:r w:rsidRPr="00C25644">
        <w:t xml:space="preserve"> </w:t>
      </w:r>
      <w:proofErr w:type="spellStart"/>
      <w:r w:rsidRPr="00C25644">
        <w:t>va</w:t>
      </w:r>
      <w:proofErr w:type="spellEnd"/>
      <w:r w:rsidRPr="00C25644">
        <w:t xml:space="preserve"> </w:t>
      </w:r>
      <w:proofErr w:type="spellStart"/>
      <w:r w:rsidRPr="00C25644">
        <w:t>axborot</w:t>
      </w:r>
      <w:proofErr w:type="spellEnd"/>
      <w:r w:rsidRPr="00C25644">
        <w:t xml:space="preserve"> </w:t>
      </w:r>
      <w:proofErr w:type="spellStart"/>
      <w:r w:rsidRPr="00C25644">
        <w:t>varaqasi</w:t>
      </w:r>
      <w:proofErr w:type="spellEnd"/>
      <w:r w:rsidRPr="00C25644">
        <w:t xml:space="preserve"> </w:t>
      </w:r>
      <w:proofErr w:type="spellStart"/>
      <w:r w:rsidRPr="00C25644">
        <w:t>bilan</w:t>
      </w:r>
      <w:proofErr w:type="spellEnd"/>
      <w:r w:rsidRPr="00C25644">
        <w:t xml:space="preserve"> </w:t>
      </w:r>
      <w:proofErr w:type="spellStart"/>
      <w:r w:rsidRPr="00C25644">
        <w:t>tanishganligini</w:t>
      </w:r>
      <w:proofErr w:type="spellEnd"/>
      <w:r w:rsidRPr="00C25644">
        <w:t xml:space="preserve"> </w:t>
      </w:r>
      <w:proofErr w:type="spellStart"/>
      <w:r w:rsidRPr="00C25644">
        <w:t>tasdiqlaydi</w:t>
      </w:r>
      <w:proofErr w:type="spellEnd"/>
      <w:r w:rsidRPr="00C25644">
        <w:t>.</w:t>
      </w:r>
    </w:p>
    <w:tbl>
      <w:tblPr>
        <w:tblStyle w:val="aff0"/>
        <w:tblW w:w="0" w:type="auto"/>
        <w:jc w:val="center"/>
        <w:tblLook w:val="04A0" w:firstRow="1" w:lastRow="0" w:firstColumn="1" w:lastColumn="0" w:noHBand="0" w:noVBand="1"/>
      </w:tblPr>
      <w:tblGrid>
        <w:gridCol w:w="4698"/>
        <w:gridCol w:w="4697"/>
      </w:tblGrid>
      <w:tr w:rsidR="0037439E" w:rsidRPr="00C25644" w14:paraId="4B7358CB" w14:textId="77777777">
        <w:trPr>
          <w:jc w:val="center"/>
        </w:trPr>
        <w:tc>
          <w:tcPr>
            <w:tcW w:w="4702" w:type="dxa"/>
            <w:tcMar>
              <w:top w:w="80" w:type="dxa"/>
              <w:left w:w="80" w:type="dxa"/>
              <w:bottom w:w="80" w:type="dxa"/>
              <w:right w:w="80" w:type="dxa"/>
            </w:tcMar>
          </w:tcPr>
          <w:p w14:paraId="6D04BFD7" w14:textId="77777777" w:rsidR="0037439E" w:rsidRPr="00C25644" w:rsidRDefault="00406F7C">
            <w:proofErr w:type="spellStart"/>
            <w:r w:rsidRPr="00C25644">
              <w:rPr>
                <w:sz w:val="22"/>
              </w:rPr>
              <w:t>Mijoz</w:t>
            </w:r>
            <w:proofErr w:type="spellEnd"/>
          </w:p>
        </w:tc>
        <w:tc>
          <w:tcPr>
            <w:tcW w:w="4702" w:type="dxa"/>
            <w:tcMar>
              <w:top w:w="80" w:type="dxa"/>
              <w:left w:w="80" w:type="dxa"/>
              <w:bottom w:w="80" w:type="dxa"/>
              <w:right w:w="80" w:type="dxa"/>
            </w:tcMar>
          </w:tcPr>
          <w:p w14:paraId="6A409A7B" w14:textId="77777777" w:rsidR="0037439E" w:rsidRPr="00C25644" w:rsidRDefault="00406F7C">
            <w:r w:rsidRPr="00C25644">
              <w:rPr>
                <w:sz w:val="22"/>
              </w:rPr>
              <w:t>Bank</w:t>
            </w:r>
          </w:p>
        </w:tc>
      </w:tr>
      <w:tr w:rsidR="0037439E" w:rsidRPr="00C25644" w14:paraId="0E06A223" w14:textId="77777777">
        <w:trPr>
          <w:jc w:val="center"/>
        </w:trPr>
        <w:tc>
          <w:tcPr>
            <w:tcW w:w="4702" w:type="dxa"/>
            <w:tcMar>
              <w:top w:w="80" w:type="dxa"/>
              <w:left w:w="80" w:type="dxa"/>
              <w:bottom w:w="80" w:type="dxa"/>
              <w:right w:w="80" w:type="dxa"/>
            </w:tcMar>
          </w:tcPr>
          <w:p w14:paraId="2322441B" w14:textId="77777777" w:rsidR="0037439E" w:rsidRPr="00C25644" w:rsidRDefault="00406F7C">
            <w:proofErr w:type="spellStart"/>
            <w:r w:rsidRPr="00C25644">
              <w:rPr>
                <w:sz w:val="22"/>
              </w:rPr>
              <w:t>F.I.Sh</w:t>
            </w:r>
            <w:proofErr w:type="spellEnd"/>
            <w:r w:rsidRPr="00C25644">
              <w:rPr>
                <w:sz w:val="22"/>
              </w:rPr>
              <w:t>.: ______________________</w:t>
            </w:r>
            <w:r w:rsidRPr="00C25644">
              <w:rPr>
                <w:sz w:val="22"/>
              </w:rPr>
              <w:br/>
            </w:r>
            <w:proofErr w:type="spellStart"/>
            <w:r w:rsidRPr="00C25644">
              <w:rPr>
                <w:sz w:val="22"/>
              </w:rPr>
              <w:t>Imzo</w:t>
            </w:r>
            <w:proofErr w:type="spellEnd"/>
            <w:r w:rsidRPr="00C25644">
              <w:rPr>
                <w:sz w:val="22"/>
              </w:rPr>
              <w:t>: _______________________</w:t>
            </w:r>
          </w:p>
        </w:tc>
        <w:tc>
          <w:tcPr>
            <w:tcW w:w="4702" w:type="dxa"/>
            <w:tcMar>
              <w:top w:w="80" w:type="dxa"/>
              <w:left w:w="80" w:type="dxa"/>
              <w:bottom w:w="80" w:type="dxa"/>
              <w:right w:w="80" w:type="dxa"/>
            </w:tcMar>
          </w:tcPr>
          <w:p w14:paraId="749B89E9" w14:textId="77777777" w:rsidR="0037439E" w:rsidRPr="00C25644" w:rsidRDefault="00406F7C">
            <w:proofErr w:type="spellStart"/>
            <w:r w:rsidRPr="00C25644">
              <w:rPr>
                <w:sz w:val="22"/>
              </w:rPr>
              <w:t>F.I.Sh</w:t>
            </w:r>
            <w:proofErr w:type="spellEnd"/>
            <w:r w:rsidRPr="00C25644">
              <w:rPr>
                <w:sz w:val="22"/>
              </w:rPr>
              <w:t>.: ______________________</w:t>
            </w:r>
            <w:r w:rsidRPr="00C25644">
              <w:rPr>
                <w:sz w:val="22"/>
              </w:rPr>
              <w:br/>
            </w:r>
            <w:proofErr w:type="spellStart"/>
            <w:r w:rsidRPr="00C25644">
              <w:rPr>
                <w:sz w:val="22"/>
              </w:rPr>
              <w:t>Lavozimi</w:t>
            </w:r>
            <w:proofErr w:type="spellEnd"/>
            <w:r w:rsidRPr="00C25644">
              <w:rPr>
                <w:sz w:val="22"/>
              </w:rPr>
              <w:t>: ___________________</w:t>
            </w:r>
            <w:r w:rsidRPr="00C25644">
              <w:rPr>
                <w:sz w:val="22"/>
              </w:rPr>
              <w:br/>
            </w:r>
            <w:proofErr w:type="spellStart"/>
            <w:r w:rsidRPr="00C25644">
              <w:rPr>
                <w:sz w:val="22"/>
              </w:rPr>
              <w:t>Imzo</w:t>
            </w:r>
            <w:proofErr w:type="spellEnd"/>
            <w:r w:rsidRPr="00C25644">
              <w:rPr>
                <w:sz w:val="22"/>
              </w:rPr>
              <w:t>: _______________________</w:t>
            </w:r>
          </w:p>
        </w:tc>
      </w:tr>
    </w:tbl>
    <w:p w14:paraId="2F86E12C" w14:textId="77777777" w:rsidR="0037439E" w:rsidRPr="00C25644" w:rsidRDefault="0037439E">
      <w:pPr>
        <w:spacing w:after="40" w:line="240" w:lineRule="auto"/>
        <w:jc w:val="both"/>
      </w:pPr>
    </w:p>
    <w:p w14:paraId="64792142" w14:textId="77777777" w:rsidR="0037439E" w:rsidRPr="00C25644" w:rsidRDefault="00406F7C">
      <w:pPr>
        <w:spacing w:after="0" w:line="240" w:lineRule="auto"/>
        <w:jc w:val="both"/>
      </w:pPr>
      <w:r w:rsidRPr="00C25644">
        <w:rPr>
          <w:b/>
        </w:rPr>
        <w:t xml:space="preserve">3-ILOVA. MAHSULOT </w:t>
      </w:r>
      <w:proofErr w:type="gramStart"/>
      <w:r w:rsidRPr="00C25644">
        <w:rPr>
          <w:b/>
        </w:rPr>
        <w:t>BO‘</w:t>
      </w:r>
      <w:proofErr w:type="gramEnd"/>
      <w:r w:rsidRPr="00C25644">
        <w:rPr>
          <w:b/>
        </w:rPr>
        <w:t>YICHA AXBOROT VARAQASI SHAKLI</w:t>
      </w:r>
    </w:p>
    <w:tbl>
      <w:tblPr>
        <w:tblStyle w:val="aff0"/>
        <w:tblW w:w="0" w:type="auto"/>
        <w:jc w:val="center"/>
        <w:tblLook w:val="04A0" w:firstRow="1" w:lastRow="0" w:firstColumn="1" w:lastColumn="0" w:noHBand="0" w:noVBand="1"/>
      </w:tblPr>
      <w:tblGrid>
        <w:gridCol w:w="4698"/>
        <w:gridCol w:w="4697"/>
      </w:tblGrid>
      <w:tr w:rsidR="0037439E" w:rsidRPr="00C25644" w14:paraId="20144906" w14:textId="77777777">
        <w:trPr>
          <w:jc w:val="center"/>
        </w:trPr>
        <w:tc>
          <w:tcPr>
            <w:tcW w:w="4702" w:type="dxa"/>
            <w:tcMar>
              <w:top w:w="80" w:type="dxa"/>
              <w:left w:w="80" w:type="dxa"/>
              <w:bottom w:w="80" w:type="dxa"/>
              <w:right w:w="80" w:type="dxa"/>
            </w:tcMar>
          </w:tcPr>
          <w:p w14:paraId="15FDDDBC" w14:textId="77777777" w:rsidR="0037439E" w:rsidRPr="00C25644" w:rsidRDefault="00406F7C">
            <w:proofErr w:type="spellStart"/>
            <w:proofErr w:type="gramStart"/>
            <w:r w:rsidRPr="00C25644">
              <w:rPr>
                <w:sz w:val="22"/>
              </w:rPr>
              <w:t>Ko‘</w:t>
            </w:r>
            <w:proofErr w:type="gramEnd"/>
            <w:r w:rsidRPr="00C25644">
              <w:rPr>
                <w:sz w:val="22"/>
              </w:rPr>
              <w:t>rsatkich</w:t>
            </w:r>
            <w:proofErr w:type="spellEnd"/>
          </w:p>
        </w:tc>
        <w:tc>
          <w:tcPr>
            <w:tcW w:w="4702" w:type="dxa"/>
            <w:tcMar>
              <w:top w:w="80" w:type="dxa"/>
              <w:left w:w="80" w:type="dxa"/>
              <w:bottom w:w="80" w:type="dxa"/>
              <w:right w:w="80" w:type="dxa"/>
            </w:tcMar>
          </w:tcPr>
          <w:p w14:paraId="47303955" w14:textId="77777777" w:rsidR="0037439E" w:rsidRPr="00C25644" w:rsidRDefault="00406F7C">
            <w:r w:rsidRPr="00C25644">
              <w:rPr>
                <w:sz w:val="22"/>
              </w:rPr>
              <w:t xml:space="preserve">Bank </w:t>
            </w:r>
            <w:proofErr w:type="spellStart"/>
            <w:r w:rsidRPr="00C25644">
              <w:rPr>
                <w:sz w:val="22"/>
              </w:rPr>
              <w:t>kartasi</w:t>
            </w:r>
            <w:proofErr w:type="spellEnd"/>
            <w:r w:rsidRPr="00C25644">
              <w:rPr>
                <w:sz w:val="22"/>
              </w:rPr>
              <w:t xml:space="preserve"> / talab </w:t>
            </w:r>
            <w:proofErr w:type="spellStart"/>
            <w:r w:rsidRPr="00C25644">
              <w:rPr>
                <w:sz w:val="22"/>
              </w:rPr>
              <w:t>qilib</w:t>
            </w:r>
            <w:proofErr w:type="spellEnd"/>
            <w:r w:rsidRPr="00C25644">
              <w:rPr>
                <w:sz w:val="22"/>
              </w:rPr>
              <w:t xml:space="preserve"> </w:t>
            </w:r>
            <w:proofErr w:type="spellStart"/>
            <w:r w:rsidRPr="00C25644">
              <w:rPr>
                <w:sz w:val="22"/>
              </w:rPr>
              <w:t>olinguncha</w:t>
            </w:r>
            <w:proofErr w:type="spellEnd"/>
            <w:r w:rsidRPr="00C25644">
              <w:rPr>
                <w:sz w:val="22"/>
              </w:rPr>
              <w:t xml:space="preserve"> bank </w:t>
            </w:r>
            <w:proofErr w:type="spellStart"/>
            <w:proofErr w:type="gramStart"/>
            <w:r w:rsidRPr="00C25644">
              <w:rPr>
                <w:sz w:val="22"/>
              </w:rPr>
              <w:t>hisobvarag‘</w:t>
            </w:r>
            <w:proofErr w:type="gramEnd"/>
            <w:r w:rsidRPr="00C25644">
              <w:rPr>
                <w:sz w:val="22"/>
              </w:rPr>
              <w:t>i</w:t>
            </w:r>
            <w:proofErr w:type="spellEnd"/>
            <w:r w:rsidRPr="00C25644">
              <w:rPr>
                <w:sz w:val="22"/>
              </w:rPr>
              <w:t xml:space="preserve"> </w:t>
            </w:r>
            <w:proofErr w:type="spellStart"/>
            <w:r w:rsidRPr="00C25644">
              <w:rPr>
                <w:sz w:val="22"/>
              </w:rPr>
              <w:t>bo‘yicha</w:t>
            </w:r>
            <w:proofErr w:type="spellEnd"/>
            <w:r w:rsidRPr="00C25644">
              <w:rPr>
                <w:sz w:val="22"/>
              </w:rPr>
              <w:t xml:space="preserve"> </w:t>
            </w:r>
            <w:proofErr w:type="spellStart"/>
            <w:r w:rsidRPr="00C25644">
              <w:rPr>
                <w:sz w:val="22"/>
              </w:rPr>
              <w:t>ma’lumot</w:t>
            </w:r>
            <w:proofErr w:type="spellEnd"/>
          </w:p>
        </w:tc>
      </w:tr>
      <w:tr w:rsidR="0037439E" w:rsidRPr="00C25644" w14:paraId="63A72EE4" w14:textId="77777777">
        <w:trPr>
          <w:jc w:val="center"/>
        </w:trPr>
        <w:tc>
          <w:tcPr>
            <w:tcW w:w="4702" w:type="dxa"/>
            <w:tcMar>
              <w:top w:w="80" w:type="dxa"/>
              <w:left w:w="80" w:type="dxa"/>
              <w:bottom w:w="80" w:type="dxa"/>
              <w:right w:w="80" w:type="dxa"/>
            </w:tcMar>
          </w:tcPr>
          <w:p w14:paraId="4542282C" w14:textId="77777777" w:rsidR="0037439E" w:rsidRPr="00C25644" w:rsidRDefault="00406F7C">
            <w:proofErr w:type="spellStart"/>
            <w:r w:rsidRPr="00C25644">
              <w:rPr>
                <w:sz w:val="22"/>
              </w:rPr>
              <w:t>Mahsulot</w:t>
            </w:r>
            <w:proofErr w:type="spellEnd"/>
            <w:r w:rsidRPr="00C25644">
              <w:rPr>
                <w:sz w:val="22"/>
              </w:rPr>
              <w:t xml:space="preserve"> </w:t>
            </w:r>
            <w:proofErr w:type="spellStart"/>
            <w:r w:rsidRPr="00C25644">
              <w:rPr>
                <w:sz w:val="22"/>
              </w:rPr>
              <w:t>nomi</w:t>
            </w:r>
            <w:proofErr w:type="spellEnd"/>
          </w:p>
        </w:tc>
        <w:tc>
          <w:tcPr>
            <w:tcW w:w="4702" w:type="dxa"/>
            <w:tcMar>
              <w:top w:w="80" w:type="dxa"/>
              <w:left w:w="80" w:type="dxa"/>
              <w:bottom w:w="80" w:type="dxa"/>
              <w:right w:w="80" w:type="dxa"/>
            </w:tcMar>
          </w:tcPr>
          <w:p w14:paraId="160BF448" w14:textId="77777777" w:rsidR="0037439E" w:rsidRPr="00C25644" w:rsidRDefault="0037439E"/>
        </w:tc>
      </w:tr>
      <w:tr w:rsidR="0037439E" w:rsidRPr="00C25644" w14:paraId="7300E7A7" w14:textId="77777777">
        <w:trPr>
          <w:jc w:val="center"/>
        </w:trPr>
        <w:tc>
          <w:tcPr>
            <w:tcW w:w="4702" w:type="dxa"/>
            <w:tcMar>
              <w:top w:w="80" w:type="dxa"/>
              <w:left w:w="80" w:type="dxa"/>
              <w:bottom w:w="80" w:type="dxa"/>
              <w:right w:w="80" w:type="dxa"/>
            </w:tcMar>
          </w:tcPr>
          <w:p w14:paraId="1FBEDEA3" w14:textId="77777777" w:rsidR="0037439E" w:rsidRPr="00C25644" w:rsidRDefault="00406F7C">
            <w:proofErr w:type="spellStart"/>
            <w:r w:rsidRPr="00C25644">
              <w:rPr>
                <w:sz w:val="22"/>
              </w:rPr>
              <w:t>Asosiy</w:t>
            </w:r>
            <w:proofErr w:type="spellEnd"/>
            <w:r w:rsidRPr="00C25644">
              <w:rPr>
                <w:sz w:val="22"/>
              </w:rPr>
              <w:t xml:space="preserve"> </w:t>
            </w:r>
            <w:proofErr w:type="spellStart"/>
            <w:r w:rsidRPr="00C25644">
              <w:rPr>
                <w:sz w:val="22"/>
              </w:rPr>
              <w:t>maqsadi</w:t>
            </w:r>
            <w:proofErr w:type="spellEnd"/>
          </w:p>
        </w:tc>
        <w:tc>
          <w:tcPr>
            <w:tcW w:w="4702" w:type="dxa"/>
            <w:tcMar>
              <w:top w:w="80" w:type="dxa"/>
              <w:left w:w="80" w:type="dxa"/>
              <w:bottom w:w="80" w:type="dxa"/>
              <w:right w:w="80" w:type="dxa"/>
            </w:tcMar>
          </w:tcPr>
          <w:p w14:paraId="786FC5B7" w14:textId="77777777" w:rsidR="0037439E" w:rsidRPr="00C25644" w:rsidRDefault="0037439E"/>
        </w:tc>
      </w:tr>
      <w:tr w:rsidR="0037439E" w:rsidRPr="00C25644" w14:paraId="4B45162A" w14:textId="77777777">
        <w:trPr>
          <w:jc w:val="center"/>
        </w:trPr>
        <w:tc>
          <w:tcPr>
            <w:tcW w:w="4702" w:type="dxa"/>
            <w:tcMar>
              <w:top w:w="80" w:type="dxa"/>
              <w:left w:w="80" w:type="dxa"/>
              <w:bottom w:w="80" w:type="dxa"/>
              <w:right w:w="80" w:type="dxa"/>
            </w:tcMar>
          </w:tcPr>
          <w:p w14:paraId="04C3DA59" w14:textId="77777777" w:rsidR="0037439E" w:rsidRPr="00C25644" w:rsidRDefault="00406F7C">
            <w:proofErr w:type="spellStart"/>
            <w:r w:rsidRPr="00C25644">
              <w:rPr>
                <w:sz w:val="22"/>
              </w:rPr>
              <w:t>Asosiy</w:t>
            </w:r>
            <w:proofErr w:type="spellEnd"/>
            <w:r w:rsidRPr="00C25644">
              <w:rPr>
                <w:sz w:val="22"/>
              </w:rPr>
              <w:t xml:space="preserve"> </w:t>
            </w:r>
            <w:proofErr w:type="spellStart"/>
            <w:r w:rsidRPr="00C25644">
              <w:rPr>
                <w:sz w:val="22"/>
              </w:rPr>
              <w:t>xizmat</w:t>
            </w:r>
            <w:proofErr w:type="spellEnd"/>
            <w:r w:rsidRPr="00C25644">
              <w:rPr>
                <w:sz w:val="22"/>
              </w:rPr>
              <w:t xml:space="preserve"> </w:t>
            </w:r>
            <w:proofErr w:type="spellStart"/>
            <w:r w:rsidRPr="00C25644">
              <w:rPr>
                <w:sz w:val="22"/>
              </w:rPr>
              <w:t>haqlari</w:t>
            </w:r>
            <w:proofErr w:type="spellEnd"/>
          </w:p>
        </w:tc>
        <w:tc>
          <w:tcPr>
            <w:tcW w:w="4702" w:type="dxa"/>
            <w:tcMar>
              <w:top w:w="80" w:type="dxa"/>
              <w:left w:w="80" w:type="dxa"/>
              <w:bottom w:w="80" w:type="dxa"/>
              <w:right w:w="80" w:type="dxa"/>
            </w:tcMar>
          </w:tcPr>
          <w:p w14:paraId="689C325D" w14:textId="77777777" w:rsidR="0037439E" w:rsidRPr="00C25644" w:rsidRDefault="0037439E"/>
        </w:tc>
      </w:tr>
      <w:tr w:rsidR="0037439E" w:rsidRPr="00C25644" w14:paraId="6A276B33" w14:textId="77777777">
        <w:trPr>
          <w:jc w:val="center"/>
        </w:trPr>
        <w:tc>
          <w:tcPr>
            <w:tcW w:w="4702" w:type="dxa"/>
            <w:tcMar>
              <w:top w:w="80" w:type="dxa"/>
              <w:left w:w="80" w:type="dxa"/>
              <w:bottom w:w="80" w:type="dxa"/>
              <w:right w:w="80" w:type="dxa"/>
            </w:tcMar>
          </w:tcPr>
          <w:p w14:paraId="3470372E" w14:textId="77777777" w:rsidR="0037439E" w:rsidRPr="00C25644" w:rsidRDefault="00406F7C">
            <w:proofErr w:type="spellStart"/>
            <w:r w:rsidRPr="00C25644">
              <w:rPr>
                <w:sz w:val="22"/>
              </w:rPr>
              <w:t>Mijoz</w:t>
            </w:r>
            <w:proofErr w:type="spellEnd"/>
            <w:r w:rsidRPr="00C25644">
              <w:rPr>
                <w:sz w:val="22"/>
              </w:rPr>
              <w:t xml:space="preserve"> </w:t>
            </w:r>
            <w:proofErr w:type="spellStart"/>
            <w:r w:rsidRPr="00C25644">
              <w:rPr>
                <w:sz w:val="22"/>
              </w:rPr>
              <w:t>uchun</w:t>
            </w:r>
            <w:proofErr w:type="spellEnd"/>
            <w:r w:rsidRPr="00C25644">
              <w:rPr>
                <w:sz w:val="22"/>
              </w:rPr>
              <w:t xml:space="preserve"> </w:t>
            </w:r>
            <w:proofErr w:type="spellStart"/>
            <w:r w:rsidRPr="00C25644">
              <w:rPr>
                <w:sz w:val="22"/>
              </w:rPr>
              <w:t>asosiy</w:t>
            </w:r>
            <w:proofErr w:type="spellEnd"/>
            <w:r w:rsidRPr="00C25644">
              <w:rPr>
                <w:sz w:val="22"/>
              </w:rPr>
              <w:t xml:space="preserve"> </w:t>
            </w:r>
            <w:proofErr w:type="spellStart"/>
            <w:r w:rsidRPr="00C25644">
              <w:rPr>
                <w:sz w:val="22"/>
              </w:rPr>
              <w:t>xavflar</w:t>
            </w:r>
            <w:proofErr w:type="spellEnd"/>
            <w:r w:rsidRPr="00C25644">
              <w:rPr>
                <w:sz w:val="22"/>
              </w:rPr>
              <w:t xml:space="preserve"> / </w:t>
            </w:r>
            <w:proofErr w:type="spellStart"/>
            <w:r w:rsidRPr="00C25644">
              <w:rPr>
                <w:sz w:val="22"/>
              </w:rPr>
              <w:t>cheklovlar</w:t>
            </w:r>
            <w:proofErr w:type="spellEnd"/>
          </w:p>
        </w:tc>
        <w:tc>
          <w:tcPr>
            <w:tcW w:w="4702" w:type="dxa"/>
            <w:tcMar>
              <w:top w:w="80" w:type="dxa"/>
              <w:left w:w="80" w:type="dxa"/>
              <w:bottom w:w="80" w:type="dxa"/>
              <w:right w:w="80" w:type="dxa"/>
            </w:tcMar>
          </w:tcPr>
          <w:p w14:paraId="5001A518" w14:textId="77777777" w:rsidR="0037439E" w:rsidRPr="00C25644" w:rsidRDefault="0037439E"/>
        </w:tc>
      </w:tr>
      <w:tr w:rsidR="0037439E" w:rsidRPr="00C25644" w14:paraId="41FEDA13" w14:textId="77777777">
        <w:trPr>
          <w:jc w:val="center"/>
        </w:trPr>
        <w:tc>
          <w:tcPr>
            <w:tcW w:w="4702" w:type="dxa"/>
            <w:tcMar>
              <w:top w:w="80" w:type="dxa"/>
              <w:left w:w="80" w:type="dxa"/>
              <w:bottom w:w="80" w:type="dxa"/>
              <w:right w:w="80" w:type="dxa"/>
            </w:tcMar>
          </w:tcPr>
          <w:p w14:paraId="0548696F" w14:textId="77777777" w:rsidR="0037439E" w:rsidRPr="00C25644" w:rsidRDefault="00406F7C">
            <w:proofErr w:type="spellStart"/>
            <w:r w:rsidRPr="00C25644">
              <w:rPr>
                <w:sz w:val="22"/>
              </w:rPr>
              <w:t>Masofaviy</w:t>
            </w:r>
            <w:proofErr w:type="spellEnd"/>
            <w:r w:rsidRPr="00C25644">
              <w:rPr>
                <w:sz w:val="22"/>
              </w:rPr>
              <w:t xml:space="preserve"> </w:t>
            </w:r>
            <w:proofErr w:type="spellStart"/>
            <w:r w:rsidRPr="00C25644">
              <w:rPr>
                <w:sz w:val="22"/>
              </w:rPr>
              <w:t>rasmiylashtirish</w:t>
            </w:r>
            <w:proofErr w:type="spellEnd"/>
            <w:r w:rsidRPr="00C25644">
              <w:rPr>
                <w:sz w:val="22"/>
              </w:rPr>
              <w:t xml:space="preserve"> </w:t>
            </w:r>
            <w:proofErr w:type="spellStart"/>
            <w:r w:rsidRPr="00C25644">
              <w:rPr>
                <w:sz w:val="22"/>
              </w:rPr>
              <w:t>imkoniyati</w:t>
            </w:r>
            <w:proofErr w:type="spellEnd"/>
          </w:p>
        </w:tc>
        <w:tc>
          <w:tcPr>
            <w:tcW w:w="4702" w:type="dxa"/>
            <w:tcMar>
              <w:top w:w="80" w:type="dxa"/>
              <w:left w:w="80" w:type="dxa"/>
              <w:bottom w:w="80" w:type="dxa"/>
              <w:right w:w="80" w:type="dxa"/>
            </w:tcMar>
          </w:tcPr>
          <w:p w14:paraId="46017C00" w14:textId="77777777" w:rsidR="0037439E" w:rsidRPr="00C25644" w:rsidRDefault="00406F7C">
            <w:r w:rsidRPr="00C25644">
              <w:rPr>
                <w:sz w:val="22"/>
              </w:rPr>
              <w:t xml:space="preserve">Ha / </w:t>
            </w:r>
            <w:proofErr w:type="spellStart"/>
            <w:proofErr w:type="gramStart"/>
            <w:r w:rsidRPr="00C25644">
              <w:rPr>
                <w:sz w:val="22"/>
              </w:rPr>
              <w:t>Yo‘</w:t>
            </w:r>
            <w:proofErr w:type="gramEnd"/>
            <w:r w:rsidRPr="00C25644">
              <w:rPr>
                <w:sz w:val="22"/>
              </w:rPr>
              <w:t>q</w:t>
            </w:r>
            <w:proofErr w:type="spellEnd"/>
          </w:p>
        </w:tc>
      </w:tr>
      <w:tr w:rsidR="0037439E" w:rsidRPr="00C25644" w14:paraId="421F80F7" w14:textId="77777777">
        <w:trPr>
          <w:jc w:val="center"/>
        </w:trPr>
        <w:tc>
          <w:tcPr>
            <w:tcW w:w="4702" w:type="dxa"/>
            <w:tcMar>
              <w:top w:w="80" w:type="dxa"/>
              <w:left w:w="80" w:type="dxa"/>
              <w:bottom w:w="80" w:type="dxa"/>
              <w:right w:w="80" w:type="dxa"/>
            </w:tcMar>
          </w:tcPr>
          <w:p w14:paraId="6900EF14" w14:textId="77777777" w:rsidR="0037439E" w:rsidRPr="00C25644" w:rsidRDefault="00406F7C">
            <w:proofErr w:type="spellStart"/>
            <w:r w:rsidRPr="00C25644">
              <w:rPr>
                <w:sz w:val="22"/>
              </w:rPr>
              <w:t>Murojaat</w:t>
            </w:r>
            <w:proofErr w:type="spellEnd"/>
            <w:r w:rsidRPr="00C25644">
              <w:rPr>
                <w:sz w:val="22"/>
              </w:rPr>
              <w:t xml:space="preserve"> </w:t>
            </w:r>
            <w:proofErr w:type="spellStart"/>
            <w:r w:rsidRPr="00C25644">
              <w:rPr>
                <w:sz w:val="22"/>
              </w:rPr>
              <w:t>yuborish</w:t>
            </w:r>
            <w:proofErr w:type="spellEnd"/>
            <w:r w:rsidRPr="00C25644">
              <w:rPr>
                <w:sz w:val="22"/>
              </w:rPr>
              <w:t xml:space="preserve"> </w:t>
            </w:r>
            <w:proofErr w:type="spellStart"/>
            <w:r w:rsidRPr="00C25644">
              <w:rPr>
                <w:sz w:val="22"/>
              </w:rPr>
              <w:t>kanallari</w:t>
            </w:r>
            <w:proofErr w:type="spellEnd"/>
          </w:p>
        </w:tc>
        <w:tc>
          <w:tcPr>
            <w:tcW w:w="4702" w:type="dxa"/>
            <w:tcMar>
              <w:top w:w="80" w:type="dxa"/>
              <w:left w:w="80" w:type="dxa"/>
              <w:bottom w:w="80" w:type="dxa"/>
              <w:right w:w="80" w:type="dxa"/>
            </w:tcMar>
          </w:tcPr>
          <w:p w14:paraId="63E0CCD9" w14:textId="77777777" w:rsidR="0037439E" w:rsidRPr="00C25644" w:rsidRDefault="0037439E"/>
        </w:tc>
      </w:tr>
      <w:tr w:rsidR="0037439E" w:rsidRPr="00C25644" w14:paraId="796F51FD" w14:textId="77777777">
        <w:trPr>
          <w:jc w:val="center"/>
        </w:trPr>
        <w:tc>
          <w:tcPr>
            <w:tcW w:w="4702" w:type="dxa"/>
            <w:tcMar>
              <w:top w:w="80" w:type="dxa"/>
              <w:left w:w="80" w:type="dxa"/>
              <w:bottom w:w="80" w:type="dxa"/>
              <w:right w:w="80" w:type="dxa"/>
            </w:tcMar>
          </w:tcPr>
          <w:p w14:paraId="4DA35F4B" w14:textId="77777777" w:rsidR="0037439E" w:rsidRPr="00C25644" w:rsidRDefault="00406F7C">
            <w:proofErr w:type="spellStart"/>
            <w:proofErr w:type="gramStart"/>
            <w:r w:rsidRPr="00C25644">
              <w:rPr>
                <w:sz w:val="22"/>
              </w:rPr>
              <w:t>Qo‘</w:t>
            </w:r>
            <w:proofErr w:type="gramEnd"/>
            <w:r w:rsidRPr="00C25644">
              <w:rPr>
                <w:sz w:val="22"/>
              </w:rPr>
              <w:t>shimcha</w:t>
            </w:r>
            <w:proofErr w:type="spellEnd"/>
            <w:r w:rsidRPr="00C25644">
              <w:rPr>
                <w:sz w:val="22"/>
              </w:rPr>
              <w:t xml:space="preserve"> </w:t>
            </w:r>
            <w:proofErr w:type="spellStart"/>
            <w:r w:rsidRPr="00C25644">
              <w:rPr>
                <w:sz w:val="22"/>
              </w:rPr>
              <w:t>izoh</w:t>
            </w:r>
            <w:proofErr w:type="spellEnd"/>
          </w:p>
        </w:tc>
        <w:tc>
          <w:tcPr>
            <w:tcW w:w="4702" w:type="dxa"/>
            <w:tcMar>
              <w:top w:w="80" w:type="dxa"/>
              <w:left w:w="80" w:type="dxa"/>
              <w:bottom w:w="80" w:type="dxa"/>
              <w:right w:w="80" w:type="dxa"/>
            </w:tcMar>
          </w:tcPr>
          <w:p w14:paraId="0F8B98BD" w14:textId="77777777" w:rsidR="0037439E" w:rsidRPr="00C25644" w:rsidRDefault="0037439E"/>
        </w:tc>
      </w:tr>
    </w:tbl>
    <w:p w14:paraId="3EA9541E" w14:textId="77777777" w:rsidR="0037439E" w:rsidRPr="00C25644" w:rsidRDefault="00406F7C">
      <w:pPr>
        <w:spacing w:after="0" w:line="240" w:lineRule="auto"/>
        <w:ind w:firstLine="709"/>
        <w:jc w:val="both"/>
      </w:pPr>
      <w:proofErr w:type="spellStart"/>
      <w:r w:rsidRPr="00C25644">
        <w:t>Mazkur</w:t>
      </w:r>
      <w:proofErr w:type="spellEnd"/>
      <w:r w:rsidRPr="00C25644">
        <w:t xml:space="preserve"> </w:t>
      </w:r>
      <w:proofErr w:type="spellStart"/>
      <w:r w:rsidRPr="00C25644">
        <w:t>axborot</w:t>
      </w:r>
      <w:proofErr w:type="spellEnd"/>
      <w:r w:rsidRPr="00C25644">
        <w:t xml:space="preserve"> </w:t>
      </w:r>
      <w:proofErr w:type="spellStart"/>
      <w:r w:rsidRPr="00C25644">
        <w:t>varaqasi</w:t>
      </w:r>
      <w:proofErr w:type="spellEnd"/>
      <w:r w:rsidRPr="00C25644">
        <w:t xml:space="preserve"> </w:t>
      </w:r>
      <w:proofErr w:type="spellStart"/>
      <w:r w:rsidRPr="00C25644">
        <w:t>amaldagi</w:t>
      </w:r>
      <w:proofErr w:type="spellEnd"/>
      <w:r w:rsidRPr="00C25644">
        <w:t xml:space="preserve"> </w:t>
      </w:r>
      <w:proofErr w:type="spellStart"/>
      <w:r w:rsidRPr="00C25644">
        <w:t>qonunchilik</w:t>
      </w:r>
      <w:proofErr w:type="spellEnd"/>
      <w:r w:rsidRPr="00C25644">
        <w:t xml:space="preserve"> </w:t>
      </w:r>
      <w:proofErr w:type="spellStart"/>
      <w:r w:rsidRPr="00C25644">
        <w:t>va</w:t>
      </w:r>
      <w:proofErr w:type="spellEnd"/>
      <w:r w:rsidRPr="00C25644">
        <w:t xml:space="preserve"> </w:t>
      </w:r>
      <w:proofErr w:type="spellStart"/>
      <w:r w:rsidRPr="00C25644">
        <w:t>Bankning</w:t>
      </w:r>
      <w:proofErr w:type="spellEnd"/>
      <w:r w:rsidRPr="00C25644">
        <w:t xml:space="preserve"> </w:t>
      </w:r>
      <w:proofErr w:type="spellStart"/>
      <w:r w:rsidRPr="00C25644">
        <w:t>ichki</w:t>
      </w:r>
      <w:proofErr w:type="spellEnd"/>
      <w:r w:rsidRPr="00C25644">
        <w:t xml:space="preserve"> </w:t>
      </w:r>
      <w:proofErr w:type="spellStart"/>
      <w:r w:rsidRPr="00C25644">
        <w:t>qoidalariga</w:t>
      </w:r>
      <w:proofErr w:type="spellEnd"/>
      <w:r w:rsidRPr="00C25644">
        <w:t xml:space="preserve"> </w:t>
      </w:r>
      <w:proofErr w:type="spellStart"/>
      <w:r w:rsidRPr="00C25644">
        <w:t>muvofiq</w:t>
      </w:r>
      <w:proofErr w:type="spellEnd"/>
      <w:r w:rsidRPr="00C25644">
        <w:t xml:space="preserve"> </w:t>
      </w:r>
      <w:proofErr w:type="spellStart"/>
      <w:r w:rsidRPr="00C25644">
        <w:t>har</w:t>
      </w:r>
      <w:proofErr w:type="spellEnd"/>
      <w:r w:rsidRPr="00C25644">
        <w:t xml:space="preserve"> </w:t>
      </w:r>
      <w:proofErr w:type="spellStart"/>
      <w:r w:rsidRPr="00C25644">
        <w:t>bir</w:t>
      </w:r>
      <w:proofErr w:type="spellEnd"/>
      <w:r w:rsidRPr="00C25644">
        <w:t xml:space="preserve"> </w:t>
      </w:r>
      <w:proofErr w:type="spellStart"/>
      <w:r w:rsidRPr="00C25644">
        <w:t>mahsulot</w:t>
      </w:r>
      <w:proofErr w:type="spellEnd"/>
      <w:r w:rsidRPr="00C25644">
        <w:t xml:space="preserve"> </w:t>
      </w:r>
      <w:proofErr w:type="spellStart"/>
      <w:r w:rsidRPr="00C25644">
        <w:t>uchun</w:t>
      </w:r>
      <w:proofErr w:type="spellEnd"/>
      <w:r w:rsidRPr="00C25644">
        <w:t xml:space="preserve"> </w:t>
      </w:r>
      <w:proofErr w:type="spellStart"/>
      <w:r w:rsidRPr="00C25644">
        <w:t>alohida</w:t>
      </w:r>
      <w:proofErr w:type="spellEnd"/>
      <w:r w:rsidRPr="00C25644">
        <w:t xml:space="preserve"> </w:t>
      </w:r>
      <w:proofErr w:type="spellStart"/>
      <w:proofErr w:type="gramStart"/>
      <w:r w:rsidRPr="00C25644">
        <w:t>to‘</w:t>
      </w:r>
      <w:proofErr w:type="gramEnd"/>
      <w:r w:rsidRPr="00C25644">
        <w:t>ldiriladi</w:t>
      </w:r>
      <w:proofErr w:type="spellEnd"/>
      <w:r w:rsidRPr="00C25644">
        <w:t xml:space="preserve"> </w:t>
      </w:r>
      <w:proofErr w:type="spellStart"/>
      <w:r w:rsidRPr="00C25644">
        <w:t>va</w:t>
      </w:r>
      <w:proofErr w:type="spellEnd"/>
      <w:r w:rsidRPr="00C25644">
        <w:t xml:space="preserve"> </w:t>
      </w:r>
      <w:proofErr w:type="spellStart"/>
      <w:r w:rsidRPr="00C25644">
        <w:t>Mijozga</w:t>
      </w:r>
      <w:proofErr w:type="spellEnd"/>
      <w:r w:rsidRPr="00C25644">
        <w:t xml:space="preserve"> </w:t>
      </w:r>
      <w:proofErr w:type="spellStart"/>
      <w:r w:rsidRPr="00C25644">
        <w:t>qog‘oz</w:t>
      </w:r>
      <w:proofErr w:type="spellEnd"/>
      <w:r w:rsidRPr="00C25644">
        <w:t xml:space="preserve"> </w:t>
      </w:r>
      <w:proofErr w:type="spellStart"/>
      <w:r w:rsidRPr="00C25644">
        <w:t>yoki</w:t>
      </w:r>
      <w:proofErr w:type="spellEnd"/>
      <w:r w:rsidRPr="00C25644">
        <w:t xml:space="preserve"> </w:t>
      </w:r>
      <w:proofErr w:type="spellStart"/>
      <w:r w:rsidRPr="00C25644">
        <w:t>elektron</w:t>
      </w:r>
      <w:proofErr w:type="spellEnd"/>
      <w:r w:rsidRPr="00C25644">
        <w:t xml:space="preserve"> </w:t>
      </w:r>
      <w:proofErr w:type="spellStart"/>
      <w:r w:rsidRPr="00C25644">
        <w:t>shaklda</w:t>
      </w:r>
      <w:proofErr w:type="spellEnd"/>
      <w:r w:rsidRPr="00C25644">
        <w:t xml:space="preserve"> </w:t>
      </w:r>
      <w:proofErr w:type="spellStart"/>
      <w:r w:rsidRPr="00C25644">
        <w:t>taqdim</w:t>
      </w:r>
      <w:proofErr w:type="spellEnd"/>
      <w:r w:rsidRPr="00C25644">
        <w:t xml:space="preserve"> </w:t>
      </w:r>
      <w:proofErr w:type="spellStart"/>
      <w:r w:rsidRPr="00C25644">
        <w:t>etiladi</w:t>
      </w:r>
      <w:proofErr w:type="spellEnd"/>
      <w:r w:rsidRPr="00C25644">
        <w:t>.</w:t>
      </w:r>
    </w:p>
    <w:p w14:paraId="010CCA76" w14:textId="77777777" w:rsidR="0037439E" w:rsidRPr="00C25644" w:rsidRDefault="0037439E">
      <w:pPr>
        <w:spacing w:after="40" w:line="240" w:lineRule="auto"/>
        <w:jc w:val="both"/>
      </w:pPr>
    </w:p>
    <w:p w14:paraId="62BFAFE3" w14:textId="77777777" w:rsidR="0037439E" w:rsidRPr="00C25644" w:rsidRDefault="00406F7C">
      <w:pPr>
        <w:spacing w:after="0" w:line="240" w:lineRule="auto"/>
        <w:jc w:val="both"/>
      </w:pPr>
      <w:r w:rsidRPr="00C25644">
        <w:rPr>
          <w:b/>
        </w:rPr>
        <w:t xml:space="preserve">4-ILOVA. KAFOLATLASH TIZIMI </w:t>
      </w:r>
      <w:proofErr w:type="gramStart"/>
      <w:r w:rsidRPr="00C25644">
        <w:rPr>
          <w:b/>
        </w:rPr>
        <w:t>TO‘</w:t>
      </w:r>
      <w:proofErr w:type="gramEnd"/>
      <w:r w:rsidRPr="00C25644">
        <w:rPr>
          <w:b/>
        </w:rPr>
        <w:t>G‘RISIDA AXBOROT SHAKLI</w:t>
      </w:r>
    </w:p>
    <w:p w14:paraId="6ECB78F2" w14:textId="77777777" w:rsidR="0037439E" w:rsidRPr="00C25644" w:rsidRDefault="00406F7C">
      <w:pPr>
        <w:spacing w:after="0" w:line="240" w:lineRule="auto"/>
        <w:jc w:val="both"/>
      </w:pPr>
      <w:r w:rsidRPr="00C25644">
        <w:t xml:space="preserve">1. Bank </w:t>
      </w:r>
      <w:proofErr w:type="spellStart"/>
      <w:r w:rsidRPr="00C25644">
        <w:t>Mijozga</w:t>
      </w:r>
      <w:proofErr w:type="spellEnd"/>
      <w:r w:rsidRPr="00C25644">
        <w:t xml:space="preserve"> </w:t>
      </w:r>
      <w:proofErr w:type="spellStart"/>
      <w:r w:rsidRPr="00C25644">
        <w:t>qonunchilikda</w:t>
      </w:r>
      <w:proofErr w:type="spellEnd"/>
      <w:r w:rsidRPr="00C25644">
        <w:t xml:space="preserve"> </w:t>
      </w:r>
      <w:proofErr w:type="spellStart"/>
      <w:r w:rsidRPr="00C25644">
        <w:t>nazarda</w:t>
      </w:r>
      <w:proofErr w:type="spellEnd"/>
      <w:r w:rsidRPr="00C25644">
        <w:t xml:space="preserve"> </w:t>
      </w:r>
      <w:proofErr w:type="spellStart"/>
      <w:r w:rsidRPr="00C25644">
        <w:t>tutilgan</w:t>
      </w:r>
      <w:proofErr w:type="spellEnd"/>
      <w:r w:rsidRPr="00C25644">
        <w:t xml:space="preserve"> </w:t>
      </w:r>
      <w:proofErr w:type="spellStart"/>
      <w:r w:rsidRPr="00C25644">
        <w:t>hollarda</w:t>
      </w:r>
      <w:proofErr w:type="spellEnd"/>
      <w:r w:rsidRPr="00C25644">
        <w:t xml:space="preserve"> talab </w:t>
      </w:r>
      <w:proofErr w:type="spellStart"/>
      <w:r w:rsidRPr="00C25644">
        <w:t>qilib</w:t>
      </w:r>
      <w:proofErr w:type="spellEnd"/>
      <w:r w:rsidRPr="00C25644">
        <w:t xml:space="preserve"> </w:t>
      </w:r>
      <w:proofErr w:type="spellStart"/>
      <w:r w:rsidRPr="00C25644">
        <w:t>olinguncha</w:t>
      </w:r>
      <w:proofErr w:type="spellEnd"/>
      <w:r w:rsidRPr="00C25644">
        <w:t xml:space="preserve"> bank </w:t>
      </w:r>
      <w:proofErr w:type="spellStart"/>
      <w:r w:rsidRPr="00C25644">
        <w:t>hisobvaraqlari</w:t>
      </w:r>
      <w:proofErr w:type="spellEnd"/>
      <w:r w:rsidRPr="00C25644">
        <w:t xml:space="preserve"> </w:t>
      </w:r>
      <w:proofErr w:type="spellStart"/>
      <w:proofErr w:type="gramStart"/>
      <w:r w:rsidRPr="00C25644">
        <w:t>bo‘</w:t>
      </w:r>
      <w:proofErr w:type="gramEnd"/>
      <w:r w:rsidRPr="00C25644">
        <w:t>yicha</w:t>
      </w:r>
      <w:proofErr w:type="spellEnd"/>
      <w:r w:rsidRPr="00C25644">
        <w:t xml:space="preserve"> </w:t>
      </w:r>
      <w:proofErr w:type="spellStart"/>
      <w:r w:rsidRPr="00C25644">
        <w:t>kafolatlash</w:t>
      </w:r>
      <w:proofErr w:type="spellEnd"/>
      <w:r w:rsidRPr="00C25644">
        <w:t xml:space="preserve"> </w:t>
      </w:r>
      <w:proofErr w:type="spellStart"/>
      <w:r w:rsidRPr="00C25644">
        <w:t>tizimi</w:t>
      </w:r>
      <w:proofErr w:type="spellEnd"/>
      <w:r w:rsidRPr="00C25644">
        <w:t xml:space="preserve"> </w:t>
      </w:r>
      <w:proofErr w:type="spellStart"/>
      <w:r w:rsidRPr="00C25644">
        <w:t>to‘g‘risida</w:t>
      </w:r>
      <w:proofErr w:type="spellEnd"/>
      <w:r w:rsidRPr="00C25644">
        <w:t xml:space="preserve"> </w:t>
      </w:r>
      <w:proofErr w:type="spellStart"/>
      <w:r w:rsidRPr="00C25644">
        <w:t>axborot</w:t>
      </w:r>
      <w:proofErr w:type="spellEnd"/>
      <w:r w:rsidRPr="00C25644">
        <w:t xml:space="preserve"> </w:t>
      </w:r>
      <w:proofErr w:type="spellStart"/>
      <w:r w:rsidRPr="00C25644">
        <w:t>taqdim</w:t>
      </w:r>
      <w:proofErr w:type="spellEnd"/>
      <w:r w:rsidRPr="00C25644">
        <w:t xml:space="preserve"> </w:t>
      </w:r>
      <w:proofErr w:type="spellStart"/>
      <w:r w:rsidRPr="00C25644">
        <w:t>etadi</w:t>
      </w:r>
      <w:proofErr w:type="spellEnd"/>
      <w:r w:rsidRPr="00C25644">
        <w:t>.</w:t>
      </w:r>
    </w:p>
    <w:p w14:paraId="0EEBCD49" w14:textId="77777777" w:rsidR="0037439E" w:rsidRPr="00C25644" w:rsidRDefault="00406F7C">
      <w:pPr>
        <w:spacing w:after="0" w:line="240" w:lineRule="auto"/>
        <w:jc w:val="both"/>
      </w:pPr>
      <w:r w:rsidRPr="00C25644">
        <w:t xml:space="preserve">2. </w:t>
      </w:r>
      <w:proofErr w:type="spellStart"/>
      <w:r w:rsidRPr="00C25644">
        <w:t>Kafolatlanadigan</w:t>
      </w:r>
      <w:proofErr w:type="spellEnd"/>
      <w:r w:rsidRPr="00C25644">
        <w:t xml:space="preserve"> </w:t>
      </w:r>
      <w:proofErr w:type="spellStart"/>
      <w:proofErr w:type="gramStart"/>
      <w:r w:rsidRPr="00C25644">
        <w:t>mablag‘</w:t>
      </w:r>
      <w:proofErr w:type="gramEnd"/>
      <w:r w:rsidRPr="00C25644">
        <w:t>lar</w:t>
      </w:r>
      <w:proofErr w:type="spellEnd"/>
      <w:r w:rsidRPr="00C25644">
        <w:t xml:space="preserve">, </w:t>
      </w:r>
      <w:proofErr w:type="spellStart"/>
      <w:r w:rsidRPr="00C25644">
        <w:t>cheklovlar</w:t>
      </w:r>
      <w:proofErr w:type="spellEnd"/>
      <w:r w:rsidRPr="00C25644">
        <w:t xml:space="preserve">, </w:t>
      </w:r>
      <w:proofErr w:type="spellStart"/>
      <w:r w:rsidRPr="00C25644">
        <w:t>kompensatsiya</w:t>
      </w:r>
      <w:proofErr w:type="spellEnd"/>
      <w:r w:rsidRPr="00C25644">
        <w:t xml:space="preserve"> </w:t>
      </w:r>
      <w:proofErr w:type="spellStart"/>
      <w:r w:rsidRPr="00C25644">
        <w:t>miqdori</w:t>
      </w:r>
      <w:proofErr w:type="spellEnd"/>
      <w:r w:rsidRPr="00C25644">
        <w:t xml:space="preserve"> </w:t>
      </w:r>
      <w:proofErr w:type="spellStart"/>
      <w:r w:rsidRPr="00C25644">
        <w:t>va</w:t>
      </w:r>
      <w:proofErr w:type="spellEnd"/>
      <w:r w:rsidRPr="00C25644">
        <w:t xml:space="preserve"> </w:t>
      </w:r>
      <w:proofErr w:type="spellStart"/>
      <w:r w:rsidRPr="00C25644">
        <w:t>to‘lash</w:t>
      </w:r>
      <w:proofErr w:type="spellEnd"/>
      <w:r w:rsidRPr="00C25644">
        <w:t xml:space="preserve"> </w:t>
      </w:r>
      <w:proofErr w:type="spellStart"/>
      <w:r w:rsidRPr="00C25644">
        <w:t>tartibi</w:t>
      </w:r>
      <w:proofErr w:type="spellEnd"/>
      <w:r w:rsidRPr="00C25644">
        <w:t xml:space="preserve"> </w:t>
      </w:r>
      <w:proofErr w:type="spellStart"/>
      <w:r w:rsidRPr="00C25644">
        <w:t>amaldagi</w:t>
      </w:r>
      <w:proofErr w:type="spellEnd"/>
      <w:r w:rsidRPr="00C25644">
        <w:t xml:space="preserve"> </w:t>
      </w:r>
      <w:proofErr w:type="spellStart"/>
      <w:r w:rsidRPr="00C25644">
        <w:t>qonunchilik</w:t>
      </w:r>
      <w:proofErr w:type="spellEnd"/>
      <w:r w:rsidRPr="00C25644">
        <w:t xml:space="preserve"> </w:t>
      </w:r>
      <w:proofErr w:type="spellStart"/>
      <w:r w:rsidRPr="00C25644">
        <w:t>hujjatlariga</w:t>
      </w:r>
      <w:proofErr w:type="spellEnd"/>
      <w:r w:rsidRPr="00C25644">
        <w:t xml:space="preserve"> </w:t>
      </w:r>
      <w:proofErr w:type="spellStart"/>
      <w:r w:rsidRPr="00C25644">
        <w:t>muvofiq</w:t>
      </w:r>
      <w:proofErr w:type="spellEnd"/>
      <w:r w:rsidRPr="00C25644">
        <w:t xml:space="preserve"> </w:t>
      </w:r>
      <w:proofErr w:type="spellStart"/>
      <w:r w:rsidRPr="00C25644">
        <w:t>belgilanadi</w:t>
      </w:r>
      <w:proofErr w:type="spellEnd"/>
      <w:r w:rsidRPr="00C25644">
        <w:t>.</w:t>
      </w:r>
    </w:p>
    <w:p w14:paraId="072F1641" w14:textId="77777777" w:rsidR="0037439E" w:rsidRPr="00C25644" w:rsidRDefault="00406F7C">
      <w:pPr>
        <w:spacing w:after="0" w:line="240" w:lineRule="auto"/>
        <w:jc w:val="both"/>
      </w:pPr>
      <w:r w:rsidRPr="00C25644">
        <w:t xml:space="preserve">3. </w:t>
      </w:r>
      <w:proofErr w:type="spellStart"/>
      <w:r w:rsidRPr="00C25644">
        <w:t>Mazkur</w:t>
      </w:r>
      <w:proofErr w:type="spellEnd"/>
      <w:r w:rsidRPr="00C25644">
        <w:t xml:space="preserve"> </w:t>
      </w:r>
      <w:proofErr w:type="spellStart"/>
      <w:r w:rsidRPr="00C25644">
        <w:t>axborot</w:t>
      </w:r>
      <w:proofErr w:type="spellEnd"/>
      <w:r w:rsidRPr="00C25644">
        <w:t xml:space="preserve"> </w:t>
      </w:r>
      <w:proofErr w:type="spellStart"/>
      <w:r w:rsidRPr="00C25644">
        <w:t>shakli</w:t>
      </w:r>
      <w:proofErr w:type="spellEnd"/>
      <w:r w:rsidRPr="00C25644">
        <w:t xml:space="preserve"> Bank </w:t>
      </w:r>
      <w:proofErr w:type="spellStart"/>
      <w:r w:rsidRPr="00C25644">
        <w:t>tomonidan</w:t>
      </w:r>
      <w:proofErr w:type="spellEnd"/>
      <w:r w:rsidRPr="00C25644">
        <w:t xml:space="preserve"> </w:t>
      </w:r>
      <w:proofErr w:type="spellStart"/>
      <w:r w:rsidRPr="00C25644">
        <w:t>mahsulot</w:t>
      </w:r>
      <w:proofErr w:type="spellEnd"/>
      <w:r w:rsidRPr="00C25644">
        <w:t xml:space="preserve"> </w:t>
      </w:r>
      <w:proofErr w:type="spellStart"/>
      <w:r w:rsidRPr="00C25644">
        <w:t>rasmiylashtirilishidan</w:t>
      </w:r>
      <w:proofErr w:type="spellEnd"/>
      <w:r w:rsidRPr="00C25644">
        <w:t xml:space="preserve"> </w:t>
      </w:r>
      <w:proofErr w:type="spellStart"/>
      <w:r w:rsidRPr="00C25644">
        <w:t>oldin</w:t>
      </w:r>
      <w:proofErr w:type="spellEnd"/>
      <w:r w:rsidRPr="00C25644">
        <w:t xml:space="preserve"> </w:t>
      </w:r>
      <w:proofErr w:type="spellStart"/>
      <w:r w:rsidRPr="00C25644">
        <w:t>Mijozga</w:t>
      </w:r>
      <w:proofErr w:type="spellEnd"/>
      <w:r w:rsidRPr="00C25644">
        <w:t xml:space="preserve"> </w:t>
      </w:r>
      <w:proofErr w:type="spellStart"/>
      <w:r w:rsidRPr="00C25644">
        <w:t>tanishish</w:t>
      </w:r>
      <w:proofErr w:type="spellEnd"/>
      <w:r w:rsidRPr="00C25644">
        <w:t xml:space="preserve"> </w:t>
      </w:r>
      <w:proofErr w:type="spellStart"/>
      <w:r w:rsidRPr="00C25644">
        <w:t>uchun</w:t>
      </w:r>
      <w:proofErr w:type="spellEnd"/>
      <w:r w:rsidRPr="00C25644">
        <w:t xml:space="preserve"> </w:t>
      </w:r>
      <w:proofErr w:type="spellStart"/>
      <w:r w:rsidRPr="00C25644">
        <w:t>taqdim</w:t>
      </w:r>
      <w:proofErr w:type="spellEnd"/>
      <w:r w:rsidRPr="00C25644">
        <w:t xml:space="preserve"> </w:t>
      </w:r>
      <w:proofErr w:type="spellStart"/>
      <w:r w:rsidRPr="00C25644">
        <w:t>etiladi</w:t>
      </w:r>
      <w:proofErr w:type="spellEnd"/>
      <w:r w:rsidRPr="00C25644">
        <w:t>.</w:t>
      </w:r>
    </w:p>
    <w:p w14:paraId="34757FF3" w14:textId="77777777" w:rsidR="0037439E" w:rsidRPr="00C25644" w:rsidRDefault="00406F7C">
      <w:pPr>
        <w:spacing w:after="0" w:line="240" w:lineRule="auto"/>
        <w:jc w:val="both"/>
      </w:pPr>
      <w:r w:rsidRPr="00C25644">
        <w:t xml:space="preserve">4. </w:t>
      </w:r>
      <w:proofErr w:type="spellStart"/>
      <w:r w:rsidRPr="00C25644">
        <w:t>Mijoz</w:t>
      </w:r>
      <w:proofErr w:type="spellEnd"/>
      <w:r w:rsidRPr="00C25644">
        <w:t xml:space="preserve"> </w:t>
      </w:r>
      <w:proofErr w:type="spellStart"/>
      <w:r w:rsidRPr="00C25644">
        <w:t>tegishli</w:t>
      </w:r>
      <w:proofErr w:type="spellEnd"/>
      <w:r w:rsidRPr="00C25644">
        <w:t xml:space="preserve"> </w:t>
      </w:r>
      <w:proofErr w:type="spellStart"/>
      <w:r w:rsidRPr="00C25644">
        <w:t>belgi</w:t>
      </w:r>
      <w:proofErr w:type="spellEnd"/>
      <w:r w:rsidRPr="00C25644">
        <w:t xml:space="preserve"> </w:t>
      </w:r>
      <w:proofErr w:type="spellStart"/>
      <w:proofErr w:type="gramStart"/>
      <w:r w:rsidRPr="00C25644">
        <w:t>qo‘</w:t>
      </w:r>
      <w:proofErr w:type="gramEnd"/>
      <w:r w:rsidRPr="00C25644">
        <w:t>yish</w:t>
      </w:r>
      <w:proofErr w:type="spellEnd"/>
      <w:r w:rsidRPr="00C25644">
        <w:t xml:space="preserve">, </w:t>
      </w:r>
      <w:proofErr w:type="spellStart"/>
      <w:r w:rsidRPr="00C25644">
        <w:t>elektron</w:t>
      </w:r>
      <w:proofErr w:type="spellEnd"/>
      <w:r w:rsidRPr="00C25644">
        <w:t xml:space="preserve"> </w:t>
      </w:r>
      <w:proofErr w:type="spellStart"/>
      <w:r w:rsidRPr="00C25644">
        <w:t>tasdiq</w:t>
      </w:r>
      <w:proofErr w:type="spellEnd"/>
      <w:r w:rsidRPr="00C25644">
        <w:t xml:space="preserve"> </w:t>
      </w:r>
      <w:proofErr w:type="spellStart"/>
      <w:r w:rsidRPr="00C25644">
        <w:t>berish</w:t>
      </w:r>
      <w:proofErr w:type="spellEnd"/>
      <w:r w:rsidRPr="00C25644">
        <w:t xml:space="preserve"> </w:t>
      </w:r>
      <w:proofErr w:type="spellStart"/>
      <w:r w:rsidRPr="00C25644">
        <w:t>yoki</w:t>
      </w:r>
      <w:proofErr w:type="spellEnd"/>
      <w:r w:rsidRPr="00C25644">
        <w:t xml:space="preserve"> </w:t>
      </w:r>
      <w:proofErr w:type="spellStart"/>
      <w:r w:rsidRPr="00C25644">
        <w:t>boshqa</w:t>
      </w:r>
      <w:proofErr w:type="spellEnd"/>
      <w:r w:rsidRPr="00C25644">
        <w:t xml:space="preserve"> </w:t>
      </w:r>
      <w:proofErr w:type="spellStart"/>
      <w:r w:rsidRPr="00C25644">
        <w:t>qonuniy</w:t>
      </w:r>
      <w:proofErr w:type="spellEnd"/>
      <w:r w:rsidRPr="00C25644">
        <w:t xml:space="preserve"> </w:t>
      </w:r>
      <w:proofErr w:type="spellStart"/>
      <w:r w:rsidRPr="00C25644">
        <w:t>usul</w:t>
      </w:r>
      <w:proofErr w:type="spellEnd"/>
      <w:r w:rsidRPr="00C25644">
        <w:t xml:space="preserve"> </w:t>
      </w:r>
      <w:proofErr w:type="spellStart"/>
      <w:r w:rsidRPr="00C25644">
        <w:t>orqali</w:t>
      </w:r>
      <w:proofErr w:type="spellEnd"/>
      <w:r w:rsidRPr="00C25644">
        <w:t xml:space="preserve"> </w:t>
      </w:r>
      <w:proofErr w:type="spellStart"/>
      <w:r w:rsidRPr="00C25644">
        <w:t>ushbu</w:t>
      </w:r>
      <w:proofErr w:type="spellEnd"/>
      <w:r w:rsidRPr="00C25644">
        <w:t xml:space="preserve"> </w:t>
      </w:r>
      <w:proofErr w:type="spellStart"/>
      <w:r w:rsidRPr="00C25644">
        <w:t>axborot</w:t>
      </w:r>
      <w:proofErr w:type="spellEnd"/>
      <w:r w:rsidRPr="00C25644">
        <w:t xml:space="preserve"> </w:t>
      </w:r>
      <w:proofErr w:type="spellStart"/>
      <w:r w:rsidRPr="00C25644">
        <w:t>bilan</w:t>
      </w:r>
      <w:proofErr w:type="spellEnd"/>
      <w:r w:rsidRPr="00C25644">
        <w:t xml:space="preserve"> </w:t>
      </w:r>
      <w:proofErr w:type="spellStart"/>
      <w:r w:rsidRPr="00C25644">
        <w:t>tanishganligini</w:t>
      </w:r>
      <w:proofErr w:type="spellEnd"/>
      <w:r w:rsidRPr="00C25644">
        <w:t xml:space="preserve"> </w:t>
      </w:r>
      <w:proofErr w:type="spellStart"/>
      <w:r w:rsidRPr="00C25644">
        <w:t>tasdiqlaydi</w:t>
      </w:r>
      <w:proofErr w:type="spellEnd"/>
      <w:r w:rsidRPr="00C25644">
        <w:t>.</w:t>
      </w:r>
    </w:p>
    <w:p w14:paraId="1ABA59EE" w14:textId="77777777" w:rsidR="0037439E" w:rsidRPr="00C25644" w:rsidRDefault="0037439E">
      <w:pPr>
        <w:spacing w:after="40" w:line="240" w:lineRule="auto"/>
        <w:jc w:val="both"/>
      </w:pPr>
    </w:p>
    <w:p w14:paraId="7A18D254" w14:textId="77777777" w:rsidR="0037439E" w:rsidRPr="00C25644" w:rsidRDefault="00406F7C">
      <w:pPr>
        <w:spacing w:after="0" w:line="240" w:lineRule="auto"/>
        <w:jc w:val="both"/>
      </w:pPr>
      <w:r w:rsidRPr="00C25644">
        <w:rPr>
          <w:b/>
        </w:rPr>
        <w:t>5-ILOVA. BANK XIZMATLARI TARIFLARI SHAKLI</w:t>
      </w:r>
    </w:p>
    <w:tbl>
      <w:tblPr>
        <w:tblStyle w:val="aff0"/>
        <w:tblW w:w="0" w:type="auto"/>
        <w:jc w:val="center"/>
        <w:tblLook w:val="04A0" w:firstRow="1" w:lastRow="0" w:firstColumn="1" w:lastColumn="0" w:noHBand="0" w:noVBand="1"/>
      </w:tblPr>
      <w:tblGrid>
        <w:gridCol w:w="2350"/>
        <w:gridCol w:w="2348"/>
        <w:gridCol w:w="2349"/>
        <w:gridCol w:w="2348"/>
      </w:tblGrid>
      <w:tr w:rsidR="0037439E" w:rsidRPr="00C25644" w14:paraId="1B6DAF32" w14:textId="77777777">
        <w:trPr>
          <w:jc w:val="center"/>
        </w:trPr>
        <w:tc>
          <w:tcPr>
            <w:tcW w:w="2351" w:type="dxa"/>
            <w:tcMar>
              <w:top w:w="80" w:type="dxa"/>
              <w:left w:w="80" w:type="dxa"/>
              <w:bottom w:w="80" w:type="dxa"/>
              <w:right w:w="80" w:type="dxa"/>
            </w:tcMar>
          </w:tcPr>
          <w:p w14:paraId="2549DCAC" w14:textId="77777777" w:rsidR="0037439E" w:rsidRPr="00C25644" w:rsidRDefault="00406F7C">
            <w:proofErr w:type="spellStart"/>
            <w:r w:rsidRPr="00C25644">
              <w:rPr>
                <w:sz w:val="22"/>
              </w:rPr>
              <w:lastRenderedPageBreak/>
              <w:t>Xizmat</w:t>
            </w:r>
            <w:proofErr w:type="spellEnd"/>
            <w:r w:rsidRPr="00C25644">
              <w:rPr>
                <w:sz w:val="22"/>
              </w:rPr>
              <w:t xml:space="preserve"> </w:t>
            </w:r>
            <w:proofErr w:type="spellStart"/>
            <w:r w:rsidRPr="00C25644">
              <w:rPr>
                <w:sz w:val="22"/>
              </w:rPr>
              <w:t>turi</w:t>
            </w:r>
            <w:proofErr w:type="spellEnd"/>
          </w:p>
        </w:tc>
        <w:tc>
          <w:tcPr>
            <w:tcW w:w="2351" w:type="dxa"/>
            <w:tcMar>
              <w:top w:w="80" w:type="dxa"/>
              <w:left w:w="80" w:type="dxa"/>
              <w:bottom w:w="80" w:type="dxa"/>
              <w:right w:w="80" w:type="dxa"/>
            </w:tcMar>
          </w:tcPr>
          <w:p w14:paraId="1DA38B94" w14:textId="77777777" w:rsidR="0037439E" w:rsidRPr="00C25644" w:rsidRDefault="00406F7C">
            <w:r w:rsidRPr="00C25644">
              <w:rPr>
                <w:sz w:val="22"/>
              </w:rPr>
              <w:t xml:space="preserve">Tarif </w:t>
            </w:r>
            <w:proofErr w:type="spellStart"/>
            <w:r w:rsidRPr="00C25644">
              <w:rPr>
                <w:sz w:val="22"/>
              </w:rPr>
              <w:t>miqdori</w:t>
            </w:r>
            <w:proofErr w:type="spellEnd"/>
          </w:p>
        </w:tc>
        <w:tc>
          <w:tcPr>
            <w:tcW w:w="2351" w:type="dxa"/>
            <w:tcMar>
              <w:top w:w="80" w:type="dxa"/>
              <w:left w:w="80" w:type="dxa"/>
              <w:bottom w:w="80" w:type="dxa"/>
              <w:right w:w="80" w:type="dxa"/>
            </w:tcMar>
          </w:tcPr>
          <w:p w14:paraId="262E5F1F" w14:textId="77777777" w:rsidR="0037439E" w:rsidRPr="00C25644" w:rsidRDefault="00406F7C">
            <w:proofErr w:type="spellStart"/>
            <w:r w:rsidRPr="00C25644">
              <w:rPr>
                <w:sz w:val="22"/>
              </w:rPr>
              <w:t>Undirish</w:t>
            </w:r>
            <w:proofErr w:type="spellEnd"/>
            <w:r w:rsidRPr="00C25644">
              <w:rPr>
                <w:sz w:val="22"/>
              </w:rPr>
              <w:t xml:space="preserve"> </w:t>
            </w:r>
            <w:proofErr w:type="spellStart"/>
            <w:r w:rsidRPr="00C25644">
              <w:rPr>
                <w:sz w:val="22"/>
              </w:rPr>
              <w:t>tartibi</w:t>
            </w:r>
            <w:proofErr w:type="spellEnd"/>
          </w:p>
        </w:tc>
        <w:tc>
          <w:tcPr>
            <w:tcW w:w="2351" w:type="dxa"/>
            <w:tcMar>
              <w:top w:w="80" w:type="dxa"/>
              <w:left w:w="80" w:type="dxa"/>
              <w:bottom w:w="80" w:type="dxa"/>
              <w:right w:w="80" w:type="dxa"/>
            </w:tcMar>
          </w:tcPr>
          <w:p w14:paraId="5C03DE22" w14:textId="77777777" w:rsidR="0037439E" w:rsidRPr="00C25644" w:rsidRDefault="00406F7C">
            <w:proofErr w:type="spellStart"/>
            <w:r w:rsidRPr="00C25644">
              <w:rPr>
                <w:sz w:val="22"/>
              </w:rPr>
              <w:t>Izoh</w:t>
            </w:r>
            <w:proofErr w:type="spellEnd"/>
          </w:p>
        </w:tc>
      </w:tr>
      <w:tr w:rsidR="0037439E" w:rsidRPr="00C25644" w14:paraId="728612A4" w14:textId="77777777">
        <w:trPr>
          <w:jc w:val="center"/>
        </w:trPr>
        <w:tc>
          <w:tcPr>
            <w:tcW w:w="2351" w:type="dxa"/>
            <w:tcMar>
              <w:top w:w="80" w:type="dxa"/>
              <w:left w:w="80" w:type="dxa"/>
              <w:bottom w:w="80" w:type="dxa"/>
              <w:right w:w="80" w:type="dxa"/>
            </w:tcMar>
          </w:tcPr>
          <w:p w14:paraId="59E6D9C5" w14:textId="77777777" w:rsidR="0037439E" w:rsidRPr="00C25644" w:rsidRDefault="00406F7C">
            <w:r w:rsidRPr="00C25644">
              <w:rPr>
                <w:sz w:val="22"/>
              </w:rPr>
              <w:t xml:space="preserve">Karta </w:t>
            </w:r>
            <w:proofErr w:type="spellStart"/>
            <w:r w:rsidRPr="00C25644">
              <w:rPr>
                <w:sz w:val="22"/>
              </w:rPr>
              <w:t>chiqarish</w:t>
            </w:r>
            <w:proofErr w:type="spellEnd"/>
          </w:p>
        </w:tc>
        <w:tc>
          <w:tcPr>
            <w:tcW w:w="2351" w:type="dxa"/>
            <w:tcMar>
              <w:top w:w="80" w:type="dxa"/>
              <w:left w:w="80" w:type="dxa"/>
              <w:bottom w:w="80" w:type="dxa"/>
              <w:right w:w="80" w:type="dxa"/>
            </w:tcMar>
          </w:tcPr>
          <w:p w14:paraId="083D34C9" w14:textId="77777777" w:rsidR="0037439E" w:rsidRPr="00C25644" w:rsidRDefault="0037439E"/>
        </w:tc>
        <w:tc>
          <w:tcPr>
            <w:tcW w:w="2351" w:type="dxa"/>
            <w:tcMar>
              <w:top w:w="80" w:type="dxa"/>
              <w:left w:w="80" w:type="dxa"/>
              <w:bottom w:w="80" w:type="dxa"/>
              <w:right w:w="80" w:type="dxa"/>
            </w:tcMar>
          </w:tcPr>
          <w:p w14:paraId="2F1EAACF" w14:textId="77777777" w:rsidR="0037439E" w:rsidRPr="00C25644" w:rsidRDefault="00406F7C">
            <w:r w:rsidRPr="00C25644">
              <w:rPr>
                <w:sz w:val="22"/>
              </w:rPr>
              <w:t xml:space="preserve">Bir </w:t>
            </w:r>
            <w:proofErr w:type="spellStart"/>
            <w:r w:rsidRPr="00C25644">
              <w:rPr>
                <w:sz w:val="22"/>
              </w:rPr>
              <w:t>martalik</w:t>
            </w:r>
            <w:proofErr w:type="spellEnd"/>
            <w:r w:rsidRPr="00C25644">
              <w:rPr>
                <w:sz w:val="22"/>
              </w:rPr>
              <w:t xml:space="preserve"> / </w:t>
            </w:r>
            <w:proofErr w:type="spellStart"/>
            <w:r w:rsidRPr="00C25644">
              <w:rPr>
                <w:sz w:val="22"/>
              </w:rPr>
              <w:t>undirilmaydi</w:t>
            </w:r>
            <w:proofErr w:type="spellEnd"/>
          </w:p>
        </w:tc>
        <w:tc>
          <w:tcPr>
            <w:tcW w:w="2351" w:type="dxa"/>
            <w:tcMar>
              <w:top w:w="80" w:type="dxa"/>
              <w:left w:w="80" w:type="dxa"/>
              <w:bottom w:w="80" w:type="dxa"/>
              <w:right w:w="80" w:type="dxa"/>
            </w:tcMar>
          </w:tcPr>
          <w:p w14:paraId="468B8BFC" w14:textId="77777777" w:rsidR="0037439E" w:rsidRPr="00C25644" w:rsidRDefault="0037439E"/>
        </w:tc>
      </w:tr>
      <w:tr w:rsidR="0037439E" w:rsidRPr="00C25644" w14:paraId="0AB8F6D3" w14:textId="77777777">
        <w:trPr>
          <w:jc w:val="center"/>
        </w:trPr>
        <w:tc>
          <w:tcPr>
            <w:tcW w:w="2351" w:type="dxa"/>
            <w:tcMar>
              <w:top w:w="80" w:type="dxa"/>
              <w:left w:w="80" w:type="dxa"/>
              <w:bottom w:w="80" w:type="dxa"/>
              <w:right w:w="80" w:type="dxa"/>
            </w:tcMar>
          </w:tcPr>
          <w:p w14:paraId="1C862474" w14:textId="77777777" w:rsidR="0037439E" w:rsidRPr="00C25644" w:rsidRDefault="00406F7C">
            <w:r w:rsidRPr="00C25644">
              <w:rPr>
                <w:sz w:val="22"/>
              </w:rPr>
              <w:t xml:space="preserve">Karta </w:t>
            </w:r>
            <w:proofErr w:type="spellStart"/>
            <w:r w:rsidRPr="00C25644">
              <w:rPr>
                <w:sz w:val="22"/>
              </w:rPr>
              <w:t>qayta</w:t>
            </w:r>
            <w:proofErr w:type="spellEnd"/>
            <w:r w:rsidRPr="00C25644">
              <w:rPr>
                <w:sz w:val="22"/>
              </w:rPr>
              <w:t xml:space="preserve"> </w:t>
            </w:r>
            <w:proofErr w:type="spellStart"/>
            <w:r w:rsidRPr="00C25644">
              <w:rPr>
                <w:sz w:val="22"/>
              </w:rPr>
              <w:t>chiqarish</w:t>
            </w:r>
            <w:proofErr w:type="spellEnd"/>
          </w:p>
        </w:tc>
        <w:tc>
          <w:tcPr>
            <w:tcW w:w="2351" w:type="dxa"/>
            <w:tcMar>
              <w:top w:w="80" w:type="dxa"/>
              <w:left w:w="80" w:type="dxa"/>
              <w:bottom w:w="80" w:type="dxa"/>
              <w:right w:w="80" w:type="dxa"/>
            </w:tcMar>
          </w:tcPr>
          <w:p w14:paraId="613127D1" w14:textId="77777777" w:rsidR="0037439E" w:rsidRPr="00C25644" w:rsidRDefault="0037439E"/>
        </w:tc>
        <w:tc>
          <w:tcPr>
            <w:tcW w:w="2351" w:type="dxa"/>
            <w:tcMar>
              <w:top w:w="80" w:type="dxa"/>
              <w:left w:w="80" w:type="dxa"/>
              <w:bottom w:w="80" w:type="dxa"/>
              <w:right w:w="80" w:type="dxa"/>
            </w:tcMar>
          </w:tcPr>
          <w:p w14:paraId="35D1672D" w14:textId="77777777" w:rsidR="0037439E" w:rsidRPr="00C25644" w:rsidRDefault="00406F7C">
            <w:r w:rsidRPr="00C25644">
              <w:rPr>
                <w:sz w:val="22"/>
              </w:rPr>
              <w:t xml:space="preserve">Bir </w:t>
            </w:r>
            <w:proofErr w:type="spellStart"/>
            <w:r w:rsidRPr="00C25644">
              <w:rPr>
                <w:sz w:val="22"/>
              </w:rPr>
              <w:t>martalik</w:t>
            </w:r>
            <w:proofErr w:type="spellEnd"/>
          </w:p>
        </w:tc>
        <w:tc>
          <w:tcPr>
            <w:tcW w:w="2351" w:type="dxa"/>
            <w:tcMar>
              <w:top w:w="80" w:type="dxa"/>
              <w:left w:w="80" w:type="dxa"/>
              <w:bottom w:w="80" w:type="dxa"/>
              <w:right w:w="80" w:type="dxa"/>
            </w:tcMar>
          </w:tcPr>
          <w:p w14:paraId="3D6FF28E" w14:textId="77777777" w:rsidR="0037439E" w:rsidRPr="00C25644" w:rsidRDefault="0037439E"/>
        </w:tc>
      </w:tr>
      <w:tr w:rsidR="0037439E" w:rsidRPr="00C25644" w14:paraId="36D8896D" w14:textId="77777777">
        <w:trPr>
          <w:jc w:val="center"/>
        </w:trPr>
        <w:tc>
          <w:tcPr>
            <w:tcW w:w="2351" w:type="dxa"/>
            <w:tcMar>
              <w:top w:w="80" w:type="dxa"/>
              <w:left w:w="80" w:type="dxa"/>
              <w:bottom w:w="80" w:type="dxa"/>
              <w:right w:w="80" w:type="dxa"/>
            </w:tcMar>
          </w:tcPr>
          <w:p w14:paraId="74E1A9D5" w14:textId="77777777" w:rsidR="0037439E" w:rsidRPr="00C25644" w:rsidRDefault="00406F7C">
            <w:proofErr w:type="spellStart"/>
            <w:r w:rsidRPr="00C25644">
              <w:rPr>
                <w:sz w:val="22"/>
              </w:rPr>
              <w:t>Naqd</w:t>
            </w:r>
            <w:proofErr w:type="spellEnd"/>
            <w:r w:rsidRPr="00C25644">
              <w:rPr>
                <w:sz w:val="22"/>
              </w:rPr>
              <w:t xml:space="preserve"> </w:t>
            </w:r>
            <w:proofErr w:type="spellStart"/>
            <w:r w:rsidRPr="00C25644">
              <w:rPr>
                <w:sz w:val="22"/>
              </w:rPr>
              <w:t>pul</w:t>
            </w:r>
            <w:proofErr w:type="spellEnd"/>
            <w:r w:rsidRPr="00C25644">
              <w:rPr>
                <w:sz w:val="22"/>
              </w:rPr>
              <w:t xml:space="preserve"> </w:t>
            </w:r>
            <w:proofErr w:type="spellStart"/>
            <w:r w:rsidRPr="00C25644">
              <w:rPr>
                <w:sz w:val="22"/>
              </w:rPr>
              <w:t>yechish</w:t>
            </w:r>
            <w:proofErr w:type="spellEnd"/>
          </w:p>
        </w:tc>
        <w:tc>
          <w:tcPr>
            <w:tcW w:w="2351" w:type="dxa"/>
            <w:tcMar>
              <w:top w:w="80" w:type="dxa"/>
              <w:left w:w="80" w:type="dxa"/>
              <w:bottom w:w="80" w:type="dxa"/>
              <w:right w:w="80" w:type="dxa"/>
            </w:tcMar>
          </w:tcPr>
          <w:p w14:paraId="103D3E87" w14:textId="77777777" w:rsidR="0037439E" w:rsidRPr="00C25644" w:rsidRDefault="0037439E"/>
        </w:tc>
        <w:tc>
          <w:tcPr>
            <w:tcW w:w="2351" w:type="dxa"/>
            <w:tcMar>
              <w:top w:w="80" w:type="dxa"/>
              <w:left w:w="80" w:type="dxa"/>
              <w:bottom w:w="80" w:type="dxa"/>
              <w:right w:w="80" w:type="dxa"/>
            </w:tcMar>
          </w:tcPr>
          <w:p w14:paraId="1894751F" w14:textId="77777777" w:rsidR="0037439E" w:rsidRPr="00C25644" w:rsidRDefault="00406F7C">
            <w:r w:rsidRPr="00C25644">
              <w:rPr>
                <w:sz w:val="22"/>
              </w:rPr>
              <w:t xml:space="preserve">Har </w:t>
            </w:r>
            <w:proofErr w:type="spellStart"/>
            <w:r w:rsidRPr="00C25644">
              <w:rPr>
                <w:sz w:val="22"/>
              </w:rPr>
              <w:t>operatsiya</w:t>
            </w:r>
            <w:proofErr w:type="spellEnd"/>
            <w:r w:rsidRPr="00C25644">
              <w:rPr>
                <w:sz w:val="22"/>
              </w:rPr>
              <w:t xml:space="preserve"> </w:t>
            </w:r>
            <w:proofErr w:type="spellStart"/>
            <w:proofErr w:type="gramStart"/>
            <w:r w:rsidRPr="00C25644">
              <w:rPr>
                <w:sz w:val="22"/>
              </w:rPr>
              <w:t>bo‘</w:t>
            </w:r>
            <w:proofErr w:type="gramEnd"/>
            <w:r w:rsidRPr="00C25644">
              <w:rPr>
                <w:sz w:val="22"/>
              </w:rPr>
              <w:t>yicha</w:t>
            </w:r>
            <w:proofErr w:type="spellEnd"/>
          </w:p>
        </w:tc>
        <w:tc>
          <w:tcPr>
            <w:tcW w:w="2351" w:type="dxa"/>
            <w:tcMar>
              <w:top w:w="80" w:type="dxa"/>
              <w:left w:w="80" w:type="dxa"/>
              <w:bottom w:w="80" w:type="dxa"/>
              <w:right w:w="80" w:type="dxa"/>
            </w:tcMar>
          </w:tcPr>
          <w:p w14:paraId="125DE2F5" w14:textId="77777777" w:rsidR="0037439E" w:rsidRPr="00C25644" w:rsidRDefault="0037439E"/>
        </w:tc>
      </w:tr>
      <w:tr w:rsidR="0037439E" w:rsidRPr="00C25644" w14:paraId="1615EE72" w14:textId="77777777">
        <w:trPr>
          <w:jc w:val="center"/>
        </w:trPr>
        <w:tc>
          <w:tcPr>
            <w:tcW w:w="2351" w:type="dxa"/>
            <w:tcMar>
              <w:top w:w="80" w:type="dxa"/>
              <w:left w:w="80" w:type="dxa"/>
              <w:bottom w:w="80" w:type="dxa"/>
              <w:right w:w="80" w:type="dxa"/>
            </w:tcMar>
          </w:tcPr>
          <w:p w14:paraId="2C1CEBD2" w14:textId="77777777" w:rsidR="0037439E" w:rsidRPr="00C25644" w:rsidRDefault="00406F7C">
            <w:r w:rsidRPr="00C25644">
              <w:rPr>
                <w:sz w:val="22"/>
              </w:rPr>
              <w:t>SMS-</w:t>
            </w:r>
            <w:proofErr w:type="spellStart"/>
            <w:r w:rsidRPr="00C25644">
              <w:rPr>
                <w:sz w:val="22"/>
              </w:rPr>
              <w:t>bildirishnoma</w:t>
            </w:r>
            <w:proofErr w:type="spellEnd"/>
          </w:p>
        </w:tc>
        <w:tc>
          <w:tcPr>
            <w:tcW w:w="2351" w:type="dxa"/>
            <w:tcMar>
              <w:top w:w="80" w:type="dxa"/>
              <w:left w:w="80" w:type="dxa"/>
              <w:bottom w:w="80" w:type="dxa"/>
              <w:right w:w="80" w:type="dxa"/>
            </w:tcMar>
          </w:tcPr>
          <w:p w14:paraId="6C8FAD3B" w14:textId="77777777" w:rsidR="0037439E" w:rsidRPr="00C25644" w:rsidRDefault="0037439E"/>
        </w:tc>
        <w:tc>
          <w:tcPr>
            <w:tcW w:w="2351" w:type="dxa"/>
            <w:tcMar>
              <w:top w:w="80" w:type="dxa"/>
              <w:left w:w="80" w:type="dxa"/>
              <w:bottom w:w="80" w:type="dxa"/>
              <w:right w:w="80" w:type="dxa"/>
            </w:tcMar>
          </w:tcPr>
          <w:p w14:paraId="5EF59762" w14:textId="77777777" w:rsidR="0037439E" w:rsidRPr="00C25644" w:rsidRDefault="00406F7C">
            <w:proofErr w:type="spellStart"/>
            <w:r w:rsidRPr="00C25644">
              <w:rPr>
                <w:sz w:val="22"/>
              </w:rPr>
              <w:t>Oylik</w:t>
            </w:r>
            <w:proofErr w:type="spellEnd"/>
            <w:r w:rsidRPr="00C25644">
              <w:rPr>
                <w:sz w:val="22"/>
              </w:rPr>
              <w:t xml:space="preserve"> / </w:t>
            </w:r>
            <w:proofErr w:type="spellStart"/>
            <w:r w:rsidRPr="00C25644">
              <w:rPr>
                <w:sz w:val="22"/>
              </w:rPr>
              <w:t>tranzaksiya</w:t>
            </w:r>
            <w:proofErr w:type="spellEnd"/>
            <w:r w:rsidRPr="00C25644">
              <w:rPr>
                <w:sz w:val="22"/>
              </w:rPr>
              <w:t xml:space="preserve"> </w:t>
            </w:r>
            <w:proofErr w:type="spellStart"/>
            <w:proofErr w:type="gramStart"/>
            <w:r w:rsidRPr="00C25644">
              <w:rPr>
                <w:sz w:val="22"/>
              </w:rPr>
              <w:t>bo‘</w:t>
            </w:r>
            <w:proofErr w:type="gramEnd"/>
            <w:r w:rsidRPr="00C25644">
              <w:rPr>
                <w:sz w:val="22"/>
              </w:rPr>
              <w:t>yicha</w:t>
            </w:r>
            <w:proofErr w:type="spellEnd"/>
          </w:p>
        </w:tc>
        <w:tc>
          <w:tcPr>
            <w:tcW w:w="2351" w:type="dxa"/>
            <w:tcMar>
              <w:top w:w="80" w:type="dxa"/>
              <w:left w:w="80" w:type="dxa"/>
              <w:bottom w:w="80" w:type="dxa"/>
              <w:right w:w="80" w:type="dxa"/>
            </w:tcMar>
          </w:tcPr>
          <w:p w14:paraId="0EBD7A9F" w14:textId="77777777" w:rsidR="0037439E" w:rsidRPr="00C25644" w:rsidRDefault="0037439E"/>
        </w:tc>
      </w:tr>
      <w:tr w:rsidR="0037439E" w:rsidRPr="00C25644" w14:paraId="08A3B4E0" w14:textId="77777777">
        <w:trPr>
          <w:jc w:val="center"/>
        </w:trPr>
        <w:tc>
          <w:tcPr>
            <w:tcW w:w="2351" w:type="dxa"/>
            <w:tcMar>
              <w:top w:w="80" w:type="dxa"/>
              <w:left w:w="80" w:type="dxa"/>
              <w:bottom w:w="80" w:type="dxa"/>
              <w:right w:w="80" w:type="dxa"/>
            </w:tcMar>
          </w:tcPr>
          <w:p w14:paraId="6269463B" w14:textId="77777777" w:rsidR="0037439E" w:rsidRPr="00C25644" w:rsidRDefault="00406F7C">
            <w:r w:rsidRPr="00C25644">
              <w:rPr>
                <w:sz w:val="22"/>
              </w:rPr>
              <w:t xml:space="preserve">Talab </w:t>
            </w:r>
            <w:proofErr w:type="spellStart"/>
            <w:r w:rsidRPr="00C25644">
              <w:rPr>
                <w:sz w:val="22"/>
              </w:rPr>
              <w:t>qilib</w:t>
            </w:r>
            <w:proofErr w:type="spellEnd"/>
            <w:r w:rsidRPr="00C25644">
              <w:rPr>
                <w:sz w:val="22"/>
              </w:rPr>
              <w:t xml:space="preserve"> </w:t>
            </w:r>
            <w:proofErr w:type="spellStart"/>
            <w:r w:rsidRPr="00C25644">
              <w:rPr>
                <w:sz w:val="22"/>
              </w:rPr>
              <w:t>olinguncha</w:t>
            </w:r>
            <w:proofErr w:type="spellEnd"/>
            <w:r w:rsidRPr="00C25644">
              <w:rPr>
                <w:sz w:val="22"/>
              </w:rPr>
              <w:t xml:space="preserve"> bank </w:t>
            </w:r>
            <w:proofErr w:type="spellStart"/>
            <w:proofErr w:type="gramStart"/>
            <w:r w:rsidRPr="00C25644">
              <w:rPr>
                <w:sz w:val="22"/>
              </w:rPr>
              <w:t>hisobvarag‘</w:t>
            </w:r>
            <w:proofErr w:type="gramEnd"/>
            <w:r w:rsidRPr="00C25644">
              <w:rPr>
                <w:sz w:val="22"/>
              </w:rPr>
              <w:t>ini</w:t>
            </w:r>
            <w:proofErr w:type="spellEnd"/>
            <w:r w:rsidRPr="00C25644">
              <w:rPr>
                <w:sz w:val="22"/>
              </w:rPr>
              <w:t xml:space="preserve"> </w:t>
            </w:r>
            <w:proofErr w:type="spellStart"/>
            <w:r w:rsidRPr="00C25644">
              <w:rPr>
                <w:sz w:val="22"/>
              </w:rPr>
              <w:t>yuritish</w:t>
            </w:r>
            <w:proofErr w:type="spellEnd"/>
          </w:p>
        </w:tc>
        <w:tc>
          <w:tcPr>
            <w:tcW w:w="2351" w:type="dxa"/>
            <w:tcMar>
              <w:top w:w="80" w:type="dxa"/>
              <w:left w:w="80" w:type="dxa"/>
              <w:bottom w:w="80" w:type="dxa"/>
              <w:right w:w="80" w:type="dxa"/>
            </w:tcMar>
          </w:tcPr>
          <w:p w14:paraId="7BB835D3" w14:textId="77777777" w:rsidR="0037439E" w:rsidRPr="00C25644" w:rsidRDefault="0037439E"/>
        </w:tc>
        <w:tc>
          <w:tcPr>
            <w:tcW w:w="2351" w:type="dxa"/>
            <w:tcMar>
              <w:top w:w="80" w:type="dxa"/>
              <w:left w:w="80" w:type="dxa"/>
              <w:bottom w:w="80" w:type="dxa"/>
              <w:right w:w="80" w:type="dxa"/>
            </w:tcMar>
          </w:tcPr>
          <w:p w14:paraId="64F5CB2C" w14:textId="77777777" w:rsidR="0037439E" w:rsidRPr="00C25644" w:rsidRDefault="00406F7C">
            <w:proofErr w:type="spellStart"/>
            <w:r w:rsidRPr="00C25644">
              <w:rPr>
                <w:sz w:val="22"/>
              </w:rPr>
              <w:t>Undirilmaydi</w:t>
            </w:r>
            <w:proofErr w:type="spellEnd"/>
            <w:r w:rsidRPr="00C25644">
              <w:rPr>
                <w:sz w:val="22"/>
              </w:rPr>
              <w:t xml:space="preserve"> / </w:t>
            </w:r>
            <w:proofErr w:type="spellStart"/>
            <w:r w:rsidRPr="00C25644">
              <w:rPr>
                <w:sz w:val="22"/>
              </w:rPr>
              <w:t>amaldagi</w:t>
            </w:r>
            <w:proofErr w:type="spellEnd"/>
            <w:r w:rsidRPr="00C25644">
              <w:rPr>
                <w:sz w:val="22"/>
              </w:rPr>
              <w:t xml:space="preserve"> </w:t>
            </w:r>
            <w:proofErr w:type="spellStart"/>
            <w:r w:rsidRPr="00C25644">
              <w:rPr>
                <w:sz w:val="22"/>
              </w:rPr>
              <w:t>tarif</w:t>
            </w:r>
            <w:proofErr w:type="spellEnd"/>
            <w:r w:rsidRPr="00C25644">
              <w:rPr>
                <w:sz w:val="22"/>
              </w:rPr>
              <w:t xml:space="preserve"> </w:t>
            </w:r>
            <w:proofErr w:type="spellStart"/>
            <w:proofErr w:type="gramStart"/>
            <w:r w:rsidRPr="00C25644">
              <w:rPr>
                <w:sz w:val="22"/>
              </w:rPr>
              <w:t>bo‘</w:t>
            </w:r>
            <w:proofErr w:type="gramEnd"/>
            <w:r w:rsidRPr="00C25644">
              <w:rPr>
                <w:sz w:val="22"/>
              </w:rPr>
              <w:t>yicha</w:t>
            </w:r>
            <w:proofErr w:type="spellEnd"/>
          </w:p>
        </w:tc>
        <w:tc>
          <w:tcPr>
            <w:tcW w:w="2351" w:type="dxa"/>
            <w:tcMar>
              <w:top w:w="80" w:type="dxa"/>
              <w:left w:w="80" w:type="dxa"/>
              <w:bottom w:w="80" w:type="dxa"/>
              <w:right w:w="80" w:type="dxa"/>
            </w:tcMar>
          </w:tcPr>
          <w:p w14:paraId="44804A00" w14:textId="77777777" w:rsidR="0037439E" w:rsidRPr="00C25644" w:rsidRDefault="0037439E"/>
        </w:tc>
      </w:tr>
      <w:tr w:rsidR="0037439E" w:rsidRPr="00C25644" w14:paraId="10DE70C0" w14:textId="77777777">
        <w:trPr>
          <w:jc w:val="center"/>
        </w:trPr>
        <w:tc>
          <w:tcPr>
            <w:tcW w:w="2351" w:type="dxa"/>
            <w:tcMar>
              <w:top w:w="80" w:type="dxa"/>
              <w:left w:w="80" w:type="dxa"/>
              <w:bottom w:w="80" w:type="dxa"/>
              <w:right w:w="80" w:type="dxa"/>
            </w:tcMar>
          </w:tcPr>
          <w:p w14:paraId="0B5EA4CF" w14:textId="77777777" w:rsidR="0037439E" w:rsidRPr="00C25644" w:rsidRDefault="00406F7C">
            <w:proofErr w:type="spellStart"/>
            <w:proofErr w:type="gramStart"/>
            <w:r w:rsidRPr="00C25644">
              <w:rPr>
                <w:sz w:val="22"/>
              </w:rPr>
              <w:t>Qo‘</w:t>
            </w:r>
            <w:proofErr w:type="gramEnd"/>
            <w:r w:rsidRPr="00C25644">
              <w:rPr>
                <w:sz w:val="22"/>
              </w:rPr>
              <w:t>shimcha</w:t>
            </w:r>
            <w:proofErr w:type="spellEnd"/>
            <w:r w:rsidRPr="00C25644">
              <w:rPr>
                <w:sz w:val="22"/>
              </w:rPr>
              <w:t xml:space="preserve"> </w:t>
            </w:r>
            <w:proofErr w:type="spellStart"/>
            <w:r w:rsidRPr="00C25644">
              <w:rPr>
                <w:sz w:val="22"/>
              </w:rPr>
              <w:t>ma’lumotnoma</w:t>
            </w:r>
            <w:proofErr w:type="spellEnd"/>
            <w:r w:rsidRPr="00C25644">
              <w:rPr>
                <w:sz w:val="22"/>
              </w:rPr>
              <w:t xml:space="preserve"> / </w:t>
            </w:r>
            <w:proofErr w:type="spellStart"/>
            <w:r w:rsidRPr="00C25644">
              <w:rPr>
                <w:sz w:val="22"/>
              </w:rPr>
              <w:t>ko‘chirma</w:t>
            </w:r>
            <w:proofErr w:type="spellEnd"/>
          </w:p>
        </w:tc>
        <w:tc>
          <w:tcPr>
            <w:tcW w:w="2351" w:type="dxa"/>
            <w:tcMar>
              <w:top w:w="80" w:type="dxa"/>
              <w:left w:w="80" w:type="dxa"/>
              <w:bottom w:w="80" w:type="dxa"/>
              <w:right w:w="80" w:type="dxa"/>
            </w:tcMar>
          </w:tcPr>
          <w:p w14:paraId="48E54BDA" w14:textId="77777777" w:rsidR="0037439E" w:rsidRPr="00C25644" w:rsidRDefault="0037439E"/>
        </w:tc>
        <w:tc>
          <w:tcPr>
            <w:tcW w:w="2351" w:type="dxa"/>
            <w:tcMar>
              <w:top w:w="80" w:type="dxa"/>
              <w:left w:w="80" w:type="dxa"/>
              <w:bottom w:w="80" w:type="dxa"/>
              <w:right w:w="80" w:type="dxa"/>
            </w:tcMar>
          </w:tcPr>
          <w:p w14:paraId="1F9BBBF2" w14:textId="77777777" w:rsidR="0037439E" w:rsidRPr="00C25644" w:rsidRDefault="00406F7C">
            <w:r w:rsidRPr="00C25644">
              <w:rPr>
                <w:sz w:val="22"/>
              </w:rPr>
              <w:t xml:space="preserve">Ariza </w:t>
            </w:r>
            <w:proofErr w:type="spellStart"/>
            <w:r w:rsidRPr="00C25644">
              <w:rPr>
                <w:sz w:val="22"/>
              </w:rPr>
              <w:t>asosida</w:t>
            </w:r>
            <w:proofErr w:type="spellEnd"/>
          </w:p>
        </w:tc>
        <w:tc>
          <w:tcPr>
            <w:tcW w:w="2351" w:type="dxa"/>
            <w:tcMar>
              <w:top w:w="80" w:type="dxa"/>
              <w:left w:w="80" w:type="dxa"/>
              <w:bottom w:w="80" w:type="dxa"/>
              <w:right w:w="80" w:type="dxa"/>
            </w:tcMar>
          </w:tcPr>
          <w:p w14:paraId="3485ECE9" w14:textId="77777777" w:rsidR="0037439E" w:rsidRPr="00C25644" w:rsidRDefault="0037439E"/>
        </w:tc>
      </w:tr>
    </w:tbl>
    <w:p w14:paraId="409841E1" w14:textId="77777777" w:rsidR="0037439E" w:rsidRPr="00C25644" w:rsidRDefault="0037439E">
      <w:pPr>
        <w:spacing w:after="40" w:line="240" w:lineRule="auto"/>
        <w:jc w:val="both"/>
      </w:pPr>
    </w:p>
    <w:p w14:paraId="2C241D32" w14:textId="77777777" w:rsidR="0037439E" w:rsidRPr="00C25644" w:rsidRDefault="00406F7C">
      <w:pPr>
        <w:spacing w:after="0" w:line="240" w:lineRule="auto"/>
        <w:jc w:val="both"/>
      </w:pPr>
      <w:r w:rsidRPr="00C25644">
        <w:rPr>
          <w:b/>
        </w:rPr>
        <w:t xml:space="preserve">6-ILOVA. MUROJAATLARNI YUBORISH VA </w:t>
      </w:r>
      <w:proofErr w:type="gramStart"/>
      <w:r w:rsidRPr="00C25644">
        <w:rPr>
          <w:b/>
        </w:rPr>
        <w:t>KO‘</w:t>
      </w:r>
      <w:proofErr w:type="gramEnd"/>
      <w:r w:rsidRPr="00C25644">
        <w:rPr>
          <w:b/>
        </w:rPr>
        <w:t>RIB CHIQISH TARTIBI BO‘YICHA AXBOROT</w:t>
      </w:r>
    </w:p>
    <w:p w14:paraId="0080D372" w14:textId="77777777" w:rsidR="0037439E" w:rsidRPr="00C25644" w:rsidRDefault="00406F7C">
      <w:pPr>
        <w:spacing w:after="0" w:line="240" w:lineRule="auto"/>
        <w:jc w:val="both"/>
      </w:pPr>
      <w:r w:rsidRPr="00C25644">
        <w:t xml:space="preserve">1. </w:t>
      </w:r>
      <w:proofErr w:type="spellStart"/>
      <w:r w:rsidRPr="00C25644">
        <w:t>Mijoz</w:t>
      </w:r>
      <w:proofErr w:type="spellEnd"/>
      <w:r w:rsidRPr="00C25644">
        <w:t xml:space="preserve"> </w:t>
      </w:r>
      <w:proofErr w:type="spellStart"/>
      <w:r w:rsidRPr="00C25644">
        <w:t>murojaat</w:t>
      </w:r>
      <w:proofErr w:type="spellEnd"/>
      <w:r w:rsidRPr="00C25644">
        <w:t xml:space="preserve">, </w:t>
      </w:r>
      <w:proofErr w:type="spellStart"/>
      <w:r w:rsidRPr="00C25644">
        <w:t>shikoyat</w:t>
      </w:r>
      <w:proofErr w:type="spellEnd"/>
      <w:r w:rsidRPr="00C25644">
        <w:t xml:space="preserve">, </w:t>
      </w:r>
      <w:proofErr w:type="spellStart"/>
      <w:r w:rsidRPr="00C25644">
        <w:t>taklif</w:t>
      </w:r>
      <w:proofErr w:type="spellEnd"/>
      <w:r w:rsidRPr="00C25644">
        <w:t xml:space="preserve"> </w:t>
      </w:r>
      <w:proofErr w:type="spellStart"/>
      <w:r w:rsidRPr="00C25644">
        <w:t>yoki</w:t>
      </w:r>
      <w:proofErr w:type="spellEnd"/>
      <w:r w:rsidRPr="00C25644">
        <w:t xml:space="preserve"> </w:t>
      </w:r>
      <w:proofErr w:type="spellStart"/>
      <w:r w:rsidRPr="00C25644">
        <w:t>e’tirozini</w:t>
      </w:r>
      <w:proofErr w:type="spellEnd"/>
      <w:r w:rsidRPr="00C25644">
        <w:t xml:space="preserve"> Bank </w:t>
      </w:r>
      <w:proofErr w:type="spellStart"/>
      <w:r w:rsidRPr="00C25644">
        <w:t>ofislari</w:t>
      </w:r>
      <w:proofErr w:type="spellEnd"/>
      <w:r w:rsidRPr="00C25644">
        <w:t xml:space="preserve">, </w:t>
      </w:r>
      <w:proofErr w:type="spellStart"/>
      <w:r w:rsidRPr="00C25644">
        <w:t>aloqa</w:t>
      </w:r>
      <w:proofErr w:type="spellEnd"/>
      <w:r w:rsidRPr="00C25644">
        <w:t xml:space="preserve"> </w:t>
      </w:r>
      <w:proofErr w:type="spellStart"/>
      <w:r w:rsidRPr="00C25644">
        <w:t>markazi</w:t>
      </w:r>
      <w:proofErr w:type="spellEnd"/>
      <w:r w:rsidRPr="00C25644">
        <w:t xml:space="preserve">, </w:t>
      </w:r>
      <w:proofErr w:type="spellStart"/>
      <w:r w:rsidRPr="00C25644">
        <w:t>rasmiy</w:t>
      </w:r>
      <w:proofErr w:type="spellEnd"/>
      <w:r w:rsidRPr="00C25644">
        <w:t xml:space="preserve"> </w:t>
      </w:r>
      <w:proofErr w:type="spellStart"/>
      <w:r w:rsidRPr="00C25644">
        <w:t>veb-sayt</w:t>
      </w:r>
      <w:proofErr w:type="spellEnd"/>
      <w:r w:rsidRPr="00C25644">
        <w:t xml:space="preserve">, </w:t>
      </w:r>
      <w:proofErr w:type="spellStart"/>
      <w:r w:rsidRPr="00C25644">
        <w:t>mobil</w:t>
      </w:r>
      <w:proofErr w:type="spellEnd"/>
      <w:r w:rsidRPr="00C25644">
        <w:t xml:space="preserve"> </w:t>
      </w:r>
      <w:proofErr w:type="spellStart"/>
      <w:r w:rsidRPr="00C25644">
        <w:t>ilova</w:t>
      </w:r>
      <w:proofErr w:type="spellEnd"/>
      <w:r w:rsidRPr="00C25644">
        <w:t xml:space="preserve">, </w:t>
      </w:r>
      <w:proofErr w:type="spellStart"/>
      <w:r w:rsidRPr="00C25644">
        <w:t>elektron</w:t>
      </w:r>
      <w:proofErr w:type="spellEnd"/>
      <w:r w:rsidRPr="00C25644">
        <w:t xml:space="preserve"> </w:t>
      </w:r>
      <w:proofErr w:type="spellStart"/>
      <w:r w:rsidRPr="00C25644">
        <w:t>pochta</w:t>
      </w:r>
      <w:proofErr w:type="spellEnd"/>
      <w:r w:rsidRPr="00C25644">
        <w:t xml:space="preserve"> </w:t>
      </w:r>
      <w:proofErr w:type="spellStart"/>
      <w:r w:rsidRPr="00C25644">
        <w:t>yoki</w:t>
      </w:r>
      <w:proofErr w:type="spellEnd"/>
      <w:r w:rsidRPr="00C25644">
        <w:t xml:space="preserve"> </w:t>
      </w:r>
      <w:proofErr w:type="spellStart"/>
      <w:r w:rsidRPr="00C25644">
        <w:t>qonunchilikda</w:t>
      </w:r>
      <w:proofErr w:type="spellEnd"/>
      <w:r w:rsidRPr="00C25644">
        <w:t xml:space="preserve"> </w:t>
      </w:r>
      <w:proofErr w:type="spellStart"/>
      <w:r w:rsidRPr="00C25644">
        <w:t>ruxsat</w:t>
      </w:r>
      <w:proofErr w:type="spellEnd"/>
      <w:r w:rsidRPr="00C25644">
        <w:t xml:space="preserve"> </w:t>
      </w:r>
      <w:proofErr w:type="spellStart"/>
      <w:r w:rsidRPr="00C25644">
        <w:t>etilgan</w:t>
      </w:r>
      <w:proofErr w:type="spellEnd"/>
      <w:r w:rsidRPr="00C25644">
        <w:t xml:space="preserve"> </w:t>
      </w:r>
      <w:proofErr w:type="spellStart"/>
      <w:r w:rsidRPr="00C25644">
        <w:t>boshqa</w:t>
      </w:r>
      <w:proofErr w:type="spellEnd"/>
      <w:r w:rsidRPr="00C25644">
        <w:t xml:space="preserve"> </w:t>
      </w:r>
      <w:proofErr w:type="spellStart"/>
      <w:r w:rsidRPr="00C25644">
        <w:t>kanallar</w:t>
      </w:r>
      <w:proofErr w:type="spellEnd"/>
      <w:r w:rsidRPr="00C25644">
        <w:t xml:space="preserve"> </w:t>
      </w:r>
      <w:proofErr w:type="spellStart"/>
      <w:r w:rsidRPr="00C25644">
        <w:t>orqali</w:t>
      </w:r>
      <w:proofErr w:type="spellEnd"/>
      <w:r w:rsidRPr="00C25644">
        <w:t xml:space="preserve"> </w:t>
      </w:r>
      <w:proofErr w:type="spellStart"/>
      <w:r w:rsidRPr="00C25644">
        <w:t>yuborishi</w:t>
      </w:r>
      <w:proofErr w:type="spellEnd"/>
      <w:r w:rsidRPr="00C25644">
        <w:t xml:space="preserve"> </w:t>
      </w:r>
      <w:proofErr w:type="spellStart"/>
      <w:r w:rsidRPr="00C25644">
        <w:t>mumkin</w:t>
      </w:r>
      <w:proofErr w:type="spellEnd"/>
      <w:r w:rsidRPr="00C25644">
        <w:t>.</w:t>
      </w:r>
    </w:p>
    <w:p w14:paraId="693C6C71" w14:textId="77777777" w:rsidR="0037439E" w:rsidRPr="00C25644" w:rsidRDefault="00406F7C">
      <w:pPr>
        <w:spacing w:after="0" w:line="240" w:lineRule="auto"/>
        <w:jc w:val="both"/>
      </w:pPr>
      <w:r w:rsidRPr="00C25644">
        <w:t xml:space="preserve">2. Bank </w:t>
      </w:r>
      <w:proofErr w:type="spellStart"/>
      <w:r w:rsidRPr="00C25644">
        <w:t>murojaatni</w:t>
      </w:r>
      <w:proofErr w:type="spellEnd"/>
      <w:r w:rsidRPr="00C25644">
        <w:t xml:space="preserve"> </w:t>
      </w:r>
      <w:proofErr w:type="spellStart"/>
      <w:r w:rsidRPr="00C25644">
        <w:t>amaldagi</w:t>
      </w:r>
      <w:proofErr w:type="spellEnd"/>
      <w:r w:rsidRPr="00C25644">
        <w:t xml:space="preserve"> </w:t>
      </w:r>
      <w:proofErr w:type="spellStart"/>
      <w:r w:rsidRPr="00C25644">
        <w:t>qonunchilik</w:t>
      </w:r>
      <w:proofErr w:type="spellEnd"/>
      <w:r w:rsidRPr="00C25644">
        <w:t xml:space="preserve"> </w:t>
      </w:r>
      <w:proofErr w:type="spellStart"/>
      <w:r w:rsidRPr="00C25644">
        <w:t>va</w:t>
      </w:r>
      <w:proofErr w:type="spellEnd"/>
      <w:r w:rsidRPr="00C25644">
        <w:t xml:space="preserve"> </w:t>
      </w:r>
      <w:proofErr w:type="spellStart"/>
      <w:r w:rsidRPr="00C25644">
        <w:t>ichki</w:t>
      </w:r>
      <w:proofErr w:type="spellEnd"/>
      <w:r w:rsidRPr="00C25644">
        <w:t xml:space="preserve"> </w:t>
      </w:r>
      <w:proofErr w:type="spellStart"/>
      <w:r w:rsidRPr="00C25644">
        <w:t>qoidalarga</w:t>
      </w:r>
      <w:proofErr w:type="spellEnd"/>
      <w:r w:rsidRPr="00C25644">
        <w:t xml:space="preserve"> </w:t>
      </w:r>
      <w:proofErr w:type="spellStart"/>
      <w:r w:rsidRPr="00C25644">
        <w:t>muvofiq</w:t>
      </w:r>
      <w:proofErr w:type="spellEnd"/>
      <w:r w:rsidRPr="00C25644">
        <w:t xml:space="preserve"> </w:t>
      </w:r>
      <w:proofErr w:type="spellStart"/>
      <w:r w:rsidRPr="00C25644">
        <w:t>qabul</w:t>
      </w:r>
      <w:proofErr w:type="spellEnd"/>
      <w:r w:rsidRPr="00C25644">
        <w:t xml:space="preserve"> </w:t>
      </w:r>
      <w:proofErr w:type="spellStart"/>
      <w:r w:rsidRPr="00C25644">
        <w:t>qiladi</w:t>
      </w:r>
      <w:proofErr w:type="spellEnd"/>
      <w:r w:rsidRPr="00C25644">
        <w:t xml:space="preserve">, </w:t>
      </w:r>
      <w:proofErr w:type="spellStart"/>
      <w:proofErr w:type="gramStart"/>
      <w:r w:rsidRPr="00C25644">
        <w:t>ro‘</w:t>
      </w:r>
      <w:proofErr w:type="gramEnd"/>
      <w:r w:rsidRPr="00C25644">
        <w:t>yxatga</w:t>
      </w:r>
      <w:proofErr w:type="spellEnd"/>
      <w:r w:rsidRPr="00C25644">
        <w:t xml:space="preserve"> </w:t>
      </w:r>
      <w:proofErr w:type="spellStart"/>
      <w:r w:rsidRPr="00C25644">
        <w:t>oladi</w:t>
      </w:r>
      <w:proofErr w:type="spellEnd"/>
      <w:r w:rsidRPr="00C25644">
        <w:t xml:space="preserve"> </w:t>
      </w:r>
      <w:proofErr w:type="spellStart"/>
      <w:r w:rsidRPr="00C25644">
        <w:t>va</w:t>
      </w:r>
      <w:proofErr w:type="spellEnd"/>
      <w:r w:rsidRPr="00C25644">
        <w:t xml:space="preserve"> </w:t>
      </w:r>
      <w:proofErr w:type="spellStart"/>
      <w:r w:rsidRPr="00C25644">
        <w:t>ko‘rib</w:t>
      </w:r>
      <w:proofErr w:type="spellEnd"/>
      <w:r w:rsidRPr="00C25644">
        <w:t xml:space="preserve"> </w:t>
      </w:r>
      <w:proofErr w:type="spellStart"/>
      <w:r w:rsidRPr="00C25644">
        <w:t>chiqadi</w:t>
      </w:r>
      <w:proofErr w:type="spellEnd"/>
      <w:r w:rsidRPr="00C25644">
        <w:t>.</w:t>
      </w:r>
    </w:p>
    <w:p w14:paraId="4E191573" w14:textId="77777777" w:rsidR="0037439E" w:rsidRPr="00C25644" w:rsidRDefault="00406F7C">
      <w:pPr>
        <w:spacing w:after="0" w:line="240" w:lineRule="auto"/>
        <w:jc w:val="both"/>
      </w:pPr>
      <w:r w:rsidRPr="00C25644">
        <w:t xml:space="preserve">3. </w:t>
      </w:r>
      <w:proofErr w:type="spellStart"/>
      <w:r w:rsidRPr="00C25644">
        <w:t>Zarur</w:t>
      </w:r>
      <w:proofErr w:type="spellEnd"/>
      <w:r w:rsidRPr="00C25644">
        <w:t xml:space="preserve"> </w:t>
      </w:r>
      <w:proofErr w:type="spellStart"/>
      <w:r w:rsidRPr="00C25644">
        <w:t>hollarda</w:t>
      </w:r>
      <w:proofErr w:type="spellEnd"/>
      <w:r w:rsidRPr="00C25644">
        <w:t xml:space="preserve"> </w:t>
      </w:r>
      <w:proofErr w:type="spellStart"/>
      <w:r w:rsidRPr="00C25644">
        <w:t>Mijozga</w:t>
      </w:r>
      <w:proofErr w:type="spellEnd"/>
      <w:r w:rsidRPr="00C25644">
        <w:t xml:space="preserve"> </w:t>
      </w:r>
      <w:proofErr w:type="spellStart"/>
      <w:proofErr w:type="gramStart"/>
      <w:r w:rsidRPr="00C25644">
        <w:t>qo‘</w:t>
      </w:r>
      <w:proofErr w:type="gramEnd"/>
      <w:r w:rsidRPr="00C25644">
        <w:t>shimcha</w:t>
      </w:r>
      <w:proofErr w:type="spellEnd"/>
      <w:r w:rsidRPr="00C25644">
        <w:t xml:space="preserve"> </w:t>
      </w:r>
      <w:proofErr w:type="spellStart"/>
      <w:r w:rsidRPr="00C25644">
        <w:t>hujjat</w:t>
      </w:r>
      <w:proofErr w:type="spellEnd"/>
      <w:r w:rsidRPr="00C25644">
        <w:t xml:space="preserve"> </w:t>
      </w:r>
      <w:proofErr w:type="spellStart"/>
      <w:r w:rsidRPr="00C25644">
        <w:t>yoki</w:t>
      </w:r>
      <w:proofErr w:type="spellEnd"/>
      <w:r w:rsidRPr="00C25644">
        <w:t xml:space="preserve"> </w:t>
      </w:r>
      <w:proofErr w:type="spellStart"/>
      <w:r w:rsidRPr="00C25644">
        <w:t>ma’lumot</w:t>
      </w:r>
      <w:proofErr w:type="spellEnd"/>
      <w:r w:rsidRPr="00C25644">
        <w:t xml:space="preserve"> </w:t>
      </w:r>
      <w:proofErr w:type="spellStart"/>
      <w:r w:rsidRPr="00C25644">
        <w:t>taqdim</w:t>
      </w:r>
      <w:proofErr w:type="spellEnd"/>
      <w:r w:rsidRPr="00C25644">
        <w:t xml:space="preserve"> </w:t>
      </w:r>
      <w:proofErr w:type="spellStart"/>
      <w:r w:rsidRPr="00C25644">
        <w:t>etish</w:t>
      </w:r>
      <w:proofErr w:type="spellEnd"/>
      <w:r w:rsidRPr="00C25644">
        <w:t xml:space="preserve"> </w:t>
      </w:r>
      <w:proofErr w:type="spellStart"/>
      <w:r w:rsidRPr="00C25644">
        <w:t>so‘ralishi</w:t>
      </w:r>
      <w:proofErr w:type="spellEnd"/>
      <w:r w:rsidRPr="00C25644">
        <w:t xml:space="preserve"> </w:t>
      </w:r>
      <w:proofErr w:type="spellStart"/>
      <w:r w:rsidRPr="00C25644">
        <w:t>mumkin</w:t>
      </w:r>
      <w:proofErr w:type="spellEnd"/>
      <w:r w:rsidRPr="00C25644">
        <w:t>.</w:t>
      </w:r>
    </w:p>
    <w:p w14:paraId="3358BF62" w14:textId="77777777" w:rsidR="0037439E" w:rsidRPr="00C25644" w:rsidRDefault="00406F7C">
      <w:pPr>
        <w:spacing w:after="0" w:line="240" w:lineRule="auto"/>
        <w:jc w:val="both"/>
      </w:pPr>
      <w:r w:rsidRPr="00C25644">
        <w:t xml:space="preserve">4. </w:t>
      </w:r>
      <w:proofErr w:type="spellStart"/>
      <w:r w:rsidRPr="00C25644">
        <w:t>Mijoz</w:t>
      </w:r>
      <w:proofErr w:type="spellEnd"/>
      <w:r w:rsidRPr="00C25644">
        <w:t xml:space="preserve"> </w:t>
      </w:r>
      <w:proofErr w:type="spellStart"/>
      <w:r w:rsidRPr="00C25644">
        <w:t>murojaat</w:t>
      </w:r>
      <w:proofErr w:type="spellEnd"/>
      <w:r w:rsidRPr="00C25644">
        <w:t xml:space="preserve"> </w:t>
      </w:r>
      <w:proofErr w:type="spellStart"/>
      <w:r w:rsidRPr="00C25644">
        <w:t>natijasidan</w:t>
      </w:r>
      <w:proofErr w:type="spellEnd"/>
      <w:r w:rsidRPr="00C25644">
        <w:t xml:space="preserve"> </w:t>
      </w:r>
      <w:proofErr w:type="spellStart"/>
      <w:r w:rsidRPr="00C25644">
        <w:t>norozi</w:t>
      </w:r>
      <w:proofErr w:type="spellEnd"/>
      <w:r w:rsidRPr="00C25644">
        <w:t xml:space="preserve"> </w:t>
      </w:r>
      <w:proofErr w:type="spellStart"/>
      <w:proofErr w:type="gramStart"/>
      <w:r w:rsidRPr="00C25644">
        <w:t>bo‘</w:t>
      </w:r>
      <w:proofErr w:type="gramEnd"/>
      <w:r w:rsidRPr="00C25644">
        <w:t>lgan</w:t>
      </w:r>
      <w:proofErr w:type="spellEnd"/>
      <w:r w:rsidRPr="00C25644">
        <w:t xml:space="preserve"> </w:t>
      </w:r>
      <w:proofErr w:type="spellStart"/>
      <w:r w:rsidRPr="00C25644">
        <w:t>taqdirda</w:t>
      </w:r>
      <w:proofErr w:type="spellEnd"/>
      <w:r w:rsidRPr="00C25644">
        <w:t xml:space="preserve">, </w:t>
      </w:r>
      <w:proofErr w:type="spellStart"/>
      <w:r w:rsidRPr="00C25644">
        <w:t>qonunchilikda</w:t>
      </w:r>
      <w:proofErr w:type="spellEnd"/>
      <w:r w:rsidRPr="00C25644">
        <w:t xml:space="preserve"> </w:t>
      </w:r>
      <w:proofErr w:type="spellStart"/>
      <w:r w:rsidRPr="00C25644">
        <w:t>nazarda</w:t>
      </w:r>
      <w:proofErr w:type="spellEnd"/>
      <w:r w:rsidRPr="00C25644">
        <w:t xml:space="preserve"> </w:t>
      </w:r>
      <w:proofErr w:type="spellStart"/>
      <w:r w:rsidRPr="00C25644">
        <w:t>tutilgan</w:t>
      </w:r>
      <w:proofErr w:type="spellEnd"/>
      <w:r w:rsidRPr="00C25644">
        <w:t xml:space="preserve"> </w:t>
      </w:r>
      <w:proofErr w:type="spellStart"/>
      <w:r w:rsidRPr="00C25644">
        <w:t>tartibda</w:t>
      </w:r>
      <w:proofErr w:type="spellEnd"/>
      <w:r w:rsidRPr="00C25644">
        <w:t xml:space="preserve"> </w:t>
      </w:r>
      <w:proofErr w:type="spellStart"/>
      <w:r w:rsidRPr="00C25644">
        <w:t>vakolatli</w:t>
      </w:r>
      <w:proofErr w:type="spellEnd"/>
      <w:r w:rsidRPr="00C25644">
        <w:t xml:space="preserve"> </w:t>
      </w:r>
      <w:proofErr w:type="spellStart"/>
      <w:r w:rsidRPr="00C25644">
        <w:t>organlarga</w:t>
      </w:r>
      <w:proofErr w:type="spellEnd"/>
      <w:r w:rsidRPr="00C25644">
        <w:t xml:space="preserve"> </w:t>
      </w:r>
      <w:proofErr w:type="spellStart"/>
      <w:r w:rsidRPr="00C25644">
        <w:t>yoki</w:t>
      </w:r>
      <w:proofErr w:type="spellEnd"/>
      <w:r w:rsidRPr="00C25644">
        <w:t xml:space="preserve"> </w:t>
      </w:r>
      <w:proofErr w:type="spellStart"/>
      <w:r w:rsidRPr="00C25644">
        <w:t>sudga</w:t>
      </w:r>
      <w:proofErr w:type="spellEnd"/>
      <w:r w:rsidRPr="00C25644">
        <w:t xml:space="preserve"> </w:t>
      </w:r>
      <w:proofErr w:type="spellStart"/>
      <w:r w:rsidRPr="00C25644">
        <w:t>murojaat</w:t>
      </w:r>
      <w:proofErr w:type="spellEnd"/>
      <w:r w:rsidRPr="00C25644">
        <w:t xml:space="preserve"> </w:t>
      </w:r>
      <w:proofErr w:type="spellStart"/>
      <w:r w:rsidRPr="00C25644">
        <w:t>qilish</w:t>
      </w:r>
      <w:proofErr w:type="spellEnd"/>
      <w:r w:rsidRPr="00C25644">
        <w:t xml:space="preserve"> </w:t>
      </w:r>
      <w:proofErr w:type="spellStart"/>
      <w:r w:rsidRPr="00C25644">
        <w:t>huquqiga</w:t>
      </w:r>
      <w:proofErr w:type="spellEnd"/>
      <w:r w:rsidRPr="00C25644">
        <w:t xml:space="preserve"> </w:t>
      </w:r>
      <w:proofErr w:type="spellStart"/>
      <w:r w:rsidRPr="00C25644">
        <w:t>ega</w:t>
      </w:r>
      <w:proofErr w:type="spellEnd"/>
      <w:r w:rsidRPr="00C25644">
        <w:t>.</w:t>
      </w:r>
    </w:p>
    <w:p w14:paraId="6EB2EDF0" w14:textId="77777777" w:rsidR="0037439E" w:rsidRPr="00C25644" w:rsidRDefault="00406F7C">
      <w:r w:rsidRPr="00C25644">
        <w:br w:type="page"/>
      </w:r>
    </w:p>
    <w:p w14:paraId="615EFA22" w14:textId="77777777" w:rsidR="0037439E" w:rsidRPr="00C25644" w:rsidRDefault="00406F7C">
      <w:pPr>
        <w:spacing w:after="0" w:line="240" w:lineRule="auto"/>
        <w:jc w:val="center"/>
        <w:rPr>
          <w:lang w:val="ru-RU"/>
        </w:rPr>
      </w:pPr>
      <w:r w:rsidRPr="00C25644">
        <w:rPr>
          <w:b/>
          <w:lang w:val="ru-RU"/>
        </w:rPr>
        <w:lastRenderedPageBreak/>
        <w:t>О ПРЕДОСТАВЛЕНИИ БАНКОВСКИХ КАРТ ФИЗИЧЕСКИМ ЛИЦАМ И</w:t>
      </w:r>
    </w:p>
    <w:p w14:paraId="13AEE490" w14:textId="77777777" w:rsidR="0037439E" w:rsidRPr="00C25644" w:rsidRDefault="00406F7C">
      <w:pPr>
        <w:spacing w:after="0" w:line="240" w:lineRule="auto"/>
        <w:jc w:val="center"/>
        <w:rPr>
          <w:lang w:val="ru-RU"/>
        </w:rPr>
      </w:pPr>
      <w:r w:rsidRPr="00C25644">
        <w:rPr>
          <w:b/>
          <w:lang w:val="ru-RU"/>
        </w:rPr>
        <w:t>ОТКРЫТИИ БАНКОВСКИХ СЧЕТОВ ДО ВОСТРЕБОВАНИЯ</w:t>
      </w:r>
    </w:p>
    <w:p w14:paraId="3783259B" w14:textId="77777777" w:rsidR="0037439E" w:rsidRPr="00C25644" w:rsidRDefault="00406F7C">
      <w:pPr>
        <w:spacing w:after="0" w:line="240" w:lineRule="auto"/>
        <w:jc w:val="center"/>
        <w:rPr>
          <w:lang w:val="ru-RU"/>
        </w:rPr>
      </w:pPr>
      <w:r w:rsidRPr="00C25644">
        <w:rPr>
          <w:b/>
          <w:lang w:val="ru-RU"/>
        </w:rPr>
        <w:t>ДОГОВОР ПУБЛИЧНОЙ ОФЕРТЫ</w:t>
      </w:r>
    </w:p>
    <w:p w14:paraId="3D46751D" w14:textId="77777777" w:rsidR="0037439E" w:rsidRPr="00C25644" w:rsidRDefault="0037439E">
      <w:pPr>
        <w:spacing w:after="120" w:line="240" w:lineRule="auto"/>
        <w:jc w:val="both"/>
        <w:rPr>
          <w:lang w:val="ru-RU"/>
        </w:rPr>
      </w:pPr>
    </w:p>
    <w:p w14:paraId="5307B027" w14:textId="77777777" w:rsidR="0037439E" w:rsidRPr="00C25644" w:rsidRDefault="00406F7C">
      <w:pPr>
        <w:spacing w:after="0" w:line="240" w:lineRule="auto"/>
        <w:ind w:firstLine="709"/>
        <w:jc w:val="both"/>
        <w:rPr>
          <w:lang w:val="ru-RU"/>
        </w:rPr>
      </w:pPr>
      <w:r w:rsidRPr="00C25644">
        <w:rPr>
          <w:lang w:val="ru-RU"/>
        </w:rPr>
        <w:t>АО «</w:t>
      </w:r>
      <w:proofErr w:type="spellStart"/>
      <w:r w:rsidRPr="00C25644">
        <w:t>Poytaxt</w:t>
      </w:r>
      <w:proofErr w:type="spellEnd"/>
      <w:r w:rsidRPr="00C25644">
        <w:rPr>
          <w:lang w:val="ru-RU"/>
        </w:rPr>
        <w:t xml:space="preserve"> </w:t>
      </w:r>
      <w:r w:rsidRPr="00C25644">
        <w:t>Bank</w:t>
      </w:r>
      <w:r w:rsidRPr="00C25644">
        <w:rPr>
          <w:lang w:val="ru-RU"/>
        </w:rPr>
        <w:t>» (далее по тексту именуемое «Банк») настоящим договором публичной оферты (далее по тексту именуемым «Договор») устанавливает общие условия предоставления физическим лицам банковских карт, открытия и обслуживания карточных счетов, а также открытия, ведения и закрытия банковских счетов до востребования.</w:t>
      </w:r>
    </w:p>
    <w:p w14:paraId="68FDA11B" w14:textId="77777777" w:rsidR="0037439E" w:rsidRPr="00C25644" w:rsidRDefault="00406F7C">
      <w:pPr>
        <w:spacing w:after="0" w:line="240" w:lineRule="auto"/>
        <w:ind w:firstLine="709"/>
        <w:jc w:val="both"/>
        <w:rPr>
          <w:lang w:val="ru-RU"/>
        </w:rPr>
      </w:pPr>
      <w:r w:rsidRPr="00C25644">
        <w:rPr>
          <w:lang w:val="ru-RU"/>
        </w:rPr>
        <w:t>Настоящий Договор считается публичной офертой с момента его публикации на официальном веб-сайте Банка, в мобильном приложении, в офисах Банка и в иных официальных информационных каналах. Подача Клиентом заявления по соответствующему продукту, предоставление электронного подтверждения по дистанционному каналу либо совершение иного акцептного действия, установленного Банком, означает присоединение к условиям настоящего Договора.</w:t>
      </w:r>
    </w:p>
    <w:p w14:paraId="651A79F3" w14:textId="77777777" w:rsidR="0037439E" w:rsidRPr="00C25644" w:rsidRDefault="00406F7C">
      <w:pPr>
        <w:spacing w:after="0" w:line="240" w:lineRule="auto"/>
        <w:ind w:firstLine="709"/>
        <w:jc w:val="both"/>
        <w:rPr>
          <w:lang w:val="ru-RU"/>
        </w:rPr>
      </w:pPr>
      <w:r w:rsidRPr="00C25644">
        <w:rPr>
          <w:lang w:val="ru-RU"/>
        </w:rPr>
        <w:t xml:space="preserve">Настоящий Договор состоит из двух самостоятельных продуктовых модулей: Модуль </w:t>
      </w:r>
      <w:r w:rsidRPr="00C25644">
        <w:t>A</w:t>
      </w:r>
      <w:r w:rsidRPr="00C25644">
        <w:rPr>
          <w:lang w:val="ru-RU"/>
        </w:rPr>
        <w:t xml:space="preserve"> - предоставление банковских карт физическим лицам; Модуль </w:t>
      </w:r>
      <w:r w:rsidRPr="00C25644">
        <w:t>B</w:t>
      </w:r>
      <w:r w:rsidRPr="00C25644">
        <w:rPr>
          <w:lang w:val="ru-RU"/>
        </w:rPr>
        <w:t xml:space="preserve"> - открытие банковских счетов до востребования физическим лицам. Клиент акцептует только выбранный им модуль, и Договор вступает в силу в отношении соответствующего продукта. По сберегательным и срочным вкладам между Банком и Клиентом заключаются отдельные договоры банковского вклада в соответствии с действующими Правилами вкладов Банка.</w:t>
      </w:r>
    </w:p>
    <w:p w14:paraId="43C543C2" w14:textId="77777777" w:rsidR="0037439E" w:rsidRPr="00C25644" w:rsidRDefault="0037439E">
      <w:pPr>
        <w:spacing w:after="40" w:line="240" w:lineRule="auto"/>
        <w:jc w:val="both"/>
        <w:rPr>
          <w:lang w:val="ru-RU"/>
        </w:rPr>
      </w:pPr>
    </w:p>
    <w:p w14:paraId="01C53336" w14:textId="77777777" w:rsidR="0037439E" w:rsidRPr="00C25644" w:rsidRDefault="00406F7C">
      <w:pPr>
        <w:spacing w:after="0" w:line="240" w:lineRule="auto"/>
        <w:jc w:val="both"/>
        <w:rPr>
          <w:lang w:val="ru-RU"/>
        </w:rPr>
      </w:pPr>
      <w:r w:rsidRPr="00C25644">
        <w:rPr>
          <w:b/>
          <w:lang w:val="ru-RU"/>
        </w:rPr>
        <w:t>1. ТЕРМИНЫ И ОБЩИЕ ПОЛОЖЕНИЯ</w:t>
      </w:r>
    </w:p>
    <w:p w14:paraId="054A47E8" w14:textId="77777777" w:rsidR="0037439E" w:rsidRPr="00C25644" w:rsidRDefault="00406F7C">
      <w:pPr>
        <w:spacing w:after="0" w:line="240" w:lineRule="auto"/>
        <w:ind w:firstLine="709"/>
        <w:jc w:val="both"/>
        <w:rPr>
          <w:lang w:val="ru-RU"/>
        </w:rPr>
      </w:pPr>
      <w:r w:rsidRPr="00C25644">
        <w:rPr>
          <w:lang w:val="ru-RU"/>
        </w:rPr>
        <w:t>1.1. В настоящем Договоре используются следующие основные термины:</w:t>
      </w:r>
    </w:p>
    <w:p w14:paraId="0DB545FC" w14:textId="77777777" w:rsidR="0037439E" w:rsidRPr="00C25644" w:rsidRDefault="00406F7C">
      <w:pPr>
        <w:spacing w:after="0" w:line="240" w:lineRule="auto"/>
        <w:ind w:firstLine="709"/>
        <w:jc w:val="both"/>
        <w:rPr>
          <w:lang w:val="ru-RU"/>
        </w:rPr>
      </w:pPr>
      <w:r w:rsidRPr="00C25644">
        <w:rPr>
          <w:lang w:val="ru-RU"/>
        </w:rPr>
        <w:t>1.1.1. Клиент - физическое лицо, пользующееся услугами Банка для личных нужд;</w:t>
      </w:r>
    </w:p>
    <w:p w14:paraId="7E4A8F94" w14:textId="77777777" w:rsidR="0037439E" w:rsidRPr="00C25644" w:rsidRDefault="00406F7C">
      <w:pPr>
        <w:spacing w:after="0" w:line="240" w:lineRule="auto"/>
        <w:ind w:firstLine="709"/>
        <w:jc w:val="both"/>
        <w:rPr>
          <w:lang w:val="ru-RU"/>
        </w:rPr>
      </w:pPr>
      <w:r w:rsidRPr="00C25644">
        <w:rPr>
          <w:lang w:val="ru-RU"/>
        </w:rPr>
        <w:t>1.1.2. банковская карта - платежное средство, позволяющее Клиенту осуществлять операции по карточному счету;</w:t>
      </w:r>
    </w:p>
    <w:p w14:paraId="0D7316D2" w14:textId="77777777" w:rsidR="0037439E" w:rsidRPr="00C25644" w:rsidRDefault="00406F7C">
      <w:pPr>
        <w:spacing w:after="0" w:line="240" w:lineRule="auto"/>
        <w:ind w:firstLine="709"/>
        <w:jc w:val="both"/>
        <w:rPr>
          <w:lang w:val="ru-RU"/>
        </w:rPr>
      </w:pPr>
      <w:r w:rsidRPr="00C25644">
        <w:rPr>
          <w:lang w:val="ru-RU"/>
        </w:rPr>
        <w:t>1.1.3. карточный счет - банковский счет, открываемый для учета операций через банковскую карту;</w:t>
      </w:r>
    </w:p>
    <w:p w14:paraId="133F1D54" w14:textId="77777777" w:rsidR="0037439E" w:rsidRPr="00C25644" w:rsidRDefault="00406F7C">
      <w:pPr>
        <w:spacing w:after="0" w:line="240" w:lineRule="auto"/>
        <w:ind w:firstLine="709"/>
        <w:jc w:val="both"/>
        <w:rPr>
          <w:lang w:val="ru-RU"/>
        </w:rPr>
      </w:pPr>
      <w:r w:rsidRPr="00C25644">
        <w:rPr>
          <w:lang w:val="ru-RU"/>
        </w:rPr>
        <w:t>1.1.4. банковский счет до востребования - банковский счет, по которому учитываются денежные средства, которыми можно пользоваться, которые могут быть возвращены или переведены по первому требованию Клиента;</w:t>
      </w:r>
    </w:p>
    <w:p w14:paraId="7754EB57" w14:textId="77777777" w:rsidR="0037439E" w:rsidRPr="00C25644" w:rsidRDefault="00406F7C">
      <w:pPr>
        <w:spacing w:after="0" w:line="240" w:lineRule="auto"/>
        <w:ind w:firstLine="709"/>
        <w:jc w:val="both"/>
        <w:rPr>
          <w:lang w:val="ru-RU"/>
        </w:rPr>
      </w:pPr>
      <w:r w:rsidRPr="00C25644">
        <w:rPr>
          <w:lang w:val="ru-RU"/>
        </w:rPr>
        <w:t xml:space="preserve">1.1.5. дистанционная банковская услуга - банковская услуга, оказываемая через мобильное приложение Банка, сеть Интернет, </w:t>
      </w:r>
      <w:r w:rsidRPr="00C25644">
        <w:t>SMS</w:t>
      </w:r>
      <w:r w:rsidRPr="00C25644">
        <w:rPr>
          <w:lang w:val="ru-RU"/>
        </w:rPr>
        <w:t>-уведомление, контакт-центр и иные электронные каналы;</w:t>
      </w:r>
    </w:p>
    <w:p w14:paraId="0FD561EB" w14:textId="77777777" w:rsidR="0037439E" w:rsidRPr="00C25644" w:rsidRDefault="00406F7C">
      <w:pPr>
        <w:spacing w:after="0" w:line="240" w:lineRule="auto"/>
        <w:ind w:firstLine="709"/>
        <w:jc w:val="both"/>
        <w:rPr>
          <w:lang w:val="ru-RU"/>
        </w:rPr>
      </w:pPr>
      <w:r w:rsidRPr="00C25644">
        <w:rPr>
          <w:lang w:val="ru-RU"/>
        </w:rPr>
        <w:t>1.1.6. информационный лист - стандартная информационная форма, предоставляемая Клиенту в соответствии с законодательством и внутренними правилами Банка и содержащая основные условия продукта, расходы, риски и иную существенную информацию;</w:t>
      </w:r>
    </w:p>
    <w:p w14:paraId="081A2AD9" w14:textId="77777777" w:rsidR="0037439E" w:rsidRPr="00C25644" w:rsidRDefault="00406F7C">
      <w:pPr>
        <w:spacing w:after="0" w:line="240" w:lineRule="auto"/>
        <w:ind w:firstLine="709"/>
        <w:jc w:val="both"/>
        <w:rPr>
          <w:lang w:val="ru-RU"/>
        </w:rPr>
      </w:pPr>
      <w:r w:rsidRPr="00C25644">
        <w:rPr>
          <w:lang w:val="ru-RU"/>
        </w:rPr>
        <w:t xml:space="preserve">1.1.7. средства аутентификации - логин, пароль, одноразовый код, </w:t>
      </w:r>
      <w:r w:rsidRPr="00C25644">
        <w:t>PIN</w:t>
      </w:r>
      <w:r w:rsidRPr="00C25644">
        <w:rPr>
          <w:lang w:val="ru-RU"/>
        </w:rPr>
        <w:t>-код, биометрическое подтверждение, электронная цифровая подпись и иные средства подтверждения, установленные Банком;</w:t>
      </w:r>
    </w:p>
    <w:p w14:paraId="6EEA7C54" w14:textId="77777777" w:rsidR="0037439E" w:rsidRPr="00C25644" w:rsidRDefault="00406F7C">
      <w:pPr>
        <w:spacing w:after="0" w:line="240" w:lineRule="auto"/>
        <w:ind w:firstLine="709"/>
        <w:jc w:val="both"/>
        <w:rPr>
          <w:lang w:val="ru-RU"/>
        </w:rPr>
      </w:pPr>
      <w:r w:rsidRPr="00C25644">
        <w:rPr>
          <w:lang w:val="ru-RU"/>
        </w:rPr>
        <w:t xml:space="preserve">1.1.8. подозрительная операция - операция, которая в соответствии с законодательством и внутренними правилами Банка по </w:t>
      </w:r>
      <w:r w:rsidRPr="00C25644">
        <w:t>AML</w:t>
      </w:r>
      <w:r w:rsidRPr="00C25644">
        <w:rPr>
          <w:lang w:val="ru-RU"/>
        </w:rPr>
        <w:t>/</w:t>
      </w:r>
      <w:r w:rsidRPr="00C25644">
        <w:t>CFT</w:t>
      </w:r>
      <w:r w:rsidRPr="00C25644">
        <w:rPr>
          <w:lang w:val="ru-RU"/>
        </w:rPr>
        <w:t>/</w:t>
      </w:r>
      <w:r w:rsidRPr="00C25644">
        <w:t>CPF</w:t>
      </w:r>
      <w:r w:rsidRPr="00C25644">
        <w:rPr>
          <w:lang w:val="ru-RU"/>
        </w:rPr>
        <w:t xml:space="preserve"> содержит </w:t>
      </w:r>
      <w:r w:rsidRPr="00C25644">
        <w:rPr>
          <w:lang w:val="ru-RU"/>
        </w:rPr>
        <w:lastRenderedPageBreak/>
        <w:t>признаки легализации доходов, полученных от преступной деятельности, финансирования терроризма либо финансирования распространения оружия массового уничтожения.</w:t>
      </w:r>
    </w:p>
    <w:p w14:paraId="34B096E1" w14:textId="77777777" w:rsidR="0037439E" w:rsidRPr="00C25644" w:rsidRDefault="00406F7C">
      <w:pPr>
        <w:spacing w:after="0" w:line="240" w:lineRule="auto"/>
        <w:ind w:firstLine="709"/>
        <w:jc w:val="both"/>
        <w:rPr>
          <w:lang w:val="ru-RU"/>
        </w:rPr>
      </w:pPr>
      <w:r w:rsidRPr="00C25644">
        <w:rPr>
          <w:lang w:val="ru-RU"/>
        </w:rPr>
        <w:t>1.2. Настоящий Договор определяет общие правила по банковским картам и банковским счетам до востребования. Индивидуальные условия каждого конкретного продукта указываются в паспорте продукта, информационном листе, Тарифах, заявлении Клиента и иных соответствующих внутренних документах Банка.</w:t>
      </w:r>
    </w:p>
    <w:p w14:paraId="75991305" w14:textId="77777777" w:rsidR="0037439E" w:rsidRPr="00C25644" w:rsidRDefault="00406F7C">
      <w:pPr>
        <w:spacing w:after="0" w:line="240" w:lineRule="auto"/>
        <w:ind w:firstLine="709"/>
        <w:jc w:val="both"/>
        <w:rPr>
          <w:lang w:val="ru-RU"/>
        </w:rPr>
      </w:pPr>
      <w:r w:rsidRPr="00C25644">
        <w:rPr>
          <w:lang w:val="ru-RU"/>
        </w:rPr>
        <w:t>1.3. Сберегательные и срочные вклады не входят в предмет настоящего Договора и регулируются отдельными договорами банковского вклада, заключаемыми в соответствии с действующими Правилами вкладов Банка.</w:t>
      </w:r>
    </w:p>
    <w:p w14:paraId="0C7BAC7E" w14:textId="77777777" w:rsidR="0037439E" w:rsidRPr="00C25644" w:rsidRDefault="00406F7C">
      <w:pPr>
        <w:spacing w:after="0" w:line="240" w:lineRule="auto"/>
        <w:ind w:firstLine="709"/>
        <w:jc w:val="both"/>
        <w:rPr>
          <w:lang w:val="ru-RU"/>
        </w:rPr>
      </w:pPr>
      <w:r w:rsidRPr="00C25644">
        <w:rPr>
          <w:lang w:val="ru-RU"/>
        </w:rPr>
        <w:t>1.4. Если индивидуальные условия продукта отличаются от общих положений настоящего Договора, в отношении соответствующего продукта применяются индивидуальные условия при условии, что они не противоречат законодательству.</w:t>
      </w:r>
    </w:p>
    <w:p w14:paraId="7F95130B" w14:textId="77777777" w:rsidR="0037439E" w:rsidRPr="00C25644" w:rsidRDefault="0037439E">
      <w:pPr>
        <w:spacing w:after="40" w:line="240" w:lineRule="auto"/>
        <w:jc w:val="both"/>
        <w:rPr>
          <w:lang w:val="ru-RU"/>
        </w:rPr>
      </w:pPr>
    </w:p>
    <w:p w14:paraId="150892D2" w14:textId="77777777" w:rsidR="0037439E" w:rsidRPr="00C25644" w:rsidRDefault="00406F7C">
      <w:pPr>
        <w:spacing w:after="0" w:line="240" w:lineRule="auto"/>
        <w:jc w:val="both"/>
        <w:rPr>
          <w:lang w:val="ru-RU"/>
        </w:rPr>
      </w:pPr>
      <w:r w:rsidRPr="00C25644">
        <w:rPr>
          <w:b/>
          <w:lang w:val="ru-RU"/>
        </w:rPr>
        <w:t>2. ПРЕДМЕТ ДОГОВОРА</w:t>
      </w:r>
    </w:p>
    <w:p w14:paraId="04F545A7" w14:textId="77777777" w:rsidR="0037439E" w:rsidRPr="00C25644" w:rsidRDefault="00406F7C">
      <w:pPr>
        <w:spacing w:after="0" w:line="240" w:lineRule="auto"/>
        <w:ind w:firstLine="709"/>
        <w:jc w:val="both"/>
        <w:rPr>
          <w:lang w:val="ru-RU"/>
        </w:rPr>
      </w:pPr>
      <w:r w:rsidRPr="00C25644">
        <w:rPr>
          <w:lang w:val="ru-RU"/>
        </w:rPr>
        <w:t>2.1. Банк в соответствии с заявлением Клиента и требованиями законодательства выпускает банковскую карту, открывает и ведет карточный счет, обеспечивает проведение операций посредством банковской карты, а также открывает, ведет банковский счет до востребования, принимает на него средства, учитывает их, возвращает и переводит их по указанию Клиента.</w:t>
      </w:r>
    </w:p>
    <w:p w14:paraId="507DD675" w14:textId="77777777" w:rsidR="0037439E" w:rsidRPr="00C25644" w:rsidRDefault="00406F7C">
      <w:pPr>
        <w:spacing w:after="0" w:line="240" w:lineRule="auto"/>
        <w:ind w:firstLine="709"/>
        <w:jc w:val="both"/>
        <w:rPr>
          <w:lang w:val="ru-RU"/>
        </w:rPr>
      </w:pPr>
      <w:r w:rsidRPr="00C25644">
        <w:rPr>
          <w:lang w:val="ru-RU"/>
        </w:rPr>
        <w:t>2.2. В зависимости от вида продукта услуги Банка могут включать следующее:</w:t>
      </w:r>
    </w:p>
    <w:p w14:paraId="06992897" w14:textId="77777777" w:rsidR="0037439E" w:rsidRPr="00C25644" w:rsidRDefault="00406F7C">
      <w:pPr>
        <w:spacing w:after="0" w:line="240" w:lineRule="auto"/>
        <w:ind w:firstLine="709"/>
        <w:jc w:val="both"/>
        <w:rPr>
          <w:lang w:val="ru-RU"/>
        </w:rPr>
      </w:pPr>
      <w:r w:rsidRPr="00C25644">
        <w:rPr>
          <w:lang w:val="ru-RU"/>
        </w:rPr>
        <w:t>2.2.1. выпуск, перевыпуск, блокировку, повторную активацию и закрытие банковской карты;</w:t>
      </w:r>
    </w:p>
    <w:p w14:paraId="3CB6D36A" w14:textId="77777777" w:rsidR="0037439E" w:rsidRPr="00C25644" w:rsidRDefault="00406F7C">
      <w:pPr>
        <w:spacing w:after="0" w:line="240" w:lineRule="auto"/>
        <w:ind w:firstLine="709"/>
        <w:jc w:val="both"/>
        <w:rPr>
          <w:lang w:val="ru-RU"/>
        </w:rPr>
      </w:pPr>
      <w:r w:rsidRPr="00C25644">
        <w:rPr>
          <w:lang w:val="ru-RU"/>
        </w:rPr>
        <w:t>2.2.2. внесение средств на карточный счет, переводы, осуществление платежей, снятие наличных, установление лимитов и обслуживание карты;</w:t>
      </w:r>
    </w:p>
    <w:p w14:paraId="4CD969F1" w14:textId="77777777" w:rsidR="0037439E" w:rsidRPr="00C25644" w:rsidRDefault="00406F7C">
      <w:pPr>
        <w:spacing w:after="0" w:line="240" w:lineRule="auto"/>
        <w:ind w:firstLine="709"/>
        <w:jc w:val="both"/>
        <w:rPr>
          <w:lang w:val="ru-RU"/>
        </w:rPr>
      </w:pPr>
      <w:r w:rsidRPr="00C25644">
        <w:rPr>
          <w:lang w:val="ru-RU"/>
        </w:rPr>
        <w:t>2.2.3. открытие, ведение банковского счета до востребования, прием средств, их учет, возврат и перевод;</w:t>
      </w:r>
    </w:p>
    <w:p w14:paraId="4BC2139F" w14:textId="77777777" w:rsidR="0037439E" w:rsidRPr="00C25644" w:rsidRDefault="00406F7C">
      <w:pPr>
        <w:spacing w:after="0" w:line="240" w:lineRule="auto"/>
        <w:ind w:firstLine="709"/>
        <w:jc w:val="both"/>
        <w:rPr>
          <w:lang w:val="ru-RU"/>
        </w:rPr>
      </w:pPr>
      <w:r w:rsidRPr="00C25644">
        <w:rPr>
          <w:lang w:val="ru-RU"/>
        </w:rPr>
        <w:t>2.2.4. получение информации по картам и банковским счетам до востребования, направление обращений и совершение операций, разрешенных законодательством, через дистанционные сервисы, введенные Банком.</w:t>
      </w:r>
    </w:p>
    <w:p w14:paraId="6F77A921" w14:textId="77777777" w:rsidR="0037439E" w:rsidRPr="00C25644" w:rsidRDefault="00406F7C">
      <w:pPr>
        <w:spacing w:after="0" w:line="240" w:lineRule="auto"/>
        <w:ind w:firstLine="709"/>
        <w:jc w:val="both"/>
        <w:rPr>
          <w:lang w:val="ru-RU"/>
        </w:rPr>
      </w:pPr>
      <w:r w:rsidRPr="00C25644">
        <w:rPr>
          <w:lang w:val="ru-RU"/>
        </w:rPr>
        <w:t>2.3. Услуги по сберегательным и срочным вкладам не оказываются в рамках настоящего Договора. По таким продуктам между Банком и Клиентом заключаются отдельные договоры банковского вклада в соответствии с действующими Правилами вкладов Банка.</w:t>
      </w:r>
    </w:p>
    <w:p w14:paraId="5CA0462E" w14:textId="77777777" w:rsidR="0037439E" w:rsidRPr="00C25644" w:rsidRDefault="0037439E">
      <w:pPr>
        <w:spacing w:after="40" w:line="240" w:lineRule="auto"/>
        <w:jc w:val="both"/>
        <w:rPr>
          <w:lang w:val="ru-RU"/>
        </w:rPr>
      </w:pPr>
    </w:p>
    <w:p w14:paraId="0BB141D5" w14:textId="77777777" w:rsidR="0037439E" w:rsidRPr="00C25644" w:rsidRDefault="00406F7C">
      <w:pPr>
        <w:spacing w:after="0" w:line="240" w:lineRule="auto"/>
        <w:jc w:val="both"/>
        <w:rPr>
          <w:lang w:val="ru-RU"/>
        </w:rPr>
      </w:pPr>
      <w:r w:rsidRPr="00C25644">
        <w:rPr>
          <w:b/>
          <w:lang w:val="ru-RU"/>
        </w:rPr>
        <w:t>3. ПОРЯДОК АКЦЕПТА ОФЕРТЫ И ЗАКЛЮЧЕНИЯ ДОГОВОРА</w:t>
      </w:r>
    </w:p>
    <w:p w14:paraId="2A374A2B" w14:textId="77777777" w:rsidR="0037439E" w:rsidRPr="00C25644" w:rsidRDefault="00406F7C">
      <w:pPr>
        <w:spacing w:after="0" w:line="240" w:lineRule="auto"/>
        <w:ind w:firstLine="709"/>
        <w:jc w:val="both"/>
        <w:rPr>
          <w:lang w:val="ru-RU"/>
        </w:rPr>
      </w:pPr>
      <w:r w:rsidRPr="00C25644">
        <w:rPr>
          <w:lang w:val="ru-RU"/>
        </w:rPr>
        <w:t>3.1. Клиент принимает настоящую оферту путем подачи заявления по соответствующему продукту, предоставления электронного подтверждения в мобильном приложении или ином электронном канале, получения банковской карты, выражения согласия на открытие банковского счета до востребования либо совершения иного акцептного действия, установленного Банком.</w:t>
      </w:r>
    </w:p>
    <w:p w14:paraId="26251988" w14:textId="77777777" w:rsidR="0037439E" w:rsidRPr="00C25644" w:rsidRDefault="00406F7C">
      <w:pPr>
        <w:spacing w:after="0" w:line="240" w:lineRule="auto"/>
        <w:ind w:firstLine="709"/>
        <w:jc w:val="both"/>
        <w:rPr>
          <w:lang w:val="ru-RU"/>
        </w:rPr>
      </w:pPr>
      <w:r w:rsidRPr="00C25644">
        <w:rPr>
          <w:lang w:val="ru-RU"/>
        </w:rPr>
        <w:t>3.2. При дистанционном акцепте Клиенту отдельно предоставляются для ознакомления текст настоящего Договора, индивидуальные условия продукта, Тарифы, информационный лист и иные обязательные сведения, предусмотренные законодательством.</w:t>
      </w:r>
    </w:p>
    <w:p w14:paraId="78513BF0" w14:textId="77777777" w:rsidR="0037439E" w:rsidRPr="00C25644" w:rsidRDefault="00406F7C">
      <w:pPr>
        <w:spacing w:after="0" w:line="240" w:lineRule="auto"/>
        <w:ind w:firstLine="709"/>
        <w:jc w:val="both"/>
        <w:rPr>
          <w:lang w:val="ru-RU"/>
        </w:rPr>
      </w:pPr>
      <w:r w:rsidRPr="00C25644">
        <w:rPr>
          <w:lang w:val="ru-RU"/>
        </w:rPr>
        <w:lastRenderedPageBreak/>
        <w:t>3.3. При дистанционном акцепте Банк не использует заранее проставленные отметки согласия. Клиент самостоятельно подтверждает, что ознакомился с условиями выбранного продукта и согласен с ними.</w:t>
      </w:r>
    </w:p>
    <w:p w14:paraId="5F75559B" w14:textId="77777777" w:rsidR="0037439E" w:rsidRPr="00C25644" w:rsidRDefault="00406F7C">
      <w:pPr>
        <w:spacing w:after="0" w:line="240" w:lineRule="auto"/>
        <w:ind w:firstLine="709"/>
        <w:jc w:val="both"/>
        <w:rPr>
          <w:lang w:val="ru-RU"/>
        </w:rPr>
      </w:pPr>
      <w:r w:rsidRPr="00C25644">
        <w:rPr>
          <w:lang w:val="ru-RU"/>
        </w:rPr>
        <w:t xml:space="preserve">3.4. Акцепт Клиентом по Модулю </w:t>
      </w:r>
      <w:r w:rsidRPr="00C25644">
        <w:t>A</w:t>
      </w:r>
      <w:r w:rsidRPr="00C25644">
        <w:rPr>
          <w:lang w:val="ru-RU"/>
        </w:rPr>
        <w:t xml:space="preserve"> порождает права и обязанности по продукту банковской карты, акцепт по Модулю </w:t>
      </w:r>
      <w:r w:rsidRPr="00C25644">
        <w:t>B</w:t>
      </w:r>
      <w:r w:rsidRPr="00C25644">
        <w:rPr>
          <w:lang w:val="ru-RU"/>
        </w:rPr>
        <w:t xml:space="preserve"> - права и обязанности по продукту банковского счета до востребования.</w:t>
      </w:r>
    </w:p>
    <w:p w14:paraId="3361F90C" w14:textId="77777777" w:rsidR="0037439E" w:rsidRPr="00C25644" w:rsidRDefault="00406F7C">
      <w:pPr>
        <w:spacing w:after="0" w:line="240" w:lineRule="auto"/>
        <w:ind w:firstLine="709"/>
        <w:jc w:val="both"/>
        <w:rPr>
          <w:lang w:val="ru-RU"/>
        </w:rPr>
      </w:pPr>
      <w:r w:rsidRPr="00C25644">
        <w:rPr>
          <w:lang w:val="ru-RU"/>
        </w:rPr>
        <w:t>3.5. Договор вступает в силу в отношениях с Клиентом с момента открытия продукта Банком, выпуска карты либо фиксации соответствующего подтверждения в дистанционной системе.</w:t>
      </w:r>
    </w:p>
    <w:p w14:paraId="509BFDC0" w14:textId="77777777" w:rsidR="0037439E" w:rsidRPr="00C25644" w:rsidRDefault="0037439E">
      <w:pPr>
        <w:spacing w:after="40" w:line="240" w:lineRule="auto"/>
        <w:jc w:val="both"/>
        <w:rPr>
          <w:lang w:val="ru-RU"/>
        </w:rPr>
      </w:pPr>
    </w:p>
    <w:p w14:paraId="0B629807" w14:textId="77777777" w:rsidR="0037439E" w:rsidRPr="00C25644" w:rsidRDefault="00406F7C">
      <w:pPr>
        <w:spacing w:after="0" w:line="240" w:lineRule="auto"/>
        <w:jc w:val="both"/>
        <w:rPr>
          <w:lang w:val="ru-RU"/>
        </w:rPr>
      </w:pPr>
      <w:r w:rsidRPr="00C25644">
        <w:rPr>
          <w:b/>
          <w:lang w:val="ru-RU"/>
        </w:rPr>
        <w:t>4. ИДЕНТИФИКАЦИЯ КЛИЕНТА И ПРОВЕРКА ДАННЫХ</w:t>
      </w:r>
    </w:p>
    <w:p w14:paraId="606EFFE2" w14:textId="77777777" w:rsidR="0037439E" w:rsidRPr="00C25644" w:rsidRDefault="00406F7C">
      <w:pPr>
        <w:spacing w:after="0" w:line="240" w:lineRule="auto"/>
        <w:ind w:firstLine="709"/>
        <w:jc w:val="both"/>
        <w:rPr>
          <w:lang w:val="ru-RU"/>
        </w:rPr>
      </w:pPr>
      <w:r w:rsidRPr="00C25644">
        <w:rPr>
          <w:lang w:val="ru-RU"/>
        </w:rPr>
        <w:t>4.1. Банк осуществляет идентификацию, верификацию и иные мероприятия надлежащей проверки Клиента в соответствии с законодательством, нормативными документами Центрального банка и внутренними правилами Банка.</w:t>
      </w:r>
    </w:p>
    <w:p w14:paraId="1D5B7BE9" w14:textId="77777777" w:rsidR="0037439E" w:rsidRPr="00C25644" w:rsidRDefault="00406F7C">
      <w:pPr>
        <w:spacing w:after="0" w:line="240" w:lineRule="auto"/>
        <w:ind w:firstLine="709"/>
        <w:jc w:val="both"/>
        <w:rPr>
          <w:lang w:val="ru-RU"/>
        </w:rPr>
      </w:pPr>
      <w:r w:rsidRPr="00C25644">
        <w:rPr>
          <w:lang w:val="ru-RU"/>
        </w:rPr>
        <w:t xml:space="preserve">4.2. Банк может идентифицировать Клиента в филиале, в офисе банковских услуг либо дистанционно с использованием </w:t>
      </w:r>
      <w:r w:rsidRPr="00C25644">
        <w:t>KYC</w:t>
      </w:r>
      <w:r w:rsidRPr="00C25644">
        <w:rPr>
          <w:lang w:val="ru-RU"/>
        </w:rPr>
        <w:t xml:space="preserve">, </w:t>
      </w:r>
      <w:r w:rsidRPr="00C25644">
        <w:t>e</w:t>
      </w:r>
      <w:r w:rsidRPr="00C25644">
        <w:rPr>
          <w:lang w:val="ru-RU"/>
        </w:rPr>
        <w:t>-</w:t>
      </w:r>
      <w:r w:rsidRPr="00C25644">
        <w:t>KYC</w:t>
      </w:r>
      <w:r w:rsidRPr="00C25644">
        <w:rPr>
          <w:lang w:val="ru-RU"/>
        </w:rPr>
        <w:t xml:space="preserve">, </w:t>
      </w:r>
      <w:r w:rsidRPr="00C25644">
        <w:t>video</w:t>
      </w:r>
      <w:r w:rsidRPr="00C25644">
        <w:rPr>
          <w:lang w:val="ru-RU"/>
        </w:rPr>
        <w:t>-</w:t>
      </w:r>
      <w:r w:rsidRPr="00C25644">
        <w:t>KYC</w:t>
      </w:r>
      <w:r w:rsidRPr="00C25644">
        <w:rPr>
          <w:lang w:val="ru-RU"/>
        </w:rPr>
        <w:t xml:space="preserve"> и иных разрешенных способов.</w:t>
      </w:r>
    </w:p>
    <w:p w14:paraId="59AD6851" w14:textId="77777777" w:rsidR="0037439E" w:rsidRPr="00C25644" w:rsidRDefault="00406F7C">
      <w:pPr>
        <w:spacing w:after="0" w:line="240" w:lineRule="auto"/>
        <w:ind w:firstLine="709"/>
        <w:jc w:val="both"/>
        <w:rPr>
          <w:lang w:val="ru-RU"/>
        </w:rPr>
      </w:pPr>
      <w:r w:rsidRPr="00C25644">
        <w:rPr>
          <w:lang w:val="ru-RU"/>
        </w:rPr>
        <w:t>4.3. Банк вправе требовать от Клиента документы, удостоверяющие личность, контактные данные, адрес проживания, ИНН/ПИНФЛ, сведения об источнике средств и иную необходимую информацию.</w:t>
      </w:r>
    </w:p>
    <w:p w14:paraId="6C87E0FC" w14:textId="77777777" w:rsidR="0037439E" w:rsidRPr="00C25644" w:rsidRDefault="00406F7C">
      <w:pPr>
        <w:spacing w:after="0" w:line="240" w:lineRule="auto"/>
        <w:ind w:firstLine="709"/>
        <w:jc w:val="both"/>
        <w:rPr>
          <w:lang w:val="ru-RU"/>
        </w:rPr>
      </w:pPr>
      <w:r w:rsidRPr="00C25644">
        <w:rPr>
          <w:lang w:val="ru-RU"/>
        </w:rPr>
        <w:t>4.4. Если достоверность представленных данных вызывает сомнения, Банк может запросить дополнительные документы, подтверждающие сведения и пояснения, а в необходимых случаях - отказать в открытии продукта или проведении операции.</w:t>
      </w:r>
    </w:p>
    <w:p w14:paraId="33CF2387" w14:textId="77777777" w:rsidR="0037439E" w:rsidRPr="00C25644" w:rsidRDefault="00406F7C">
      <w:pPr>
        <w:spacing w:after="0" w:line="240" w:lineRule="auto"/>
        <w:ind w:firstLine="709"/>
        <w:jc w:val="both"/>
        <w:rPr>
          <w:lang w:val="ru-RU"/>
        </w:rPr>
      </w:pPr>
      <w:r w:rsidRPr="00C25644">
        <w:rPr>
          <w:lang w:val="ru-RU"/>
        </w:rPr>
        <w:t>4.5. Клиент обязан без промедления уведомлять Банк об изменении своих данных.</w:t>
      </w:r>
    </w:p>
    <w:p w14:paraId="2C92AED0" w14:textId="77777777" w:rsidR="0037439E" w:rsidRPr="00C25644" w:rsidRDefault="0037439E">
      <w:pPr>
        <w:spacing w:after="40" w:line="240" w:lineRule="auto"/>
        <w:jc w:val="both"/>
        <w:rPr>
          <w:lang w:val="ru-RU"/>
        </w:rPr>
      </w:pPr>
    </w:p>
    <w:p w14:paraId="124920F4" w14:textId="77777777" w:rsidR="0037439E" w:rsidRPr="00C25644" w:rsidRDefault="00406F7C">
      <w:pPr>
        <w:spacing w:after="0" w:line="240" w:lineRule="auto"/>
        <w:jc w:val="both"/>
        <w:rPr>
          <w:lang w:val="ru-RU"/>
        </w:rPr>
      </w:pPr>
      <w:r w:rsidRPr="00C25644">
        <w:rPr>
          <w:b/>
          <w:lang w:val="ru-RU"/>
        </w:rPr>
        <w:t xml:space="preserve">5. МОДУЛЬ </w:t>
      </w:r>
      <w:r w:rsidRPr="00C25644">
        <w:rPr>
          <w:b/>
        </w:rPr>
        <w:t>A</w:t>
      </w:r>
      <w:r w:rsidRPr="00C25644">
        <w:rPr>
          <w:b/>
          <w:lang w:val="ru-RU"/>
        </w:rPr>
        <w:t>. ПРЕДОСТАВЛЕНИЕ БАНКОВСКИХ КАРТ ФИЗИЧЕСКИМ ЛИЦАМ</w:t>
      </w:r>
    </w:p>
    <w:p w14:paraId="1A81FDBF" w14:textId="77777777" w:rsidR="0037439E" w:rsidRPr="00C25644" w:rsidRDefault="00406F7C">
      <w:pPr>
        <w:spacing w:after="0" w:line="240" w:lineRule="auto"/>
        <w:ind w:firstLine="709"/>
        <w:jc w:val="both"/>
        <w:rPr>
          <w:lang w:val="ru-RU"/>
        </w:rPr>
      </w:pPr>
      <w:r w:rsidRPr="00C25644">
        <w:rPr>
          <w:lang w:val="ru-RU"/>
        </w:rPr>
        <w:t>5.1. Банк в соответствии с заявлением Клиента и требованиями законодательства выпускает Клиенту банковскую карту и открывает карточный счет.</w:t>
      </w:r>
    </w:p>
    <w:p w14:paraId="07F03858" w14:textId="77777777" w:rsidR="0037439E" w:rsidRPr="00C25644" w:rsidRDefault="00406F7C">
      <w:pPr>
        <w:spacing w:after="0" w:line="240" w:lineRule="auto"/>
        <w:ind w:firstLine="709"/>
        <w:jc w:val="both"/>
        <w:rPr>
          <w:lang w:val="ru-RU"/>
        </w:rPr>
      </w:pPr>
      <w:r w:rsidRPr="00C25644">
        <w:rPr>
          <w:lang w:val="ru-RU"/>
        </w:rPr>
        <w:t>5.2. Вид карты, срок действия, условия обслуживания, лимиты, платежная система и иные индивидуальные условия указываются в паспорте продукта, заявлении, Тарифах либо в официальной информации Банка.</w:t>
      </w:r>
    </w:p>
    <w:p w14:paraId="25AE450A" w14:textId="77777777" w:rsidR="0037439E" w:rsidRPr="00C25644" w:rsidRDefault="00406F7C">
      <w:pPr>
        <w:spacing w:after="0" w:line="240" w:lineRule="auto"/>
        <w:ind w:firstLine="709"/>
        <w:jc w:val="both"/>
        <w:rPr>
          <w:lang w:val="ru-RU"/>
        </w:rPr>
      </w:pPr>
      <w:r w:rsidRPr="00C25644">
        <w:rPr>
          <w:lang w:val="ru-RU"/>
        </w:rPr>
        <w:t>5.3. Банковская карта передается Клиенту лично либо иным способом, разрешенным законодательством. В необходимых случаях использование карты допускается после ее активации.</w:t>
      </w:r>
    </w:p>
    <w:p w14:paraId="299B4589" w14:textId="77777777" w:rsidR="0037439E" w:rsidRPr="00C25644" w:rsidRDefault="00406F7C">
      <w:pPr>
        <w:spacing w:after="0" w:line="240" w:lineRule="auto"/>
        <w:ind w:firstLine="709"/>
        <w:jc w:val="both"/>
        <w:rPr>
          <w:lang w:val="ru-RU"/>
        </w:rPr>
      </w:pPr>
      <w:r w:rsidRPr="00C25644">
        <w:rPr>
          <w:lang w:val="ru-RU"/>
        </w:rPr>
        <w:t xml:space="preserve">5.4. Клиент вправе использовать банковскую карту для оплаты товаров и услуг, совершения операций через банкомат, </w:t>
      </w:r>
      <w:proofErr w:type="spellStart"/>
      <w:r w:rsidRPr="00C25644">
        <w:rPr>
          <w:lang w:val="ru-RU"/>
        </w:rPr>
        <w:t>инфокиоск</w:t>
      </w:r>
      <w:proofErr w:type="spellEnd"/>
      <w:r w:rsidRPr="00C25644">
        <w:rPr>
          <w:lang w:val="ru-RU"/>
        </w:rPr>
        <w:t>, мобильное приложение и иные разрешенные каналы.</w:t>
      </w:r>
    </w:p>
    <w:p w14:paraId="44C75563" w14:textId="77777777" w:rsidR="0037439E" w:rsidRPr="00C25644" w:rsidRDefault="00406F7C">
      <w:pPr>
        <w:spacing w:after="0" w:line="240" w:lineRule="auto"/>
        <w:ind w:firstLine="709"/>
        <w:jc w:val="both"/>
        <w:rPr>
          <w:lang w:val="ru-RU"/>
        </w:rPr>
      </w:pPr>
      <w:r w:rsidRPr="00C25644">
        <w:rPr>
          <w:lang w:val="ru-RU"/>
        </w:rPr>
        <w:t xml:space="preserve">5.5. При использовании банковской карты Клиент обязан обеспечивать конфиденциальность и сохранность </w:t>
      </w:r>
      <w:r w:rsidRPr="00C25644">
        <w:t>PIN</w:t>
      </w:r>
      <w:r w:rsidRPr="00C25644">
        <w:rPr>
          <w:lang w:val="ru-RU"/>
        </w:rPr>
        <w:t>-кода, пароля, одноразового кода, мобильного устройства и иных средств аутентификации.</w:t>
      </w:r>
    </w:p>
    <w:p w14:paraId="2E238EC8" w14:textId="77777777" w:rsidR="0037439E" w:rsidRPr="00C25644" w:rsidRDefault="00406F7C">
      <w:pPr>
        <w:spacing w:after="0" w:line="240" w:lineRule="auto"/>
        <w:ind w:firstLine="709"/>
        <w:jc w:val="both"/>
        <w:rPr>
          <w:lang w:val="ru-RU"/>
        </w:rPr>
      </w:pPr>
      <w:r w:rsidRPr="00C25644">
        <w:rPr>
          <w:lang w:val="ru-RU"/>
        </w:rPr>
        <w:t>5.6. При утрате карты, ее хищении, использовании третьими лицами либо компрометации средств аутентификации Клиент обязан немедленно уведомить Банк.</w:t>
      </w:r>
    </w:p>
    <w:p w14:paraId="25296400" w14:textId="77777777" w:rsidR="0037439E" w:rsidRPr="00C25644" w:rsidRDefault="00406F7C">
      <w:pPr>
        <w:spacing w:after="0" w:line="240" w:lineRule="auto"/>
        <w:ind w:firstLine="709"/>
        <w:jc w:val="both"/>
        <w:rPr>
          <w:lang w:val="ru-RU"/>
        </w:rPr>
      </w:pPr>
      <w:r w:rsidRPr="00C25644">
        <w:rPr>
          <w:lang w:val="ru-RU"/>
        </w:rPr>
        <w:lastRenderedPageBreak/>
        <w:t>5.7. Банк по обращению Клиента либо в целях безопасности может временно заблокировать карту, повторно активировать ее, перевыпустить либо закрыть.</w:t>
      </w:r>
    </w:p>
    <w:p w14:paraId="3FEE2992" w14:textId="77777777" w:rsidR="0037439E" w:rsidRPr="00C25644" w:rsidRDefault="00406F7C">
      <w:pPr>
        <w:spacing w:after="0" w:line="240" w:lineRule="auto"/>
        <w:ind w:firstLine="709"/>
        <w:jc w:val="both"/>
        <w:rPr>
          <w:lang w:val="ru-RU"/>
        </w:rPr>
      </w:pPr>
      <w:r w:rsidRPr="00C25644">
        <w:rPr>
          <w:lang w:val="ru-RU"/>
        </w:rPr>
        <w:t>5.8. При возникновении спорных операций по карте Клиент обращается в Банк в сроки, установленные законодательством и внутренними правилами Банка. Банк рассматривает такое обращение в соответствии с действующими правилами.</w:t>
      </w:r>
    </w:p>
    <w:p w14:paraId="2EBD8A26" w14:textId="77777777" w:rsidR="0037439E" w:rsidRPr="00C25644" w:rsidRDefault="00406F7C">
      <w:pPr>
        <w:spacing w:after="0" w:line="240" w:lineRule="auto"/>
        <w:ind w:firstLine="709"/>
        <w:jc w:val="both"/>
        <w:rPr>
          <w:lang w:val="ru-RU"/>
        </w:rPr>
      </w:pPr>
      <w:r w:rsidRPr="00C25644">
        <w:rPr>
          <w:lang w:val="ru-RU"/>
        </w:rPr>
        <w:t>5.9. Использование средств по карточному счету осуществляется только в пределах фактического остатка и лимитов, установленных Банком.</w:t>
      </w:r>
    </w:p>
    <w:p w14:paraId="3869B1EA" w14:textId="77777777" w:rsidR="0037439E" w:rsidRPr="00C25644" w:rsidRDefault="00406F7C">
      <w:pPr>
        <w:spacing w:after="0" w:line="240" w:lineRule="auto"/>
        <w:ind w:firstLine="709"/>
        <w:jc w:val="both"/>
        <w:rPr>
          <w:lang w:val="ru-RU"/>
        </w:rPr>
      </w:pPr>
      <w:r w:rsidRPr="00C25644">
        <w:rPr>
          <w:lang w:val="ru-RU"/>
        </w:rPr>
        <w:t>5.10. Плата за обслуживание банковской карты, включая выпуск, перевыпуск, снятие наличных, обслуживание в сети другого банка и дополнительные услуги, взимается в соответствии с Тарифами Банка.</w:t>
      </w:r>
    </w:p>
    <w:p w14:paraId="49DB3D3E" w14:textId="77777777" w:rsidR="0037439E" w:rsidRPr="00C25644" w:rsidRDefault="0037439E">
      <w:pPr>
        <w:spacing w:after="40" w:line="240" w:lineRule="auto"/>
        <w:jc w:val="both"/>
        <w:rPr>
          <w:lang w:val="ru-RU"/>
        </w:rPr>
      </w:pPr>
    </w:p>
    <w:p w14:paraId="7AC94830" w14:textId="77777777" w:rsidR="0037439E" w:rsidRPr="00C25644" w:rsidRDefault="00406F7C">
      <w:pPr>
        <w:spacing w:after="0" w:line="240" w:lineRule="auto"/>
        <w:jc w:val="both"/>
        <w:rPr>
          <w:lang w:val="ru-RU"/>
        </w:rPr>
      </w:pPr>
      <w:r w:rsidRPr="00C25644">
        <w:rPr>
          <w:b/>
          <w:lang w:val="ru-RU"/>
        </w:rPr>
        <w:t xml:space="preserve">6. МОДУЛЬ </w:t>
      </w:r>
      <w:r w:rsidRPr="00C25644">
        <w:rPr>
          <w:b/>
        </w:rPr>
        <w:t>B</w:t>
      </w:r>
      <w:r w:rsidRPr="00C25644">
        <w:rPr>
          <w:b/>
          <w:lang w:val="ru-RU"/>
        </w:rPr>
        <w:t>. ОТКРЫТИЕ БАНКОВСКИХ СЧЕТОВ ДО ВОСТРЕБОВАНИЯ ФИЗИЧЕСКИМ ЛИЦАМ</w:t>
      </w:r>
    </w:p>
    <w:p w14:paraId="16E36362" w14:textId="77777777" w:rsidR="0037439E" w:rsidRPr="00C25644" w:rsidRDefault="00406F7C">
      <w:pPr>
        <w:spacing w:after="0" w:line="240" w:lineRule="auto"/>
        <w:ind w:firstLine="709"/>
        <w:jc w:val="both"/>
        <w:rPr>
          <w:lang w:val="ru-RU"/>
        </w:rPr>
      </w:pPr>
      <w:r w:rsidRPr="00C25644">
        <w:rPr>
          <w:lang w:val="ru-RU"/>
        </w:rPr>
        <w:t>6.1. Банк открывает банковский счет до востребования в соответствии с заявлением Клиента, условиями выбранного продукта и законодательством.</w:t>
      </w:r>
    </w:p>
    <w:p w14:paraId="2C686984" w14:textId="77777777" w:rsidR="0037439E" w:rsidRPr="00C25644" w:rsidRDefault="00406F7C">
      <w:pPr>
        <w:spacing w:after="0" w:line="240" w:lineRule="auto"/>
        <w:ind w:firstLine="709"/>
        <w:jc w:val="both"/>
        <w:rPr>
          <w:lang w:val="ru-RU"/>
        </w:rPr>
      </w:pPr>
      <w:r w:rsidRPr="00C25644">
        <w:rPr>
          <w:lang w:val="ru-RU"/>
        </w:rPr>
        <w:t>6.2. Вид банковского счета до востребования, валюта, условия его обслуживания, требования к минимальному остатку, а также, если предусмотрено, порядок начисления и выплаты процентов и ограничения по счету указываются в индивидуальных условиях продукта.</w:t>
      </w:r>
    </w:p>
    <w:p w14:paraId="3CA4A84C" w14:textId="77777777" w:rsidR="0037439E" w:rsidRPr="00C25644" w:rsidRDefault="00406F7C">
      <w:pPr>
        <w:spacing w:after="0" w:line="240" w:lineRule="auto"/>
        <w:ind w:firstLine="709"/>
        <w:jc w:val="both"/>
        <w:rPr>
          <w:lang w:val="ru-RU"/>
        </w:rPr>
      </w:pPr>
      <w:r w:rsidRPr="00C25644">
        <w:rPr>
          <w:lang w:val="ru-RU"/>
        </w:rPr>
        <w:t>6.3. Средства на банковский счет до востребования могут вноситься Клиентом в наличной или безналичной форме, а также через дистанционные каналы Банка в порядке, разрешенном законодательством.</w:t>
      </w:r>
    </w:p>
    <w:p w14:paraId="13D9400E" w14:textId="77777777" w:rsidR="0037439E" w:rsidRPr="00C25644" w:rsidRDefault="00406F7C">
      <w:pPr>
        <w:spacing w:after="0" w:line="240" w:lineRule="auto"/>
        <w:ind w:firstLine="709"/>
        <w:jc w:val="both"/>
        <w:rPr>
          <w:lang w:val="ru-RU"/>
        </w:rPr>
      </w:pPr>
      <w:r w:rsidRPr="00C25644">
        <w:rPr>
          <w:lang w:val="ru-RU"/>
        </w:rPr>
        <w:t>6.4. Банк осуществляет операции по банковскому счету до востребования в соответствии с поручением Клиента и требованиями законодательства.</w:t>
      </w:r>
    </w:p>
    <w:p w14:paraId="107B27C4" w14:textId="77777777" w:rsidR="0037439E" w:rsidRPr="00C25644" w:rsidRDefault="00406F7C">
      <w:pPr>
        <w:spacing w:after="0" w:line="240" w:lineRule="auto"/>
        <w:ind w:firstLine="709"/>
        <w:jc w:val="both"/>
        <w:rPr>
          <w:lang w:val="ru-RU"/>
        </w:rPr>
      </w:pPr>
      <w:r w:rsidRPr="00C25644">
        <w:rPr>
          <w:lang w:val="ru-RU"/>
        </w:rPr>
        <w:t>6.5. Возврат или перевод средств с банковского счета до востребования осуществляется в соответствии с требованием Клиента и действующими процедурами Банка.</w:t>
      </w:r>
    </w:p>
    <w:p w14:paraId="5FB1330A" w14:textId="77777777" w:rsidR="0037439E" w:rsidRPr="00C25644" w:rsidRDefault="00406F7C">
      <w:pPr>
        <w:spacing w:after="0" w:line="240" w:lineRule="auto"/>
        <w:ind w:firstLine="709"/>
        <w:jc w:val="both"/>
        <w:rPr>
          <w:lang w:val="ru-RU"/>
        </w:rPr>
      </w:pPr>
      <w:r w:rsidRPr="00C25644">
        <w:rPr>
          <w:lang w:val="ru-RU"/>
        </w:rPr>
        <w:t>6.6. Проценты по банковскому счету до востребования начисляются только в случаях, прямо предусмотренных индивидуальными условиями продукта и действующими Тарифами.</w:t>
      </w:r>
    </w:p>
    <w:p w14:paraId="2BFFE040" w14:textId="77777777" w:rsidR="0037439E" w:rsidRPr="00C25644" w:rsidRDefault="00406F7C">
      <w:pPr>
        <w:spacing w:after="0" w:line="240" w:lineRule="auto"/>
        <w:ind w:firstLine="709"/>
        <w:jc w:val="both"/>
        <w:rPr>
          <w:lang w:val="ru-RU"/>
        </w:rPr>
      </w:pPr>
      <w:r w:rsidRPr="00C25644">
        <w:rPr>
          <w:lang w:val="ru-RU"/>
        </w:rPr>
        <w:t>6.7. При дистанционном открытии банковского счета до востребования Банк предоставляет Клиенту основные условия продукта, информационный лист и, в случаях, предусмотренных законодательством, обязательную информацию о системе гарантирования, а также фиксирует факт ознакомления Клиента с ней.</w:t>
      </w:r>
    </w:p>
    <w:p w14:paraId="124AB405" w14:textId="77777777" w:rsidR="0037439E" w:rsidRPr="00C25644" w:rsidRDefault="00406F7C">
      <w:pPr>
        <w:spacing w:after="0" w:line="240" w:lineRule="auto"/>
        <w:ind w:firstLine="709"/>
        <w:jc w:val="both"/>
        <w:rPr>
          <w:lang w:val="ru-RU"/>
        </w:rPr>
      </w:pPr>
      <w:r w:rsidRPr="00C25644">
        <w:rPr>
          <w:lang w:val="ru-RU"/>
        </w:rPr>
        <w:t>6.8. Порядок обслуживания, закрытия банковского счета до востребования и возврата остатка средств осуществляется в соответствии с законодательством, настоящим Договором и индивидуальными условиями выбранного продукта.</w:t>
      </w:r>
    </w:p>
    <w:p w14:paraId="56E8E334" w14:textId="77777777" w:rsidR="0037439E" w:rsidRPr="00C25644" w:rsidRDefault="0037439E">
      <w:pPr>
        <w:spacing w:after="40" w:line="240" w:lineRule="auto"/>
        <w:jc w:val="both"/>
        <w:rPr>
          <w:lang w:val="ru-RU"/>
        </w:rPr>
      </w:pPr>
    </w:p>
    <w:p w14:paraId="3F61355B" w14:textId="77777777" w:rsidR="0037439E" w:rsidRPr="00C25644" w:rsidRDefault="00406F7C">
      <w:pPr>
        <w:spacing w:after="0" w:line="240" w:lineRule="auto"/>
        <w:jc w:val="both"/>
        <w:rPr>
          <w:lang w:val="ru-RU"/>
        </w:rPr>
      </w:pPr>
      <w:r w:rsidRPr="00C25644">
        <w:rPr>
          <w:b/>
          <w:lang w:val="ru-RU"/>
        </w:rPr>
        <w:t>7. ПРАВА И ОБЯЗАННОСТИ БАНКА</w:t>
      </w:r>
    </w:p>
    <w:p w14:paraId="0F48BA61" w14:textId="77777777" w:rsidR="0037439E" w:rsidRPr="00C25644" w:rsidRDefault="00406F7C">
      <w:pPr>
        <w:spacing w:after="0" w:line="240" w:lineRule="auto"/>
        <w:ind w:firstLine="709"/>
        <w:jc w:val="both"/>
        <w:rPr>
          <w:lang w:val="ru-RU"/>
        </w:rPr>
      </w:pPr>
      <w:r w:rsidRPr="00C25644">
        <w:rPr>
          <w:lang w:val="ru-RU"/>
        </w:rPr>
        <w:t>7.1. Банк обязан:</w:t>
      </w:r>
    </w:p>
    <w:p w14:paraId="7422D84D" w14:textId="77777777" w:rsidR="0037439E" w:rsidRPr="00C25644" w:rsidRDefault="00406F7C">
      <w:pPr>
        <w:spacing w:after="0" w:line="240" w:lineRule="auto"/>
        <w:ind w:firstLine="709"/>
        <w:jc w:val="both"/>
        <w:rPr>
          <w:lang w:val="ru-RU"/>
        </w:rPr>
      </w:pPr>
      <w:r w:rsidRPr="00C25644">
        <w:rPr>
          <w:lang w:val="ru-RU"/>
        </w:rPr>
        <w:t>7.1.1. обслуживать Клиента по выбранному продукту в соответствии с законодательством и настоящим Договором;</w:t>
      </w:r>
    </w:p>
    <w:p w14:paraId="77D10398" w14:textId="77777777" w:rsidR="0037439E" w:rsidRPr="00C25644" w:rsidRDefault="00406F7C">
      <w:pPr>
        <w:spacing w:after="0" w:line="240" w:lineRule="auto"/>
        <w:ind w:firstLine="709"/>
        <w:jc w:val="both"/>
        <w:rPr>
          <w:lang w:val="ru-RU"/>
        </w:rPr>
      </w:pPr>
      <w:r w:rsidRPr="00C25644">
        <w:rPr>
          <w:lang w:val="ru-RU"/>
        </w:rPr>
        <w:t>7.1.2. предоставлять Клиенту информацию об основных условиях продукта, Тарифах, ограничениях и рисках;</w:t>
      </w:r>
    </w:p>
    <w:p w14:paraId="2883E7B7" w14:textId="77777777" w:rsidR="0037439E" w:rsidRPr="00C25644" w:rsidRDefault="00406F7C">
      <w:pPr>
        <w:spacing w:after="0" w:line="240" w:lineRule="auto"/>
        <w:ind w:firstLine="709"/>
        <w:jc w:val="both"/>
        <w:rPr>
          <w:lang w:val="ru-RU"/>
        </w:rPr>
      </w:pPr>
      <w:r w:rsidRPr="00C25644">
        <w:rPr>
          <w:lang w:val="ru-RU"/>
        </w:rPr>
        <w:t>7.1.3. рассматривать обращения Клиента в порядке, установленном законодательством;</w:t>
      </w:r>
    </w:p>
    <w:p w14:paraId="675D16F1" w14:textId="77777777" w:rsidR="0037439E" w:rsidRPr="00C25644" w:rsidRDefault="00406F7C">
      <w:pPr>
        <w:spacing w:after="0" w:line="240" w:lineRule="auto"/>
        <w:ind w:firstLine="709"/>
        <w:jc w:val="both"/>
        <w:rPr>
          <w:lang w:val="ru-RU"/>
        </w:rPr>
      </w:pPr>
      <w:r w:rsidRPr="00C25644">
        <w:rPr>
          <w:lang w:val="ru-RU"/>
        </w:rPr>
        <w:lastRenderedPageBreak/>
        <w:t>7.1.4. обеспечивать конфиденциальность банковской тайны и данных о Клиенте, за исключением случаев, предусмотренных законодательством;</w:t>
      </w:r>
    </w:p>
    <w:p w14:paraId="794615FB" w14:textId="77777777" w:rsidR="0037439E" w:rsidRPr="00C25644" w:rsidRDefault="00406F7C">
      <w:pPr>
        <w:spacing w:after="0" w:line="240" w:lineRule="auto"/>
        <w:ind w:firstLine="709"/>
        <w:jc w:val="both"/>
        <w:rPr>
          <w:lang w:val="ru-RU"/>
        </w:rPr>
      </w:pPr>
      <w:r w:rsidRPr="00C25644">
        <w:rPr>
          <w:lang w:val="ru-RU"/>
        </w:rPr>
        <w:t>7.1.5. учитывать операции по банковской карте или банковскому счету до востребования по действующим правилам и хранить подтверждающие сведения.</w:t>
      </w:r>
    </w:p>
    <w:p w14:paraId="10C636BF" w14:textId="77777777" w:rsidR="0037439E" w:rsidRPr="00C25644" w:rsidRDefault="00406F7C">
      <w:pPr>
        <w:spacing w:after="0" w:line="240" w:lineRule="auto"/>
        <w:ind w:firstLine="709"/>
        <w:jc w:val="both"/>
        <w:rPr>
          <w:lang w:val="ru-RU"/>
        </w:rPr>
      </w:pPr>
      <w:r w:rsidRPr="00C25644">
        <w:rPr>
          <w:lang w:val="ru-RU"/>
        </w:rPr>
        <w:t>7.2. Банк вправе:</w:t>
      </w:r>
    </w:p>
    <w:p w14:paraId="1F2EFAE8" w14:textId="77777777" w:rsidR="0037439E" w:rsidRPr="00C25644" w:rsidRDefault="00406F7C">
      <w:pPr>
        <w:spacing w:after="0" w:line="240" w:lineRule="auto"/>
        <w:ind w:firstLine="709"/>
        <w:jc w:val="both"/>
        <w:rPr>
          <w:lang w:val="ru-RU"/>
        </w:rPr>
      </w:pPr>
      <w:r w:rsidRPr="00C25644">
        <w:rPr>
          <w:lang w:val="ru-RU"/>
        </w:rPr>
        <w:t>7.2.1. проводить надлежащую проверку Клиента, запрашивать дополнительные сведения и документы;</w:t>
      </w:r>
    </w:p>
    <w:p w14:paraId="685C4EA0" w14:textId="77777777" w:rsidR="0037439E" w:rsidRPr="00C25644" w:rsidRDefault="00406F7C">
      <w:pPr>
        <w:spacing w:after="0" w:line="240" w:lineRule="auto"/>
        <w:ind w:firstLine="709"/>
        <w:jc w:val="both"/>
        <w:rPr>
          <w:lang w:val="ru-RU"/>
        </w:rPr>
      </w:pPr>
      <w:r w:rsidRPr="00C25644">
        <w:rPr>
          <w:lang w:val="ru-RU"/>
        </w:rPr>
        <w:t xml:space="preserve">7.2.2. ограничивать, отклонять либо временно приостанавливать операции по основаниям, связанным с законодательством, правилами </w:t>
      </w:r>
      <w:r w:rsidRPr="00C25644">
        <w:t>AML</w:t>
      </w:r>
      <w:r w:rsidRPr="00C25644">
        <w:rPr>
          <w:lang w:val="ru-RU"/>
        </w:rPr>
        <w:t>/</w:t>
      </w:r>
      <w:r w:rsidRPr="00C25644">
        <w:t>CFT</w:t>
      </w:r>
      <w:r w:rsidRPr="00C25644">
        <w:rPr>
          <w:lang w:val="ru-RU"/>
        </w:rPr>
        <w:t>, санкционными ограничениями, требованиями платежных систем или безопасностью;</w:t>
      </w:r>
    </w:p>
    <w:p w14:paraId="384140BE" w14:textId="77777777" w:rsidR="0037439E" w:rsidRPr="00C25644" w:rsidRDefault="00406F7C">
      <w:pPr>
        <w:spacing w:after="0" w:line="240" w:lineRule="auto"/>
        <w:ind w:firstLine="709"/>
        <w:jc w:val="both"/>
        <w:rPr>
          <w:lang w:val="ru-RU"/>
        </w:rPr>
      </w:pPr>
      <w:r w:rsidRPr="00C25644">
        <w:rPr>
          <w:lang w:val="ru-RU"/>
        </w:rPr>
        <w:t>7.2.3. вносить изменения и дополнения в Тарифы Банка с уведомлением Клиента в порядке, предусмотренном законодательством и настоящим Договором;</w:t>
      </w:r>
    </w:p>
    <w:p w14:paraId="3A5D9317" w14:textId="77777777" w:rsidR="0037439E" w:rsidRPr="00C25644" w:rsidRDefault="00406F7C">
      <w:pPr>
        <w:spacing w:after="0" w:line="240" w:lineRule="auto"/>
        <w:ind w:firstLine="709"/>
        <w:jc w:val="both"/>
        <w:rPr>
          <w:lang w:val="ru-RU"/>
        </w:rPr>
      </w:pPr>
      <w:r w:rsidRPr="00C25644">
        <w:rPr>
          <w:lang w:val="ru-RU"/>
        </w:rPr>
        <w:t>7.2.4. временно ограничивать обслуживание банковской карты, дистанционного доступа либо соответствующего продукта при компрометации средств аутентификации, наличии признаков мошенничества, подозрительной операции либо технического риска;</w:t>
      </w:r>
    </w:p>
    <w:p w14:paraId="32E09992" w14:textId="77777777" w:rsidR="0037439E" w:rsidRPr="00C25644" w:rsidRDefault="0037439E">
      <w:pPr>
        <w:spacing w:after="40" w:line="240" w:lineRule="auto"/>
        <w:jc w:val="both"/>
        <w:rPr>
          <w:lang w:val="ru-RU"/>
        </w:rPr>
      </w:pPr>
    </w:p>
    <w:p w14:paraId="6D704310" w14:textId="77777777" w:rsidR="0037439E" w:rsidRPr="00C25644" w:rsidRDefault="00406F7C">
      <w:pPr>
        <w:spacing w:after="0" w:line="240" w:lineRule="auto"/>
        <w:jc w:val="both"/>
        <w:rPr>
          <w:lang w:val="ru-RU"/>
        </w:rPr>
      </w:pPr>
      <w:r w:rsidRPr="00C25644">
        <w:rPr>
          <w:b/>
          <w:lang w:val="ru-RU"/>
        </w:rPr>
        <w:t>8. ПРАВА И ОБЯЗАННОСТИ КЛИЕНТА</w:t>
      </w:r>
    </w:p>
    <w:p w14:paraId="06C9B287" w14:textId="77777777" w:rsidR="0037439E" w:rsidRPr="00C25644" w:rsidRDefault="00406F7C">
      <w:pPr>
        <w:spacing w:after="0" w:line="240" w:lineRule="auto"/>
        <w:ind w:firstLine="709"/>
        <w:jc w:val="both"/>
        <w:rPr>
          <w:lang w:val="ru-RU"/>
        </w:rPr>
      </w:pPr>
      <w:r w:rsidRPr="00C25644">
        <w:rPr>
          <w:lang w:val="ru-RU"/>
        </w:rPr>
        <w:t>8.1. Клиент вправе:</w:t>
      </w:r>
    </w:p>
    <w:p w14:paraId="02D2A64F" w14:textId="77777777" w:rsidR="0037439E" w:rsidRPr="00C25644" w:rsidRDefault="00406F7C">
      <w:pPr>
        <w:spacing w:after="0" w:line="240" w:lineRule="auto"/>
        <w:ind w:firstLine="709"/>
        <w:jc w:val="both"/>
        <w:rPr>
          <w:lang w:val="ru-RU"/>
        </w:rPr>
      </w:pPr>
      <w:r w:rsidRPr="00C25644">
        <w:rPr>
          <w:lang w:val="ru-RU"/>
        </w:rPr>
        <w:t>8.1.1. получать полную и понятную информацию по выбранному продукту;</w:t>
      </w:r>
    </w:p>
    <w:p w14:paraId="6642E031" w14:textId="77777777" w:rsidR="0037439E" w:rsidRPr="00C25644" w:rsidRDefault="00406F7C">
      <w:pPr>
        <w:spacing w:after="0" w:line="240" w:lineRule="auto"/>
        <w:ind w:firstLine="709"/>
        <w:jc w:val="both"/>
        <w:rPr>
          <w:lang w:val="ru-RU"/>
        </w:rPr>
      </w:pPr>
      <w:r w:rsidRPr="00C25644">
        <w:rPr>
          <w:lang w:val="ru-RU"/>
        </w:rPr>
        <w:t>8.1.2. получать сведения, выписки и уведомления по банковской карте и банковскому счету до востребования;</w:t>
      </w:r>
    </w:p>
    <w:p w14:paraId="2E9F9A2F" w14:textId="77777777" w:rsidR="0037439E" w:rsidRPr="00C25644" w:rsidRDefault="00406F7C">
      <w:pPr>
        <w:spacing w:after="0" w:line="240" w:lineRule="auto"/>
        <w:ind w:firstLine="709"/>
        <w:jc w:val="both"/>
        <w:rPr>
          <w:lang w:val="ru-RU"/>
        </w:rPr>
      </w:pPr>
      <w:r w:rsidRPr="00C25644">
        <w:rPr>
          <w:lang w:val="ru-RU"/>
        </w:rPr>
        <w:t>8.1.3. обращаться в связи с действиями или бездействием Банка и подавать жалобы в порядке, установленном законодательством;</w:t>
      </w:r>
    </w:p>
    <w:p w14:paraId="3BEADA83" w14:textId="77777777" w:rsidR="0037439E" w:rsidRPr="00C25644" w:rsidRDefault="00406F7C">
      <w:pPr>
        <w:spacing w:after="0" w:line="240" w:lineRule="auto"/>
        <w:ind w:firstLine="709"/>
        <w:jc w:val="both"/>
        <w:rPr>
          <w:lang w:val="ru-RU"/>
        </w:rPr>
      </w:pPr>
      <w:r w:rsidRPr="00C25644">
        <w:rPr>
          <w:lang w:val="ru-RU"/>
        </w:rPr>
        <w:t>8.1.4. требовать возмещения ущерба, причиненного по вине Банка, в порядке, установленном законодательством.</w:t>
      </w:r>
    </w:p>
    <w:p w14:paraId="3BCD9A79" w14:textId="77777777" w:rsidR="0037439E" w:rsidRPr="00C25644" w:rsidRDefault="00406F7C">
      <w:pPr>
        <w:spacing w:after="0" w:line="240" w:lineRule="auto"/>
        <w:ind w:firstLine="709"/>
        <w:jc w:val="both"/>
        <w:rPr>
          <w:lang w:val="ru-RU"/>
        </w:rPr>
      </w:pPr>
      <w:r w:rsidRPr="00C25644">
        <w:rPr>
          <w:lang w:val="ru-RU"/>
        </w:rPr>
        <w:t>8.2. Клиент обязан:</w:t>
      </w:r>
    </w:p>
    <w:p w14:paraId="59ABE75A" w14:textId="77777777" w:rsidR="0037439E" w:rsidRPr="00C25644" w:rsidRDefault="00406F7C">
      <w:pPr>
        <w:spacing w:after="0" w:line="240" w:lineRule="auto"/>
        <w:ind w:firstLine="709"/>
        <w:jc w:val="both"/>
        <w:rPr>
          <w:lang w:val="ru-RU"/>
        </w:rPr>
      </w:pPr>
      <w:r w:rsidRPr="00C25644">
        <w:rPr>
          <w:lang w:val="ru-RU"/>
        </w:rPr>
        <w:t>8.2.1. обеспечивать полноту, достоверность и актуальность документов и сведений, предоставленных Банку;</w:t>
      </w:r>
    </w:p>
    <w:p w14:paraId="32D747E8" w14:textId="77777777" w:rsidR="0037439E" w:rsidRPr="00C25644" w:rsidRDefault="00406F7C">
      <w:pPr>
        <w:spacing w:after="0" w:line="240" w:lineRule="auto"/>
        <w:ind w:firstLine="709"/>
        <w:jc w:val="both"/>
        <w:rPr>
          <w:lang w:val="ru-RU"/>
        </w:rPr>
      </w:pPr>
      <w:r w:rsidRPr="00C25644">
        <w:rPr>
          <w:lang w:val="ru-RU"/>
        </w:rPr>
        <w:t xml:space="preserve">8.2.2. обеспечивать конфиденциальность и сохранность </w:t>
      </w:r>
      <w:r w:rsidRPr="00C25644">
        <w:t>PIN</w:t>
      </w:r>
      <w:r w:rsidRPr="00C25644">
        <w:rPr>
          <w:lang w:val="ru-RU"/>
        </w:rPr>
        <w:t>-кода, паролей, одноразовых кодов, биометрических средств и иных средств аутентификации;</w:t>
      </w:r>
    </w:p>
    <w:p w14:paraId="07EE4B74" w14:textId="77777777" w:rsidR="0037439E" w:rsidRPr="00C25644" w:rsidRDefault="00406F7C">
      <w:pPr>
        <w:spacing w:after="0" w:line="240" w:lineRule="auto"/>
        <w:ind w:firstLine="709"/>
        <w:jc w:val="both"/>
        <w:rPr>
          <w:lang w:val="ru-RU"/>
        </w:rPr>
      </w:pPr>
      <w:r w:rsidRPr="00C25644">
        <w:rPr>
          <w:lang w:val="ru-RU"/>
        </w:rPr>
        <w:t>8.2.3. немедленно уведомлять Банк об утрате банковской карты, мобильного устройства, средств дистанционного доступа, их хищении либо попадании к третьим лицам;</w:t>
      </w:r>
    </w:p>
    <w:p w14:paraId="5BD14F25" w14:textId="77777777" w:rsidR="0037439E" w:rsidRPr="00C25644" w:rsidRDefault="00406F7C">
      <w:pPr>
        <w:spacing w:after="0" w:line="240" w:lineRule="auto"/>
        <w:ind w:firstLine="709"/>
        <w:jc w:val="both"/>
        <w:rPr>
          <w:lang w:val="ru-RU"/>
        </w:rPr>
      </w:pPr>
      <w:r w:rsidRPr="00C25644">
        <w:rPr>
          <w:lang w:val="ru-RU"/>
        </w:rPr>
        <w:t>8.2.4. исполнять законные требования Банка в части операций, обращений и условий продукта;</w:t>
      </w:r>
    </w:p>
    <w:p w14:paraId="07D62C84" w14:textId="77777777" w:rsidR="0037439E" w:rsidRPr="00C25644" w:rsidRDefault="00406F7C">
      <w:pPr>
        <w:spacing w:after="0" w:line="240" w:lineRule="auto"/>
        <w:ind w:firstLine="709"/>
        <w:jc w:val="both"/>
        <w:rPr>
          <w:lang w:val="ru-RU"/>
        </w:rPr>
      </w:pPr>
      <w:r w:rsidRPr="00C25644">
        <w:rPr>
          <w:lang w:val="ru-RU"/>
        </w:rPr>
        <w:t>8.2.5. оплачивать платежи и комиссии, предусмотренные законодательством, настоящим Договором и индивидуальными условиями продукта;</w:t>
      </w:r>
    </w:p>
    <w:p w14:paraId="3E7670E9" w14:textId="77777777" w:rsidR="0037439E" w:rsidRPr="00C25644" w:rsidRDefault="00406F7C">
      <w:pPr>
        <w:spacing w:after="0" w:line="240" w:lineRule="auto"/>
        <w:ind w:firstLine="709"/>
        <w:jc w:val="both"/>
        <w:rPr>
          <w:lang w:val="ru-RU"/>
        </w:rPr>
      </w:pPr>
      <w:r w:rsidRPr="00C25644">
        <w:rPr>
          <w:lang w:val="ru-RU"/>
        </w:rPr>
        <w:t>8.2.6. без промедления уведомлять Банк об изменении своих данных, номера телефона, адреса электронной почты и иных реквизитов.</w:t>
      </w:r>
    </w:p>
    <w:p w14:paraId="60D673E2" w14:textId="77777777" w:rsidR="0037439E" w:rsidRPr="00C25644" w:rsidRDefault="0037439E">
      <w:pPr>
        <w:spacing w:after="40" w:line="240" w:lineRule="auto"/>
        <w:jc w:val="both"/>
        <w:rPr>
          <w:lang w:val="ru-RU"/>
        </w:rPr>
      </w:pPr>
    </w:p>
    <w:p w14:paraId="1E288BC1" w14:textId="77777777" w:rsidR="0037439E" w:rsidRPr="00C25644" w:rsidRDefault="00406F7C">
      <w:pPr>
        <w:spacing w:after="0" w:line="240" w:lineRule="auto"/>
        <w:jc w:val="both"/>
        <w:rPr>
          <w:lang w:val="ru-RU"/>
        </w:rPr>
      </w:pPr>
      <w:r w:rsidRPr="00C25644">
        <w:rPr>
          <w:b/>
          <w:lang w:val="ru-RU"/>
        </w:rPr>
        <w:t>9. ИНФОРМИРОВАНИЕ ПОТРЕБИТЕЛЯ И РАССМОТРЕНИЕ ОБРАЩЕНИЙ</w:t>
      </w:r>
    </w:p>
    <w:p w14:paraId="14863F1C" w14:textId="77777777" w:rsidR="0037439E" w:rsidRPr="00C25644" w:rsidRDefault="00406F7C">
      <w:pPr>
        <w:spacing w:after="0" w:line="240" w:lineRule="auto"/>
        <w:ind w:firstLine="709"/>
        <w:jc w:val="both"/>
        <w:rPr>
          <w:lang w:val="ru-RU"/>
        </w:rPr>
      </w:pPr>
      <w:r w:rsidRPr="00C25644">
        <w:rPr>
          <w:lang w:val="ru-RU"/>
        </w:rPr>
        <w:t>9.1. Банк предоставляет Клиенту информацию об основных условиях продукта, Тарифах, комиссиях, рисках, ограничениях и порядке обращения через свои официальные каналы.</w:t>
      </w:r>
    </w:p>
    <w:p w14:paraId="7D2FE065" w14:textId="77777777" w:rsidR="0037439E" w:rsidRPr="00C25644" w:rsidRDefault="00406F7C">
      <w:pPr>
        <w:spacing w:after="0" w:line="240" w:lineRule="auto"/>
        <w:ind w:firstLine="709"/>
        <w:jc w:val="both"/>
        <w:rPr>
          <w:lang w:val="ru-RU"/>
        </w:rPr>
      </w:pPr>
      <w:r w:rsidRPr="00C25644">
        <w:rPr>
          <w:lang w:val="ru-RU"/>
        </w:rPr>
        <w:lastRenderedPageBreak/>
        <w:t>9.2. В соответствии с требованиями нормативных документов о минимальных требованиях к отношениям с потребителями по банковским картам и банковским счетам до востребования Банк в предусмотренных законом случаях предоставляет информационный лист и иные обязательные сведения.</w:t>
      </w:r>
    </w:p>
    <w:p w14:paraId="30C090FB" w14:textId="77777777" w:rsidR="0037439E" w:rsidRPr="00C25644" w:rsidRDefault="00406F7C">
      <w:pPr>
        <w:spacing w:after="0" w:line="240" w:lineRule="auto"/>
        <w:ind w:firstLine="709"/>
        <w:jc w:val="both"/>
        <w:rPr>
          <w:lang w:val="ru-RU"/>
        </w:rPr>
      </w:pPr>
      <w:r w:rsidRPr="00C25644">
        <w:rPr>
          <w:lang w:val="ru-RU"/>
        </w:rPr>
        <w:t>9.3. По банковским счетам до востребования Банк в случаях, предусмотренных законодательством, предоставляет Клиенту информацию о системе гарантирования и фиксирует факт ознакомления Клиента с ней.</w:t>
      </w:r>
    </w:p>
    <w:p w14:paraId="6686C49F" w14:textId="77777777" w:rsidR="0037439E" w:rsidRPr="00C25644" w:rsidRDefault="00406F7C">
      <w:pPr>
        <w:spacing w:after="0" w:line="240" w:lineRule="auto"/>
        <w:ind w:firstLine="709"/>
        <w:jc w:val="both"/>
        <w:rPr>
          <w:lang w:val="ru-RU"/>
        </w:rPr>
      </w:pPr>
      <w:r w:rsidRPr="00C25644">
        <w:rPr>
          <w:lang w:val="ru-RU"/>
        </w:rPr>
        <w:t>9.4. Клиент может обратиться в Банк в письменной, электронной форме, через мобильное приложение, контакт-центр либо иные официальные каналы, определенные Банком.</w:t>
      </w:r>
    </w:p>
    <w:p w14:paraId="5B3206FD" w14:textId="77777777" w:rsidR="0037439E" w:rsidRPr="00C25644" w:rsidRDefault="00406F7C">
      <w:pPr>
        <w:spacing w:after="0" w:line="240" w:lineRule="auto"/>
        <w:ind w:firstLine="709"/>
        <w:jc w:val="both"/>
        <w:rPr>
          <w:lang w:val="ru-RU"/>
        </w:rPr>
      </w:pPr>
      <w:r w:rsidRPr="00C25644">
        <w:rPr>
          <w:lang w:val="ru-RU"/>
        </w:rPr>
        <w:t>9.5. Обращения принимаются бесплатно, регистрируются Банком, рассматриваются в соответствии с законодательством и внутренними процедурами, а по итогам рассмотрения Клиенту направляется ответ.</w:t>
      </w:r>
    </w:p>
    <w:p w14:paraId="29430216" w14:textId="77777777" w:rsidR="0037439E" w:rsidRPr="00C25644" w:rsidRDefault="00406F7C">
      <w:pPr>
        <w:spacing w:after="0" w:line="240" w:lineRule="auto"/>
        <w:ind w:firstLine="709"/>
        <w:jc w:val="both"/>
        <w:rPr>
          <w:lang w:val="ru-RU"/>
        </w:rPr>
      </w:pPr>
      <w:r w:rsidRPr="00C25644">
        <w:rPr>
          <w:lang w:val="ru-RU"/>
        </w:rPr>
        <w:t>9.6. При необходимости Клиенту предоставляется информация о внутреннем апелляционном порядке Банка, а также о возможности обращения в уполномоченные государственные органы и в суд.</w:t>
      </w:r>
    </w:p>
    <w:p w14:paraId="0AB3C83B" w14:textId="77777777" w:rsidR="0037439E" w:rsidRPr="00C25644" w:rsidRDefault="0037439E">
      <w:pPr>
        <w:spacing w:after="40" w:line="240" w:lineRule="auto"/>
        <w:jc w:val="both"/>
        <w:rPr>
          <w:lang w:val="ru-RU"/>
        </w:rPr>
      </w:pPr>
    </w:p>
    <w:p w14:paraId="2E1548CA" w14:textId="77777777" w:rsidR="0037439E" w:rsidRPr="00C25644" w:rsidRDefault="00406F7C">
      <w:pPr>
        <w:spacing w:after="0" w:line="240" w:lineRule="auto"/>
        <w:jc w:val="both"/>
        <w:rPr>
          <w:lang w:val="ru-RU"/>
        </w:rPr>
      </w:pPr>
      <w:r w:rsidRPr="00C25644">
        <w:rPr>
          <w:b/>
          <w:lang w:val="ru-RU"/>
        </w:rPr>
        <w:t xml:space="preserve">10. </w:t>
      </w:r>
      <w:r w:rsidRPr="00C25644">
        <w:rPr>
          <w:b/>
        </w:rPr>
        <w:t>AML</w:t>
      </w:r>
      <w:r w:rsidRPr="00C25644">
        <w:rPr>
          <w:b/>
          <w:lang w:val="ru-RU"/>
        </w:rPr>
        <w:t>/</w:t>
      </w:r>
      <w:r w:rsidRPr="00C25644">
        <w:rPr>
          <w:b/>
        </w:rPr>
        <w:t>CFT</w:t>
      </w:r>
      <w:r w:rsidRPr="00C25644">
        <w:rPr>
          <w:b/>
          <w:lang w:val="ru-RU"/>
        </w:rPr>
        <w:t>, САНКЦИОННЫЙ КОМПЛАЕНС И МЕРЫ БЕЗОПАСНОСТИ</w:t>
      </w:r>
    </w:p>
    <w:p w14:paraId="0196408F" w14:textId="77777777" w:rsidR="0037439E" w:rsidRPr="00C25644" w:rsidRDefault="00406F7C">
      <w:pPr>
        <w:spacing w:after="0" w:line="240" w:lineRule="auto"/>
        <w:ind w:firstLine="709"/>
        <w:jc w:val="both"/>
        <w:rPr>
          <w:lang w:val="ru-RU"/>
        </w:rPr>
      </w:pPr>
      <w:r w:rsidRPr="00C25644">
        <w:rPr>
          <w:lang w:val="ru-RU"/>
        </w:rPr>
        <w:t xml:space="preserve">10.1. При обслуживании Клиента Банк руководствуется законодательством, документами Центрального банка, требованиями платежных систем и внутренними правилами Банка в сфере </w:t>
      </w:r>
      <w:r w:rsidRPr="00C25644">
        <w:t>AML</w:t>
      </w:r>
      <w:r w:rsidRPr="00C25644">
        <w:rPr>
          <w:lang w:val="ru-RU"/>
        </w:rPr>
        <w:t>/</w:t>
      </w:r>
      <w:r w:rsidRPr="00C25644">
        <w:t>CFT</w:t>
      </w:r>
      <w:r w:rsidRPr="00C25644">
        <w:rPr>
          <w:lang w:val="ru-RU"/>
        </w:rPr>
        <w:t>, противодействия финансированию распространения оружия массового уничтожения и санкционного комплаенса.</w:t>
      </w:r>
    </w:p>
    <w:p w14:paraId="7C3752E3" w14:textId="77777777" w:rsidR="0037439E" w:rsidRPr="00C25644" w:rsidRDefault="00406F7C">
      <w:pPr>
        <w:spacing w:after="0" w:line="240" w:lineRule="auto"/>
        <w:ind w:firstLine="709"/>
        <w:jc w:val="both"/>
        <w:rPr>
          <w:lang w:val="ru-RU"/>
        </w:rPr>
      </w:pPr>
      <w:r w:rsidRPr="00C25644">
        <w:rPr>
          <w:lang w:val="ru-RU"/>
        </w:rPr>
        <w:t>10.2. Банк вправе требовать пояснения и подтверждающие документы относительно экономического содержания операции, источника происхождения средств, контрагента и иных обстоятельств.</w:t>
      </w:r>
    </w:p>
    <w:p w14:paraId="7173BD5B" w14:textId="77777777" w:rsidR="0037439E" w:rsidRPr="00C25644" w:rsidRDefault="00406F7C">
      <w:pPr>
        <w:spacing w:after="0" w:line="240" w:lineRule="auto"/>
        <w:ind w:firstLine="709"/>
        <w:jc w:val="both"/>
        <w:rPr>
          <w:lang w:val="ru-RU"/>
        </w:rPr>
      </w:pPr>
      <w:r w:rsidRPr="00C25644">
        <w:rPr>
          <w:lang w:val="ru-RU"/>
        </w:rPr>
        <w:t>10.3. При недостаточности представленных сведений, выявлении подозрительной операции, наличии санкционного риска либо иных случаях, предусмотренных законодательством, Банк может отклонить, ограничить либо временно приостановить операцию.</w:t>
      </w:r>
    </w:p>
    <w:p w14:paraId="00345136" w14:textId="77777777" w:rsidR="0037439E" w:rsidRPr="00C25644" w:rsidRDefault="00406F7C">
      <w:pPr>
        <w:spacing w:after="0" w:line="240" w:lineRule="auto"/>
        <w:ind w:firstLine="709"/>
        <w:jc w:val="both"/>
        <w:rPr>
          <w:lang w:val="ru-RU"/>
        </w:rPr>
      </w:pPr>
      <w:r w:rsidRPr="00C25644">
        <w:rPr>
          <w:lang w:val="ru-RU"/>
        </w:rPr>
        <w:t>10.4. Действия Банка по настоящему разделу осуществляются исходя из законодательства и внутренней системы контроля Банка.</w:t>
      </w:r>
    </w:p>
    <w:p w14:paraId="721C2F8C" w14:textId="77777777" w:rsidR="0037439E" w:rsidRPr="00C25644" w:rsidRDefault="0037439E">
      <w:pPr>
        <w:spacing w:after="40" w:line="240" w:lineRule="auto"/>
        <w:jc w:val="both"/>
        <w:rPr>
          <w:lang w:val="ru-RU"/>
        </w:rPr>
      </w:pPr>
    </w:p>
    <w:p w14:paraId="3E591123" w14:textId="77777777" w:rsidR="0037439E" w:rsidRPr="00C25644" w:rsidRDefault="00406F7C">
      <w:pPr>
        <w:spacing w:after="0" w:line="240" w:lineRule="auto"/>
        <w:jc w:val="both"/>
        <w:rPr>
          <w:lang w:val="ru-RU"/>
        </w:rPr>
      </w:pPr>
      <w:r w:rsidRPr="00C25644">
        <w:rPr>
          <w:b/>
          <w:lang w:val="ru-RU"/>
        </w:rPr>
        <w:t>11. ТАРИФЫ, ПРОЦЕНТЫ И РАСЧЕТЫ</w:t>
      </w:r>
    </w:p>
    <w:p w14:paraId="79F33691" w14:textId="77777777" w:rsidR="0037439E" w:rsidRPr="00C25644" w:rsidRDefault="00406F7C">
      <w:pPr>
        <w:spacing w:after="0" w:line="240" w:lineRule="auto"/>
        <w:ind w:firstLine="709"/>
        <w:jc w:val="both"/>
        <w:rPr>
          <w:lang w:val="ru-RU"/>
        </w:rPr>
      </w:pPr>
      <w:r w:rsidRPr="00C25644">
        <w:rPr>
          <w:lang w:val="ru-RU"/>
        </w:rPr>
        <w:t>11.1. Плата за услуги Банка взимается в соответствии с действующими Тарифами Банка.</w:t>
      </w:r>
    </w:p>
    <w:p w14:paraId="02814421" w14:textId="77777777" w:rsidR="0037439E" w:rsidRPr="00C25644" w:rsidRDefault="00406F7C">
      <w:pPr>
        <w:spacing w:after="0" w:line="240" w:lineRule="auto"/>
        <w:ind w:firstLine="709"/>
        <w:jc w:val="both"/>
        <w:rPr>
          <w:lang w:val="ru-RU"/>
        </w:rPr>
      </w:pPr>
      <w:r w:rsidRPr="00C25644">
        <w:rPr>
          <w:lang w:val="ru-RU"/>
        </w:rPr>
        <w:t>11.2. Проценты и иные финансовые условия по банковским счетам до востребования применяются только в случаях, предусмотренных индивидуальными условиями продукта и действующими Тарифами.</w:t>
      </w:r>
    </w:p>
    <w:p w14:paraId="341F4562" w14:textId="77777777" w:rsidR="0037439E" w:rsidRPr="00C25644" w:rsidRDefault="00406F7C">
      <w:pPr>
        <w:spacing w:after="0" w:line="240" w:lineRule="auto"/>
        <w:ind w:firstLine="709"/>
        <w:jc w:val="both"/>
        <w:rPr>
          <w:lang w:val="ru-RU"/>
        </w:rPr>
      </w:pPr>
      <w:r w:rsidRPr="00C25644">
        <w:rPr>
          <w:lang w:val="ru-RU"/>
        </w:rPr>
        <w:t>11.3. Тарифы и условия обслуживания публикуются на официальном веб-сайте Банка, в мобильном приложении, в офисах Банка и в иных официальных информационных каналах.</w:t>
      </w:r>
    </w:p>
    <w:p w14:paraId="2EB59E91" w14:textId="77777777" w:rsidR="0037439E" w:rsidRPr="00C25644" w:rsidRDefault="00406F7C">
      <w:pPr>
        <w:spacing w:after="0" w:line="240" w:lineRule="auto"/>
        <w:ind w:firstLine="709"/>
        <w:jc w:val="both"/>
        <w:rPr>
          <w:lang w:val="ru-RU"/>
        </w:rPr>
      </w:pPr>
      <w:r w:rsidRPr="00C25644">
        <w:rPr>
          <w:lang w:val="ru-RU"/>
        </w:rPr>
        <w:t>11.4. Банк вправе взыскивать плату за услуги и иные платежи со счета карты либо иного соответствующего счета в случаях, разрешенных законодательством, и в пределах акцепта, данного Клиентом по настоящему Договору.</w:t>
      </w:r>
    </w:p>
    <w:p w14:paraId="0890E29E" w14:textId="77777777" w:rsidR="0037439E" w:rsidRPr="00C25644" w:rsidRDefault="00406F7C">
      <w:pPr>
        <w:spacing w:after="0" w:line="240" w:lineRule="auto"/>
        <w:ind w:firstLine="709"/>
        <w:jc w:val="both"/>
        <w:rPr>
          <w:lang w:val="ru-RU"/>
        </w:rPr>
      </w:pPr>
      <w:r w:rsidRPr="00C25644">
        <w:rPr>
          <w:lang w:val="ru-RU"/>
        </w:rPr>
        <w:lastRenderedPageBreak/>
        <w:t>11.5. При изменении Тарифов Банк уведомляет Клиента не менее чем за 10 (десять) дней, если иной срок не предусмотрен законодательством либо условиями продукта.</w:t>
      </w:r>
    </w:p>
    <w:p w14:paraId="395274E1" w14:textId="77777777" w:rsidR="0037439E" w:rsidRPr="00C25644" w:rsidRDefault="0037439E">
      <w:pPr>
        <w:spacing w:after="40" w:line="240" w:lineRule="auto"/>
        <w:jc w:val="both"/>
        <w:rPr>
          <w:lang w:val="ru-RU"/>
        </w:rPr>
      </w:pPr>
    </w:p>
    <w:p w14:paraId="2B5ABF65" w14:textId="77777777" w:rsidR="0037439E" w:rsidRPr="00C25644" w:rsidRDefault="00406F7C">
      <w:pPr>
        <w:spacing w:after="0" w:line="240" w:lineRule="auto"/>
        <w:jc w:val="both"/>
        <w:rPr>
          <w:lang w:val="ru-RU"/>
        </w:rPr>
      </w:pPr>
      <w:r w:rsidRPr="00C25644">
        <w:rPr>
          <w:b/>
          <w:lang w:val="ru-RU"/>
        </w:rPr>
        <w:t>12. ОТВЕТСТВЕННОСТЬ СТОРОН</w:t>
      </w:r>
    </w:p>
    <w:p w14:paraId="536D4F7F" w14:textId="77777777" w:rsidR="0037439E" w:rsidRPr="00C25644" w:rsidRDefault="00406F7C">
      <w:pPr>
        <w:spacing w:after="0" w:line="240" w:lineRule="auto"/>
        <w:ind w:firstLine="709"/>
        <w:jc w:val="both"/>
        <w:rPr>
          <w:lang w:val="ru-RU"/>
        </w:rPr>
      </w:pPr>
      <w:r w:rsidRPr="00C25644">
        <w:rPr>
          <w:lang w:val="ru-RU"/>
        </w:rPr>
        <w:t>12.1. Стороны несут ответственность за неисполнение или ненадлежащее исполнение обязательств по настоящему Договору в соответствии с законодательством.</w:t>
      </w:r>
    </w:p>
    <w:p w14:paraId="238F91C2" w14:textId="77777777" w:rsidR="0037439E" w:rsidRPr="00C25644" w:rsidRDefault="00406F7C">
      <w:pPr>
        <w:spacing w:after="0" w:line="240" w:lineRule="auto"/>
        <w:ind w:firstLine="709"/>
        <w:jc w:val="both"/>
        <w:rPr>
          <w:lang w:val="ru-RU"/>
        </w:rPr>
      </w:pPr>
      <w:r w:rsidRPr="00C25644">
        <w:rPr>
          <w:lang w:val="ru-RU"/>
        </w:rPr>
        <w:t>12.2. Банк не несет ответственности за последствия представления Клиентом неверных либо неполных сведений, действий третьих лиц, сбоев операторов связи и платежных систем, прекращения электроснабжения и иных обстоятельств, не зависящих от Банка, за исключением случаев, когда вина Банка доказана.</w:t>
      </w:r>
    </w:p>
    <w:p w14:paraId="55D7720D" w14:textId="77777777" w:rsidR="0037439E" w:rsidRPr="00C25644" w:rsidRDefault="00406F7C">
      <w:pPr>
        <w:spacing w:after="0" w:line="240" w:lineRule="auto"/>
        <w:ind w:firstLine="709"/>
        <w:jc w:val="both"/>
        <w:rPr>
          <w:lang w:val="ru-RU"/>
        </w:rPr>
      </w:pPr>
      <w:r w:rsidRPr="00C25644">
        <w:rPr>
          <w:lang w:val="ru-RU"/>
        </w:rPr>
        <w:t xml:space="preserve">12.3. Клиент отвечает за последствия раскрытия третьим лицам средств аутентификации, </w:t>
      </w:r>
      <w:r w:rsidRPr="00C25644">
        <w:t>PIN</w:t>
      </w:r>
      <w:r w:rsidRPr="00C25644">
        <w:rPr>
          <w:lang w:val="ru-RU"/>
        </w:rPr>
        <w:t>-кода, пароля и иных конфиденциальных данных, за исключением случаев грубого нарушения Банком безопасности системы.</w:t>
      </w:r>
    </w:p>
    <w:p w14:paraId="453F4DDD" w14:textId="77777777" w:rsidR="0037439E" w:rsidRPr="00C25644" w:rsidRDefault="00406F7C">
      <w:pPr>
        <w:spacing w:after="0" w:line="240" w:lineRule="auto"/>
        <w:ind w:firstLine="709"/>
        <w:jc w:val="both"/>
        <w:rPr>
          <w:lang w:val="ru-RU"/>
        </w:rPr>
      </w:pPr>
      <w:r w:rsidRPr="00C25644">
        <w:rPr>
          <w:lang w:val="ru-RU"/>
        </w:rPr>
        <w:t>12.4. Результат рассмотрения спорных операций по банковской карте определяется с учетом правил платежных систем, технических данных, средств идентификации и требований законодательства.</w:t>
      </w:r>
    </w:p>
    <w:p w14:paraId="289AFBC4" w14:textId="77777777" w:rsidR="0037439E" w:rsidRPr="00C25644" w:rsidRDefault="0037439E">
      <w:pPr>
        <w:spacing w:after="40" w:line="240" w:lineRule="auto"/>
        <w:jc w:val="both"/>
        <w:rPr>
          <w:lang w:val="ru-RU"/>
        </w:rPr>
      </w:pPr>
    </w:p>
    <w:p w14:paraId="5CB957EE" w14:textId="77777777" w:rsidR="0037439E" w:rsidRPr="00C25644" w:rsidRDefault="00406F7C">
      <w:pPr>
        <w:spacing w:after="0" w:line="240" w:lineRule="auto"/>
        <w:jc w:val="both"/>
        <w:rPr>
          <w:lang w:val="ru-RU"/>
        </w:rPr>
      </w:pPr>
      <w:r w:rsidRPr="00C25644">
        <w:rPr>
          <w:b/>
          <w:lang w:val="ru-RU"/>
        </w:rPr>
        <w:t>13. БАНКОВСКАЯ ТАЙНА И ПЕРСОНАЛЬНЫЕ ДАННЫЕ</w:t>
      </w:r>
    </w:p>
    <w:p w14:paraId="4D6F3B79" w14:textId="77777777" w:rsidR="0037439E" w:rsidRPr="00C25644" w:rsidRDefault="00406F7C">
      <w:pPr>
        <w:spacing w:after="0" w:line="240" w:lineRule="auto"/>
        <w:ind w:firstLine="709"/>
        <w:jc w:val="both"/>
        <w:rPr>
          <w:lang w:val="ru-RU"/>
        </w:rPr>
      </w:pPr>
      <w:r w:rsidRPr="00C25644">
        <w:rPr>
          <w:lang w:val="ru-RU"/>
        </w:rPr>
        <w:t>13.1. Сведения о банковских картах, банковских счетах до востребования, операциях Клиента и его отношениях с Банком составляют банковскую тайну.</w:t>
      </w:r>
    </w:p>
    <w:p w14:paraId="3F496E05" w14:textId="77777777" w:rsidR="0037439E" w:rsidRPr="00C25644" w:rsidRDefault="00406F7C">
      <w:pPr>
        <w:spacing w:after="0" w:line="240" w:lineRule="auto"/>
        <w:ind w:firstLine="709"/>
        <w:jc w:val="both"/>
        <w:rPr>
          <w:lang w:val="ru-RU"/>
        </w:rPr>
      </w:pPr>
      <w:r w:rsidRPr="00C25644">
        <w:rPr>
          <w:lang w:val="ru-RU"/>
        </w:rPr>
        <w:t>13.2. Банк предоставляет сведения о Клиенте третьим лицам только в случаях и порядке, предусмотренных законодательством.</w:t>
      </w:r>
    </w:p>
    <w:p w14:paraId="7F0E8037" w14:textId="77777777" w:rsidR="0037439E" w:rsidRPr="00C25644" w:rsidRDefault="00406F7C">
      <w:pPr>
        <w:spacing w:after="0" w:line="240" w:lineRule="auto"/>
        <w:ind w:firstLine="709"/>
        <w:jc w:val="both"/>
        <w:rPr>
          <w:lang w:val="ru-RU"/>
        </w:rPr>
      </w:pPr>
      <w:r w:rsidRPr="00C25644">
        <w:rPr>
          <w:lang w:val="ru-RU"/>
        </w:rPr>
        <w:t>13.3. Акцептуя настоящий Договор, Клиент дает Банку согласие на обработку относящихся к нему данных в пределах, разрешенных законодательством, для обслуживания, идентификации, принятия мер безопасности, рассмотрения обращений и иных законных целей.</w:t>
      </w:r>
    </w:p>
    <w:p w14:paraId="6A59CC58" w14:textId="77777777" w:rsidR="0037439E" w:rsidRPr="00C25644" w:rsidRDefault="0037439E">
      <w:pPr>
        <w:spacing w:after="40" w:line="240" w:lineRule="auto"/>
        <w:jc w:val="both"/>
        <w:rPr>
          <w:lang w:val="ru-RU"/>
        </w:rPr>
      </w:pPr>
    </w:p>
    <w:p w14:paraId="12012A4E" w14:textId="77777777" w:rsidR="0037439E" w:rsidRPr="00C25644" w:rsidRDefault="00406F7C">
      <w:pPr>
        <w:spacing w:after="0" w:line="240" w:lineRule="auto"/>
        <w:jc w:val="both"/>
        <w:rPr>
          <w:lang w:val="ru-RU"/>
        </w:rPr>
      </w:pPr>
      <w:r w:rsidRPr="00C25644">
        <w:rPr>
          <w:b/>
          <w:lang w:val="ru-RU"/>
        </w:rPr>
        <w:t>14. ФОРС-МАЖОР</w:t>
      </w:r>
    </w:p>
    <w:p w14:paraId="51C0C01C" w14:textId="77777777" w:rsidR="0037439E" w:rsidRPr="00C25644" w:rsidRDefault="00406F7C">
      <w:pPr>
        <w:spacing w:after="0" w:line="240" w:lineRule="auto"/>
        <w:ind w:firstLine="709"/>
        <w:jc w:val="both"/>
        <w:rPr>
          <w:lang w:val="ru-RU"/>
        </w:rPr>
      </w:pPr>
      <w:r w:rsidRPr="00C25644">
        <w:rPr>
          <w:lang w:val="ru-RU"/>
        </w:rPr>
        <w:t>14.1. В случае невозможности исполнения обязательств вследствие обстоятельств непреодолимой силы, включая стихийные бедствия, чрезвычайные ситуации, войну, ограничения со стороны государственных органов, сбои в инфраструктуре связи и платежей, Стороны освобождаются от ответственности на период действия таких обстоятельств.</w:t>
      </w:r>
    </w:p>
    <w:p w14:paraId="6A96E0D7" w14:textId="77777777" w:rsidR="0037439E" w:rsidRPr="00C25644" w:rsidRDefault="00406F7C">
      <w:pPr>
        <w:spacing w:after="0" w:line="240" w:lineRule="auto"/>
        <w:ind w:firstLine="709"/>
        <w:jc w:val="both"/>
        <w:rPr>
          <w:lang w:val="ru-RU"/>
        </w:rPr>
      </w:pPr>
      <w:r w:rsidRPr="00C25644">
        <w:rPr>
          <w:lang w:val="ru-RU"/>
        </w:rPr>
        <w:t>14.2. Сторона, столкнувшаяся с обстоятельством форс-мажора, обязана в максимально короткий срок уведомить об этом другую Сторону и после прекращения такого обстоятельства принять меры к восстановлению исполнения обязательств.</w:t>
      </w:r>
    </w:p>
    <w:p w14:paraId="393C7CCF" w14:textId="77777777" w:rsidR="0037439E" w:rsidRPr="00C25644" w:rsidRDefault="0037439E">
      <w:pPr>
        <w:spacing w:after="40" w:line="240" w:lineRule="auto"/>
        <w:jc w:val="both"/>
        <w:rPr>
          <w:lang w:val="ru-RU"/>
        </w:rPr>
      </w:pPr>
    </w:p>
    <w:p w14:paraId="608CEFD5" w14:textId="77777777" w:rsidR="0037439E" w:rsidRPr="00C25644" w:rsidRDefault="00406F7C">
      <w:pPr>
        <w:spacing w:after="0" w:line="240" w:lineRule="auto"/>
        <w:jc w:val="both"/>
        <w:rPr>
          <w:lang w:val="ru-RU"/>
        </w:rPr>
      </w:pPr>
      <w:r w:rsidRPr="00C25644">
        <w:rPr>
          <w:b/>
          <w:lang w:val="ru-RU"/>
        </w:rPr>
        <w:t>15. СРОК ДЕЙСТВИЯ, ИЗМЕНЕНИЕ И ПРЕКРАЩЕНИЕ ДОГОВОРА</w:t>
      </w:r>
    </w:p>
    <w:p w14:paraId="19D9A808" w14:textId="77777777" w:rsidR="0037439E" w:rsidRPr="00C25644" w:rsidRDefault="00406F7C">
      <w:pPr>
        <w:spacing w:after="0" w:line="240" w:lineRule="auto"/>
        <w:ind w:firstLine="709"/>
        <w:jc w:val="both"/>
        <w:rPr>
          <w:lang w:val="ru-RU"/>
        </w:rPr>
      </w:pPr>
      <w:r w:rsidRPr="00C25644">
        <w:rPr>
          <w:lang w:val="ru-RU"/>
        </w:rPr>
        <w:t>15.1. Настоящий Договор вступает в силу со дня его публикации Банком и действует до его отмены.</w:t>
      </w:r>
    </w:p>
    <w:p w14:paraId="4E0FF2BA" w14:textId="77777777" w:rsidR="0037439E" w:rsidRPr="00C25644" w:rsidRDefault="00406F7C">
      <w:pPr>
        <w:spacing w:after="0" w:line="240" w:lineRule="auto"/>
        <w:ind w:firstLine="709"/>
        <w:jc w:val="both"/>
        <w:rPr>
          <w:lang w:val="ru-RU"/>
        </w:rPr>
      </w:pPr>
      <w:r w:rsidRPr="00C25644">
        <w:rPr>
          <w:lang w:val="ru-RU"/>
        </w:rPr>
        <w:t>15.2. Редакция, акцептованная Клиентом, применяется в отношениях с Клиентом с даты открытия продукта.</w:t>
      </w:r>
    </w:p>
    <w:p w14:paraId="54DFAFC6" w14:textId="77777777" w:rsidR="0037439E" w:rsidRPr="00C25644" w:rsidRDefault="00406F7C">
      <w:pPr>
        <w:spacing w:after="0" w:line="240" w:lineRule="auto"/>
        <w:ind w:firstLine="709"/>
        <w:jc w:val="both"/>
        <w:rPr>
          <w:lang w:val="ru-RU"/>
        </w:rPr>
      </w:pPr>
      <w:r w:rsidRPr="00C25644">
        <w:rPr>
          <w:lang w:val="ru-RU"/>
        </w:rPr>
        <w:lastRenderedPageBreak/>
        <w:t>15.3. Банк вправе вносить изменения и дополнения в настоящий Договор. Изменения вступают в силу с момента их публикации в официальных информационных каналах либо с указанной в них даты.</w:t>
      </w:r>
    </w:p>
    <w:p w14:paraId="24670F7B" w14:textId="77777777" w:rsidR="0037439E" w:rsidRPr="00C25644" w:rsidRDefault="00406F7C">
      <w:pPr>
        <w:spacing w:after="0" w:line="240" w:lineRule="auto"/>
        <w:ind w:firstLine="709"/>
        <w:jc w:val="both"/>
        <w:rPr>
          <w:lang w:val="ru-RU"/>
        </w:rPr>
      </w:pPr>
      <w:r w:rsidRPr="00C25644">
        <w:rPr>
          <w:lang w:val="ru-RU"/>
        </w:rPr>
        <w:t>15.4. Если Клиент не согласен с изменениями, он вправе в порядке, предусмотренном законодательством и индивидуальными условиями продукта, закрыть соответствующий продукт либо вернуть карту.</w:t>
      </w:r>
    </w:p>
    <w:p w14:paraId="20C99F47" w14:textId="77777777" w:rsidR="0037439E" w:rsidRPr="00C25644" w:rsidRDefault="00406F7C">
      <w:pPr>
        <w:spacing w:after="0" w:line="240" w:lineRule="auto"/>
        <w:ind w:firstLine="709"/>
        <w:jc w:val="both"/>
        <w:rPr>
          <w:lang w:val="ru-RU"/>
        </w:rPr>
      </w:pPr>
      <w:r w:rsidRPr="00C25644">
        <w:rPr>
          <w:lang w:val="ru-RU"/>
        </w:rPr>
        <w:t>15.5. Договор может быть прекращен по заявлению Клиента, по соглашению Сторон либо по инициативе Банка в случаях, предусмотренных законодательством.</w:t>
      </w:r>
    </w:p>
    <w:p w14:paraId="71F0261B" w14:textId="77777777" w:rsidR="0037439E" w:rsidRPr="00C25644" w:rsidRDefault="0037439E">
      <w:pPr>
        <w:spacing w:after="40" w:line="240" w:lineRule="auto"/>
        <w:jc w:val="both"/>
        <w:rPr>
          <w:lang w:val="ru-RU"/>
        </w:rPr>
      </w:pPr>
    </w:p>
    <w:p w14:paraId="24F2C64F" w14:textId="77777777" w:rsidR="0037439E" w:rsidRPr="00C25644" w:rsidRDefault="00406F7C">
      <w:pPr>
        <w:spacing w:after="0" w:line="240" w:lineRule="auto"/>
        <w:jc w:val="both"/>
        <w:rPr>
          <w:lang w:val="ru-RU"/>
        </w:rPr>
      </w:pPr>
      <w:r w:rsidRPr="00C25644">
        <w:rPr>
          <w:b/>
          <w:lang w:val="ru-RU"/>
        </w:rPr>
        <w:t>16. ЗАКЛЮЧИТЕЛЬНЫЕ ПОЛОЖЕНИЯ</w:t>
      </w:r>
    </w:p>
    <w:p w14:paraId="10AE78C7" w14:textId="77777777" w:rsidR="0037439E" w:rsidRPr="00C25644" w:rsidRDefault="00406F7C">
      <w:pPr>
        <w:spacing w:after="0" w:line="240" w:lineRule="auto"/>
        <w:ind w:firstLine="709"/>
        <w:jc w:val="both"/>
        <w:rPr>
          <w:lang w:val="ru-RU"/>
        </w:rPr>
      </w:pPr>
      <w:r w:rsidRPr="00C25644">
        <w:rPr>
          <w:lang w:val="ru-RU"/>
        </w:rPr>
        <w:t>16.1. Настоящий Договор устанавливает общие условия по банковским картам и банковским счетам до востребования для физических лиц.</w:t>
      </w:r>
    </w:p>
    <w:p w14:paraId="105C26FD" w14:textId="77777777" w:rsidR="0037439E" w:rsidRPr="00C25644" w:rsidRDefault="00406F7C">
      <w:pPr>
        <w:spacing w:after="0" w:line="240" w:lineRule="auto"/>
        <w:ind w:firstLine="709"/>
        <w:jc w:val="both"/>
        <w:rPr>
          <w:lang w:val="ru-RU"/>
        </w:rPr>
      </w:pPr>
      <w:r w:rsidRPr="00C25644">
        <w:rPr>
          <w:lang w:val="ru-RU"/>
        </w:rPr>
        <w:t>16.2. Услуги по сберегательным и срочным вкладам не оказываются на основании настоящего Договора. По ним между Банком и Клиентом заключаются отдельные договоры банковского вклада в соответствии с действующими Правилами вкладов Банка.</w:t>
      </w:r>
    </w:p>
    <w:p w14:paraId="3A507055" w14:textId="77777777" w:rsidR="0037439E" w:rsidRPr="00C25644" w:rsidRDefault="00406F7C">
      <w:pPr>
        <w:spacing w:after="0" w:line="240" w:lineRule="auto"/>
        <w:ind w:firstLine="709"/>
        <w:jc w:val="both"/>
        <w:rPr>
          <w:lang w:val="ru-RU"/>
        </w:rPr>
      </w:pPr>
      <w:r w:rsidRPr="00C25644">
        <w:rPr>
          <w:lang w:val="ru-RU"/>
        </w:rPr>
        <w:t>16.3. Споры, возникающие в рамках настоящего Договора, прежде всего разрешаются путем переговоров и в порядке рассмотрения обращений. При недостижении согласия спор подлежит разрешению в соответствии с законодательством.</w:t>
      </w:r>
    </w:p>
    <w:p w14:paraId="3AF23E1A" w14:textId="77777777" w:rsidR="0037439E" w:rsidRPr="00C25644" w:rsidRDefault="00406F7C">
      <w:pPr>
        <w:spacing w:after="0" w:line="240" w:lineRule="auto"/>
        <w:ind w:firstLine="709"/>
        <w:jc w:val="both"/>
        <w:rPr>
          <w:lang w:val="ru-RU"/>
        </w:rPr>
      </w:pPr>
      <w:r w:rsidRPr="00C25644">
        <w:rPr>
          <w:lang w:val="ru-RU"/>
        </w:rPr>
        <w:t>16.4. Приложения к настоящему Договору, Тарифы, информационные листы, паспорта продуктов, формы заявлений и иные официально опубликованные документы Банка являются его неотъемлемой частью.</w:t>
      </w:r>
    </w:p>
    <w:p w14:paraId="7A454163" w14:textId="77777777" w:rsidR="0037439E" w:rsidRPr="00C25644" w:rsidRDefault="00406F7C">
      <w:pPr>
        <w:spacing w:after="0" w:line="240" w:lineRule="auto"/>
        <w:ind w:firstLine="709"/>
        <w:jc w:val="both"/>
        <w:rPr>
          <w:lang w:val="ru-RU"/>
        </w:rPr>
      </w:pPr>
      <w:r w:rsidRPr="00C25644">
        <w:rPr>
          <w:lang w:val="ru-RU"/>
        </w:rPr>
        <w:t>16.5. Текст Договора составлен на узбекском языке. При необходимости Банк может предоставлять информационные тексты на иных языках, однако при толковании приоритет имеет текст на узбекском языке.</w:t>
      </w:r>
    </w:p>
    <w:p w14:paraId="4DEA59EA" w14:textId="77777777" w:rsidR="0037439E" w:rsidRPr="00C25644" w:rsidRDefault="0037439E">
      <w:pPr>
        <w:spacing w:after="40" w:line="240" w:lineRule="auto"/>
        <w:jc w:val="both"/>
        <w:rPr>
          <w:lang w:val="ru-RU"/>
        </w:rPr>
      </w:pPr>
    </w:p>
    <w:p w14:paraId="32885607" w14:textId="77777777" w:rsidR="0037439E" w:rsidRPr="00C25644" w:rsidRDefault="00406F7C">
      <w:pPr>
        <w:spacing w:after="0" w:line="240" w:lineRule="auto"/>
        <w:jc w:val="both"/>
        <w:rPr>
          <w:lang w:val="ru-RU"/>
        </w:rPr>
      </w:pPr>
      <w:r w:rsidRPr="00C25644">
        <w:rPr>
          <w:b/>
          <w:lang w:val="ru-RU"/>
        </w:rPr>
        <w:t>ПЕРЕЧЕНЬ ПРИЛОЖЕНИЙ</w:t>
      </w:r>
    </w:p>
    <w:p w14:paraId="33591339" w14:textId="77777777" w:rsidR="0037439E" w:rsidRPr="00C25644" w:rsidRDefault="00406F7C">
      <w:pPr>
        <w:spacing w:after="0" w:line="240" w:lineRule="auto"/>
        <w:jc w:val="both"/>
        <w:rPr>
          <w:lang w:val="ru-RU"/>
        </w:rPr>
      </w:pPr>
      <w:r w:rsidRPr="00C25644">
        <w:rPr>
          <w:lang w:val="ru-RU"/>
        </w:rPr>
        <w:t>Приложение 1. Форма заявления на открытие и предоставление банковской карты физическому лицу.</w:t>
      </w:r>
    </w:p>
    <w:p w14:paraId="7B4352E3" w14:textId="77777777" w:rsidR="0037439E" w:rsidRPr="00C25644" w:rsidRDefault="00406F7C">
      <w:pPr>
        <w:spacing w:after="0" w:line="240" w:lineRule="auto"/>
        <w:jc w:val="both"/>
        <w:rPr>
          <w:lang w:val="ru-RU"/>
        </w:rPr>
      </w:pPr>
      <w:r w:rsidRPr="00C25644">
        <w:rPr>
          <w:lang w:val="ru-RU"/>
        </w:rPr>
        <w:t>Приложение 2. Форма заявления на открытие банковского счета до востребования.</w:t>
      </w:r>
    </w:p>
    <w:p w14:paraId="60CFBEDB" w14:textId="77777777" w:rsidR="0037439E" w:rsidRPr="00C25644" w:rsidRDefault="00406F7C">
      <w:pPr>
        <w:spacing w:after="0" w:line="240" w:lineRule="auto"/>
        <w:jc w:val="both"/>
        <w:rPr>
          <w:lang w:val="ru-RU"/>
        </w:rPr>
      </w:pPr>
      <w:r w:rsidRPr="00C25644">
        <w:rPr>
          <w:lang w:val="ru-RU"/>
        </w:rPr>
        <w:t>Приложение 3. Форма информационного листа по продукту.</w:t>
      </w:r>
    </w:p>
    <w:p w14:paraId="1CD9C315" w14:textId="77777777" w:rsidR="0037439E" w:rsidRPr="00C25644" w:rsidRDefault="00406F7C">
      <w:pPr>
        <w:spacing w:after="0" w:line="240" w:lineRule="auto"/>
        <w:jc w:val="both"/>
        <w:rPr>
          <w:lang w:val="ru-RU"/>
        </w:rPr>
      </w:pPr>
      <w:r w:rsidRPr="00C25644">
        <w:rPr>
          <w:lang w:val="ru-RU"/>
        </w:rPr>
        <w:t>Приложение 4. Форма информации о системе гарантирования.</w:t>
      </w:r>
    </w:p>
    <w:p w14:paraId="691DC934" w14:textId="77777777" w:rsidR="0037439E" w:rsidRPr="00C25644" w:rsidRDefault="00406F7C">
      <w:pPr>
        <w:spacing w:after="0" w:line="240" w:lineRule="auto"/>
        <w:jc w:val="both"/>
        <w:rPr>
          <w:lang w:val="ru-RU"/>
        </w:rPr>
      </w:pPr>
      <w:r w:rsidRPr="00C25644">
        <w:rPr>
          <w:lang w:val="ru-RU"/>
        </w:rPr>
        <w:t>Приложение 5. Тарифы банковских услуг.</w:t>
      </w:r>
    </w:p>
    <w:p w14:paraId="36BCC228" w14:textId="77777777" w:rsidR="0037439E" w:rsidRPr="00C25644" w:rsidRDefault="00406F7C">
      <w:pPr>
        <w:spacing w:after="0" w:line="240" w:lineRule="auto"/>
        <w:jc w:val="both"/>
        <w:rPr>
          <w:lang w:val="ru-RU"/>
        </w:rPr>
      </w:pPr>
      <w:r w:rsidRPr="00C25644">
        <w:rPr>
          <w:lang w:val="ru-RU"/>
        </w:rPr>
        <w:t>Приложение 6. Информация о порядке направления и рассмотрения обращений.</w:t>
      </w:r>
    </w:p>
    <w:p w14:paraId="02715273" w14:textId="77777777" w:rsidR="0037439E" w:rsidRPr="00C25644" w:rsidRDefault="0037439E">
      <w:pPr>
        <w:spacing w:after="40" w:line="240" w:lineRule="auto"/>
        <w:jc w:val="both"/>
        <w:rPr>
          <w:lang w:val="ru-RU"/>
        </w:rPr>
      </w:pPr>
    </w:p>
    <w:p w14:paraId="5074B80E" w14:textId="77777777" w:rsidR="0037439E" w:rsidRPr="00C25644" w:rsidRDefault="00406F7C">
      <w:pPr>
        <w:spacing w:after="0" w:line="240" w:lineRule="auto"/>
        <w:jc w:val="both"/>
        <w:rPr>
          <w:lang w:val="ru-RU"/>
        </w:rPr>
      </w:pPr>
      <w:r w:rsidRPr="00C25644">
        <w:rPr>
          <w:b/>
          <w:lang w:val="ru-RU"/>
        </w:rPr>
        <w:t>ПРИЛОЖЕНИЕ 1. ФОРМА ЗАЯВЛЕНИЯ НА ОТКРЫТИЕ И ПРЕДОСТАВЛЕНИЕ БАНКОВСКОЙ КАРТЫ ФИЗИЧЕСКОМУ ЛИЦУ</w:t>
      </w:r>
    </w:p>
    <w:tbl>
      <w:tblPr>
        <w:tblStyle w:val="aff0"/>
        <w:tblW w:w="0" w:type="auto"/>
        <w:jc w:val="center"/>
        <w:tblLook w:val="04A0" w:firstRow="1" w:lastRow="0" w:firstColumn="1" w:lastColumn="0" w:noHBand="0" w:noVBand="1"/>
      </w:tblPr>
      <w:tblGrid>
        <w:gridCol w:w="3095"/>
        <w:gridCol w:w="6300"/>
      </w:tblGrid>
      <w:tr w:rsidR="0037439E" w:rsidRPr="00C25644" w14:paraId="247016ED" w14:textId="77777777">
        <w:trPr>
          <w:jc w:val="center"/>
        </w:trPr>
        <w:tc>
          <w:tcPr>
            <w:tcW w:w="4702" w:type="dxa"/>
            <w:tcMar>
              <w:top w:w="80" w:type="dxa"/>
              <w:left w:w="80" w:type="dxa"/>
              <w:bottom w:w="80" w:type="dxa"/>
              <w:right w:w="80" w:type="dxa"/>
            </w:tcMar>
            <w:vAlign w:val="center"/>
          </w:tcPr>
          <w:p w14:paraId="28C5C65C" w14:textId="77777777" w:rsidR="0037439E" w:rsidRPr="00C25644" w:rsidRDefault="00406F7C">
            <w:r w:rsidRPr="00C25644">
              <w:t xml:space="preserve">Ф.И.О. </w:t>
            </w:r>
            <w:proofErr w:type="spellStart"/>
            <w:r w:rsidRPr="00C25644">
              <w:t>Клиента</w:t>
            </w:r>
            <w:proofErr w:type="spellEnd"/>
          </w:p>
        </w:tc>
        <w:tc>
          <w:tcPr>
            <w:tcW w:w="4702" w:type="dxa"/>
            <w:tcMar>
              <w:top w:w="80" w:type="dxa"/>
              <w:left w:w="80" w:type="dxa"/>
              <w:bottom w:w="80" w:type="dxa"/>
              <w:right w:w="80" w:type="dxa"/>
            </w:tcMar>
            <w:vAlign w:val="center"/>
          </w:tcPr>
          <w:p w14:paraId="465776A9" w14:textId="77777777" w:rsidR="0037439E" w:rsidRPr="00C25644" w:rsidRDefault="00406F7C">
            <w:r w:rsidRPr="00C25644">
              <w:t>______________________________________________</w:t>
            </w:r>
          </w:p>
        </w:tc>
      </w:tr>
      <w:tr w:rsidR="0037439E" w:rsidRPr="00C25644" w14:paraId="2A19337B" w14:textId="77777777">
        <w:trPr>
          <w:jc w:val="center"/>
        </w:trPr>
        <w:tc>
          <w:tcPr>
            <w:tcW w:w="4702" w:type="dxa"/>
            <w:tcMar>
              <w:top w:w="80" w:type="dxa"/>
              <w:left w:w="80" w:type="dxa"/>
              <w:bottom w:w="80" w:type="dxa"/>
              <w:right w:w="80" w:type="dxa"/>
            </w:tcMar>
            <w:vAlign w:val="center"/>
          </w:tcPr>
          <w:p w14:paraId="7B2C3A4A" w14:textId="77777777" w:rsidR="0037439E" w:rsidRPr="00C25644" w:rsidRDefault="00406F7C">
            <w:r w:rsidRPr="00C25644">
              <w:t>ПИНФЛ</w:t>
            </w:r>
          </w:p>
        </w:tc>
        <w:tc>
          <w:tcPr>
            <w:tcW w:w="4702" w:type="dxa"/>
            <w:tcMar>
              <w:top w:w="80" w:type="dxa"/>
              <w:left w:w="80" w:type="dxa"/>
              <w:bottom w:w="80" w:type="dxa"/>
              <w:right w:w="80" w:type="dxa"/>
            </w:tcMar>
            <w:vAlign w:val="center"/>
          </w:tcPr>
          <w:p w14:paraId="6AC531ED" w14:textId="77777777" w:rsidR="0037439E" w:rsidRPr="00C25644" w:rsidRDefault="00406F7C">
            <w:r w:rsidRPr="00C25644">
              <w:t>______________________________________________</w:t>
            </w:r>
          </w:p>
        </w:tc>
      </w:tr>
      <w:tr w:rsidR="0037439E" w:rsidRPr="00C25644" w14:paraId="5C48B34B" w14:textId="77777777">
        <w:trPr>
          <w:jc w:val="center"/>
        </w:trPr>
        <w:tc>
          <w:tcPr>
            <w:tcW w:w="4702" w:type="dxa"/>
            <w:tcMar>
              <w:top w:w="80" w:type="dxa"/>
              <w:left w:w="80" w:type="dxa"/>
              <w:bottom w:w="80" w:type="dxa"/>
              <w:right w:w="80" w:type="dxa"/>
            </w:tcMar>
            <w:vAlign w:val="center"/>
          </w:tcPr>
          <w:p w14:paraId="23D8BC31" w14:textId="77777777" w:rsidR="0037439E" w:rsidRPr="00C25644" w:rsidRDefault="00406F7C">
            <w:proofErr w:type="spellStart"/>
            <w:r w:rsidRPr="00C25644">
              <w:t>Данные</w:t>
            </w:r>
            <w:proofErr w:type="spellEnd"/>
            <w:r w:rsidRPr="00C25644">
              <w:t xml:space="preserve"> </w:t>
            </w:r>
            <w:proofErr w:type="spellStart"/>
            <w:r w:rsidRPr="00C25644">
              <w:t>паспорта</w:t>
            </w:r>
            <w:proofErr w:type="spellEnd"/>
            <w:r w:rsidRPr="00C25644">
              <w:t xml:space="preserve"> / ID-</w:t>
            </w:r>
            <w:proofErr w:type="spellStart"/>
            <w:r w:rsidRPr="00C25644">
              <w:t>карты</w:t>
            </w:r>
            <w:proofErr w:type="spellEnd"/>
          </w:p>
        </w:tc>
        <w:tc>
          <w:tcPr>
            <w:tcW w:w="4702" w:type="dxa"/>
            <w:tcMar>
              <w:top w:w="80" w:type="dxa"/>
              <w:left w:w="80" w:type="dxa"/>
              <w:bottom w:w="80" w:type="dxa"/>
              <w:right w:w="80" w:type="dxa"/>
            </w:tcMar>
            <w:vAlign w:val="center"/>
          </w:tcPr>
          <w:p w14:paraId="4CB87AB8" w14:textId="77777777" w:rsidR="0037439E" w:rsidRPr="00C25644" w:rsidRDefault="00406F7C">
            <w:r w:rsidRPr="00C25644">
              <w:t>______________________________________________</w:t>
            </w:r>
          </w:p>
        </w:tc>
      </w:tr>
      <w:tr w:rsidR="0037439E" w:rsidRPr="00C25644" w14:paraId="617F0E45" w14:textId="77777777">
        <w:trPr>
          <w:jc w:val="center"/>
        </w:trPr>
        <w:tc>
          <w:tcPr>
            <w:tcW w:w="4702" w:type="dxa"/>
            <w:tcMar>
              <w:top w:w="80" w:type="dxa"/>
              <w:left w:w="80" w:type="dxa"/>
              <w:bottom w:w="80" w:type="dxa"/>
              <w:right w:w="80" w:type="dxa"/>
            </w:tcMar>
            <w:vAlign w:val="center"/>
          </w:tcPr>
          <w:p w14:paraId="6C1324E7" w14:textId="77777777" w:rsidR="0037439E" w:rsidRPr="00C25644" w:rsidRDefault="00406F7C">
            <w:proofErr w:type="spellStart"/>
            <w:r w:rsidRPr="00C25644">
              <w:t>Номер</w:t>
            </w:r>
            <w:proofErr w:type="spellEnd"/>
            <w:r w:rsidRPr="00C25644">
              <w:t xml:space="preserve"> </w:t>
            </w:r>
            <w:proofErr w:type="spellStart"/>
            <w:r w:rsidRPr="00C25644">
              <w:t>телефона</w:t>
            </w:r>
            <w:proofErr w:type="spellEnd"/>
          </w:p>
        </w:tc>
        <w:tc>
          <w:tcPr>
            <w:tcW w:w="4702" w:type="dxa"/>
            <w:tcMar>
              <w:top w:w="80" w:type="dxa"/>
              <w:left w:w="80" w:type="dxa"/>
              <w:bottom w:w="80" w:type="dxa"/>
              <w:right w:w="80" w:type="dxa"/>
            </w:tcMar>
            <w:vAlign w:val="center"/>
          </w:tcPr>
          <w:p w14:paraId="357B97E5" w14:textId="77777777" w:rsidR="0037439E" w:rsidRPr="00C25644" w:rsidRDefault="00406F7C">
            <w:r w:rsidRPr="00C25644">
              <w:t>______________________________________________</w:t>
            </w:r>
          </w:p>
        </w:tc>
      </w:tr>
      <w:tr w:rsidR="0037439E" w:rsidRPr="00C25644" w14:paraId="3DC11010" w14:textId="77777777">
        <w:trPr>
          <w:jc w:val="center"/>
        </w:trPr>
        <w:tc>
          <w:tcPr>
            <w:tcW w:w="4702" w:type="dxa"/>
            <w:tcMar>
              <w:top w:w="80" w:type="dxa"/>
              <w:left w:w="80" w:type="dxa"/>
              <w:bottom w:w="80" w:type="dxa"/>
              <w:right w:w="80" w:type="dxa"/>
            </w:tcMar>
            <w:vAlign w:val="center"/>
          </w:tcPr>
          <w:p w14:paraId="6253645A" w14:textId="77777777" w:rsidR="0037439E" w:rsidRPr="00C25644" w:rsidRDefault="00406F7C">
            <w:proofErr w:type="spellStart"/>
            <w:r w:rsidRPr="00C25644">
              <w:lastRenderedPageBreak/>
              <w:t>Адрес</w:t>
            </w:r>
            <w:proofErr w:type="spellEnd"/>
            <w:r w:rsidRPr="00C25644">
              <w:t xml:space="preserve"> </w:t>
            </w:r>
            <w:proofErr w:type="spellStart"/>
            <w:r w:rsidRPr="00C25644">
              <w:t>проживания</w:t>
            </w:r>
            <w:proofErr w:type="spellEnd"/>
          </w:p>
        </w:tc>
        <w:tc>
          <w:tcPr>
            <w:tcW w:w="4702" w:type="dxa"/>
            <w:tcMar>
              <w:top w:w="80" w:type="dxa"/>
              <w:left w:w="80" w:type="dxa"/>
              <w:bottom w:w="80" w:type="dxa"/>
              <w:right w:w="80" w:type="dxa"/>
            </w:tcMar>
            <w:vAlign w:val="center"/>
          </w:tcPr>
          <w:p w14:paraId="343DB121" w14:textId="77777777" w:rsidR="0037439E" w:rsidRPr="00C25644" w:rsidRDefault="00406F7C">
            <w:r w:rsidRPr="00C25644">
              <w:t>______________________________________________</w:t>
            </w:r>
          </w:p>
        </w:tc>
      </w:tr>
      <w:tr w:rsidR="0037439E" w:rsidRPr="00C25644" w14:paraId="4B33B004" w14:textId="77777777">
        <w:trPr>
          <w:jc w:val="center"/>
        </w:trPr>
        <w:tc>
          <w:tcPr>
            <w:tcW w:w="4702" w:type="dxa"/>
            <w:tcMar>
              <w:top w:w="80" w:type="dxa"/>
              <w:left w:w="80" w:type="dxa"/>
              <w:bottom w:w="80" w:type="dxa"/>
              <w:right w:w="80" w:type="dxa"/>
            </w:tcMar>
            <w:vAlign w:val="center"/>
          </w:tcPr>
          <w:p w14:paraId="3291FDD2" w14:textId="77777777" w:rsidR="0037439E" w:rsidRPr="00C25644" w:rsidRDefault="00406F7C">
            <w:proofErr w:type="spellStart"/>
            <w:r w:rsidRPr="00C25644">
              <w:t>Вид</w:t>
            </w:r>
            <w:proofErr w:type="spellEnd"/>
            <w:r w:rsidRPr="00C25644">
              <w:t xml:space="preserve"> </w:t>
            </w:r>
            <w:proofErr w:type="spellStart"/>
            <w:r w:rsidRPr="00C25644">
              <w:t>карты</w:t>
            </w:r>
            <w:proofErr w:type="spellEnd"/>
          </w:p>
        </w:tc>
        <w:tc>
          <w:tcPr>
            <w:tcW w:w="4702" w:type="dxa"/>
            <w:tcMar>
              <w:top w:w="80" w:type="dxa"/>
              <w:left w:w="80" w:type="dxa"/>
              <w:bottom w:w="80" w:type="dxa"/>
              <w:right w:w="80" w:type="dxa"/>
            </w:tcMar>
            <w:vAlign w:val="center"/>
          </w:tcPr>
          <w:p w14:paraId="25C32A1F" w14:textId="77777777" w:rsidR="0037439E" w:rsidRPr="00C25644" w:rsidRDefault="00406F7C">
            <w:r w:rsidRPr="00C25644">
              <w:t>______________________________________________</w:t>
            </w:r>
          </w:p>
        </w:tc>
      </w:tr>
      <w:tr w:rsidR="0037439E" w:rsidRPr="00C25644" w14:paraId="2D82E2E1" w14:textId="77777777">
        <w:trPr>
          <w:jc w:val="center"/>
        </w:trPr>
        <w:tc>
          <w:tcPr>
            <w:tcW w:w="4702" w:type="dxa"/>
            <w:tcMar>
              <w:top w:w="80" w:type="dxa"/>
              <w:left w:w="80" w:type="dxa"/>
              <w:bottom w:w="80" w:type="dxa"/>
              <w:right w:w="80" w:type="dxa"/>
            </w:tcMar>
            <w:vAlign w:val="center"/>
          </w:tcPr>
          <w:p w14:paraId="18F4719B" w14:textId="77777777" w:rsidR="0037439E" w:rsidRPr="00C25644" w:rsidRDefault="00406F7C">
            <w:proofErr w:type="spellStart"/>
            <w:r w:rsidRPr="00C25644">
              <w:t>Валюта</w:t>
            </w:r>
            <w:proofErr w:type="spellEnd"/>
          </w:p>
        </w:tc>
        <w:tc>
          <w:tcPr>
            <w:tcW w:w="4702" w:type="dxa"/>
            <w:tcMar>
              <w:top w:w="80" w:type="dxa"/>
              <w:left w:w="80" w:type="dxa"/>
              <w:bottom w:w="80" w:type="dxa"/>
              <w:right w:w="80" w:type="dxa"/>
            </w:tcMar>
            <w:vAlign w:val="center"/>
          </w:tcPr>
          <w:p w14:paraId="74B70D37" w14:textId="77777777" w:rsidR="0037439E" w:rsidRPr="00C25644" w:rsidRDefault="00406F7C">
            <w:r w:rsidRPr="00C25644">
              <w:t xml:space="preserve">UZS / USD / </w:t>
            </w:r>
            <w:proofErr w:type="spellStart"/>
            <w:r w:rsidRPr="00C25644">
              <w:t>иная</w:t>
            </w:r>
            <w:proofErr w:type="spellEnd"/>
          </w:p>
        </w:tc>
      </w:tr>
      <w:tr w:rsidR="0037439E" w:rsidRPr="00C25644" w14:paraId="7CCCE091" w14:textId="77777777">
        <w:trPr>
          <w:jc w:val="center"/>
        </w:trPr>
        <w:tc>
          <w:tcPr>
            <w:tcW w:w="4702" w:type="dxa"/>
            <w:tcMar>
              <w:top w:w="80" w:type="dxa"/>
              <w:left w:w="80" w:type="dxa"/>
              <w:bottom w:w="80" w:type="dxa"/>
              <w:right w:w="80" w:type="dxa"/>
            </w:tcMar>
            <w:vAlign w:val="center"/>
          </w:tcPr>
          <w:p w14:paraId="11469ACC" w14:textId="77777777" w:rsidR="0037439E" w:rsidRPr="00C25644" w:rsidRDefault="00406F7C">
            <w:proofErr w:type="spellStart"/>
            <w:r w:rsidRPr="00C25644">
              <w:t>Способ</w:t>
            </w:r>
            <w:proofErr w:type="spellEnd"/>
            <w:r w:rsidRPr="00C25644">
              <w:t xml:space="preserve"> </w:t>
            </w:r>
            <w:proofErr w:type="spellStart"/>
            <w:r w:rsidRPr="00C25644">
              <w:t>получения</w:t>
            </w:r>
            <w:proofErr w:type="spellEnd"/>
            <w:r w:rsidRPr="00C25644">
              <w:t xml:space="preserve"> </w:t>
            </w:r>
            <w:proofErr w:type="spellStart"/>
            <w:r w:rsidRPr="00C25644">
              <w:t>карты</w:t>
            </w:r>
            <w:proofErr w:type="spellEnd"/>
          </w:p>
        </w:tc>
        <w:tc>
          <w:tcPr>
            <w:tcW w:w="4702" w:type="dxa"/>
            <w:tcMar>
              <w:top w:w="80" w:type="dxa"/>
              <w:left w:w="80" w:type="dxa"/>
              <w:bottom w:w="80" w:type="dxa"/>
              <w:right w:w="80" w:type="dxa"/>
            </w:tcMar>
            <w:vAlign w:val="center"/>
          </w:tcPr>
          <w:p w14:paraId="5CAD3B68" w14:textId="77777777" w:rsidR="0037439E" w:rsidRPr="00C25644" w:rsidRDefault="00406F7C">
            <w:proofErr w:type="spellStart"/>
            <w:r w:rsidRPr="00C25644">
              <w:t>Офис</w:t>
            </w:r>
            <w:proofErr w:type="spellEnd"/>
            <w:r w:rsidRPr="00C25644">
              <w:t xml:space="preserve"> </w:t>
            </w:r>
            <w:proofErr w:type="spellStart"/>
            <w:r w:rsidRPr="00C25644">
              <w:t>Банка</w:t>
            </w:r>
            <w:proofErr w:type="spellEnd"/>
            <w:r w:rsidRPr="00C25644">
              <w:t xml:space="preserve"> / </w:t>
            </w:r>
            <w:proofErr w:type="spellStart"/>
            <w:r w:rsidRPr="00C25644">
              <w:t>курьер</w:t>
            </w:r>
            <w:proofErr w:type="spellEnd"/>
            <w:r w:rsidRPr="00C25644">
              <w:t xml:space="preserve"> / </w:t>
            </w:r>
            <w:proofErr w:type="spellStart"/>
            <w:r w:rsidRPr="00C25644">
              <w:t>иное</w:t>
            </w:r>
            <w:proofErr w:type="spellEnd"/>
          </w:p>
        </w:tc>
      </w:tr>
      <w:tr w:rsidR="0037439E" w:rsidRPr="00C25644" w14:paraId="1AE6F1FB" w14:textId="77777777">
        <w:trPr>
          <w:jc w:val="center"/>
        </w:trPr>
        <w:tc>
          <w:tcPr>
            <w:tcW w:w="4702" w:type="dxa"/>
            <w:tcMar>
              <w:top w:w="80" w:type="dxa"/>
              <w:left w:w="80" w:type="dxa"/>
              <w:bottom w:w="80" w:type="dxa"/>
              <w:right w:w="80" w:type="dxa"/>
            </w:tcMar>
            <w:vAlign w:val="center"/>
          </w:tcPr>
          <w:p w14:paraId="5AD00812" w14:textId="77777777" w:rsidR="0037439E" w:rsidRPr="00C25644" w:rsidRDefault="00406F7C">
            <w:proofErr w:type="spellStart"/>
            <w:r w:rsidRPr="00C25644">
              <w:t>Подключение</w:t>
            </w:r>
            <w:proofErr w:type="spellEnd"/>
            <w:r w:rsidRPr="00C25644">
              <w:t xml:space="preserve"> </w:t>
            </w:r>
            <w:proofErr w:type="spellStart"/>
            <w:r w:rsidRPr="00C25644">
              <w:t>дистанционного</w:t>
            </w:r>
            <w:proofErr w:type="spellEnd"/>
            <w:r w:rsidRPr="00C25644">
              <w:t xml:space="preserve"> </w:t>
            </w:r>
            <w:proofErr w:type="spellStart"/>
            <w:r w:rsidRPr="00C25644">
              <w:t>обслуживания</w:t>
            </w:r>
            <w:proofErr w:type="spellEnd"/>
          </w:p>
        </w:tc>
        <w:tc>
          <w:tcPr>
            <w:tcW w:w="4702" w:type="dxa"/>
            <w:tcMar>
              <w:top w:w="80" w:type="dxa"/>
              <w:left w:w="80" w:type="dxa"/>
              <w:bottom w:w="80" w:type="dxa"/>
              <w:right w:w="80" w:type="dxa"/>
            </w:tcMar>
            <w:vAlign w:val="center"/>
          </w:tcPr>
          <w:p w14:paraId="79D27BDE" w14:textId="77777777" w:rsidR="0037439E" w:rsidRPr="00C25644" w:rsidRDefault="00406F7C">
            <w:proofErr w:type="spellStart"/>
            <w:r w:rsidRPr="00C25644">
              <w:t>Да</w:t>
            </w:r>
            <w:proofErr w:type="spellEnd"/>
            <w:r w:rsidRPr="00C25644">
              <w:t xml:space="preserve"> / </w:t>
            </w:r>
            <w:proofErr w:type="spellStart"/>
            <w:r w:rsidRPr="00C25644">
              <w:t>Нет</w:t>
            </w:r>
            <w:proofErr w:type="spellEnd"/>
          </w:p>
        </w:tc>
      </w:tr>
    </w:tbl>
    <w:p w14:paraId="28DDE740" w14:textId="77777777" w:rsidR="0037439E" w:rsidRPr="00C25644" w:rsidRDefault="00406F7C">
      <w:pPr>
        <w:spacing w:after="0" w:line="240" w:lineRule="auto"/>
        <w:ind w:firstLine="709"/>
        <w:jc w:val="both"/>
        <w:rPr>
          <w:lang w:val="ru-RU"/>
        </w:rPr>
      </w:pPr>
      <w:r w:rsidRPr="00C25644">
        <w:rPr>
          <w:lang w:val="ru-RU"/>
        </w:rPr>
        <w:t>Настоящим заявлением Клиент подтверждает, что ознакомился с договором публичной оферты Банка, Тарифами и информационным листом по продукту.</w:t>
      </w:r>
    </w:p>
    <w:tbl>
      <w:tblPr>
        <w:tblStyle w:val="aff0"/>
        <w:tblW w:w="0" w:type="auto"/>
        <w:jc w:val="center"/>
        <w:tblLook w:val="04A0" w:firstRow="1" w:lastRow="0" w:firstColumn="1" w:lastColumn="0" w:noHBand="0" w:noVBand="1"/>
      </w:tblPr>
      <w:tblGrid>
        <w:gridCol w:w="4698"/>
        <w:gridCol w:w="4697"/>
      </w:tblGrid>
      <w:tr w:rsidR="0037439E" w:rsidRPr="00C25644" w14:paraId="3C21B1DB" w14:textId="77777777">
        <w:trPr>
          <w:jc w:val="center"/>
        </w:trPr>
        <w:tc>
          <w:tcPr>
            <w:tcW w:w="4702" w:type="dxa"/>
            <w:tcMar>
              <w:top w:w="80" w:type="dxa"/>
              <w:left w:w="80" w:type="dxa"/>
              <w:bottom w:w="80" w:type="dxa"/>
              <w:right w:w="80" w:type="dxa"/>
            </w:tcMar>
          </w:tcPr>
          <w:p w14:paraId="63FD5D83" w14:textId="77777777" w:rsidR="0037439E" w:rsidRPr="00C25644" w:rsidRDefault="00406F7C">
            <w:proofErr w:type="spellStart"/>
            <w:r w:rsidRPr="00C25644">
              <w:t>Клиент</w:t>
            </w:r>
            <w:proofErr w:type="spellEnd"/>
          </w:p>
        </w:tc>
        <w:tc>
          <w:tcPr>
            <w:tcW w:w="4702" w:type="dxa"/>
            <w:tcMar>
              <w:top w:w="80" w:type="dxa"/>
              <w:left w:w="80" w:type="dxa"/>
              <w:bottom w:w="80" w:type="dxa"/>
              <w:right w:w="80" w:type="dxa"/>
            </w:tcMar>
          </w:tcPr>
          <w:p w14:paraId="09F94D93" w14:textId="77777777" w:rsidR="0037439E" w:rsidRPr="00C25644" w:rsidRDefault="00406F7C">
            <w:proofErr w:type="spellStart"/>
            <w:r w:rsidRPr="00C25644">
              <w:t>Банк</w:t>
            </w:r>
            <w:proofErr w:type="spellEnd"/>
          </w:p>
        </w:tc>
      </w:tr>
      <w:tr w:rsidR="0037439E" w:rsidRPr="0077367A" w14:paraId="3891C574" w14:textId="77777777">
        <w:trPr>
          <w:jc w:val="center"/>
        </w:trPr>
        <w:tc>
          <w:tcPr>
            <w:tcW w:w="4702" w:type="dxa"/>
            <w:tcMar>
              <w:top w:w="80" w:type="dxa"/>
              <w:left w:w="80" w:type="dxa"/>
              <w:bottom w:w="80" w:type="dxa"/>
              <w:right w:w="80" w:type="dxa"/>
            </w:tcMar>
          </w:tcPr>
          <w:p w14:paraId="73B0F3E6" w14:textId="77777777" w:rsidR="0037439E" w:rsidRPr="00C25644" w:rsidRDefault="00406F7C">
            <w:r w:rsidRPr="00C25644">
              <w:t>Ф.И.О.: ______________________</w:t>
            </w:r>
          </w:p>
          <w:p w14:paraId="6689BA7C" w14:textId="77777777" w:rsidR="0037439E" w:rsidRPr="00C25644" w:rsidRDefault="00406F7C">
            <w:proofErr w:type="spellStart"/>
            <w:r w:rsidRPr="00C25644">
              <w:t>Подпись</w:t>
            </w:r>
            <w:proofErr w:type="spellEnd"/>
            <w:r w:rsidRPr="00C25644">
              <w:t>: _______________________</w:t>
            </w:r>
          </w:p>
        </w:tc>
        <w:tc>
          <w:tcPr>
            <w:tcW w:w="4702" w:type="dxa"/>
            <w:tcMar>
              <w:top w:w="80" w:type="dxa"/>
              <w:left w:w="80" w:type="dxa"/>
              <w:bottom w:w="80" w:type="dxa"/>
              <w:right w:w="80" w:type="dxa"/>
            </w:tcMar>
          </w:tcPr>
          <w:p w14:paraId="4CC411AB" w14:textId="77777777" w:rsidR="0037439E" w:rsidRPr="00C25644" w:rsidRDefault="00406F7C">
            <w:pPr>
              <w:rPr>
                <w:lang w:val="ru-RU"/>
              </w:rPr>
            </w:pPr>
            <w:r w:rsidRPr="00C25644">
              <w:rPr>
                <w:lang w:val="ru-RU"/>
              </w:rPr>
              <w:t>Ф.И.О.: ______________________</w:t>
            </w:r>
          </w:p>
          <w:p w14:paraId="18E6B92C" w14:textId="77777777" w:rsidR="0037439E" w:rsidRPr="00C25644" w:rsidRDefault="00406F7C">
            <w:pPr>
              <w:rPr>
                <w:lang w:val="ru-RU"/>
              </w:rPr>
            </w:pPr>
            <w:r w:rsidRPr="00C25644">
              <w:rPr>
                <w:lang w:val="ru-RU"/>
              </w:rPr>
              <w:t>Должность: ___________________</w:t>
            </w:r>
          </w:p>
          <w:p w14:paraId="665A7D9C" w14:textId="77777777" w:rsidR="0037439E" w:rsidRPr="00C25644" w:rsidRDefault="00406F7C">
            <w:pPr>
              <w:rPr>
                <w:lang w:val="ru-RU"/>
              </w:rPr>
            </w:pPr>
            <w:r w:rsidRPr="00C25644">
              <w:rPr>
                <w:lang w:val="ru-RU"/>
              </w:rPr>
              <w:t>Подпись: _______________________</w:t>
            </w:r>
          </w:p>
        </w:tc>
      </w:tr>
    </w:tbl>
    <w:p w14:paraId="4B50CFAD" w14:textId="77777777" w:rsidR="0037439E" w:rsidRPr="00C25644" w:rsidRDefault="0037439E">
      <w:pPr>
        <w:spacing w:after="40" w:line="240" w:lineRule="auto"/>
        <w:jc w:val="both"/>
        <w:rPr>
          <w:lang w:val="ru-RU"/>
        </w:rPr>
      </w:pPr>
    </w:p>
    <w:p w14:paraId="763C0632" w14:textId="77777777" w:rsidR="0037439E" w:rsidRPr="00C25644" w:rsidRDefault="00406F7C">
      <w:pPr>
        <w:spacing w:after="0" w:line="240" w:lineRule="auto"/>
        <w:jc w:val="both"/>
        <w:rPr>
          <w:lang w:val="ru-RU"/>
        </w:rPr>
      </w:pPr>
      <w:r w:rsidRPr="00C25644">
        <w:rPr>
          <w:b/>
          <w:lang w:val="ru-RU"/>
        </w:rPr>
        <w:t>ПРИЛОЖЕНИЕ 2. ФОРМА ЗАЯВЛЕНИЯ НА ОТКРЫТИЕ БАНКОВСКОГО СЧЕТА ДО ВОСТРЕБОВАНИЯ</w:t>
      </w:r>
    </w:p>
    <w:tbl>
      <w:tblPr>
        <w:tblStyle w:val="aff0"/>
        <w:tblW w:w="0" w:type="auto"/>
        <w:jc w:val="center"/>
        <w:tblLook w:val="04A0" w:firstRow="1" w:lastRow="0" w:firstColumn="1" w:lastColumn="0" w:noHBand="0" w:noVBand="1"/>
      </w:tblPr>
      <w:tblGrid>
        <w:gridCol w:w="3095"/>
        <w:gridCol w:w="6300"/>
      </w:tblGrid>
      <w:tr w:rsidR="0037439E" w:rsidRPr="00C25644" w14:paraId="3345CDD9" w14:textId="77777777">
        <w:trPr>
          <w:jc w:val="center"/>
        </w:trPr>
        <w:tc>
          <w:tcPr>
            <w:tcW w:w="4702" w:type="dxa"/>
            <w:tcMar>
              <w:top w:w="80" w:type="dxa"/>
              <w:left w:w="80" w:type="dxa"/>
              <w:bottom w:w="80" w:type="dxa"/>
              <w:right w:w="80" w:type="dxa"/>
            </w:tcMar>
            <w:vAlign w:val="center"/>
          </w:tcPr>
          <w:p w14:paraId="77C6B102" w14:textId="77777777" w:rsidR="0037439E" w:rsidRPr="00C25644" w:rsidRDefault="00406F7C">
            <w:r w:rsidRPr="00C25644">
              <w:t xml:space="preserve">Ф.И.О. </w:t>
            </w:r>
            <w:proofErr w:type="spellStart"/>
            <w:r w:rsidRPr="00C25644">
              <w:t>Клиента</w:t>
            </w:r>
            <w:proofErr w:type="spellEnd"/>
          </w:p>
        </w:tc>
        <w:tc>
          <w:tcPr>
            <w:tcW w:w="4702" w:type="dxa"/>
            <w:tcMar>
              <w:top w:w="80" w:type="dxa"/>
              <w:left w:w="80" w:type="dxa"/>
              <w:bottom w:w="80" w:type="dxa"/>
              <w:right w:w="80" w:type="dxa"/>
            </w:tcMar>
            <w:vAlign w:val="center"/>
          </w:tcPr>
          <w:p w14:paraId="1C819BE1" w14:textId="77777777" w:rsidR="0037439E" w:rsidRPr="00C25644" w:rsidRDefault="00406F7C">
            <w:r w:rsidRPr="00C25644">
              <w:t>______________________________________________</w:t>
            </w:r>
          </w:p>
        </w:tc>
      </w:tr>
      <w:tr w:rsidR="0037439E" w:rsidRPr="00C25644" w14:paraId="3F73EBCD" w14:textId="77777777">
        <w:trPr>
          <w:jc w:val="center"/>
        </w:trPr>
        <w:tc>
          <w:tcPr>
            <w:tcW w:w="4702" w:type="dxa"/>
            <w:tcMar>
              <w:top w:w="80" w:type="dxa"/>
              <w:left w:w="80" w:type="dxa"/>
              <w:bottom w:w="80" w:type="dxa"/>
              <w:right w:w="80" w:type="dxa"/>
            </w:tcMar>
            <w:vAlign w:val="center"/>
          </w:tcPr>
          <w:p w14:paraId="17F6BFC6" w14:textId="77777777" w:rsidR="0037439E" w:rsidRPr="00C25644" w:rsidRDefault="00406F7C">
            <w:r w:rsidRPr="00C25644">
              <w:t>ПИНФЛ</w:t>
            </w:r>
          </w:p>
        </w:tc>
        <w:tc>
          <w:tcPr>
            <w:tcW w:w="4702" w:type="dxa"/>
            <w:tcMar>
              <w:top w:w="80" w:type="dxa"/>
              <w:left w:w="80" w:type="dxa"/>
              <w:bottom w:w="80" w:type="dxa"/>
              <w:right w:w="80" w:type="dxa"/>
            </w:tcMar>
            <w:vAlign w:val="center"/>
          </w:tcPr>
          <w:p w14:paraId="7027BC69" w14:textId="77777777" w:rsidR="0037439E" w:rsidRPr="00C25644" w:rsidRDefault="00406F7C">
            <w:r w:rsidRPr="00C25644">
              <w:t>______________________________________________</w:t>
            </w:r>
          </w:p>
        </w:tc>
      </w:tr>
      <w:tr w:rsidR="0037439E" w:rsidRPr="00C25644" w14:paraId="3B4B63DE" w14:textId="77777777">
        <w:trPr>
          <w:jc w:val="center"/>
        </w:trPr>
        <w:tc>
          <w:tcPr>
            <w:tcW w:w="4702" w:type="dxa"/>
            <w:tcMar>
              <w:top w:w="80" w:type="dxa"/>
              <w:left w:w="80" w:type="dxa"/>
              <w:bottom w:w="80" w:type="dxa"/>
              <w:right w:w="80" w:type="dxa"/>
            </w:tcMar>
            <w:vAlign w:val="center"/>
          </w:tcPr>
          <w:p w14:paraId="5D29E16D" w14:textId="77777777" w:rsidR="0037439E" w:rsidRPr="00C25644" w:rsidRDefault="00406F7C">
            <w:proofErr w:type="spellStart"/>
            <w:r w:rsidRPr="00C25644">
              <w:t>Наименование</w:t>
            </w:r>
            <w:proofErr w:type="spellEnd"/>
            <w:r w:rsidRPr="00C25644">
              <w:t xml:space="preserve"> </w:t>
            </w:r>
            <w:proofErr w:type="spellStart"/>
            <w:r w:rsidRPr="00C25644">
              <w:t>продукта</w:t>
            </w:r>
            <w:proofErr w:type="spellEnd"/>
            <w:r w:rsidRPr="00C25644">
              <w:t xml:space="preserve"> </w:t>
            </w:r>
            <w:proofErr w:type="spellStart"/>
            <w:r w:rsidRPr="00C25644">
              <w:t>счета</w:t>
            </w:r>
            <w:proofErr w:type="spellEnd"/>
          </w:p>
        </w:tc>
        <w:tc>
          <w:tcPr>
            <w:tcW w:w="4702" w:type="dxa"/>
            <w:tcMar>
              <w:top w:w="80" w:type="dxa"/>
              <w:left w:w="80" w:type="dxa"/>
              <w:bottom w:w="80" w:type="dxa"/>
              <w:right w:w="80" w:type="dxa"/>
            </w:tcMar>
            <w:vAlign w:val="center"/>
          </w:tcPr>
          <w:p w14:paraId="2AB9F727" w14:textId="77777777" w:rsidR="0037439E" w:rsidRPr="00C25644" w:rsidRDefault="00406F7C">
            <w:r w:rsidRPr="00C25644">
              <w:t>______________________________________________</w:t>
            </w:r>
          </w:p>
        </w:tc>
      </w:tr>
      <w:tr w:rsidR="0037439E" w:rsidRPr="00C25644" w14:paraId="4A17B3E7" w14:textId="77777777">
        <w:trPr>
          <w:jc w:val="center"/>
        </w:trPr>
        <w:tc>
          <w:tcPr>
            <w:tcW w:w="4702" w:type="dxa"/>
            <w:tcMar>
              <w:top w:w="80" w:type="dxa"/>
              <w:left w:w="80" w:type="dxa"/>
              <w:bottom w:w="80" w:type="dxa"/>
              <w:right w:w="80" w:type="dxa"/>
            </w:tcMar>
            <w:vAlign w:val="center"/>
          </w:tcPr>
          <w:p w14:paraId="5643072D" w14:textId="77777777" w:rsidR="0037439E" w:rsidRPr="00C25644" w:rsidRDefault="00406F7C">
            <w:proofErr w:type="spellStart"/>
            <w:r w:rsidRPr="00C25644">
              <w:t>Вид</w:t>
            </w:r>
            <w:proofErr w:type="spellEnd"/>
            <w:r w:rsidRPr="00C25644">
              <w:t xml:space="preserve"> </w:t>
            </w:r>
            <w:proofErr w:type="spellStart"/>
            <w:r w:rsidRPr="00C25644">
              <w:t>счета</w:t>
            </w:r>
            <w:proofErr w:type="spellEnd"/>
          </w:p>
        </w:tc>
        <w:tc>
          <w:tcPr>
            <w:tcW w:w="4702" w:type="dxa"/>
            <w:tcMar>
              <w:top w:w="80" w:type="dxa"/>
              <w:left w:w="80" w:type="dxa"/>
              <w:bottom w:w="80" w:type="dxa"/>
              <w:right w:w="80" w:type="dxa"/>
            </w:tcMar>
            <w:vAlign w:val="center"/>
          </w:tcPr>
          <w:p w14:paraId="647726C8" w14:textId="77777777" w:rsidR="0037439E" w:rsidRPr="00C25644" w:rsidRDefault="00406F7C">
            <w:proofErr w:type="spellStart"/>
            <w:r w:rsidRPr="00C25644">
              <w:t>До</w:t>
            </w:r>
            <w:proofErr w:type="spellEnd"/>
            <w:r w:rsidRPr="00C25644">
              <w:t xml:space="preserve"> </w:t>
            </w:r>
            <w:proofErr w:type="spellStart"/>
            <w:r w:rsidRPr="00C25644">
              <w:t>востребования</w:t>
            </w:r>
            <w:proofErr w:type="spellEnd"/>
          </w:p>
        </w:tc>
      </w:tr>
      <w:tr w:rsidR="0037439E" w:rsidRPr="00C25644" w14:paraId="50E8BA99" w14:textId="77777777">
        <w:trPr>
          <w:jc w:val="center"/>
        </w:trPr>
        <w:tc>
          <w:tcPr>
            <w:tcW w:w="4702" w:type="dxa"/>
            <w:tcMar>
              <w:top w:w="80" w:type="dxa"/>
              <w:left w:w="80" w:type="dxa"/>
              <w:bottom w:w="80" w:type="dxa"/>
              <w:right w:w="80" w:type="dxa"/>
            </w:tcMar>
            <w:vAlign w:val="center"/>
          </w:tcPr>
          <w:p w14:paraId="0A5D7851" w14:textId="77777777" w:rsidR="0037439E" w:rsidRPr="00C25644" w:rsidRDefault="00406F7C">
            <w:proofErr w:type="spellStart"/>
            <w:r w:rsidRPr="00C25644">
              <w:t>Валюта</w:t>
            </w:r>
            <w:proofErr w:type="spellEnd"/>
          </w:p>
        </w:tc>
        <w:tc>
          <w:tcPr>
            <w:tcW w:w="4702" w:type="dxa"/>
            <w:tcMar>
              <w:top w:w="80" w:type="dxa"/>
              <w:left w:w="80" w:type="dxa"/>
              <w:bottom w:w="80" w:type="dxa"/>
              <w:right w:w="80" w:type="dxa"/>
            </w:tcMar>
            <w:vAlign w:val="center"/>
          </w:tcPr>
          <w:p w14:paraId="3EDD7545" w14:textId="77777777" w:rsidR="0037439E" w:rsidRPr="00C25644" w:rsidRDefault="00406F7C">
            <w:r w:rsidRPr="00C25644">
              <w:t>______________________________________________</w:t>
            </w:r>
          </w:p>
        </w:tc>
      </w:tr>
      <w:tr w:rsidR="0037439E" w:rsidRPr="00C25644" w14:paraId="36824CA7" w14:textId="77777777">
        <w:trPr>
          <w:jc w:val="center"/>
        </w:trPr>
        <w:tc>
          <w:tcPr>
            <w:tcW w:w="4702" w:type="dxa"/>
            <w:tcMar>
              <w:top w:w="80" w:type="dxa"/>
              <w:left w:w="80" w:type="dxa"/>
              <w:bottom w:w="80" w:type="dxa"/>
              <w:right w:w="80" w:type="dxa"/>
            </w:tcMar>
            <w:vAlign w:val="center"/>
          </w:tcPr>
          <w:p w14:paraId="0B4B53F4" w14:textId="77777777" w:rsidR="0037439E" w:rsidRPr="00C25644" w:rsidRDefault="00406F7C">
            <w:pPr>
              <w:rPr>
                <w:lang w:val="ru-RU"/>
              </w:rPr>
            </w:pPr>
            <w:r w:rsidRPr="00C25644">
              <w:rPr>
                <w:lang w:val="ru-RU"/>
              </w:rPr>
              <w:t>Требование к минимальному остатку (если имеется)</w:t>
            </w:r>
          </w:p>
        </w:tc>
        <w:tc>
          <w:tcPr>
            <w:tcW w:w="4702" w:type="dxa"/>
            <w:tcMar>
              <w:top w:w="80" w:type="dxa"/>
              <w:left w:w="80" w:type="dxa"/>
              <w:bottom w:w="80" w:type="dxa"/>
              <w:right w:w="80" w:type="dxa"/>
            </w:tcMar>
            <w:vAlign w:val="center"/>
          </w:tcPr>
          <w:p w14:paraId="63E07F58" w14:textId="77777777" w:rsidR="0037439E" w:rsidRPr="00C25644" w:rsidRDefault="00406F7C">
            <w:r w:rsidRPr="00C25644">
              <w:t>______________________________________________</w:t>
            </w:r>
          </w:p>
        </w:tc>
      </w:tr>
      <w:tr w:rsidR="0037439E" w:rsidRPr="00C25644" w14:paraId="3607F9D2" w14:textId="77777777">
        <w:trPr>
          <w:jc w:val="center"/>
        </w:trPr>
        <w:tc>
          <w:tcPr>
            <w:tcW w:w="4702" w:type="dxa"/>
            <w:tcMar>
              <w:top w:w="80" w:type="dxa"/>
              <w:left w:w="80" w:type="dxa"/>
              <w:bottom w:w="80" w:type="dxa"/>
              <w:right w:w="80" w:type="dxa"/>
            </w:tcMar>
            <w:vAlign w:val="center"/>
          </w:tcPr>
          <w:p w14:paraId="3FC37BE8" w14:textId="77777777" w:rsidR="0037439E" w:rsidRPr="00C25644" w:rsidRDefault="00406F7C">
            <w:proofErr w:type="spellStart"/>
            <w:r w:rsidRPr="00C25644">
              <w:t>Применение</w:t>
            </w:r>
            <w:proofErr w:type="spellEnd"/>
            <w:r w:rsidRPr="00C25644">
              <w:t xml:space="preserve"> </w:t>
            </w:r>
            <w:proofErr w:type="spellStart"/>
            <w:r w:rsidRPr="00C25644">
              <w:t>процентов</w:t>
            </w:r>
            <w:proofErr w:type="spellEnd"/>
            <w:r w:rsidRPr="00C25644">
              <w:t xml:space="preserve"> (</w:t>
            </w:r>
            <w:proofErr w:type="spellStart"/>
            <w:r w:rsidRPr="00C25644">
              <w:t>если</w:t>
            </w:r>
            <w:proofErr w:type="spellEnd"/>
            <w:r w:rsidRPr="00C25644">
              <w:t xml:space="preserve"> </w:t>
            </w:r>
            <w:proofErr w:type="spellStart"/>
            <w:r w:rsidRPr="00C25644">
              <w:t>имеется</w:t>
            </w:r>
            <w:proofErr w:type="spellEnd"/>
            <w:r w:rsidRPr="00C25644">
              <w:t>)</w:t>
            </w:r>
          </w:p>
        </w:tc>
        <w:tc>
          <w:tcPr>
            <w:tcW w:w="4702" w:type="dxa"/>
            <w:tcMar>
              <w:top w:w="80" w:type="dxa"/>
              <w:left w:w="80" w:type="dxa"/>
              <w:bottom w:w="80" w:type="dxa"/>
              <w:right w:w="80" w:type="dxa"/>
            </w:tcMar>
            <w:vAlign w:val="center"/>
          </w:tcPr>
          <w:p w14:paraId="497559EF" w14:textId="77777777" w:rsidR="0037439E" w:rsidRPr="00C25644" w:rsidRDefault="00406F7C">
            <w:proofErr w:type="spellStart"/>
            <w:r w:rsidRPr="00C25644">
              <w:t>Да</w:t>
            </w:r>
            <w:proofErr w:type="spellEnd"/>
            <w:r w:rsidRPr="00C25644">
              <w:t xml:space="preserve"> / </w:t>
            </w:r>
            <w:proofErr w:type="spellStart"/>
            <w:r w:rsidRPr="00C25644">
              <w:t>Нет</w:t>
            </w:r>
            <w:proofErr w:type="spellEnd"/>
          </w:p>
        </w:tc>
      </w:tr>
      <w:tr w:rsidR="0037439E" w:rsidRPr="00C25644" w14:paraId="53EF9A2E" w14:textId="77777777">
        <w:trPr>
          <w:jc w:val="center"/>
        </w:trPr>
        <w:tc>
          <w:tcPr>
            <w:tcW w:w="4702" w:type="dxa"/>
            <w:tcMar>
              <w:top w:w="80" w:type="dxa"/>
              <w:left w:w="80" w:type="dxa"/>
              <w:bottom w:w="80" w:type="dxa"/>
              <w:right w:w="80" w:type="dxa"/>
            </w:tcMar>
            <w:vAlign w:val="center"/>
          </w:tcPr>
          <w:p w14:paraId="6B07B884" w14:textId="77777777" w:rsidR="0037439E" w:rsidRPr="00C25644" w:rsidRDefault="00406F7C">
            <w:pPr>
              <w:rPr>
                <w:lang w:val="ru-RU"/>
              </w:rPr>
            </w:pPr>
            <w:r w:rsidRPr="00C25644">
              <w:rPr>
                <w:lang w:val="ru-RU"/>
              </w:rPr>
              <w:t>Карта, привязываемая к счету (если имеется)</w:t>
            </w:r>
          </w:p>
        </w:tc>
        <w:tc>
          <w:tcPr>
            <w:tcW w:w="4702" w:type="dxa"/>
            <w:tcMar>
              <w:top w:w="80" w:type="dxa"/>
              <w:left w:w="80" w:type="dxa"/>
              <w:bottom w:w="80" w:type="dxa"/>
              <w:right w:w="80" w:type="dxa"/>
            </w:tcMar>
            <w:vAlign w:val="center"/>
          </w:tcPr>
          <w:p w14:paraId="223E87E1" w14:textId="77777777" w:rsidR="0037439E" w:rsidRPr="00C25644" w:rsidRDefault="00406F7C">
            <w:r w:rsidRPr="00C25644">
              <w:t>______________________________________________</w:t>
            </w:r>
          </w:p>
        </w:tc>
      </w:tr>
      <w:tr w:rsidR="0037439E" w:rsidRPr="00C25644" w14:paraId="40A0E401" w14:textId="77777777">
        <w:trPr>
          <w:jc w:val="center"/>
        </w:trPr>
        <w:tc>
          <w:tcPr>
            <w:tcW w:w="4702" w:type="dxa"/>
            <w:tcMar>
              <w:top w:w="80" w:type="dxa"/>
              <w:left w:w="80" w:type="dxa"/>
              <w:bottom w:w="80" w:type="dxa"/>
              <w:right w:w="80" w:type="dxa"/>
            </w:tcMar>
            <w:vAlign w:val="center"/>
          </w:tcPr>
          <w:p w14:paraId="29FAAF94" w14:textId="77777777" w:rsidR="0037439E" w:rsidRPr="00C25644" w:rsidRDefault="00406F7C">
            <w:proofErr w:type="spellStart"/>
            <w:r w:rsidRPr="00C25644">
              <w:t>Номер</w:t>
            </w:r>
            <w:proofErr w:type="spellEnd"/>
            <w:r w:rsidRPr="00C25644">
              <w:t xml:space="preserve"> </w:t>
            </w:r>
            <w:proofErr w:type="spellStart"/>
            <w:r w:rsidRPr="00C25644">
              <w:t>телефона</w:t>
            </w:r>
            <w:proofErr w:type="spellEnd"/>
            <w:r w:rsidRPr="00C25644">
              <w:t xml:space="preserve"> </w:t>
            </w:r>
            <w:proofErr w:type="spellStart"/>
            <w:r w:rsidRPr="00C25644">
              <w:t>для</w:t>
            </w:r>
            <w:proofErr w:type="spellEnd"/>
            <w:r w:rsidRPr="00C25644">
              <w:t xml:space="preserve"> </w:t>
            </w:r>
            <w:proofErr w:type="spellStart"/>
            <w:r w:rsidRPr="00C25644">
              <w:t>связи</w:t>
            </w:r>
            <w:proofErr w:type="spellEnd"/>
          </w:p>
        </w:tc>
        <w:tc>
          <w:tcPr>
            <w:tcW w:w="4702" w:type="dxa"/>
            <w:tcMar>
              <w:top w:w="80" w:type="dxa"/>
              <w:left w:w="80" w:type="dxa"/>
              <w:bottom w:w="80" w:type="dxa"/>
              <w:right w:w="80" w:type="dxa"/>
            </w:tcMar>
            <w:vAlign w:val="center"/>
          </w:tcPr>
          <w:p w14:paraId="112E8494" w14:textId="77777777" w:rsidR="0037439E" w:rsidRPr="00C25644" w:rsidRDefault="00406F7C">
            <w:r w:rsidRPr="00C25644">
              <w:t>______________________________________________</w:t>
            </w:r>
          </w:p>
        </w:tc>
      </w:tr>
    </w:tbl>
    <w:p w14:paraId="7757C3B7" w14:textId="77777777" w:rsidR="0037439E" w:rsidRPr="00C25644" w:rsidRDefault="00406F7C">
      <w:pPr>
        <w:spacing w:after="0" w:line="240" w:lineRule="auto"/>
        <w:ind w:firstLine="709"/>
        <w:jc w:val="both"/>
        <w:rPr>
          <w:lang w:val="ru-RU"/>
        </w:rPr>
      </w:pPr>
      <w:r w:rsidRPr="00C25644">
        <w:rPr>
          <w:lang w:val="ru-RU"/>
        </w:rPr>
        <w:t>Настоящим заявлением Клиент подтверждает, что ознакомился с индивидуальными условиями счета и информационным листом.</w:t>
      </w:r>
    </w:p>
    <w:tbl>
      <w:tblPr>
        <w:tblStyle w:val="aff0"/>
        <w:tblW w:w="0" w:type="auto"/>
        <w:jc w:val="center"/>
        <w:tblLook w:val="04A0" w:firstRow="1" w:lastRow="0" w:firstColumn="1" w:lastColumn="0" w:noHBand="0" w:noVBand="1"/>
      </w:tblPr>
      <w:tblGrid>
        <w:gridCol w:w="4698"/>
        <w:gridCol w:w="4697"/>
      </w:tblGrid>
      <w:tr w:rsidR="0037439E" w:rsidRPr="00C25644" w14:paraId="49F9D3D3" w14:textId="77777777">
        <w:trPr>
          <w:jc w:val="center"/>
        </w:trPr>
        <w:tc>
          <w:tcPr>
            <w:tcW w:w="4702" w:type="dxa"/>
            <w:tcMar>
              <w:top w:w="80" w:type="dxa"/>
              <w:left w:w="80" w:type="dxa"/>
              <w:bottom w:w="80" w:type="dxa"/>
              <w:right w:w="80" w:type="dxa"/>
            </w:tcMar>
          </w:tcPr>
          <w:p w14:paraId="7CFC3D03" w14:textId="77777777" w:rsidR="0037439E" w:rsidRPr="00C25644" w:rsidRDefault="00406F7C">
            <w:proofErr w:type="spellStart"/>
            <w:r w:rsidRPr="00C25644">
              <w:t>Клиент</w:t>
            </w:r>
            <w:proofErr w:type="spellEnd"/>
          </w:p>
        </w:tc>
        <w:tc>
          <w:tcPr>
            <w:tcW w:w="4702" w:type="dxa"/>
            <w:tcMar>
              <w:top w:w="80" w:type="dxa"/>
              <w:left w:w="80" w:type="dxa"/>
              <w:bottom w:w="80" w:type="dxa"/>
              <w:right w:w="80" w:type="dxa"/>
            </w:tcMar>
          </w:tcPr>
          <w:p w14:paraId="73BD8DE7" w14:textId="77777777" w:rsidR="0037439E" w:rsidRPr="00C25644" w:rsidRDefault="00406F7C">
            <w:proofErr w:type="spellStart"/>
            <w:r w:rsidRPr="00C25644">
              <w:t>Банк</w:t>
            </w:r>
            <w:proofErr w:type="spellEnd"/>
          </w:p>
        </w:tc>
      </w:tr>
      <w:tr w:rsidR="0037439E" w:rsidRPr="0077367A" w14:paraId="7BF27661" w14:textId="77777777">
        <w:trPr>
          <w:jc w:val="center"/>
        </w:trPr>
        <w:tc>
          <w:tcPr>
            <w:tcW w:w="4702" w:type="dxa"/>
            <w:tcMar>
              <w:top w:w="80" w:type="dxa"/>
              <w:left w:w="80" w:type="dxa"/>
              <w:bottom w:w="80" w:type="dxa"/>
              <w:right w:w="80" w:type="dxa"/>
            </w:tcMar>
          </w:tcPr>
          <w:p w14:paraId="104017B4" w14:textId="77777777" w:rsidR="0037439E" w:rsidRPr="00C25644" w:rsidRDefault="00406F7C">
            <w:r w:rsidRPr="00C25644">
              <w:t>Ф.И.О.: ______________________</w:t>
            </w:r>
          </w:p>
          <w:p w14:paraId="05DA03E6" w14:textId="77777777" w:rsidR="0037439E" w:rsidRPr="00C25644" w:rsidRDefault="00406F7C">
            <w:proofErr w:type="spellStart"/>
            <w:r w:rsidRPr="00C25644">
              <w:lastRenderedPageBreak/>
              <w:t>Подпись</w:t>
            </w:r>
            <w:proofErr w:type="spellEnd"/>
            <w:r w:rsidRPr="00C25644">
              <w:t>: _______________________</w:t>
            </w:r>
          </w:p>
        </w:tc>
        <w:tc>
          <w:tcPr>
            <w:tcW w:w="4702" w:type="dxa"/>
            <w:tcMar>
              <w:top w:w="80" w:type="dxa"/>
              <w:left w:w="80" w:type="dxa"/>
              <w:bottom w:w="80" w:type="dxa"/>
              <w:right w:w="80" w:type="dxa"/>
            </w:tcMar>
          </w:tcPr>
          <w:p w14:paraId="17D4482D" w14:textId="77777777" w:rsidR="0037439E" w:rsidRPr="00C25644" w:rsidRDefault="00406F7C">
            <w:pPr>
              <w:rPr>
                <w:lang w:val="ru-RU"/>
              </w:rPr>
            </w:pPr>
            <w:r w:rsidRPr="00C25644">
              <w:rPr>
                <w:lang w:val="ru-RU"/>
              </w:rPr>
              <w:lastRenderedPageBreak/>
              <w:t>Ф.И.О.: ______________________</w:t>
            </w:r>
          </w:p>
          <w:p w14:paraId="45E1B3F9" w14:textId="77777777" w:rsidR="0037439E" w:rsidRPr="00C25644" w:rsidRDefault="00406F7C">
            <w:pPr>
              <w:rPr>
                <w:lang w:val="ru-RU"/>
              </w:rPr>
            </w:pPr>
            <w:r w:rsidRPr="00C25644">
              <w:rPr>
                <w:lang w:val="ru-RU"/>
              </w:rPr>
              <w:lastRenderedPageBreak/>
              <w:t>Должность: ___________________</w:t>
            </w:r>
          </w:p>
          <w:p w14:paraId="7EC23830" w14:textId="77777777" w:rsidR="0037439E" w:rsidRPr="00C25644" w:rsidRDefault="00406F7C">
            <w:pPr>
              <w:rPr>
                <w:lang w:val="ru-RU"/>
              </w:rPr>
            </w:pPr>
            <w:r w:rsidRPr="00C25644">
              <w:rPr>
                <w:lang w:val="ru-RU"/>
              </w:rPr>
              <w:t>Подпись: _______________________</w:t>
            </w:r>
          </w:p>
        </w:tc>
      </w:tr>
    </w:tbl>
    <w:p w14:paraId="1FB46BA4" w14:textId="77777777" w:rsidR="0037439E" w:rsidRPr="00C25644" w:rsidRDefault="0037439E">
      <w:pPr>
        <w:spacing w:after="40" w:line="240" w:lineRule="auto"/>
        <w:jc w:val="both"/>
        <w:rPr>
          <w:lang w:val="ru-RU"/>
        </w:rPr>
      </w:pPr>
    </w:p>
    <w:p w14:paraId="6792248E" w14:textId="77777777" w:rsidR="0037439E" w:rsidRPr="00C25644" w:rsidRDefault="00406F7C">
      <w:pPr>
        <w:spacing w:after="0" w:line="240" w:lineRule="auto"/>
        <w:jc w:val="both"/>
        <w:rPr>
          <w:lang w:val="ru-RU"/>
        </w:rPr>
      </w:pPr>
      <w:r w:rsidRPr="00C25644">
        <w:rPr>
          <w:b/>
          <w:lang w:val="ru-RU"/>
        </w:rPr>
        <w:t>ПРИЛОЖЕНИЕ 3. ФОРМА ИНФОРМАЦИОННОГО ЛИСТА ПО ПРОДУКТУ</w:t>
      </w:r>
    </w:p>
    <w:tbl>
      <w:tblPr>
        <w:tblStyle w:val="aff0"/>
        <w:tblW w:w="0" w:type="auto"/>
        <w:jc w:val="center"/>
        <w:tblLook w:val="04A0" w:firstRow="1" w:lastRow="0" w:firstColumn="1" w:lastColumn="0" w:noHBand="0" w:noVBand="1"/>
      </w:tblPr>
      <w:tblGrid>
        <w:gridCol w:w="4698"/>
        <w:gridCol w:w="4697"/>
      </w:tblGrid>
      <w:tr w:rsidR="0037439E" w:rsidRPr="0077367A" w14:paraId="4D56A5E5" w14:textId="77777777">
        <w:trPr>
          <w:jc w:val="center"/>
        </w:trPr>
        <w:tc>
          <w:tcPr>
            <w:tcW w:w="4702" w:type="dxa"/>
            <w:tcMar>
              <w:top w:w="80" w:type="dxa"/>
              <w:left w:w="80" w:type="dxa"/>
              <w:bottom w:w="80" w:type="dxa"/>
              <w:right w:w="80" w:type="dxa"/>
            </w:tcMar>
          </w:tcPr>
          <w:p w14:paraId="6C913B58" w14:textId="77777777" w:rsidR="0037439E" w:rsidRPr="00C25644" w:rsidRDefault="00406F7C">
            <w:proofErr w:type="spellStart"/>
            <w:r w:rsidRPr="00C25644">
              <w:t>Показатель</w:t>
            </w:r>
            <w:proofErr w:type="spellEnd"/>
          </w:p>
        </w:tc>
        <w:tc>
          <w:tcPr>
            <w:tcW w:w="4702" w:type="dxa"/>
            <w:tcMar>
              <w:top w:w="80" w:type="dxa"/>
              <w:left w:w="80" w:type="dxa"/>
              <w:bottom w:w="80" w:type="dxa"/>
              <w:right w:w="80" w:type="dxa"/>
            </w:tcMar>
          </w:tcPr>
          <w:p w14:paraId="1A9E7E0E" w14:textId="77777777" w:rsidR="0037439E" w:rsidRPr="00C25644" w:rsidRDefault="00406F7C">
            <w:pPr>
              <w:rPr>
                <w:lang w:val="ru-RU"/>
              </w:rPr>
            </w:pPr>
            <w:r w:rsidRPr="00C25644">
              <w:rPr>
                <w:lang w:val="ru-RU"/>
              </w:rPr>
              <w:t>Информация по банковской карте / банковскому счету до востребования</w:t>
            </w:r>
          </w:p>
        </w:tc>
      </w:tr>
      <w:tr w:rsidR="0037439E" w:rsidRPr="00C25644" w14:paraId="5AF76CBA" w14:textId="77777777">
        <w:trPr>
          <w:jc w:val="center"/>
        </w:trPr>
        <w:tc>
          <w:tcPr>
            <w:tcW w:w="4702" w:type="dxa"/>
            <w:tcMar>
              <w:top w:w="80" w:type="dxa"/>
              <w:left w:w="80" w:type="dxa"/>
              <w:bottom w:w="80" w:type="dxa"/>
              <w:right w:w="80" w:type="dxa"/>
            </w:tcMar>
          </w:tcPr>
          <w:p w14:paraId="10270E9F" w14:textId="77777777" w:rsidR="0037439E" w:rsidRPr="00C25644" w:rsidRDefault="00406F7C">
            <w:proofErr w:type="spellStart"/>
            <w:r w:rsidRPr="00C25644">
              <w:t>Наименование</w:t>
            </w:r>
            <w:proofErr w:type="spellEnd"/>
            <w:r w:rsidRPr="00C25644">
              <w:t xml:space="preserve"> </w:t>
            </w:r>
            <w:proofErr w:type="spellStart"/>
            <w:r w:rsidRPr="00C25644">
              <w:t>продукта</w:t>
            </w:r>
            <w:proofErr w:type="spellEnd"/>
          </w:p>
        </w:tc>
        <w:tc>
          <w:tcPr>
            <w:tcW w:w="4702" w:type="dxa"/>
            <w:tcMar>
              <w:top w:w="80" w:type="dxa"/>
              <w:left w:w="80" w:type="dxa"/>
              <w:bottom w:w="80" w:type="dxa"/>
              <w:right w:w="80" w:type="dxa"/>
            </w:tcMar>
          </w:tcPr>
          <w:p w14:paraId="4568A7BA" w14:textId="77777777" w:rsidR="0037439E" w:rsidRPr="00C25644" w:rsidRDefault="0037439E"/>
        </w:tc>
      </w:tr>
      <w:tr w:rsidR="0037439E" w:rsidRPr="00C25644" w14:paraId="0016002A" w14:textId="77777777">
        <w:trPr>
          <w:jc w:val="center"/>
        </w:trPr>
        <w:tc>
          <w:tcPr>
            <w:tcW w:w="4702" w:type="dxa"/>
            <w:tcMar>
              <w:top w:w="80" w:type="dxa"/>
              <w:left w:w="80" w:type="dxa"/>
              <w:bottom w:w="80" w:type="dxa"/>
              <w:right w:w="80" w:type="dxa"/>
            </w:tcMar>
          </w:tcPr>
          <w:p w14:paraId="6112F376" w14:textId="77777777" w:rsidR="0037439E" w:rsidRPr="00C25644" w:rsidRDefault="00406F7C">
            <w:proofErr w:type="spellStart"/>
            <w:r w:rsidRPr="00C25644">
              <w:t>Основное</w:t>
            </w:r>
            <w:proofErr w:type="spellEnd"/>
            <w:r w:rsidRPr="00C25644">
              <w:t xml:space="preserve"> </w:t>
            </w:r>
            <w:proofErr w:type="spellStart"/>
            <w:r w:rsidRPr="00C25644">
              <w:t>назначение</w:t>
            </w:r>
            <w:proofErr w:type="spellEnd"/>
          </w:p>
        </w:tc>
        <w:tc>
          <w:tcPr>
            <w:tcW w:w="4702" w:type="dxa"/>
            <w:tcMar>
              <w:top w:w="80" w:type="dxa"/>
              <w:left w:w="80" w:type="dxa"/>
              <w:bottom w:w="80" w:type="dxa"/>
              <w:right w:w="80" w:type="dxa"/>
            </w:tcMar>
          </w:tcPr>
          <w:p w14:paraId="2F12D22E" w14:textId="77777777" w:rsidR="0037439E" w:rsidRPr="00C25644" w:rsidRDefault="0037439E"/>
        </w:tc>
      </w:tr>
      <w:tr w:rsidR="0037439E" w:rsidRPr="00C25644" w14:paraId="441D8548" w14:textId="77777777">
        <w:trPr>
          <w:jc w:val="center"/>
        </w:trPr>
        <w:tc>
          <w:tcPr>
            <w:tcW w:w="4702" w:type="dxa"/>
            <w:tcMar>
              <w:top w:w="80" w:type="dxa"/>
              <w:left w:w="80" w:type="dxa"/>
              <w:bottom w:w="80" w:type="dxa"/>
              <w:right w:w="80" w:type="dxa"/>
            </w:tcMar>
          </w:tcPr>
          <w:p w14:paraId="6710E960" w14:textId="77777777" w:rsidR="0037439E" w:rsidRPr="00C25644" w:rsidRDefault="00406F7C">
            <w:proofErr w:type="spellStart"/>
            <w:r w:rsidRPr="00C25644">
              <w:t>Основные</w:t>
            </w:r>
            <w:proofErr w:type="spellEnd"/>
            <w:r w:rsidRPr="00C25644">
              <w:t xml:space="preserve"> </w:t>
            </w:r>
            <w:proofErr w:type="spellStart"/>
            <w:r w:rsidRPr="00C25644">
              <w:t>комиссии</w:t>
            </w:r>
            <w:proofErr w:type="spellEnd"/>
            <w:r w:rsidRPr="00C25644">
              <w:t xml:space="preserve"> </w:t>
            </w:r>
            <w:proofErr w:type="spellStart"/>
            <w:r w:rsidRPr="00C25644">
              <w:t>за</w:t>
            </w:r>
            <w:proofErr w:type="spellEnd"/>
            <w:r w:rsidRPr="00C25644">
              <w:t xml:space="preserve"> </w:t>
            </w:r>
            <w:proofErr w:type="spellStart"/>
            <w:r w:rsidRPr="00C25644">
              <w:t>обслуживание</w:t>
            </w:r>
            <w:proofErr w:type="spellEnd"/>
          </w:p>
        </w:tc>
        <w:tc>
          <w:tcPr>
            <w:tcW w:w="4702" w:type="dxa"/>
            <w:tcMar>
              <w:top w:w="80" w:type="dxa"/>
              <w:left w:w="80" w:type="dxa"/>
              <w:bottom w:w="80" w:type="dxa"/>
              <w:right w:w="80" w:type="dxa"/>
            </w:tcMar>
          </w:tcPr>
          <w:p w14:paraId="0ED608D5" w14:textId="77777777" w:rsidR="0037439E" w:rsidRPr="00C25644" w:rsidRDefault="0037439E"/>
        </w:tc>
      </w:tr>
      <w:tr w:rsidR="0037439E" w:rsidRPr="0077367A" w14:paraId="615A619E" w14:textId="77777777">
        <w:trPr>
          <w:jc w:val="center"/>
        </w:trPr>
        <w:tc>
          <w:tcPr>
            <w:tcW w:w="4702" w:type="dxa"/>
            <w:tcMar>
              <w:top w:w="80" w:type="dxa"/>
              <w:left w:w="80" w:type="dxa"/>
              <w:bottom w:w="80" w:type="dxa"/>
              <w:right w:w="80" w:type="dxa"/>
            </w:tcMar>
          </w:tcPr>
          <w:p w14:paraId="3B8EF3F2" w14:textId="77777777" w:rsidR="0037439E" w:rsidRPr="00C25644" w:rsidRDefault="00406F7C">
            <w:pPr>
              <w:rPr>
                <w:lang w:val="ru-RU"/>
              </w:rPr>
            </w:pPr>
            <w:r w:rsidRPr="00C25644">
              <w:rPr>
                <w:lang w:val="ru-RU"/>
              </w:rPr>
              <w:t>Основные риски / ограничения для Клиента</w:t>
            </w:r>
          </w:p>
        </w:tc>
        <w:tc>
          <w:tcPr>
            <w:tcW w:w="4702" w:type="dxa"/>
            <w:tcMar>
              <w:top w:w="80" w:type="dxa"/>
              <w:left w:w="80" w:type="dxa"/>
              <w:bottom w:w="80" w:type="dxa"/>
              <w:right w:w="80" w:type="dxa"/>
            </w:tcMar>
          </w:tcPr>
          <w:p w14:paraId="76316E1E" w14:textId="77777777" w:rsidR="0037439E" w:rsidRPr="00C25644" w:rsidRDefault="0037439E">
            <w:pPr>
              <w:rPr>
                <w:lang w:val="ru-RU"/>
              </w:rPr>
            </w:pPr>
          </w:p>
        </w:tc>
      </w:tr>
      <w:tr w:rsidR="0037439E" w:rsidRPr="00C25644" w14:paraId="39A0CA48" w14:textId="77777777">
        <w:trPr>
          <w:jc w:val="center"/>
        </w:trPr>
        <w:tc>
          <w:tcPr>
            <w:tcW w:w="4702" w:type="dxa"/>
            <w:tcMar>
              <w:top w:w="80" w:type="dxa"/>
              <w:left w:w="80" w:type="dxa"/>
              <w:bottom w:w="80" w:type="dxa"/>
              <w:right w:w="80" w:type="dxa"/>
            </w:tcMar>
          </w:tcPr>
          <w:p w14:paraId="635FD9D1" w14:textId="77777777" w:rsidR="0037439E" w:rsidRPr="00C25644" w:rsidRDefault="00406F7C">
            <w:proofErr w:type="spellStart"/>
            <w:r w:rsidRPr="00C25644">
              <w:t>Возможность</w:t>
            </w:r>
            <w:proofErr w:type="spellEnd"/>
            <w:r w:rsidRPr="00C25644">
              <w:t xml:space="preserve"> </w:t>
            </w:r>
            <w:proofErr w:type="spellStart"/>
            <w:r w:rsidRPr="00C25644">
              <w:t>дистанционного</w:t>
            </w:r>
            <w:proofErr w:type="spellEnd"/>
            <w:r w:rsidRPr="00C25644">
              <w:t xml:space="preserve"> </w:t>
            </w:r>
            <w:proofErr w:type="spellStart"/>
            <w:r w:rsidRPr="00C25644">
              <w:t>оформления</w:t>
            </w:r>
            <w:proofErr w:type="spellEnd"/>
          </w:p>
        </w:tc>
        <w:tc>
          <w:tcPr>
            <w:tcW w:w="4702" w:type="dxa"/>
            <w:tcMar>
              <w:top w:w="80" w:type="dxa"/>
              <w:left w:w="80" w:type="dxa"/>
              <w:bottom w:w="80" w:type="dxa"/>
              <w:right w:w="80" w:type="dxa"/>
            </w:tcMar>
          </w:tcPr>
          <w:p w14:paraId="6F340495" w14:textId="77777777" w:rsidR="0037439E" w:rsidRPr="00C25644" w:rsidRDefault="00406F7C">
            <w:proofErr w:type="spellStart"/>
            <w:r w:rsidRPr="00C25644">
              <w:t>Да</w:t>
            </w:r>
            <w:proofErr w:type="spellEnd"/>
            <w:r w:rsidRPr="00C25644">
              <w:t xml:space="preserve"> / </w:t>
            </w:r>
            <w:proofErr w:type="spellStart"/>
            <w:r w:rsidRPr="00C25644">
              <w:t>Нет</w:t>
            </w:r>
            <w:proofErr w:type="spellEnd"/>
          </w:p>
        </w:tc>
      </w:tr>
      <w:tr w:rsidR="0037439E" w:rsidRPr="00C25644" w14:paraId="70E91C6C" w14:textId="77777777">
        <w:trPr>
          <w:jc w:val="center"/>
        </w:trPr>
        <w:tc>
          <w:tcPr>
            <w:tcW w:w="4702" w:type="dxa"/>
            <w:tcMar>
              <w:top w:w="80" w:type="dxa"/>
              <w:left w:w="80" w:type="dxa"/>
              <w:bottom w:w="80" w:type="dxa"/>
              <w:right w:w="80" w:type="dxa"/>
            </w:tcMar>
          </w:tcPr>
          <w:p w14:paraId="687CF343" w14:textId="77777777" w:rsidR="0037439E" w:rsidRPr="00C25644" w:rsidRDefault="00406F7C">
            <w:proofErr w:type="spellStart"/>
            <w:r w:rsidRPr="00C25644">
              <w:t>Каналы</w:t>
            </w:r>
            <w:proofErr w:type="spellEnd"/>
            <w:r w:rsidRPr="00C25644">
              <w:t xml:space="preserve"> </w:t>
            </w:r>
            <w:proofErr w:type="spellStart"/>
            <w:r w:rsidRPr="00C25644">
              <w:t>направления</w:t>
            </w:r>
            <w:proofErr w:type="spellEnd"/>
            <w:r w:rsidRPr="00C25644">
              <w:t xml:space="preserve"> </w:t>
            </w:r>
            <w:proofErr w:type="spellStart"/>
            <w:r w:rsidRPr="00C25644">
              <w:t>обращений</w:t>
            </w:r>
            <w:proofErr w:type="spellEnd"/>
          </w:p>
        </w:tc>
        <w:tc>
          <w:tcPr>
            <w:tcW w:w="4702" w:type="dxa"/>
            <w:tcMar>
              <w:top w:w="80" w:type="dxa"/>
              <w:left w:w="80" w:type="dxa"/>
              <w:bottom w:w="80" w:type="dxa"/>
              <w:right w:w="80" w:type="dxa"/>
            </w:tcMar>
          </w:tcPr>
          <w:p w14:paraId="1C8D39A4" w14:textId="77777777" w:rsidR="0037439E" w:rsidRPr="00C25644" w:rsidRDefault="0037439E"/>
        </w:tc>
      </w:tr>
      <w:tr w:rsidR="0037439E" w:rsidRPr="00C25644" w14:paraId="07FC2F37" w14:textId="77777777">
        <w:trPr>
          <w:jc w:val="center"/>
        </w:trPr>
        <w:tc>
          <w:tcPr>
            <w:tcW w:w="4702" w:type="dxa"/>
            <w:tcMar>
              <w:top w:w="80" w:type="dxa"/>
              <w:left w:w="80" w:type="dxa"/>
              <w:bottom w:w="80" w:type="dxa"/>
              <w:right w:w="80" w:type="dxa"/>
            </w:tcMar>
          </w:tcPr>
          <w:p w14:paraId="39F43EE4" w14:textId="77777777" w:rsidR="0037439E" w:rsidRPr="00C25644" w:rsidRDefault="00406F7C">
            <w:proofErr w:type="spellStart"/>
            <w:r w:rsidRPr="00C25644">
              <w:t>Дополнительное</w:t>
            </w:r>
            <w:proofErr w:type="spellEnd"/>
            <w:r w:rsidRPr="00C25644">
              <w:t xml:space="preserve"> </w:t>
            </w:r>
            <w:proofErr w:type="spellStart"/>
            <w:r w:rsidRPr="00C25644">
              <w:t>примечание</w:t>
            </w:r>
            <w:proofErr w:type="spellEnd"/>
          </w:p>
        </w:tc>
        <w:tc>
          <w:tcPr>
            <w:tcW w:w="4702" w:type="dxa"/>
            <w:tcMar>
              <w:top w:w="80" w:type="dxa"/>
              <w:left w:w="80" w:type="dxa"/>
              <w:bottom w:w="80" w:type="dxa"/>
              <w:right w:w="80" w:type="dxa"/>
            </w:tcMar>
          </w:tcPr>
          <w:p w14:paraId="6A1D7AC8" w14:textId="77777777" w:rsidR="0037439E" w:rsidRPr="00C25644" w:rsidRDefault="0037439E"/>
        </w:tc>
      </w:tr>
    </w:tbl>
    <w:p w14:paraId="70ABFB50" w14:textId="77777777" w:rsidR="0037439E" w:rsidRPr="00C25644" w:rsidRDefault="00406F7C">
      <w:pPr>
        <w:spacing w:after="0" w:line="240" w:lineRule="auto"/>
        <w:ind w:firstLine="709"/>
        <w:jc w:val="both"/>
        <w:rPr>
          <w:lang w:val="ru-RU"/>
        </w:rPr>
      </w:pPr>
      <w:r w:rsidRPr="00C25644">
        <w:rPr>
          <w:lang w:val="ru-RU"/>
        </w:rPr>
        <w:t>Настоящий информационный лист заполняется отдельно по каждому продукту в соответствии с действующим законодательством и внутренними правилами Банка и предоставляется Клиенту на бумажном носителе либо в электронной форме.</w:t>
      </w:r>
    </w:p>
    <w:p w14:paraId="10D51DF5" w14:textId="77777777" w:rsidR="0037439E" w:rsidRPr="00C25644" w:rsidRDefault="0037439E">
      <w:pPr>
        <w:spacing w:after="40" w:line="240" w:lineRule="auto"/>
        <w:jc w:val="both"/>
        <w:rPr>
          <w:lang w:val="ru-RU"/>
        </w:rPr>
      </w:pPr>
    </w:p>
    <w:p w14:paraId="5AEAF713" w14:textId="77777777" w:rsidR="0037439E" w:rsidRPr="00C25644" w:rsidRDefault="00406F7C">
      <w:pPr>
        <w:spacing w:after="0" w:line="240" w:lineRule="auto"/>
        <w:jc w:val="both"/>
        <w:rPr>
          <w:lang w:val="ru-RU"/>
        </w:rPr>
      </w:pPr>
      <w:r w:rsidRPr="00C25644">
        <w:rPr>
          <w:b/>
          <w:lang w:val="ru-RU"/>
        </w:rPr>
        <w:t>ПРИЛОЖЕНИЕ 4. ФОРМА ИНФОРМАЦИИ О СИСТЕМЕ ГАРАНТИРОВАНИЯ</w:t>
      </w:r>
    </w:p>
    <w:p w14:paraId="03158127" w14:textId="77777777" w:rsidR="0037439E" w:rsidRPr="00C25644" w:rsidRDefault="00406F7C">
      <w:pPr>
        <w:spacing w:after="0" w:line="240" w:lineRule="auto"/>
        <w:jc w:val="both"/>
        <w:rPr>
          <w:lang w:val="ru-RU"/>
        </w:rPr>
      </w:pPr>
      <w:r w:rsidRPr="00C25644">
        <w:rPr>
          <w:lang w:val="ru-RU"/>
        </w:rPr>
        <w:t>1. В случаях, предусмотренных законодательством, Банк предоставляет Клиенту информацию о системе гарантирования по банковским счетам до востребования.</w:t>
      </w:r>
    </w:p>
    <w:p w14:paraId="6B086233" w14:textId="77777777" w:rsidR="0037439E" w:rsidRPr="00C25644" w:rsidRDefault="00406F7C">
      <w:pPr>
        <w:spacing w:after="0" w:line="240" w:lineRule="auto"/>
        <w:jc w:val="both"/>
        <w:rPr>
          <w:lang w:val="ru-RU"/>
        </w:rPr>
      </w:pPr>
      <w:r w:rsidRPr="00C25644">
        <w:rPr>
          <w:lang w:val="ru-RU"/>
        </w:rPr>
        <w:t>2. Гарантируемые средства, ограничения, размер компенсации и порядок ее выплаты определяются в соответствии с действующими актами законодательства.</w:t>
      </w:r>
    </w:p>
    <w:p w14:paraId="3BAC1EBD" w14:textId="77777777" w:rsidR="0037439E" w:rsidRPr="00C25644" w:rsidRDefault="00406F7C">
      <w:pPr>
        <w:spacing w:after="0" w:line="240" w:lineRule="auto"/>
        <w:jc w:val="both"/>
        <w:rPr>
          <w:lang w:val="ru-RU"/>
        </w:rPr>
      </w:pPr>
      <w:r w:rsidRPr="00C25644">
        <w:rPr>
          <w:lang w:val="ru-RU"/>
        </w:rPr>
        <w:t>3. Настоящая форма информации предоставляется Клиенту для ознакомления до оформления продукта.</w:t>
      </w:r>
    </w:p>
    <w:p w14:paraId="55240BE8" w14:textId="77777777" w:rsidR="0037439E" w:rsidRPr="00C25644" w:rsidRDefault="00406F7C">
      <w:pPr>
        <w:spacing w:after="0" w:line="240" w:lineRule="auto"/>
        <w:jc w:val="both"/>
        <w:rPr>
          <w:lang w:val="ru-RU"/>
        </w:rPr>
      </w:pPr>
      <w:r w:rsidRPr="00C25644">
        <w:rPr>
          <w:lang w:val="ru-RU"/>
        </w:rPr>
        <w:t>4. Клиент подтверждает ознакомление с указанной информацией путем проставления отметки, предоставления электронного подтверждения либо иным законным способом.</w:t>
      </w:r>
    </w:p>
    <w:p w14:paraId="361B2CFF" w14:textId="77777777" w:rsidR="0037439E" w:rsidRPr="00C25644" w:rsidRDefault="00406F7C">
      <w:pPr>
        <w:spacing w:after="0" w:line="240" w:lineRule="auto"/>
        <w:jc w:val="both"/>
      </w:pPr>
      <w:r w:rsidRPr="00C25644">
        <w:rPr>
          <w:b/>
        </w:rPr>
        <w:t>ПРИЛОЖЕНИЕ 5. ФОРМА ТАРИФОВ БАНКОВСКИХ УСЛУГ</w:t>
      </w:r>
    </w:p>
    <w:tbl>
      <w:tblPr>
        <w:tblStyle w:val="aff0"/>
        <w:tblW w:w="0" w:type="auto"/>
        <w:jc w:val="center"/>
        <w:tblLook w:val="04A0" w:firstRow="1" w:lastRow="0" w:firstColumn="1" w:lastColumn="0" w:noHBand="0" w:noVBand="1"/>
      </w:tblPr>
      <w:tblGrid>
        <w:gridCol w:w="2349"/>
        <w:gridCol w:w="2347"/>
        <w:gridCol w:w="2350"/>
        <w:gridCol w:w="2349"/>
      </w:tblGrid>
      <w:tr w:rsidR="0037439E" w:rsidRPr="00C25644" w14:paraId="6A3D8069" w14:textId="77777777">
        <w:trPr>
          <w:jc w:val="center"/>
        </w:trPr>
        <w:tc>
          <w:tcPr>
            <w:tcW w:w="2351" w:type="dxa"/>
            <w:tcMar>
              <w:top w:w="80" w:type="dxa"/>
              <w:left w:w="80" w:type="dxa"/>
              <w:bottom w:w="80" w:type="dxa"/>
              <w:right w:w="80" w:type="dxa"/>
            </w:tcMar>
          </w:tcPr>
          <w:p w14:paraId="4B9A0642" w14:textId="77777777" w:rsidR="0037439E" w:rsidRPr="00C25644" w:rsidRDefault="00406F7C">
            <w:proofErr w:type="spellStart"/>
            <w:r w:rsidRPr="00C25644">
              <w:t>Вид</w:t>
            </w:r>
            <w:proofErr w:type="spellEnd"/>
            <w:r w:rsidRPr="00C25644">
              <w:t xml:space="preserve"> </w:t>
            </w:r>
            <w:proofErr w:type="spellStart"/>
            <w:r w:rsidRPr="00C25644">
              <w:t>услуги</w:t>
            </w:r>
            <w:proofErr w:type="spellEnd"/>
          </w:p>
        </w:tc>
        <w:tc>
          <w:tcPr>
            <w:tcW w:w="2351" w:type="dxa"/>
            <w:tcMar>
              <w:top w:w="80" w:type="dxa"/>
              <w:left w:w="80" w:type="dxa"/>
              <w:bottom w:w="80" w:type="dxa"/>
              <w:right w:w="80" w:type="dxa"/>
            </w:tcMar>
          </w:tcPr>
          <w:p w14:paraId="6EEEE0B9" w14:textId="77777777" w:rsidR="0037439E" w:rsidRPr="00C25644" w:rsidRDefault="00406F7C">
            <w:proofErr w:type="spellStart"/>
            <w:r w:rsidRPr="00C25644">
              <w:t>Размер</w:t>
            </w:r>
            <w:proofErr w:type="spellEnd"/>
            <w:r w:rsidRPr="00C25644">
              <w:t xml:space="preserve"> </w:t>
            </w:r>
            <w:proofErr w:type="spellStart"/>
            <w:r w:rsidRPr="00C25644">
              <w:t>тарифа</w:t>
            </w:r>
            <w:proofErr w:type="spellEnd"/>
          </w:p>
        </w:tc>
        <w:tc>
          <w:tcPr>
            <w:tcW w:w="2351" w:type="dxa"/>
            <w:tcMar>
              <w:top w:w="80" w:type="dxa"/>
              <w:left w:w="80" w:type="dxa"/>
              <w:bottom w:w="80" w:type="dxa"/>
              <w:right w:w="80" w:type="dxa"/>
            </w:tcMar>
          </w:tcPr>
          <w:p w14:paraId="5D3015BD" w14:textId="77777777" w:rsidR="0037439E" w:rsidRPr="00C25644" w:rsidRDefault="00406F7C">
            <w:proofErr w:type="spellStart"/>
            <w:r w:rsidRPr="00C25644">
              <w:t>Порядок</w:t>
            </w:r>
            <w:proofErr w:type="spellEnd"/>
            <w:r w:rsidRPr="00C25644">
              <w:t xml:space="preserve"> </w:t>
            </w:r>
            <w:proofErr w:type="spellStart"/>
            <w:r w:rsidRPr="00C25644">
              <w:t>взимания</w:t>
            </w:r>
            <w:proofErr w:type="spellEnd"/>
          </w:p>
        </w:tc>
        <w:tc>
          <w:tcPr>
            <w:tcW w:w="2351" w:type="dxa"/>
            <w:tcMar>
              <w:top w:w="80" w:type="dxa"/>
              <w:left w:w="80" w:type="dxa"/>
              <w:bottom w:w="80" w:type="dxa"/>
              <w:right w:w="80" w:type="dxa"/>
            </w:tcMar>
          </w:tcPr>
          <w:p w14:paraId="18BEC94E" w14:textId="77777777" w:rsidR="0037439E" w:rsidRPr="00C25644" w:rsidRDefault="00406F7C">
            <w:proofErr w:type="spellStart"/>
            <w:r w:rsidRPr="00C25644">
              <w:t>Примечание</w:t>
            </w:r>
            <w:proofErr w:type="spellEnd"/>
          </w:p>
        </w:tc>
      </w:tr>
      <w:tr w:rsidR="0037439E" w:rsidRPr="00C25644" w14:paraId="74631118" w14:textId="77777777">
        <w:trPr>
          <w:jc w:val="center"/>
        </w:trPr>
        <w:tc>
          <w:tcPr>
            <w:tcW w:w="2351" w:type="dxa"/>
            <w:tcMar>
              <w:top w:w="80" w:type="dxa"/>
              <w:left w:w="80" w:type="dxa"/>
              <w:bottom w:w="80" w:type="dxa"/>
              <w:right w:w="80" w:type="dxa"/>
            </w:tcMar>
          </w:tcPr>
          <w:p w14:paraId="54743C7F" w14:textId="77777777" w:rsidR="0037439E" w:rsidRPr="00C25644" w:rsidRDefault="00406F7C">
            <w:proofErr w:type="spellStart"/>
            <w:r w:rsidRPr="00C25644">
              <w:t>Выпуск</w:t>
            </w:r>
            <w:proofErr w:type="spellEnd"/>
            <w:r w:rsidRPr="00C25644">
              <w:t xml:space="preserve"> </w:t>
            </w:r>
            <w:proofErr w:type="spellStart"/>
            <w:r w:rsidRPr="00C25644">
              <w:t>карты</w:t>
            </w:r>
            <w:proofErr w:type="spellEnd"/>
          </w:p>
        </w:tc>
        <w:tc>
          <w:tcPr>
            <w:tcW w:w="2351" w:type="dxa"/>
            <w:tcMar>
              <w:top w:w="80" w:type="dxa"/>
              <w:left w:w="80" w:type="dxa"/>
              <w:bottom w:w="80" w:type="dxa"/>
              <w:right w:w="80" w:type="dxa"/>
            </w:tcMar>
          </w:tcPr>
          <w:p w14:paraId="0A41B3C0" w14:textId="77777777" w:rsidR="0037439E" w:rsidRPr="00C25644" w:rsidRDefault="0037439E"/>
        </w:tc>
        <w:tc>
          <w:tcPr>
            <w:tcW w:w="2351" w:type="dxa"/>
            <w:tcMar>
              <w:top w:w="80" w:type="dxa"/>
              <w:left w:w="80" w:type="dxa"/>
              <w:bottom w:w="80" w:type="dxa"/>
              <w:right w:w="80" w:type="dxa"/>
            </w:tcMar>
          </w:tcPr>
          <w:p w14:paraId="15997789" w14:textId="77777777" w:rsidR="0037439E" w:rsidRPr="00C25644" w:rsidRDefault="00406F7C">
            <w:proofErr w:type="spellStart"/>
            <w:r w:rsidRPr="00C25644">
              <w:t>Единовременно</w:t>
            </w:r>
            <w:proofErr w:type="spellEnd"/>
            <w:r w:rsidRPr="00C25644">
              <w:t xml:space="preserve"> / </w:t>
            </w:r>
            <w:proofErr w:type="spellStart"/>
            <w:r w:rsidRPr="00C25644">
              <w:t>не</w:t>
            </w:r>
            <w:proofErr w:type="spellEnd"/>
            <w:r w:rsidRPr="00C25644">
              <w:t xml:space="preserve"> </w:t>
            </w:r>
            <w:proofErr w:type="spellStart"/>
            <w:r w:rsidRPr="00C25644">
              <w:t>взимается</w:t>
            </w:r>
            <w:proofErr w:type="spellEnd"/>
          </w:p>
        </w:tc>
        <w:tc>
          <w:tcPr>
            <w:tcW w:w="2351" w:type="dxa"/>
            <w:tcMar>
              <w:top w:w="80" w:type="dxa"/>
              <w:left w:w="80" w:type="dxa"/>
              <w:bottom w:w="80" w:type="dxa"/>
              <w:right w:w="80" w:type="dxa"/>
            </w:tcMar>
          </w:tcPr>
          <w:p w14:paraId="3B8B91BF" w14:textId="77777777" w:rsidR="0037439E" w:rsidRPr="00C25644" w:rsidRDefault="0037439E"/>
        </w:tc>
      </w:tr>
      <w:tr w:rsidR="0037439E" w:rsidRPr="00C25644" w14:paraId="61FF3D15" w14:textId="77777777">
        <w:trPr>
          <w:jc w:val="center"/>
        </w:trPr>
        <w:tc>
          <w:tcPr>
            <w:tcW w:w="2351" w:type="dxa"/>
            <w:tcMar>
              <w:top w:w="80" w:type="dxa"/>
              <w:left w:w="80" w:type="dxa"/>
              <w:bottom w:w="80" w:type="dxa"/>
              <w:right w:w="80" w:type="dxa"/>
            </w:tcMar>
          </w:tcPr>
          <w:p w14:paraId="1793B537" w14:textId="77777777" w:rsidR="0037439E" w:rsidRPr="00C25644" w:rsidRDefault="00406F7C">
            <w:proofErr w:type="spellStart"/>
            <w:r w:rsidRPr="00C25644">
              <w:t>Перевыпуск</w:t>
            </w:r>
            <w:proofErr w:type="spellEnd"/>
            <w:r w:rsidRPr="00C25644">
              <w:t xml:space="preserve"> </w:t>
            </w:r>
            <w:proofErr w:type="spellStart"/>
            <w:r w:rsidRPr="00C25644">
              <w:t>карты</w:t>
            </w:r>
            <w:proofErr w:type="spellEnd"/>
          </w:p>
        </w:tc>
        <w:tc>
          <w:tcPr>
            <w:tcW w:w="2351" w:type="dxa"/>
            <w:tcMar>
              <w:top w:w="80" w:type="dxa"/>
              <w:left w:w="80" w:type="dxa"/>
              <w:bottom w:w="80" w:type="dxa"/>
              <w:right w:w="80" w:type="dxa"/>
            </w:tcMar>
          </w:tcPr>
          <w:p w14:paraId="189BBD40" w14:textId="77777777" w:rsidR="0037439E" w:rsidRPr="00C25644" w:rsidRDefault="0037439E"/>
        </w:tc>
        <w:tc>
          <w:tcPr>
            <w:tcW w:w="2351" w:type="dxa"/>
            <w:tcMar>
              <w:top w:w="80" w:type="dxa"/>
              <w:left w:w="80" w:type="dxa"/>
              <w:bottom w:w="80" w:type="dxa"/>
              <w:right w:w="80" w:type="dxa"/>
            </w:tcMar>
          </w:tcPr>
          <w:p w14:paraId="29B7F18E" w14:textId="77777777" w:rsidR="0037439E" w:rsidRPr="00C25644" w:rsidRDefault="00406F7C">
            <w:proofErr w:type="spellStart"/>
            <w:r w:rsidRPr="00C25644">
              <w:t>Единовременно</w:t>
            </w:r>
            <w:proofErr w:type="spellEnd"/>
          </w:p>
        </w:tc>
        <w:tc>
          <w:tcPr>
            <w:tcW w:w="2351" w:type="dxa"/>
            <w:tcMar>
              <w:top w:w="80" w:type="dxa"/>
              <w:left w:w="80" w:type="dxa"/>
              <w:bottom w:w="80" w:type="dxa"/>
              <w:right w:w="80" w:type="dxa"/>
            </w:tcMar>
          </w:tcPr>
          <w:p w14:paraId="10BA9BFF" w14:textId="77777777" w:rsidR="0037439E" w:rsidRPr="00C25644" w:rsidRDefault="0037439E"/>
        </w:tc>
      </w:tr>
      <w:tr w:rsidR="0037439E" w:rsidRPr="00C25644" w14:paraId="3076FAE5" w14:textId="77777777">
        <w:trPr>
          <w:jc w:val="center"/>
        </w:trPr>
        <w:tc>
          <w:tcPr>
            <w:tcW w:w="2351" w:type="dxa"/>
            <w:tcMar>
              <w:top w:w="80" w:type="dxa"/>
              <w:left w:w="80" w:type="dxa"/>
              <w:bottom w:w="80" w:type="dxa"/>
              <w:right w:w="80" w:type="dxa"/>
            </w:tcMar>
          </w:tcPr>
          <w:p w14:paraId="17D7385B" w14:textId="77777777" w:rsidR="0037439E" w:rsidRPr="00C25644" w:rsidRDefault="00406F7C">
            <w:proofErr w:type="spellStart"/>
            <w:r w:rsidRPr="00C25644">
              <w:t>Снятие</w:t>
            </w:r>
            <w:proofErr w:type="spellEnd"/>
            <w:r w:rsidRPr="00C25644">
              <w:t xml:space="preserve"> </w:t>
            </w:r>
            <w:proofErr w:type="spellStart"/>
            <w:r w:rsidRPr="00C25644">
              <w:t>наличных</w:t>
            </w:r>
            <w:proofErr w:type="spellEnd"/>
          </w:p>
        </w:tc>
        <w:tc>
          <w:tcPr>
            <w:tcW w:w="2351" w:type="dxa"/>
            <w:tcMar>
              <w:top w:w="80" w:type="dxa"/>
              <w:left w:w="80" w:type="dxa"/>
              <w:bottom w:w="80" w:type="dxa"/>
              <w:right w:w="80" w:type="dxa"/>
            </w:tcMar>
          </w:tcPr>
          <w:p w14:paraId="3699B9D9" w14:textId="77777777" w:rsidR="0037439E" w:rsidRPr="00C25644" w:rsidRDefault="0037439E"/>
        </w:tc>
        <w:tc>
          <w:tcPr>
            <w:tcW w:w="2351" w:type="dxa"/>
            <w:tcMar>
              <w:top w:w="80" w:type="dxa"/>
              <w:left w:w="80" w:type="dxa"/>
              <w:bottom w:w="80" w:type="dxa"/>
              <w:right w:w="80" w:type="dxa"/>
            </w:tcMar>
          </w:tcPr>
          <w:p w14:paraId="427B9BEA" w14:textId="77777777" w:rsidR="0037439E" w:rsidRPr="00C25644" w:rsidRDefault="00406F7C">
            <w:proofErr w:type="spellStart"/>
            <w:r w:rsidRPr="00C25644">
              <w:t>За</w:t>
            </w:r>
            <w:proofErr w:type="spellEnd"/>
            <w:r w:rsidRPr="00C25644">
              <w:t xml:space="preserve"> </w:t>
            </w:r>
            <w:proofErr w:type="spellStart"/>
            <w:r w:rsidRPr="00C25644">
              <w:t>каждую</w:t>
            </w:r>
            <w:proofErr w:type="spellEnd"/>
            <w:r w:rsidRPr="00C25644">
              <w:t xml:space="preserve"> </w:t>
            </w:r>
            <w:proofErr w:type="spellStart"/>
            <w:r w:rsidRPr="00C25644">
              <w:t>операцию</w:t>
            </w:r>
            <w:proofErr w:type="spellEnd"/>
          </w:p>
        </w:tc>
        <w:tc>
          <w:tcPr>
            <w:tcW w:w="2351" w:type="dxa"/>
            <w:tcMar>
              <w:top w:w="80" w:type="dxa"/>
              <w:left w:w="80" w:type="dxa"/>
              <w:bottom w:w="80" w:type="dxa"/>
              <w:right w:w="80" w:type="dxa"/>
            </w:tcMar>
          </w:tcPr>
          <w:p w14:paraId="1B1930EF" w14:textId="77777777" w:rsidR="0037439E" w:rsidRPr="00C25644" w:rsidRDefault="0037439E"/>
        </w:tc>
      </w:tr>
      <w:tr w:rsidR="0037439E" w:rsidRPr="00C25644" w14:paraId="1361AC0F" w14:textId="77777777">
        <w:trPr>
          <w:jc w:val="center"/>
        </w:trPr>
        <w:tc>
          <w:tcPr>
            <w:tcW w:w="2351" w:type="dxa"/>
            <w:tcMar>
              <w:top w:w="80" w:type="dxa"/>
              <w:left w:w="80" w:type="dxa"/>
              <w:bottom w:w="80" w:type="dxa"/>
              <w:right w:w="80" w:type="dxa"/>
            </w:tcMar>
          </w:tcPr>
          <w:p w14:paraId="5F83F443" w14:textId="77777777" w:rsidR="0037439E" w:rsidRPr="00C25644" w:rsidRDefault="00406F7C">
            <w:r w:rsidRPr="00C25644">
              <w:lastRenderedPageBreak/>
              <w:t>SMS-</w:t>
            </w:r>
            <w:proofErr w:type="spellStart"/>
            <w:r w:rsidRPr="00C25644">
              <w:t>уведомление</w:t>
            </w:r>
            <w:proofErr w:type="spellEnd"/>
          </w:p>
        </w:tc>
        <w:tc>
          <w:tcPr>
            <w:tcW w:w="2351" w:type="dxa"/>
            <w:tcMar>
              <w:top w:w="80" w:type="dxa"/>
              <w:left w:w="80" w:type="dxa"/>
              <w:bottom w:w="80" w:type="dxa"/>
              <w:right w:w="80" w:type="dxa"/>
            </w:tcMar>
          </w:tcPr>
          <w:p w14:paraId="643E9CB5" w14:textId="77777777" w:rsidR="0037439E" w:rsidRPr="00C25644" w:rsidRDefault="0037439E"/>
        </w:tc>
        <w:tc>
          <w:tcPr>
            <w:tcW w:w="2351" w:type="dxa"/>
            <w:tcMar>
              <w:top w:w="80" w:type="dxa"/>
              <w:left w:w="80" w:type="dxa"/>
              <w:bottom w:w="80" w:type="dxa"/>
              <w:right w:w="80" w:type="dxa"/>
            </w:tcMar>
          </w:tcPr>
          <w:p w14:paraId="510EBAF2" w14:textId="77777777" w:rsidR="0037439E" w:rsidRPr="00C25644" w:rsidRDefault="00406F7C">
            <w:proofErr w:type="spellStart"/>
            <w:r w:rsidRPr="00C25644">
              <w:t>Ежемесячно</w:t>
            </w:r>
            <w:proofErr w:type="spellEnd"/>
            <w:r w:rsidRPr="00C25644">
              <w:t xml:space="preserve"> / </w:t>
            </w:r>
            <w:proofErr w:type="spellStart"/>
            <w:r w:rsidRPr="00C25644">
              <w:t>за</w:t>
            </w:r>
            <w:proofErr w:type="spellEnd"/>
            <w:r w:rsidRPr="00C25644">
              <w:t xml:space="preserve"> </w:t>
            </w:r>
            <w:proofErr w:type="spellStart"/>
            <w:r w:rsidRPr="00C25644">
              <w:t>транзакцию</w:t>
            </w:r>
            <w:proofErr w:type="spellEnd"/>
          </w:p>
        </w:tc>
        <w:tc>
          <w:tcPr>
            <w:tcW w:w="2351" w:type="dxa"/>
            <w:tcMar>
              <w:top w:w="80" w:type="dxa"/>
              <w:left w:w="80" w:type="dxa"/>
              <w:bottom w:w="80" w:type="dxa"/>
              <w:right w:w="80" w:type="dxa"/>
            </w:tcMar>
          </w:tcPr>
          <w:p w14:paraId="3D26C509" w14:textId="77777777" w:rsidR="0037439E" w:rsidRPr="00C25644" w:rsidRDefault="0037439E"/>
        </w:tc>
      </w:tr>
      <w:tr w:rsidR="0037439E" w:rsidRPr="0077367A" w14:paraId="39B12DF6" w14:textId="77777777">
        <w:trPr>
          <w:jc w:val="center"/>
        </w:trPr>
        <w:tc>
          <w:tcPr>
            <w:tcW w:w="2351" w:type="dxa"/>
            <w:tcMar>
              <w:top w:w="80" w:type="dxa"/>
              <w:left w:w="80" w:type="dxa"/>
              <w:bottom w:w="80" w:type="dxa"/>
              <w:right w:w="80" w:type="dxa"/>
            </w:tcMar>
          </w:tcPr>
          <w:p w14:paraId="2512815C" w14:textId="77777777" w:rsidR="0037439E" w:rsidRPr="00C25644" w:rsidRDefault="00406F7C">
            <w:pPr>
              <w:rPr>
                <w:lang w:val="ru-RU"/>
              </w:rPr>
            </w:pPr>
            <w:r w:rsidRPr="00C25644">
              <w:rPr>
                <w:lang w:val="ru-RU"/>
              </w:rPr>
              <w:t>Ведение банковского счета до востребования</w:t>
            </w:r>
          </w:p>
        </w:tc>
        <w:tc>
          <w:tcPr>
            <w:tcW w:w="2351" w:type="dxa"/>
            <w:tcMar>
              <w:top w:w="80" w:type="dxa"/>
              <w:left w:w="80" w:type="dxa"/>
              <w:bottom w:w="80" w:type="dxa"/>
              <w:right w:w="80" w:type="dxa"/>
            </w:tcMar>
          </w:tcPr>
          <w:p w14:paraId="51F96BF4" w14:textId="77777777" w:rsidR="0037439E" w:rsidRPr="00C25644" w:rsidRDefault="0037439E">
            <w:pPr>
              <w:rPr>
                <w:lang w:val="ru-RU"/>
              </w:rPr>
            </w:pPr>
          </w:p>
        </w:tc>
        <w:tc>
          <w:tcPr>
            <w:tcW w:w="2351" w:type="dxa"/>
            <w:tcMar>
              <w:top w:w="80" w:type="dxa"/>
              <w:left w:w="80" w:type="dxa"/>
              <w:bottom w:w="80" w:type="dxa"/>
              <w:right w:w="80" w:type="dxa"/>
            </w:tcMar>
          </w:tcPr>
          <w:p w14:paraId="68AF5F0F" w14:textId="77777777" w:rsidR="0037439E" w:rsidRPr="00C25644" w:rsidRDefault="00406F7C">
            <w:pPr>
              <w:rPr>
                <w:lang w:val="ru-RU"/>
              </w:rPr>
            </w:pPr>
            <w:r w:rsidRPr="00C25644">
              <w:rPr>
                <w:lang w:val="ru-RU"/>
              </w:rPr>
              <w:t>Не взимается / по действующему тарифу</w:t>
            </w:r>
          </w:p>
        </w:tc>
        <w:tc>
          <w:tcPr>
            <w:tcW w:w="2351" w:type="dxa"/>
            <w:tcMar>
              <w:top w:w="80" w:type="dxa"/>
              <w:left w:w="80" w:type="dxa"/>
              <w:bottom w:w="80" w:type="dxa"/>
              <w:right w:w="80" w:type="dxa"/>
            </w:tcMar>
          </w:tcPr>
          <w:p w14:paraId="2ADEA01C" w14:textId="77777777" w:rsidR="0037439E" w:rsidRPr="00C25644" w:rsidRDefault="0037439E">
            <w:pPr>
              <w:rPr>
                <w:lang w:val="ru-RU"/>
              </w:rPr>
            </w:pPr>
          </w:p>
        </w:tc>
      </w:tr>
      <w:tr w:rsidR="0037439E" w:rsidRPr="00C25644" w14:paraId="6A20B359" w14:textId="77777777">
        <w:trPr>
          <w:jc w:val="center"/>
        </w:trPr>
        <w:tc>
          <w:tcPr>
            <w:tcW w:w="2351" w:type="dxa"/>
            <w:tcMar>
              <w:top w:w="80" w:type="dxa"/>
              <w:left w:w="80" w:type="dxa"/>
              <w:bottom w:w="80" w:type="dxa"/>
              <w:right w:w="80" w:type="dxa"/>
            </w:tcMar>
          </w:tcPr>
          <w:p w14:paraId="5D3CFD66" w14:textId="77777777" w:rsidR="0037439E" w:rsidRPr="00C25644" w:rsidRDefault="00406F7C">
            <w:proofErr w:type="spellStart"/>
            <w:r w:rsidRPr="00C25644">
              <w:t>Дополнительная</w:t>
            </w:r>
            <w:proofErr w:type="spellEnd"/>
            <w:r w:rsidRPr="00C25644">
              <w:t xml:space="preserve"> </w:t>
            </w:r>
            <w:proofErr w:type="spellStart"/>
            <w:r w:rsidRPr="00C25644">
              <w:t>справка</w:t>
            </w:r>
            <w:proofErr w:type="spellEnd"/>
            <w:r w:rsidRPr="00C25644">
              <w:t xml:space="preserve"> / </w:t>
            </w:r>
            <w:proofErr w:type="spellStart"/>
            <w:r w:rsidRPr="00C25644">
              <w:t>выписка</w:t>
            </w:r>
            <w:proofErr w:type="spellEnd"/>
          </w:p>
        </w:tc>
        <w:tc>
          <w:tcPr>
            <w:tcW w:w="2351" w:type="dxa"/>
            <w:tcMar>
              <w:top w:w="80" w:type="dxa"/>
              <w:left w:w="80" w:type="dxa"/>
              <w:bottom w:w="80" w:type="dxa"/>
              <w:right w:w="80" w:type="dxa"/>
            </w:tcMar>
          </w:tcPr>
          <w:p w14:paraId="07D21364" w14:textId="77777777" w:rsidR="0037439E" w:rsidRPr="00C25644" w:rsidRDefault="0037439E"/>
        </w:tc>
        <w:tc>
          <w:tcPr>
            <w:tcW w:w="2351" w:type="dxa"/>
            <w:tcMar>
              <w:top w:w="80" w:type="dxa"/>
              <w:left w:w="80" w:type="dxa"/>
              <w:bottom w:w="80" w:type="dxa"/>
              <w:right w:w="80" w:type="dxa"/>
            </w:tcMar>
          </w:tcPr>
          <w:p w14:paraId="213E94EF" w14:textId="77777777" w:rsidR="0037439E" w:rsidRPr="00C25644" w:rsidRDefault="00406F7C">
            <w:proofErr w:type="spellStart"/>
            <w:r w:rsidRPr="00C25644">
              <w:t>На</w:t>
            </w:r>
            <w:proofErr w:type="spellEnd"/>
            <w:r w:rsidRPr="00C25644">
              <w:t xml:space="preserve"> </w:t>
            </w:r>
            <w:proofErr w:type="spellStart"/>
            <w:r w:rsidRPr="00C25644">
              <w:t>основании</w:t>
            </w:r>
            <w:proofErr w:type="spellEnd"/>
            <w:r w:rsidRPr="00C25644">
              <w:t xml:space="preserve"> </w:t>
            </w:r>
            <w:proofErr w:type="spellStart"/>
            <w:r w:rsidRPr="00C25644">
              <w:t>заявления</w:t>
            </w:r>
            <w:proofErr w:type="spellEnd"/>
          </w:p>
        </w:tc>
        <w:tc>
          <w:tcPr>
            <w:tcW w:w="2351" w:type="dxa"/>
            <w:tcMar>
              <w:top w:w="80" w:type="dxa"/>
              <w:left w:w="80" w:type="dxa"/>
              <w:bottom w:w="80" w:type="dxa"/>
              <w:right w:w="80" w:type="dxa"/>
            </w:tcMar>
          </w:tcPr>
          <w:p w14:paraId="78E451BD" w14:textId="77777777" w:rsidR="0037439E" w:rsidRPr="00C25644" w:rsidRDefault="0037439E"/>
        </w:tc>
      </w:tr>
    </w:tbl>
    <w:p w14:paraId="038D488F" w14:textId="77777777" w:rsidR="0037439E" w:rsidRPr="00C25644" w:rsidRDefault="0037439E">
      <w:pPr>
        <w:spacing w:after="40" w:line="240" w:lineRule="auto"/>
        <w:jc w:val="both"/>
      </w:pPr>
    </w:p>
    <w:p w14:paraId="5E2546A7" w14:textId="77777777" w:rsidR="0037439E" w:rsidRPr="00C25644" w:rsidRDefault="00406F7C">
      <w:pPr>
        <w:spacing w:after="0" w:line="240" w:lineRule="auto"/>
        <w:jc w:val="both"/>
        <w:rPr>
          <w:lang w:val="ru-RU"/>
        </w:rPr>
      </w:pPr>
      <w:r w:rsidRPr="00C25644">
        <w:rPr>
          <w:b/>
          <w:lang w:val="ru-RU"/>
        </w:rPr>
        <w:t>ПРИЛОЖЕНИЕ 6. ИНФОРМАЦИЯ О ПОРЯДКЕ НАПРАВЛЕНИЯ И РАССМОТРЕНИЯ ОБРАЩЕНИЙ</w:t>
      </w:r>
    </w:p>
    <w:p w14:paraId="5714510E" w14:textId="77777777" w:rsidR="0037439E" w:rsidRPr="00C25644" w:rsidRDefault="00406F7C">
      <w:pPr>
        <w:spacing w:after="0" w:line="240" w:lineRule="auto"/>
        <w:jc w:val="both"/>
        <w:rPr>
          <w:lang w:val="ru-RU"/>
        </w:rPr>
      </w:pPr>
      <w:r w:rsidRPr="00C25644">
        <w:rPr>
          <w:lang w:val="ru-RU"/>
        </w:rPr>
        <w:t>1. Клиент может направить обращение, жалобу, предложение или возражение через офисы Банка, контакт-центр, официальный веб-сайт, мобильное приложение, электронную почту либо иные каналы, разрешенные законодательством.</w:t>
      </w:r>
    </w:p>
    <w:p w14:paraId="41765E80" w14:textId="77777777" w:rsidR="0037439E" w:rsidRPr="00C25644" w:rsidRDefault="00406F7C">
      <w:pPr>
        <w:spacing w:after="0" w:line="240" w:lineRule="auto"/>
        <w:jc w:val="both"/>
        <w:rPr>
          <w:lang w:val="ru-RU"/>
        </w:rPr>
      </w:pPr>
      <w:r w:rsidRPr="00C25644">
        <w:rPr>
          <w:lang w:val="ru-RU"/>
        </w:rPr>
        <w:t>2. Банк принимает, регистрирует и рассматривает обращение в соответствии с действующим законодательством и внутренними правилами.</w:t>
      </w:r>
    </w:p>
    <w:p w14:paraId="75143B39" w14:textId="77777777" w:rsidR="0037439E" w:rsidRPr="00C25644" w:rsidRDefault="00406F7C">
      <w:pPr>
        <w:spacing w:after="0" w:line="240" w:lineRule="auto"/>
        <w:jc w:val="both"/>
        <w:rPr>
          <w:lang w:val="ru-RU"/>
        </w:rPr>
      </w:pPr>
      <w:r w:rsidRPr="00C25644">
        <w:rPr>
          <w:lang w:val="ru-RU"/>
        </w:rPr>
        <w:t>3. При необходимости от Клиента может быть запрошено предоставление дополнительных документов или сведений.</w:t>
      </w:r>
    </w:p>
    <w:p w14:paraId="2430FB09" w14:textId="77777777" w:rsidR="0037439E" w:rsidRPr="00C25644" w:rsidRDefault="00406F7C">
      <w:pPr>
        <w:spacing w:after="0" w:line="240" w:lineRule="auto"/>
        <w:jc w:val="both"/>
        <w:rPr>
          <w:lang w:val="ru-RU"/>
        </w:rPr>
      </w:pPr>
      <w:r w:rsidRPr="00C25644">
        <w:rPr>
          <w:lang w:val="ru-RU"/>
        </w:rPr>
        <w:t>4. Если Клиент не согласен с результатом рассмотрения обращения, он вправе обратиться в уполномоченные органы либо в суд в порядке, предусмотренном законодательством.</w:t>
      </w:r>
    </w:p>
    <w:p w14:paraId="061B4F88" w14:textId="77777777" w:rsidR="0037439E" w:rsidRPr="00C25644" w:rsidRDefault="00406F7C">
      <w:pPr>
        <w:rPr>
          <w:lang w:val="ru-RU"/>
        </w:rPr>
      </w:pPr>
      <w:r w:rsidRPr="00C25644">
        <w:rPr>
          <w:lang w:val="ru-RU"/>
        </w:rPr>
        <w:br w:type="page"/>
      </w:r>
    </w:p>
    <w:p w14:paraId="60C6BDEA" w14:textId="77777777" w:rsidR="0037439E" w:rsidRPr="00C25644" w:rsidRDefault="00406F7C">
      <w:pPr>
        <w:spacing w:after="0" w:line="240" w:lineRule="auto"/>
        <w:jc w:val="center"/>
      </w:pPr>
      <w:r w:rsidRPr="00C25644">
        <w:rPr>
          <w:b/>
        </w:rPr>
        <w:lastRenderedPageBreak/>
        <w:t>ON PROVIDING BANK CARDS TO INDIVIDUALS AND</w:t>
      </w:r>
    </w:p>
    <w:p w14:paraId="4370ABF9" w14:textId="77777777" w:rsidR="0037439E" w:rsidRPr="00C25644" w:rsidRDefault="00406F7C">
      <w:pPr>
        <w:spacing w:after="0" w:line="240" w:lineRule="auto"/>
        <w:jc w:val="center"/>
      </w:pPr>
      <w:r w:rsidRPr="00C25644">
        <w:rPr>
          <w:b/>
        </w:rPr>
        <w:t>OPENING DEMAND BANK ACCOUNTS</w:t>
      </w:r>
    </w:p>
    <w:p w14:paraId="548253DC" w14:textId="77777777" w:rsidR="0037439E" w:rsidRPr="00C25644" w:rsidRDefault="00406F7C">
      <w:pPr>
        <w:spacing w:after="0" w:line="240" w:lineRule="auto"/>
        <w:jc w:val="center"/>
      </w:pPr>
      <w:r w:rsidRPr="00C25644">
        <w:rPr>
          <w:b/>
        </w:rPr>
        <w:t>PUBLIC OFFER AGREEMENT</w:t>
      </w:r>
    </w:p>
    <w:p w14:paraId="26D8080C" w14:textId="77777777" w:rsidR="0037439E" w:rsidRPr="00C25644" w:rsidRDefault="0037439E">
      <w:pPr>
        <w:spacing w:after="120" w:line="240" w:lineRule="auto"/>
        <w:jc w:val="both"/>
      </w:pPr>
    </w:p>
    <w:p w14:paraId="48B98821" w14:textId="77777777" w:rsidR="0037439E" w:rsidRPr="00C25644" w:rsidRDefault="00406F7C">
      <w:pPr>
        <w:spacing w:after="0" w:line="240" w:lineRule="auto"/>
        <w:ind w:firstLine="709"/>
        <w:jc w:val="both"/>
      </w:pPr>
      <w:r w:rsidRPr="00C25644">
        <w:t>JSC "</w:t>
      </w:r>
      <w:proofErr w:type="spellStart"/>
      <w:r w:rsidRPr="00C25644">
        <w:t>Poytaxt</w:t>
      </w:r>
      <w:proofErr w:type="spellEnd"/>
      <w:r w:rsidRPr="00C25644">
        <w:t xml:space="preserve"> Bank" (hereinafter referred to as the "Bank") by this Public Offer Agreement (hereinafter referred to as the "Agreement") establishes the general terms for providing bank cards to individuals, opening and servicing card accounts, as well as opening, maintaining and closing demand bank accounts.</w:t>
      </w:r>
    </w:p>
    <w:p w14:paraId="10A836AE" w14:textId="77777777" w:rsidR="0037439E" w:rsidRPr="00C25644" w:rsidRDefault="00406F7C">
      <w:pPr>
        <w:spacing w:after="0" w:line="240" w:lineRule="auto"/>
        <w:ind w:firstLine="709"/>
        <w:jc w:val="both"/>
      </w:pPr>
      <w:r w:rsidRPr="00C25644">
        <w:t>The present Agreement shall be deemed a public offer from the moment of its publication on the Bank’s official website, in the mobile application, at the Bank’s offices and in other official information channels. Submission by the Client of an application for the relevant product, provision of electronic confirmation through a remote channel or performance of another acceptance action established by the Bank means accession to the terms of this Agreement.</w:t>
      </w:r>
    </w:p>
    <w:p w14:paraId="204658C6" w14:textId="77777777" w:rsidR="0037439E" w:rsidRPr="00C25644" w:rsidRDefault="00406F7C">
      <w:pPr>
        <w:spacing w:after="0" w:line="240" w:lineRule="auto"/>
        <w:ind w:firstLine="709"/>
        <w:jc w:val="both"/>
      </w:pPr>
      <w:r w:rsidRPr="00C25644">
        <w:t>This Agreement consists of two independent product modules: Module A – provision of bank cards to individuals; Module B – opening of demand bank accounts for individuals. The Client accepts only the selected module, and the Agreement comes into force with respect to the relevant product. Separate bank deposit agreements shall be concluded between the Bank and the Client for savings and term deposits in accordance with the Bank’s current Deposit Rules.</w:t>
      </w:r>
    </w:p>
    <w:p w14:paraId="45C87A2C" w14:textId="77777777" w:rsidR="0037439E" w:rsidRPr="00C25644" w:rsidRDefault="0037439E">
      <w:pPr>
        <w:spacing w:after="40" w:line="240" w:lineRule="auto"/>
        <w:jc w:val="both"/>
      </w:pPr>
    </w:p>
    <w:p w14:paraId="3703C672" w14:textId="77777777" w:rsidR="0037439E" w:rsidRPr="00C25644" w:rsidRDefault="00406F7C">
      <w:pPr>
        <w:spacing w:after="0" w:line="240" w:lineRule="auto"/>
        <w:jc w:val="both"/>
      </w:pPr>
      <w:r w:rsidRPr="00C25644">
        <w:rPr>
          <w:b/>
        </w:rPr>
        <w:t>1. TERMS AND GENERAL PROVISIONS</w:t>
      </w:r>
    </w:p>
    <w:p w14:paraId="26E0E2CD" w14:textId="77777777" w:rsidR="0037439E" w:rsidRPr="00C25644" w:rsidRDefault="00406F7C">
      <w:pPr>
        <w:spacing w:after="0" w:line="240" w:lineRule="auto"/>
        <w:ind w:firstLine="709"/>
        <w:jc w:val="both"/>
      </w:pPr>
      <w:r w:rsidRPr="00C25644">
        <w:t>1.1. The following key terms are used in this Agreement:</w:t>
      </w:r>
    </w:p>
    <w:p w14:paraId="1C698EB8" w14:textId="77777777" w:rsidR="0037439E" w:rsidRPr="00C25644" w:rsidRDefault="00406F7C">
      <w:pPr>
        <w:spacing w:after="0" w:line="240" w:lineRule="auto"/>
        <w:ind w:firstLine="709"/>
        <w:jc w:val="both"/>
      </w:pPr>
      <w:r w:rsidRPr="00C25644">
        <w:t>1.1.1. Client means an individual using the Bank’s services for personal needs;</w:t>
      </w:r>
    </w:p>
    <w:p w14:paraId="1894DDD2" w14:textId="77777777" w:rsidR="0037439E" w:rsidRPr="00C25644" w:rsidRDefault="00406F7C">
      <w:pPr>
        <w:spacing w:after="0" w:line="240" w:lineRule="auto"/>
        <w:ind w:firstLine="709"/>
        <w:jc w:val="both"/>
      </w:pPr>
      <w:r w:rsidRPr="00C25644">
        <w:t>1.1.2. bank card means a payment instrument enabling the Client to perform transactions on a card account;</w:t>
      </w:r>
    </w:p>
    <w:p w14:paraId="220E84E0" w14:textId="77777777" w:rsidR="0037439E" w:rsidRPr="00C25644" w:rsidRDefault="00406F7C">
      <w:pPr>
        <w:spacing w:after="0" w:line="240" w:lineRule="auto"/>
        <w:ind w:firstLine="709"/>
        <w:jc w:val="both"/>
      </w:pPr>
      <w:r w:rsidRPr="00C25644">
        <w:t>1.1.3. card account means a bank account opened to record transactions performed through a bank card;</w:t>
      </w:r>
    </w:p>
    <w:p w14:paraId="220C5912" w14:textId="77777777" w:rsidR="0037439E" w:rsidRPr="00C25644" w:rsidRDefault="00406F7C">
      <w:pPr>
        <w:spacing w:after="0" w:line="240" w:lineRule="auto"/>
        <w:ind w:firstLine="709"/>
        <w:jc w:val="both"/>
      </w:pPr>
      <w:r w:rsidRPr="00C25644">
        <w:t>1.1.4. demand bank account means a bank account in which funds are recorded that may be used, returned or transferred upon the Client’s first demand;</w:t>
      </w:r>
    </w:p>
    <w:p w14:paraId="4EC1DD42" w14:textId="77777777" w:rsidR="0037439E" w:rsidRPr="00C25644" w:rsidRDefault="00406F7C">
      <w:pPr>
        <w:spacing w:after="0" w:line="240" w:lineRule="auto"/>
        <w:ind w:firstLine="709"/>
        <w:jc w:val="both"/>
      </w:pPr>
      <w:r w:rsidRPr="00C25644">
        <w:t>1.1.5. remote banking service means a banking service provided through the Bank’s mobile application, the Internet, SMS notification, the contact center and other electronic channels;</w:t>
      </w:r>
    </w:p>
    <w:p w14:paraId="7E51FF05" w14:textId="77777777" w:rsidR="0037439E" w:rsidRPr="00C25644" w:rsidRDefault="00406F7C">
      <w:pPr>
        <w:spacing w:after="0" w:line="240" w:lineRule="auto"/>
        <w:ind w:firstLine="709"/>
        <w:jc w:val="both"/>
      </w:pPr>
      <w:r w:rsidRPr="00C25644">
        <w:t>1.1.6. information sheet means a standard information form provided to the Client in accordance with the law and the Bank’s internal rules and containing the key terms of the product, costs, risks and other important information;</w:t>
      </w:r>
    </w:p>
    <w:p w14:paraId="2AB15F0D" w14:textId="77777777" w:rsidR="0037439E" w:rsidRPr="00C25644" w:rsidRDefault="00406F7C">
      <w:pPr>
        <w:spacing w:after="0" w:line="240" w:lineRule="auto"/>
        <w:ind w:firstLine="709"/>
        <w:jc w:val="both"/>
      </w:pPr>
      <w:r w:rsidRPr="00C25644">
        <w:t xml:space="preserve">1.1.7. authentication means </w:t>
      </w:r>
      <w:proofErr w:type="spellStart"/>
      <w:r w:rsidRPr="00C25644">
        <w:t>means</w:t>
      </w:r>
      <w:proofErr w:type="spellEnd"/>
      <w:r w:rsidRPr="00C25644">
        <w:t xml:space="preserve"> a login, password, one-time code, PIN code, biometric confirmation, electronic digital signature and other means of confirmation established by the Bank;</w:t>
      </w:r>
    </w:p>
    <w:p w14:paraId="71982F7D" w14:textId="77777777" w:rsidR="0037439E" w:rsidRPr="00C25644" w:rsidRDefault="00406F7C">
      <w:pPr>
        <w:spacing w:after="0" w:line="240" w:lineRule="auto"/>
        <w:ind w:firstLine="709"/>
        <w:jc w:val="both"/>
      </w:pPr>
      <w:r w:rsidRPr="00C25644">
        <w:t>1.1.8. suspicious transaction means a transaction that, under the law and the Bank’s internal AML/CFT/CPF rules, contains signs of legalization of criminal proceeds, terrorist financing or financing the proliferation of weapons of mass destruction.</w:t>
      </w:r>
    </w:p>
    <w:p w14:paraId="7662D055" w14:textId="77777777" w:rsidR="0037439E" w:rsidRPr="00C25644" w:rsidRDefault="00406F7C">
      <w:pPr>
        <w:spacing w:after="0" w:line="240" w:lineRule="auto"/>
        <w:ind w:firstLine="709"/>
        <w:jc w:val="both"/>
      </w:pPr>
      <w:r w:rsidRPr="00C25644">
        <w:t>1.2. This Agreement sets out general rules for bank cards and demand bank accounts. The individual terms of each specific product shall be indicated in the product passport, information sheet, Tariffs, the Client’s application and the relevant internal documents of the Bank.</w:t>
      </w:r>
    </w:p>
    <w:p w14:paraId="47DF4BE2" w14:textId="77777777" w:rsidR="0037439E" w:rsidRPr="00C25644" w:rsidRDefault="00406F7C">
      <w:pPr>
        <w:spacing w:after="0" w:line="240" w:lineRule="auto"/>
        <w:ind w:firstLine="709"/>
        <w:jc w:val="both"/>
      </w:pPr>
      <w:r w:rsidRPr="00C25644">
        <w:lastRenderedPageBreak/>
        <w:t>1.3. Savings and term deposits do not form part of the subject matter of this Agreement and shall be regulated by separate bank deposit agreements concluded in accordance with the Bank’s current Deposit Rules.</w:t>
      </w:r>
    </w:p>
    <w:p w14:paraId="5C6EF272" w14:textId="77777777" w:rsidR="0037439E" w:rsidRPr="00C25644" w:rsidRDefault="00406F7C">
      <w:pPr>
        <w:spacing w:after="0" w:line="240" w:lineRule="auto"/>
        <w:ind w:firstLine="709"/>
        <w:jc w:val="both"/>
      </w:pPr>
      <w:r w:rsidRPr="00C25644">
        <w:t>1.4. If the individual terms of a product differ from the general provisions of this Agreement, the individual terms shall apply to the relevant product, provided that they do not contradict the law.</w:t>
      </w:r>
    </w:p>
    <w:p w14:paraId="2757D4FC" w14:textId="77777777" w:rsidR="0037439E" w:rsidRPr="00C25644" w:rsidRDefault="0037439E">
      <w:pPr>
        <w:spacing w:after="40" w:line="240" w:lineRule="auto"/>
        <w:jc w:val="both"/>
      </w:pPr>
    </w:p>
    <w:p w14:paraId="6F928BA7" w14:textId="77777777" w:rsidR="0037439E" w:rsidRPr="00C25644" w:rsidRDefault="00406F7C">
      <w:pPr>
        <w:spacing w:after="0" w:line="240" w:lineRule="auto"/>
        <w:jc w:val="both"/>
      </w:pPr>
      <w:r w:rsidRPr="00C25644">
        <w:rPr>
          <w:b/>
        </w:rPr>
        <w:t>2. SUBJECT OF THE AGREEMENT</w:t>
      </w:r>
    </w:p>
    <w:p w14:paraId="64048A24" w14:textId="77777777" w:rsidR="0037439E" w:rsidRPr="00C25644" w:rsidRDefault="00406F7C">
      <w:pPr>
        <w:spacing w:after="0" w:line="240" w:lineRule="auto"/>
        <w:ind w:firstLine="709"/>
        <w:jc w:val="both"/>
      </w:pPr>
      <w:r w:rsidRPr="00C25644">
        <w:t>2.1. In accordance with the Client’s application and the requirements of the law, the Bank issues a bank card, opens and maintains a card account, enables transactions through the bank card, and also opens and maintains a demand bank account, receives funds thereto, records them, returns and transfers them at the Client’s instruction.</w:t>
      </w:r>
    </w:p>
    <w:p w14:paraId="1D346650" w14:textId="77777777" w:rsidR="0037439E" w:rsidRPr="00C25644" w:rsidRDefault="00406F7C">
      <w:pPr>
        <w:spacing w:after="0" w:line="240" w:lineRule="auto"/>
        <w:ind w:firstLine="709"/>
        <w:jc w:val="both"/>
      </w:pPr>
      <w:r w:rsidRPr="00C25644">
        <w:t>2.2. Depending on the product type, the Bank’s services may include the following:</w:t>
      </w:r>
    </w:p>
    <w:p w14:paraId="7E45DFBA" w14:textId="77777777" w:rsidR="0037439E" w:rsidRPr="00C25644" w:rsidRDefault="00406F7C">
      <w:pPr>
        <w:spacing w:after="0" w:line="240" w:lineRule="auto"/>
        <w:ind w:firstLine="709"/>
        <w:jc w:val="both"/>
      </w:pPr>
      <w:r w:rsidRPr="00C25644">
        <w:t>2.2.1. issuance, reissuance, blocking, reactivation and closure of a bank card;</w:t>
      </w:r>
    </w:p>
    <w:p w14:paraId="59A4EC83" w14:textId="77777777" w:rsidR="0037439E" w:rsidRPr="00C25644" w:rsidRDefault="00406F7C">
      <w:pPr>
        <w:spacing w:after="0" w:line="240" w:lineRule="auto"/>
        <w:ind w:firstLine="709"/>
        <w:jc w:val="both"/>
      </w:pPr>
      <w:r w:rsidRPr="00C25644">
        <w:t>2.2.2. funding of the card account, transfers, execution of payments, cash withdrawal, establishment of limits and card servicing;</w:t>
      </w:r>
    </w:p>
    <w:p w14:paraId="271246DE" w14:textId="77777777" w:rsidR="0037439E" w:rsidRPr="00C25644" w:rsidRDefault="00406F7C">
      <w:pPr>
        <w:spacing w:after="0" w:line="240" w:lineRule="auto"/>
        <w:ind w:firstLine="709"/>
        <w:jc w:val="both"/>
      </w:pPr>
      <w:r w:rsidRPr="00C25644">
        <w:t>2.2.3. opening and maintenance of a demand bank account, acceptance of funds, accounting thereof, return and transfer thereof;</w:t>
      </w:r>
    </w:p>
    <w:p w14:paraId="03356DFF" w14:textId="77777777" w:rsidR="0037439E" w:rsidRPr="00C25644" w:rsidRDefault="00406F7C">
      <w:pPr>
        <w:spacing w:after="0" w:line="240" w:lineRule="auto"/>
        <w:ind w:firstLine="709"/>
        <w:jc w:val="both"/>
      </w:pPr>
      <w:r w:rsidRPr="00C25644">
        <w:t>2.2.4. obtaining information on cards and demand bank accounts, sending requests and carrying out operations permitted by law through remote services introduced by the Bank.</w:t>
      </w:r>
    </w:p>
    <w:p w14:paraId="33C97DB8" w14:textId="77777777" w:rsidR="0037439E" w:rsidRPr="00C25644" w:rsidRDefault="00406F7C">
      <w:pPr>
        <w:spacing w:after="0" w:line="240" w:lineRule="auto"/>
        <w:ind w:firstLine="709"/>
        <w:jc w:val="both"/>
      </w:pPr>
      <w:r w:rsidRPr="00C25644">
        <w:t>2.3. Services relating to savings and term deposits are not provided under this Agreement. Separate bank deposit agreements shall be concluded between the Bank and the Client for such products in accordance with the Bank’s current Deposit Rules.</w:t>
      </w:r>
    </w:p>
    <w:p w14:paraId="53E8CA85" w14:textId="77777777" w:rsidR="0037439E" w:rsidRPr="00C25644" w:rsidRDefault="0037439E">
      <w:pPr>
        <w:spacing w:after="40" w:line="240" w:lineRule="auto"/>
        <w:jc w:val="both"/>
      </w:pPr>
    </w:p>
    <w:p w14:paraId="24AE3685" w14:textId="77777777" w:rsidR="0037439E" w:rsidRPr="00C25644" w:rsidRDefault="00406F7C">
      <w:pPr>
        <w:spacing w:after="0" w:line="240" w:lineRule="auto"/>
        <w:jc w:val="both"/>
      </w:pPr>
      <w:r w:rsidRPr="00C25644">
        <w:rPr>
          <w:b/>
        </w:rPr>
        <w:t>3. PROCEDURE FOR ACCEPTANCE OF THE OFFER AND CONCLUSION OF THE AGREEMENT</w:t>
      </w:r>
    </w:p>
    <w:p w14:paraId="4A6E5CDD" w14:textId="77777777" w:rsidR="0037439E" w:rsidRPr="00C25644" w:rsidRDefault="00406F7C">
      <w:pPr>
        <w:spacing w:after="0" w:line="240" w:lineRule="auto"/>
        <w:ind w:firstLine="709"/>
        <w:jc w:val="both"/>
      </w:pPr>
      <w:r w:rsidRPr="00C25644">
        <w:t>3.1. The Client accepts this offer by submitting an application for the relevant product, giving electronic confirmation in the mobile application or another electronic channel, receiving the bank card, expressing consent to open a demand bank account or performing another acceptance action established by the Bank.</w:t>
      </w:r>
    </w:p>
    <w:p w14:paraId="06ED6E3E" w14:textId="77777777" w:rsidR="0037439E" w:rsidRPr="00C25644" w:rsidRDefault="00406F7C">
      <w:pPr>
        <w:spacing w:after="0" w:line="240" w:lineRule="auto"/>
        <w:ind w:firstLine="709"/>
        <w:jc w:val="both"/>
      </w:pPr>
      <w:r w:rsidRPr="00C25644">
        <w:t>3.2. When accepting remotely, the Client is separately provided for review with the text of this Agreement, the individual terms of the product, the Tariffs, the information sheet and other mandatory information provided by law.</w:t>
      </w:r>
    </w:p>
    <w:p w14:paraId="5DAAFFD6" w14:textId="77777777" w:rsidR="0037439E" w:rsidRPr="00C25644" w:rsidRDefault="00406F7C">
      <w:pPr>
        <w:spacing w:after="0" w:line="240" w:lineRule="auto"/>
        <w:ind w:firstLine="709"/>
        <w:jc w:val="both"/>
      </w:pPr>
      <w:r w:rsidRPr="00C25644">
        <w:t>3.3. In remote acceptance, the Bank does not use pre-ticked consent marks. The Client independently confirms that he/she has familiarized himself/herself with and agrees to the terms of the selected product.</w:t>
      </w:r>
    </w:p>
    <w:p w14:paraId="0425A13E" w14:textId="77777777" w:rsidR="0037439E" w:rsidRPr="00C25644" w:rsidRDefault="00406F7C">
      <w:pPr>
        <w:spacing w:after="0" w:line="240" w:lineRule="auto"/>
        <w:ind w:firstLine="709"/>
        <w:jc w:val="both"/>
      </w:pPr>
      <w:r w:rsidRPr="00C25644">
        <w:t>3.4. Acceptance by the Client under Module A gives rise to rights and obligations relating to the bank card product, and acceptance under Module B gives rise to rights and obligations relating to the demand bank account product.</w:t>
      </w:r>
    </w:p>
    <w:p w14:paraId="32A77B9A" w14:textId="77777777" w:rsidR="0037439E" w:rsidRPr="00C25644" w:rsidRDefault="00406F7C">
      <w:pPr>
        <w:spacing w:after="0" w:line="240" w:lineRule="auto"/>
        <w:ind w:firstLine="709"/>
        <w:jc w:val="both"/>
      </w:pPr>
      <w:r w:rsidRPr="00C25644">
        <w:t>3.5. The Agreement comes into force in relations with the Client from the moment the product is opened by the Bank, the card is issued, or the relevant confirmation is recorded in the remote system.</w:t>
      </w:r>
    </w:p>
    <w:p w14:paraId="5E3D7FA3" w14:textId="77777777" w:rsidR="0037439E" w:rsidRPr="00C25644" w:rsidRDefault="0037439E">
      <w:pPr>
        <w:spacing w:after="40" w:line="240" w:lineRule="auto"/>
        <w:jc w:val="both"/>
      </w:pPr>
    </w:p>
    <w:p w14:paraId="78566EFF" w14:textId="77777777" w:rsidR="0037439E" w:rsidRPr="00C25644" w:rsidRDefault="00406F7C">
      <w:pPr>
        <w:spacing w:after="0" w:line="240" w:lineRule="auto"/>
        <w:jc w:val="both"/>
      </w:pPr>
      <w:r w:rsidRPr="00C25644">
        <w:rPr>
          <w:b/>
        </w:rPr>
        <w:t>4. CLIENT IDENTIFICATION AND DATA VERIFICATION</w:t>
      </w:r>
    </w:p>
    <w:p w14:paraId="26ED2439" w14:textId="77777777" w:rsidR="0037439E" w:rsidRPr="00C25644" w:rsidRDefault="00406F7C">
      <w:pPr>
        <w:spacing w:after="0" w:line="240" w:lineRule="auto"/>
        <w:ind w:firstLine="709"/>
        <w:jc w:val="both"/>
      </w:pPr>
      <w:r w:rsidRPr="00C25644">
        <w:lastRenderedPageBreak/>
        <w:t>4.1. The Bank carries out identification, verification and other due diligence measures in relation to the Client in accordance with the law, the regulatory documents of the Central Bank and the Bank’s internal rules.</w:t>
      </w:r>
    </w:p>
    <w:p w14:paraId="729374A6" w14:textId="77777777" w:rsidR="0037439E" w:rsidRPr="00C25644" w:rsidRDefault="00406F7C">
      <w:pPr>
        <w:spacing w:after="0" w:line="240" w:lineRule="auto"/>
        <w:ind w:firstLine="709"/>
        <w:jc w:val="both"/>
      </w:pPr>
      <w:r w:rsidRPr="00C25644">
        <w:t>4.2. The Bank may identify the Client at a branch, banking service office or remotely using KYC, e-KYC, video-KYC and other permitted methods.</w:t>
      </w:r>
    </w:p>
    <w:p w14:paraId="1DEEEB42" w14:textId="77777777" w:rsidR="0037439E" w:rsidRPr="00C25644" w:rsidRDefault="00406F7C">
      <w:pPr>
        <w:spacing w:after="0" w:line="240" w:lineRule="auto"/>
        <w:ind w:firstLine="709"/>
        <w:jc w:val="both"/>
      </w:pPr>
      <w:r w:rsidRPr="00C25644">
        <w:t>4.3. The Bank may require the Client to provide identity documents, contact information, residential address, TIN/PINFL, source of funds and other necessary information.</w:t>
      </w:r>
    </w:p>
    <w:p w14:paraId="71C40CA1" w14:textId="77777777" w:rsidR="0037439E" w:rsidRPr="00C25644" w:rsidRDefault="00406F7C">
      <w:pPr>
        <w:spacing w:after="0" w:line="240" w:lineRule="auto"/>
        <w:ind w:firstLine="709"/>
        <w:jc w:val="both"/>
      </w:pPr>
      <w:r w:rsidRPr="00C25644">
        <w:t>4.4. If the reliability of the submitted data is doubtful, the Bank may request additional documents, supporting information and explanations and, where necessary, refuse to open the product or perform the transaction.</w:t>
      </w:r>
    </w:p>
    <w:p w14:paraId="09256B89" w14:textId="77777777" w:rsidR="0037439E" w:rsidRPr="00C25644" w:rsidRDefault="00406F7C">
      <w:pPr>
        <w:spacing w:after="0" w:line="240" w:lineRule="auto"/>
        <w:ind w:firstLine="709"/>
        <w:jc w:val="both"/>
      </w:pPr>
      <w:r w:rsidRPr="00C25644">
        <w:t>4.5. The Client shall notify the Bank without delay if his/her data changes.</w:t>
      </w:r>
    </w:p>
    <w:p w14:paraId="7B9B21BC" w14:textId="77777777" w:rsidR="0037439E" w:rsidRPr="00C25644" w:rsidRDefault="0037439E">
      <w:pPr>
        <w:spacing w:after="40" w:line="240" w:lineRule="auto"/>
        <w:jc w:val="both"/>
      </w:pPr>
    </w:p>
    <w:p w14:paraId="096A27A1" w14:textId="77777777" w:rsidR="0037439E" w:rsidRPr="00C25644" w:rsidRDefault="00406F7C">
      <w:pPr>
        <w:spacing w:after="0" w:line="240" w:lineRule="auto"/>
        <w:jc w:val="both"/>
      </w:pPr>
      <w:r w:rsidRPr="00C25644">
        <w:rPr>
          <w:b/>
        </w:rPr>
        <w:t>5. MODULE A. PROVISION OF BANK CARDS TO INDIVIDUALS</w:t>
      </w:r>
    </w:p>
    <w:p w14:paraId="487F088E" w14:textId="77777777" w:rsidR="0037439E" w:rsidRPr="00C25644" w:rsidRDefault="00406F7C">
      <w:pPr>
        <w:spacing w:after="0" w:line="240" w:lineRule="auto"/>
        <w:ind w:firstLine="709"/>
        <w:jc w:val="both"/>
      </w:pPr>
      <w:r w:rsidRPr="00C25644">
        <w:t>5.1. In accordance with the Client’s application and the requirements of the law, the Bank issues a bank card to the Client and opens a card account.</w:t>
      </w:r>
    </w:p>
    <w:p w14:paraId="4C780AD9" w14:textId="77777777" w:rsidR="0037439E" w:rsidRPr="00C25644" w:rsidRDefault="00406F7C">
      <w:pPr>
        <w:spacing w:after="0" w:line="240" w:lineRule="auto"/>
        <w:ind w:firstLine="709"/>
        <w:jc w:val="both"/>
      </w:pPr>
      <w:r w:rsidRPr="00C25644">
        <w:t>5.2. The type of card, validity period, servicing terms, limits, payment system and other individual terms are specified in the product passport, the application, the Tariffs or the Bank’s official information.</w:t>
      </w:r>
    </w:p>
    <w:p w14:paraId="344509D0" w14:textId="77777777" w:rsidR="0037439E" w:rsidRPr="00C25644" w:rsidRDefault="00406F7C">
      <w:pPr>
        <w:spacing w:after="0" w:line="240" w:lineRule="auto"/>
        <w:ind w:firstLine="709"/>
        <w:jc w:val="both"/>
      </w:pPr>
      <w:r w:rsidRPr="00C25644">
        <w:t>5.3. The bank card is delivered to the Client personally or by another procedure permitted by law. Where necessary, use of the card is allowed after its activation.</w:t>
      </w:r>
    </w:p>
    <w:p w14:paraId="57964861" w14:textId="77777777" w:rsidR="0037439E" w:rsidRPr="00C25644" w:rsidRDefault="00406F7C">
      <w:pPr>
        <w:spacing w:after="0" w:line="240" w:lineRule="auto"/>
        <w:ind w:firstLine="709"/>
        <w:jc w:val="both"/>
      </w:pPr>
      <w:r w:rsidRPr="00C25644">
        <w:t xml:space="preserve">5.4. The Client may use the bank card to pay for goods and services and to perform transactions through ATMs, </w:t>
      </w:r>
      <w:proofErr w:type="spellStart"/>
      <w:r w:rsidRPr="00C25644">
        <w:t>infokiosks</w:t>
      </w:r>
      <w:proofErr w:type="spellEnd"/>
      <w:r w:rsidRPr="00C25644">
        <w:t>, the mobile application and other permitted channels.</w:t>
      </w:r>
    </w:p>
    <w:p w14:paraId="3B638695" w14:textId="77777777" w:rsidR="0037439E" w:rsidRPr="00C25644" w:rsidRDefault="00406F7C">
      <w:pPr>
        <w:spacing w:after="0" w:line="240" w:lineRule="auto"/>
        <w:ind w:firstLine="709"/>
        <w:jc w:val="both"/>
      </w:pPr>
      <w:r w:rsidRPr="00C25644">
        <w:t>5.5. When using the bank card, the Client shall ensure the confidentiality and safekeeping of the PIN code, password, one-time code, mobile device and other authentication means.</w:t>
      </w:r>
    </w:p>
    <w:p w14:paraId="742ED7B2" w14:textId="77777777" w:rsidR="0037439E" w:rsidRPr="00C25644" w:rsidRDefault="00406F7C">
      <w:pPr>
        <w:spacing w:after="0" w:line="240" w:lineRule="auto"/>
        <w:ind w:firstLine="709"/>
        <w:jc w:val="both"/>
      </w:pPr>
      <w:r w:rsidRPr="00C25644">
        <w:t>5.6. In the event of loss or theft of the card, its use by third parties or compromise of authentication means, the Client must immediately notify the Bank.</w:t>
      </w:r>
    </w:p>
    <w:p w14:paraId="4415B223" w14:textId="77777777" w:rsidR="0037439E" w:rsidRPr="00C25644" w:rsidRDefault="00406F7C">
      <w:pPr>
        <w:spacing w:after="0" w:line="240" w:lineRule="auto"/>
        <w:ind w:firstLine="709"/>
        <w:jc w:val="both"/>
      </w:pPr>
      <w:r w:rsidRPr="00C25644">
        <w:t>5.7. Upon the Client’s request or for security reasons, the Bank may temporarily block the card, reactivate it, reissue it or close it.</w:t>
      </w:r>
    </w:p>
    <w:p w14:paraId="0F5FC6E7" w14:textId="77777777" w:rsidR="0037439E" w:rsidRPr="00C25644" w:rsidRDefault="00406F7C">
      <w:pPr>
        <w:spacing w:after="0" w:line="240" w:lineRule="auto"/>
        <w:ind w:firstLine="709"/>
        <w:jc w:val="both"/>
      </w:pPr>
      <w:r w:rsidRPr="00C25644">
        <w:t>5.8. If disputed transactions arise in relation to the card, the Client shall apply to the Bank within the time limits established by law and the Bank’s internal rules. The Bank shall consider such request in accordance with the applicable rules.</w:t>
      </w:r>
    </w:p>
    <w:p w14:paraId="685E4BC1" w14:textId="77777777" w:rsidR="0037439E" w:rsidRPr="00C25644" w:rsidRDefault="00406F7C">
      <w:pPr>
        <w:spacing w:after="0" w:line="240" w:lineRule="auto"/>
        <w:ind w:firstLine="709"/>
        <w:jc w:val="both"/>
      </w:pPr>
      <w:r w:rsidRPr="00C25644">
        <w:t>5.9. Use of funds on the card account shall be possible only within the actual balance and the limits established by the Bank.</w:t>
      </w:r>
    </w:p>
    <w:p w14:paraId="048D2207" w14:textId="77777777" w:rsidR="0037439E" w:rsidRPr="00C25644" w:rsidRDefault="00406F7C">
      <w:pPr>
        <w:spacing w:after="0" w:line="240" w:lineRule="auto"/>
        <w:ind w:firstLine="709"/>
        <w:jc w:val="both"/>
      </w:pPr>
      <w:r w:rsidRPr="00C25644">
        <w:t>5.10. Charges for servicing the bank card, including issuance, reissuance, cash withdrawal, servicing in another bank’s network and additional services, shall be collected in accordance with the Bank’s Tariffs.</w:t>
      </w:r>
    </w:p>
    <w:p w14:paraId="355F2423" w14:textId="77777777" w:rsidR="0037439E" w:rsidRPr="00C25644" w:rsidRDefault="0037439E">
      <w:pPr>
        <w:spacing w:after="40" w:line="240" w:lineRule="auto"/>
        <w:jc w:val="both"/>
      </w:pPr>
    </w:p>
    <w:p w14:paraId="1DFA1208" w14:textId="77777777" w:rsidR="0037439E" w:rsidRPr="00C25644" w:rsidRDefault="00406F7C">
      <w:pPr>
        <w:spacing w:after="0" w:line="240" w:lineRule="auto"/>
        <w:jc w:val="both"/>
      </w:pPr>
      <w:r w:rsidRPr="00C25644">
        <w:rPr>
          <w:b/>
        </w:rPr>
        <w:t>6. MODULE B. OPENING OF DEMAND BANK ACCOUNTS FOR INDIVIDUALS</w:t>
      </w:r>
    </w:p>
    <w:p w14:paraId="1D92830B" w14:textId="77777777" w:rsidR="0037439E" w:rsidRPr="00C25644" w:rsidRDefault="00406F7C">
      <w:pPr>
        <w:spacing w:after="0" w:line="240" w:lineRule="auto"/>
        <w:ind w:firstLine="709"/>
        <w:jc w:val="both"/>
      </w:pPr>
      <w:r w:rsidRPr="00C25644">
        <w:t>6.1. The Bank opens a demand bank account in accordance with the Client’s application, the terms of the selected product and the law.</w:t>
      </w:r>
    </w:p>
    <w:p w14:paraId="18B9F113" w14:textId="77777777" w:rsidR="0037439E" w:rsidRPr="00C25644" w:rsidRDefault="00406F7C">
      <w:pPr>
        <w:spacing w:after="0" w:line="240" w:lineRule="auto"/>
        <w:ind w:firstLine="709"/>
        <w:jc w:val="both"/>
      </w:pPr>
      <w:r w:rsidRPr="00C25644">
        <w:t>6.2. The type of demand bank account, currency, servicing terms, minimum balance requirements and, if applicable, the procedure for accrual and payment of interest, as well as account restrictions, are specified in the individual terms of the product.</w:t>
      </w:r>
    </w:p>
    <w:p w14:paraId="30622298" w14:textId="77777777" w:rsidR="0037439E" w:rsidRPr="00C25644" w:rsidRDefault="00406F7C">
      <w:pPr>
        <w:spacing w:after="0" w:line="240" w:lineRule="auto"/>
        <w:ind w:firstLine="709"/>
        <w:jc w:val="both"/>
      </w:pPr>
      <w:r w:rsidRPr="00C25644">
        <w:lastRenderedPageBreak/>
        <w:t>6.3. Funds may be deposited to a demand bank account by the Client in cash or non-cash form, including through the Bank’s remote channels, in the manner permitted by law.</w:t>
      </w:r>
    </w:p>
    <w:p w14:paraId="3FD60001" w14:textId="77777777" w:rsidR="0037439E" w:rsidRPr="00C25644" w:rsidRDefault="00406F7C">
      <w:pPr>
        <w:spacing w:after="0" w:line="240" w:lineRule="auto"/>
        <w:ind w:firstLine="709"/>
        <w:jc w:val="both"/>
      </w:pPr>
      <w:r w:rsidRPr="00C25644">
        <w:t>6.4. The Bank performs transactions on the demand bank account in accordance with the Client’s instructions and legal requirements.</w:t>
      </w:r>
    </w:p>
    <w:p w14:paraId="0FCAF797" w14:textId="77777777" w:rsidR="0037439E" w:rsidRPr="00C25644" w:rsidRDefault="00406F7C">
      <w:pPr>
        <w:spacing w:after="0" w:line="240" w:lineRule="auto"/>
        <w:ind w:firstLine="709"/>
        <w:jc w:val="both"/>
      </w:pPr>
      <w:r w:rsidRPr="00C25644">
        <w:t>6.5. Return or transfer of funds from the demand bank account is carried out in accordance with the Client’s request and the Bank’s current procedures.</w:t>
      </w:r>
    </w:p>
    <w:p w14:paraId="78890B6F" w14:textId="77777777" w:rsidR="0037439E" w:rsidRPr="00C25644" w:rsidRDefault="00406F7C">
      <w:pPr>
        <w:spacing w:after="0" w:line="240" w:lineRule="auto"/>
        <w:ind w:firstLine="709"/>
        <w:jc w:val="both"/>
      </w:pPr>
      <w:r w:rsidRPr="00C25644">
        <w:t>6.6. Interest on a demand bank account is accrued only in cases directly provided for by the individual terms of the product and the current Tariffs.</w:t>
      </w:r>
    </w:p>
    <w:p w14:paraId="3C888847" w14:textId="77777777" w:rsidR="0037439E" w:rsidRPr="00C25644" w:rsidRDefault="00406F7C">
      <w:pPr>
        <w:spacing w:after="0" w:line="240" w:lineRule="auto"/>
        <w:ind w:firstLine="709"/>
        <w:jc w:val="both"/>
      </w:pPr>
      <w:r w:rsidRPr="00C25644">
        <w:t>6.7. When a demand bank account is opened remotely, the Bank provides the Client with the key terms of the product, the information sheet and, where required by law, mandatory information on the guarantee system, and records the fact of the Client’s familiarization with it.</w:t>
      </w:r>
    </w:p>
    <w:p w14:paraId="5CE0D572" w14:textId="77777777" w:rsidR="0037439E" w:rsidRPr="00C25644" w:rsidRDefault="00406F7C">
      <w:pPr>
        <w:spacing w:after="0" w:line="240" w:lineRule="auto"/>
        <w:ind w:firstLine="709"/>
        <w:jc w:val="both"/>
      </w:pPr>
      <w:r w:rsidRPr="00C25644">
        <w:t>6.8. The procedure for servicing and closing the demand bank account and returning the balance shall be carried out in accordance with the law, this Agreement and the individual terms of the selected product.</w:t>
      </w:r>
    </w:p>
    <w:p w14:paraId="38696575" w14:textId="77777777" w:rsidR="0037439E" w:rsidRPr="00C25644" w:rsidRDefault="0037439E">
      <w:pPr>
        <w:spacing w:after="40" w:line="240" w:lineRule="auto"/>
        <w:jc w:val="both"/>
      </w:pPr>
    </w:p>
    <w:p w14:paraId="3E661AB0" w14:textId="77777777" w:rsidR="0037439E" w:rsidRPr="00C25644" w:rsidRDefault="00406F7C">
      <w:pPr>
        <w:spacing w:after="0" w:line="240" w:lineRule="auto"/>
        <w:jc w:val="both"/>
      </w:pPr>
      <w:r w:rsidRPr="00C25644">
        <w:rPr>
          <w:b/>
        </w:rPr>
        <w:t>7. RIGHTS AND OBLIGATIONS OF THE BANK</w:t>
      </w:r>
    </w:p>
    <w:p w14:paraId="6E1A9BF7" w14:textId="77777777" w:rsidR="0037439E" w:rsidRPr="00C25644" w:rsidRDefault="00406F7C">
      <w:pPr>
        <w:spacing w:after="0" w:line="240" w:lineRule="auto"/>
        <w:ind w:firstLine="709"/>
        <w:jc w:val="both"/>
      </w:pPr>
      <w:r w:rsidRPr="00C25644">
        <w:t>7.1. The Bank shall:</w:t>
      </w:r>
    </w:p>
    <w:p w14:paraId="0DDE3E42" w14:textId="77777777" w:rsidR="0037439E" w:rsidRPr="00C25644" w:rsidRDefault="00406F7C">
      <w:pPr>
        <w:spacing w:after="0" w:line="240" w:lineRule="auto"/>
        <w:ind w:firstLine="709"/>
        <w:jc w:val="both"/>
      </w:pPr>
      <w:r w:rsidRPr="00C25644">
        <w:t>7.1.1. service the Client under the selected product in accordance with the law and this Agreement;</w:t>
      </w:r>
    </w:p>
    <w:p w14:paraId="22071044" w14:textId="77777777" w:rsidR="0037439E" w:rsidRPr="00C25644" w:rsidRDefault="00406F7C">
      <w:pPr>
        <w:spacing w:after="0" w:line="240" w:lineRule="auto"/>
        <w:ind w:firstLine="709"/>
        <w:jc w:val="both"/>
      </w:pPr>
      <w:r w:rsidRPr="00C25644">
        <w:t>7.1.2. provide the Client with information on the key terms of the product, the Tariffs, restrictions and risks;</w:t>
      </w:r>
    </w:p>
    <w:p w14:paraId="0407D394" w14:textId="77777777" w:rsidR="0037439E" w:rsidRPr="00C25644" w:rsidRDefault="00406F7C">
      <w:pPr>
        <w:spacing w:after="0" w:line="240" w:lineRule="auto"/>
        <w:ind w:firstLine="709"/>
        <w:jc w:val="both"/>
      </w:pPr>
      <w:r w:rsidRPr="00C25644">
        <w:t>7.1.3. review the Client’s requests in the manner established by law;</w:t>
      </w:r>
    </w:p>
    <w:p w14:paraId="3B4C8432" w14:textId="77777777" w:rsidR="0037439E" w:rsidRPr="00C25644" w:rsidRDefault="00406F7C">
      <w:pPr>
        <w:spacing w:after="0" w:line="240" w:lineRule="auto"/>
        <w:ind w:firstLine="709"/>
        <w:jc w:val="both"/>
      </w:pPr>
      <w:r w:rsidRPr="00C25644">
        <w:t>7.1.4. ensure confidentiality of bank secrecy and the Client’s data, except in cases provided by law;</w:t>
      </w:r>
    </w:p>
    <w:p w14:paraId="01784B2F" w14:textId="77777777" w:rsidR="0037439E" w:rsidRPr="00C25644" w:rsidRDefault="00406F7C">
      <w:pPr>
        <w:spacing w:after="0" w:line="240" w:lineRule="auto"/>
        <w:ind w:firstLine="709"/>
        <w:jc w:val="both"/>
      </w:pPr>
      <w:r w:rsidRPr="00C25644">
        <w:t>7.1.5. record transactions on the bank card or demand bank account in accordance with applicable rules and keep supporting records.</w:t>
      </w:r>
    </w:p>
    <w:p w14:paraId="7EE8F574" w14:textId="77777777" w:rsidR="0037439E" w:rsidRPr="00C25644" w:rsidRDefault="00406F7C">
      <w:pPr>
        <w:spacing w:after="0" w:line="240" w:lineRule="auto"/>
        <w:ind w:firstLine="709"/>
        <w:jc w:val="both"/>
      </w:pPr>
      <w:r w:rsidRPr="00C25644">
        <w:t>7.2. The Bank shall have the right to:</w:t>
      </w:r>
    </w:p>
    <w:p w14:paraId="4A1D69DD" w14:textId="77777777" w:rsidR="0037439E" w:rsidRPr="00C25644" w:rsidRDefault="00406F7C">
      <w:pPr>
        <w:spacing w:after="0" w:line="240" w:lineRule="auto"/>
        <w:ind w:firstLine="709"/>
        <w:jc w:val="both"/>
      </w:pPr>
      <w:r w:rsidRPr="00C25644">
        <w:t>7.2.1. carry out due diligence in relation to the Client and request additional information and documents;</w:t>
      </w:r>
    </w:p>
    <w:p w14:paraId="657318ED" w14:textId="77777777" w:rsidR="0037439E" w:rsidRPr="00C25644" w:rsidRDefault="00406F7C">
      <w:pPr>
        <w:spacing w:after="0" w:line="240" w:lineRule="auto"/>
        <w:ind w:firstLine="709"/>
        <w:jc w:val="both"/>
      </w:pPr>
      <w:r w:rsidRPr="00C25644">
        <w:t>7.2.2. restrict, decline or temporarily suspend operations on grounds related to the law, AML/CFT rules, sanctions restrictions, payment system requirements or security reasons;</w:t>
      </w:r>
    </w:p>
    <w:p w14:paraId="0B902D8B" w14:textId="77777777" w:rsidR="0037439E" w:rsidRPr="00C25644" w:rsidRDefault="00406F7C">
      <w:pPr>
        <w:spacing w:after="0" w:line="240" w:lineRule="auto"/>
        <w:ind w:firstLine="709"/>
        <w:jc w:val="both"/>
      </w:pPr>
      <w:r w:rsidRPr="00C25644">
        <w:t>7.2.3. amend and supplement the Bank’s Tariffs while notifying the Client in the manner prescribed by law and this Agreement;</w:t>
      </w:r>
    </w:p>
    <w:p w14:paraId="352FE11F" w14:textId="77777777" w:rsidR="0037439E" w:rsidRPr="00C25644" w:rsidRDefault="00406F7C">
      <w:pPr>
        <w:spacing w:after="0" w:line="240" w:lineRule="auto"/>
        <w:ind w:firstLine="709"/>
        <w:jc w:val="both"/>
      </w:pPr>
      <w:r w:rsidRPr="00C25644">
        <w:t>7.2.4. temporarily restrict servicing of the bank card, remote access or the relevant product where authentication means are compromised, signs of fraud are present, a suspicious transaction exists or a technical risk is detected;</w:t>
      </w:r>
    </w:p>
    <w:p w14:paraId="08DC41E0" w14:textId="77777777" w:rsidR="0037439E" w:rsidRPr="00C25644" w:rsidRDefault="0037439E">
      <w:pPr>
        <w:spacing w:after="40" w:line="240" w:lineRule="auto"/>
        <w:jc w:val="both"/>
      </w:pPr>
    </w:p>
    <w:p w14:paraId="04D7D92A" w14:textId="77777777" w:rsidR="0037439E" w:rsidRPr="00C25644" w:rsidRDefault="00406F7C">
      <w:pPr>
        <w:spacing w:after="0" w:line="240" w:lineRule="auto"/>
        <w:jc w:val="both"/>
      </w:pPr>
      <w:r w:rsidRPr="00C25644">
        <w:rPr>
          <w:b/>
        </w:rPr>
        <w:t>8. RIGHTS AND OBLIGATIONS OF THE CLIENT</w:t>
      </w:r>
    </w:p>
    <w:p w14:paraId="67B2C8DE" w14:textId="77777777" w:rsidR="0037439E" w:rsidRPr="00C25644" w:rsidRDefault="00406F7C">
      <w:pPr>
        <w:spacing w:after="0" w:line="240" w:lineRule="auto"/>
        <w:ind w:firstLine="709"/>
        <w:jc w:val="both"/>
      </w:pPr>
      <w:r w:rsidRPr="00C25644">
        <w:t>8.1. The Client shall have the right to:</w:t>
      </w:r>
    </w:p>
    <w:p w14:paraId="50D0D7B8" w14:textId="77777777" w:rsidR="0037439E" w:rsidRPr="00C25644" w:rsidRDefault="00406F7C">
      <w:pPr>
        <w:spacing w:after="0" w:line="240" w:lineRule="auto"/>
        <w:ind w:firstLine="709"/>
        <w:jc w:val="both"/>
      </w:pPr>
      <w:r w:rsidRPr="00C25644">
        <w:t>8.1.1. obtain complete and understandable information on the selected product;</w:t>
      </w:r>
    </w:p>
    <w:p w14:paraId="76F09D56" w14:textId="77777777" w:rsidR="0037439E" w:rsidRPr="00C25644" w:rsidRDefault="00406F7C">
      <w:pPr>
        <w:spacing w:after="0" w:line="240" w:lineRule="auto"/>
        <w:ind w:firstLine="709"/>
        <w:jc w:val="both"/>
      </w:pPr>
      <w:r w:rsidRPr="00C25644">
        <w:t>8.1.2. receive information, statements and notifications regarding the bank card and the demand bank account;</w:t>
      </w:r>
    </w:p>
    <w:p w14:paraId="07D0D0E0" w14:textId="77777777" w:rsidR="0037439E" w:rsidRPr="00C25644" w:rsidRDefault="00406F7C">
      <w:pPr>
        <w:spacing w:after="0" w:line="240" w:lineRule="auto"/>
        <w:ind w:firstLine="709"/>
        <w:jc w:val="both"/>
      </w:pPr>
      <w:r w:rsidRPr="00C25644">
        <w:lastRenderedPageBreak/>
        <w:t>8.1.3. submit requests regarding the Bank’s actions or omissions and file complaints in the manner established by law;</w:t>
      </w:r>
    </w:p>
    <w:p w14:paraId="70E9D2C0" w14:textId="77777777" w:rsidR="0037439E" w:rsidRPr="00C25644" w:rsidRDefault="00406F7C">
      <w:pPr>
        <w:spacing w:after="0" w:line="240" w:lineRule="auto"/>
        <w:ind w:firstLine="709"/>
        <w:jc w:val="both"/>
      </w:pPr>
      <w:r w:rsidRPr="00C25644">
        <w:t>8.1.4. demand compensation for damage caused through the Bank’s fault in the manner established by law.</w:t>
      </w:r>
    </w:p>
    <w:p w14:paraId="5547047D" w14:textId="77777777" w:rsidR="0037439E" w:rsidRPr="00C25644" w:rsidRDefault="00406F7C">
      <w:pPr>
        <w:spacing w:after="0" w:line="240" w:lineRule="auto"/>
        <w:ind w:firstLine="709"/>
        <w:jc w:val="both"/>
      </w:pPr>
      <w:r w:rsidRPr="00C25644">
        <w:t>8.2. The Client shall:</w:t>
      </w:r>
    </w:p>
    <w:p w14:paraId="20840940" w14:textId="77777777" w:rsidR="0037439E" w:rsidRPr="00C25644" w:rsidRDefault="00406F7C">
      <w:pPr>
        <w:spacing w:after="0" w:line="240" w:lineRule="auto"/>
        <w:ind w:firstLine="709"/>
        <w:jc w:val="both"/>
      </w:pPr>
      <w:r w:rsidRPr="00C25644">
        <w:t>8.2.1. ensure the completeness, reliability and relevance of the documents and information provided to the Bank;</w:t>
      </w:r>
    </w:p>
    <w:p w14:paraId="0463ADED" w14:textId="77777777" w:rsidR="0037439E" w:rsidRPr="00C25644" w:rsidRDefault="00406F7C">
      <w:pPr>
        <w:spacing w:after="0" w:line="240" w:lineRule="auto"/>
        <w:ind w:firstLine="709"/>
        <w:jc w:val="both"/>
      </w:pPr>
      <w:r w:rsidRPr="00C25644">
        <w:t>8.2.2. ensure the confidentiality and safekeeping of the PIN code, passwords, one-time codes, biometric means and other authentication means;</w:t>
      </w:r>
    </w:p>
    <w:p w14:paraId="7F14101F" w14:textId="77777777" w:rsidR="0037439E" w:rsidRPr="00C25644" w:rsidRDefault="00406F7C">
      <w:pPr>
        <w:spacing w:after="0" w:line="240" w:lineRule="auto"/>
        <w:ind w:firstLine="709"/>
        <w:jc w:val="both"/>
      </w:pPr>
      <w:r w:rsidRPr="00C25644">
        <w:t>8.2.3. immediately notify the Bank of the loss or theft of a bank card, mobile device or remote access means, or of such items coming into the possession of third parties;</w:t>
      </w:r>
    </w:p>
    <w:p w14:paraId="3FBB69DA" w14:textId="77777777" w:rsidR="0037439E" w:rsidRPr="00C25644" w:rsidRDefault="00406F7C">
      <w:pPr>
        <w:spacing w:after="0" w:line="240" w:lineRule="auto"/>
        <w:ind w:firstLine="709"/>
        <w:jc w:val="both"/>
      </w:pPr>
      <w:r w:rsidRPr="00C25644">
        <w:t>8.2.4. comply with the Bank’s lawful requirements concerning operations, requests and product terms;</w:t>
      </w:r>
    </w:p>
    <w:p w14:paraId="13D89BF3" w14:textId="77777777" w:rsidR="0037439E" w:rsidRPr="00C25644" w:rsidRDefault="00406F7C">
      <w:pPr>
        <w:spacing w:after="0" w:line="240" w:lineRule="auto"/>
        <w:ind w:firstLine="709"/>
        <w:jc w:val="both"/>
      </w:pPr>
      <w:r w:rsidRPr="00C25644">
        <w:t>8.2.5. pay charges and commissions provided for by law, this Agreement and the individual product terms;</w:t>
      </w:r>
    </w:p>
    <w:p w14:paraId="77E38540" w14:textId="77777777" w:rsidR="0037439E" w:rsidRPr="00C25644" w:rsidRDefault="00406F7C">
      <w:pPr>
        <w:spacing w:after="0" w:line="240" w:lineRule="auto"/>
        <w:ind w:firstLine="709"/>
        <w:jc w:val="both"/>
      </w:pPr>
      <w:r w:rsidRPr="00C25644">
        <w:t>8.2.6. notify the Bank without delay if his/her data, telephone number, e-mail address or other details change.</w:t>
      </w:r>
    </w:p>
    <w:p w14:paraId="6E7BEF7E" w14:textId="77777777" w:rsidR="0037439E" w:rsidRPr="00C25644" w:rsidRDefault="0037439E">
      <w:pPr>
        <w:spacing w:after="40" w:line="240" w:lineRule="auto"/>
        <w:jc w:val="both"/>
      </w:pPr>
    </w:p>
    <w:p w14:paraId="239FAFBC" w14:textId="77777777" w:rsidR="0037439E" w:rsidRPr="00C25644" w:rsidRDefault="00406F7C">
      <w:pPr>
        <w:spacing w:after="0" w:line="240" w:lineRule="auto"/>
        <w:jc w:val="both"/>
      </w:pPr>
      <w:r w:rsidRPr="00C25644">
        <w:rPr>
          <w:b/>
        </w:rPr>
        <w:t>9. CONSUMER INFORMATION AND REQUEST REVIEW</w:t>
      </w:r>
    </w:p>
    <w:p w14:paraId="4025759F" w14:textId="77777777" w:rsidR="0037439E" w:rsidRPr="00C25644" w:rsidRDefault="00406F7C">
      <w:pPr>
        <w:spacing w:after="0" w:line="240" w:lineRule="auto"/>
        <w:ind w:firstLine="709"/>
        <w:jc w:val="both"/>
      </w:pPr>
      <w:r w:rsidRPr="00C25644">
        <w:t>9.1. The Bank provides the Client, through its official channels, with information on the key product terms, Tariffs, commissions, risks, restrictions and the procedure for making requests.</w:t>
      </w:r>
    </w:p>
    <w:p w14:paraId="781E22AF" w14:textId="77777777" w:rsidR="0037439E" w:rsidRPr="00C25644" w:rsidRDefault="00406F7C">
      <w:pPr>
        <w:spacing w:after="0" w:line="240" w:lineRule="auto"/>
        <w:ind w:firstLine="709"/>
        <w:jc w:val="both"/>
      </w:pPr>
      <w:r w:rsidRPr="00C25644">
        <w:t>9.2. In accordance with the regulatory documents establishing minimum requirements for relations with consumers regarding bank cards and demand bank accounts, the Bank provides the information sheet and other mandatory information in cases provided by law.</w:t>
      </w:r>
    </w:p>
    <w:p w14:paraId="3725902E" w14:textId="77777777" w:rsidR="0037439E" w:rsidRPr="00C25644" w:rsidRDefault="00406F7C">
      <w:pPr>
        <w:spacing w:after="0" w:line="240" w:lineRule="auto"/>
        <w:ind w:firstLine="709"/>
        <w:jc w:val="both"/>
      </w:pPr>
      <w:r w:rsidRPr="00C25644">
        <w:t>9.3. For demand bank accounts, the Bank provides the Client, in cases provided by law, with information on the guarantee system and records the Client’s familiarization therewith.</w:t>
      </w:r>
    </w:p>
    <w:p w14:paraId="37191140" w14:textId="77777777" w:rsidR="0037439E" w:rsidRPr="00C25644" w:rsidRDefault="00406F7C">
      <w:pPr>
        <w:spacing w:after="0" w:line="240" w:lineRule="auto"/>
        <w:ind w:firstLine="709"/>
        <w:jc w:val="both"/>
      </w:pPr>
      <w:r w:rsidRPr="00C25644">
        <w:t>9.4. The Client may contact the Bank in writing, electronically, through the mobile application, the contact center or other official channels determined by the Bank.</w:t>
      </w:r>
    </w:p>
    <w:p w14:paraId="57B7843D" w14:textId="77777777" w:rsidR="0037439E" w:rsidRPr="00C25644" w:rsidRDefault="00406F7C">
      <w:pPr>
        <w:spacing w:after="0" w:line="240" w:lineRule="auto"/>
        <w:ind w:firstLine="709"/>
        <w:jc w:val="both"/>
      </w:pPr>
      <w:r w:rsidRPr="00C25644">
        <w:t>9.5. Requests shall be accepted free of charge, registered by the Bank, considered in accordance with the law and internal procedures, and a response shall be sent to the Client based on the results.</w:t>
      </w:r>
    </w:p>
    <w:p w14:paraId="3658F6A5" w14:textId="77777777" w:rsidR="0037439E" w:rsidRPr="00C25644" w:rsidRDefault="00406F7C">
      <w:pPr>
        <w:spacing w:after="0" w:line="240" w:lineRule="auto"/>
        <w:ind w:firstLine="709"/>
        <w:jc w:val="both"/>
      </w:pPr>
      <w:r w:rsidRPr="00C25644">
        <w:t>9.6. Where necessary, the Client shall be provided with information on the Bank’s internal appeal procedure and on the possibility of applying to authorized state bodies and to court.</w:t>
      </w:r>
    </w:p>
    <w:p w14:paraId="0DFAF3A8" w14:textId="77777777" w:rsidR="0037439E" w:rsidRPr="00C25644" w:rsidRDefault="0037439E">
      <w:pPr>
        <w:spacing w:after="40" w:line="240" w:lineRule="auto"/>
        <w:jc w:val="both"/>
      </w:pPr>
    </w:p>
    <w:p w14:paraId="6F623418" w14:textId="77777777" w:rsidR="0037439E" w:rsidRPr="00C25644" w:rsidRDefault="00406F7C">
      <w:pPr>
        <w:spacing w:after="0" w:line="240" w:lineRule="auto"/>
        <w:jc w:val="both"/>
      </w:pPr>
      <w:r w:rsidRPr="00C25644">
        <w:rPr>
          <w:b/>
        </w:rPr>
        <w:t>10. AML/CFT, SANCTIONS COMPLIANCE AND SECURITY MEASURES</w:t>
      </w:r>
    </w:p>
    <w:p w14:paraId="2575622C" w14:textId="77777777" w:rsidR="0037439E" w:rsidRPr="00C25644" w:rsidRDefault="00406F7C">
      <w:pPr>
        <w:spacing w:after="0" w:line="240" w:lineRule="auto"/>
        <w:ind w:firstLine="709"/>
        <w:jc w:val="both"/>
      </w:pPr>
      <w:r w:rsidRPr="00C25644">
        <w:t>10.1. When servicing the Client, the Bank shall be guided by the law, the Central Bank’s documents, payment system requirements and the Bank’s internal rules in the field of AML/CFT, countering proliferation financing and sanctions compliance.</w:t>
      </w:r>
    </w:p>
    <w:p w14:paraId="234409BA" w14:textId="77777777" w:rsidR="0037439E" w:rsidRPr="00C25644" w:rsidRDefault="00406F7C">
      <w:pPr>
        <w:spacing w:after="0" w:line="240" w:lineRule="auto"/>
        <w:ind w:firstLine="709"/>
        <w:jc w:val="both"/>
      </w:pPr>
      <w:r w:rsidRPr="00C25644">
        <w:t>10.2. The Bank may request explanations and supporting documents regarding the economic substance of an operation, the source of funds, the counterparty and other circumstances.</w:t>
      </w:r>
    </w:p>
    <w:p w14:paraId="0435F2F3" w14:textId="77777777" w:rsidR="0037439E" w:rsidRPr="00C25644" w:rsidRDefault="00406F7C">
      <w:pPr>
        <w:spacing w:after="0" w:line="240" w:lineRule="auto"/>
        <w:ind w:firstLine="709"/>
        <w:jc w:val="both"/>
      </w:pPr>
      <w:r w:rsidRPr="00C25644">
        <w:lastRenderedPageBreak/>
        <w:t>10.3. If the submitted information is insufficient, a suspicious transaction is detected, a sanctions risk exists or other cases provided by law arise, the Bank may reject, restrict or temporarily suspend the transaction.</w:t>
      </w:r>
    </w:p>
    <w:p w14:paraId="24B6079B" w14:textId="77777777" w:rsidR="0037439E" w:rsidRPr="00C25644" w:rsidRDefault="00406F7C">
      <w:pPr>
        <w:spacing w:after="0" w:line="240" w:lineRule="auto"/>
        <w:ind w:firstLine="709"/>
        <w:jc w:val="both"/>
      </w:pPr>
      <w:r w:rsidRPr="00C25644">
        <w:t>10.4. The Bank’s actions under this section are carried out on the basis of the law and the Bank’s internal control system.</w:t>
      </w:r>
    </w:p>
    <w:p w14:paraId="764E890A" w14:textId="77777777" w:rsidR="0037439E" w:rsidRPr="00C25644" w:rsidRDefault="0037439E">
      <w:pPr>
        <w:spacing w:after="40" w:line="240" w:lineRule="auto"/>
        <w:jc w:val="both"/>
      </w:pPr>
    </w:p>
    <w:p w14:paraId="3DEC4CA1" w14:textId="77777777" w:rsidR="0037439E" w:rsidRPr="00C25644" w:rsidRDefault="00406F7C">
      <w:pPr>
        <w:spacing w:after="0" w:line="240" w:lineRule="auto"/>
        <w:jc w:val="both"/>
      </w:pPr>
      <w:r w:rsidRPr="00C25644">
        <w:rPr>
          <w:b/>
        </w:rPr>
        <w:t>11. TARIFFS, INTEREST AND SETTLEMENTS</w:t>
      </w:r>
    </w:p>
    <w:p w14:paraId="2D448A0A" w14:textId="77777777" w:rsidR="0037439E" w:rsidRPr="00C25644" w:rsidRDefault="00406F7C">
      <w:pPr>
        <w:spacing w:after="0" w:line="240" w:lineRule="auto"/>
        <w:ind w:firstLine="709"/>
        <w:jc w:val="both"/>
      </w:pPr>
      <w:r w:rsidRPr="00C25644">
        <w:t>11.1. Charges for the Bank’s services shall be collected in accordance with the Bank’s current Tariffs.</w:t>
      </w:r>
    </w:p>
    <w:p w14:paraId="39707B66" w14:textId="77777777" w:rsidR="0037439E" w:rsidRPr="00C25644" w:rsidRDefault="00406F7C">
      <w:pPr>
        <w:spacing w:after="0" w:line="240" w:lineRule="auto"/>
        <w:ind w:firstLine="709"/>
        <w:jc w:val="both"/>
      </w:pPr>
      <w:r w:rsidRPr="00C25644">
        <w:t>11.2. Interest and other financial conditions on demand bank accounts shall apply only in cases provided by the individual product terms and the current Tariffs.</w:t>
      </w:r>
    </w:p>
    <w:p w14:paraId="2B3AC2C3" w14:textId="77777777" w:rsidR="0037439E" w:rsidRPr="00C25644" w:rsidRDefault="00406F7C">
      <w:pPr>
        <w:spacing w:after="0" w:line="240" w:lineRule="auto"/>
        <w:ind w:firstLine="709"/>
        <w:jc w:val="both"/>
      </w:pPr>
      <w:r w:rsidRPr="00C25644">
        <w:t>11.3. Tariffs and service conditions are published on the Bank’s official website, in the mobile application, at the Bank’s offices and in other official information channels.</w:t>
      </w:r>
    </w:p>
    <w:p w14:paraId="084E69FE" w14:textId="77777777" w:rsidR="0037439E" w:rsidRPr="00C25644" w:rsidRDefault="00406F7C">
      <w:pPr>
        <w:spacing w:after="0" w:line="240" w:lineRule="auto"/>
        <w:ind w:firstLine="709"/>
        <w:jc w:val="both"/>
      </w:pPr>
      <w:r w:rsidRPr="00C25644">
        <w:t>11.4. The Bank may collect service fees and other charges from the card account or another relevant account in cases permitted by law and within the scope of the acceptance given by the Client under this Agreement.</w:t>
      </w:r>
    </w:p>
    <w:p w14:paraId="4344DCC3" w14:textId="77777777" w:rsidR="0037439E" w:rsidRPr="00C25644" w:rsidRDefault="00406F7C">
      <w:pPr>
        <w:spacing w:after="0" w:line="240" w:lineRule="auto"/>
        <w:ind w:firstLine="709"/>
        <w:jc w:val="both"/>
      </w:pPr>
      <w:r w:rsidRPr="00C25644">
        <w:t>11.5. When the Tariffs are changed, the Bank shall notify the Client at least 10 (ten) days in advance, unless another period is provided by law or the product terms.</w:t>
      </w:r>
    </w:p>
    <w:p w14:paraId="43D5F41D" w14:textId="77777777" w:rsidR="0037439E" w:rsidRPr="00C25644" w:rsidRDefault="0037439E">
      <w:pPr>
        <w:spacing w:after="40" w:line="240" w:lineRule="auto"/>
        <w:jc w:val="both"/>
      </w:pPr>
    </w:p>
    <w:p w14:paraId="0202DD1F" w14:textId="77777777" w:rsidR="0037439E" w:rsidRPr="00C25644" w:rsidRDefault="00406F7C">
      <w:pPr>
        <w:spacing w:after="0" w:line="240" w:lineRule="auto"/>
        <w:jc w:val="both"/>
      </w:pPr>
      <w:r w:rsidRPr="00C25644">
        <w:rPr>
          <w:b/>
        </w:rPr>
        <w:t>12. LIABILITY OF THE PARTIES</w:t>
      </w:r>
    </w:p>
    <w:p w14:paraId="42E9A6E8" w14:textId="77777777" w:rsidR="0037439E" w:rsidRPr="00C25644" w:rsidRDefault="00406F7C">
      <w:pPr>
        <w:spacing w:after="0" w:line="240" w:lineRule="auto"/>
        <w:ind w:firstLine="709"/>
        <w:jc w:val="both"/>
      </w:pPr>
      <w:r w:rsidRPr="00C25644">
        <w:t>12.1. The parties shall be liable for non-performance or improper performance of obligations under this Agreement in accordance with the law.</w:t>
      </w:r>
    </w:p>
    <w:p w14:paraId="18B4F86A" w14:textId="77777777" w:rsidR="0037439E" w:rsidRPr="00C25644" w:rsidRDefault="00406F7C">
      <w:pPr>
        <w:spacing w:after="0" w:line="240" w:lineRule="auto"/>
        <w:ind w:firstLine="709"/>
        <w:jc w:val="both"/>
      </w:pPr>
      <w:r w:rsidRPr="00C25644">
        <w:t>12.2. The Bank shall not be liable for consequences arising from incorrect or incomplete information provided by the Client, actions of third parties, failures of communication operators and payment systems, power outages and other circumstances beyond the Bank’s control, except where the Bank’s fault is proven.</w:t>
      </w:r>
    </w:p>
    <w:p w14:paraId="71AAB4B9" w14:textId="77777777" w:rsidR="0037439E" w:rsidRPr="00C25644" w:rsidRDefault="00406F7C">
      <w:pPr>
        <w:spacing w:after="0" w:line="240" w:lineRule="auto"/>
        <w:ind w:firstLine="709"/>
        <w:jc w:val="both"/>
      </w:pPr>
      <w:r w:rsidRPr="00C25644">
        <w:t>12.3. The Client shall be responsible for the consequences of disclosing authentication means, PIN code, password and other confidential data to third parties, except in cases of gross breach of system security by the Bank.</w:t>
      </w:r>
    </w:p>
    <w:p w14:paraId="3CE42294" w14:textId="77777777" w:rsidR="0037439E" w:rsidRPr="00C25644" w:rsidRDefault="00406F7C">
      <w:pPr>
        <w:spacing w:after="0" w:line="240" w:lineRule="auto"/>
        <w:ind w:firstLine="709"/>
        <w:jc w:val="both"/>
      </w:pPr>
      <w:r w:rsidRPr="00C25644">
        <w:t>12.4. The result of reviewing disputed transactions on a bank card shall be determined on the basis of payment system rules, technical data, identification means and legal requirements.</w:t>
      </w:r>
    </w:p>
    <w:p w14:paraId="170F6DE5" w14:textId="77777777" w:rsidR="0037439E" w:rsidRPr="00C25644" w:rsidRDefault="0037439E">
      <w:pPr>
        <w:spacing w:after="40" w:line="240" w:lineRule="auto"/>
        <w:jc w:val="both"/>
      </w:pPr>
    </w:p>
    <w:p w14:paraId="45F7B3C5" w14:textId="77777777" w:rsidR="0037439E" w:rsidRPr="00C25644" w:rsidRDefault="00406F7C">
      <w:pPr>
        <w:spacing w:after="0" w:line="240" w:lineRule="auto"/>
        <w:jc w:val="both"/>
      </w:pPr>
      <w:r w:rsidRPr="00C25644">
        <w:rPr>
          <w:b/>
        </w:rPr>
        <w:t>13. BANK SECRECY AND PERSONAL DATA</w:t>
      </w:r>
    </w:p>
    <w:p w14:paraId="4AB874A4" w14:textId="77777777" w:rsidR="0037439E" w:rsidRPr="00C25644" w:rsidRDefault="00406F7C">
      <w:pPr>
        <w:spacing w:after="0" w:line="240" w:lineRule="auto"/>
        <w:ind w:firstLine="709"/>
        <w:jc w:val="both"/>
      </w:pPr>
      <w:r w:rsidRPr="00C25644">
        <w:t>13.1. Information on the Client’s bank cards, demand bank accounts, operations and relations with the Bank shall constitute bank secrecy.</w:t>
      </w:r>
    </w:p>
    <w:p w14:paraId="215F9CE2" w14:textId="77777777" w:rsidR="0037439E" w:rsidRPr="00C25644" w:rsidRDefault="00406F7C">
      <w:pPr>
        <w:spacing w:after="0" w:line="240" w:lineRule="auto"/>
        <w:ind w:firstLine="709"/>
        <w:jc w:val="both"/>
      </w:pPr>
      <w:r w:rsidRPr="00C25644">
        <w:t>13.2. The Bank provides information concerning the Client to third parties only in the cases and manner provided by law.</w:t>
      </w:r>
    </w:p>
    <w:p w14:paraId="6C1253C1" w14:textId="77777777" w:rsidR="0037439E" w:rsidRPr="00C25644" w:rsidRDefault="00406F7C">
      <w:pPr>
        <w:spacing w:after="0" w:line="240" w:lineRule="auto"/>
        <w:ind w:firstLine="709"/>
        <w:jc w:val="both"/>
      </w:pPr>
      <w:r w:rsidRPr="00C25644">
        <w:t>13.3. By accepting this Agreement, the Client consents to the Bank processing data relating to him/her within the limits permitted by law for servicing, identification, taking security measures, reviewing requests and other lawful purposes.</w:t>
      </w:r>
    </w:p>
    <w:p w14:paraId="16240229" w14:textId="77777777" w:rsidR="0037439E" w:rsidRPr="00C25644" w:rsidRDefault="0037439E">
      <w:pPr>
        <w:spacing w:after="40" w:line="240" w:lineRule="auto"/>
        <w:jc w:val="both"/>
      </w:pPr>
    </w:p>
    <w:p w14:paraId="7E7399DC" w14:textId="77777777" w:rsidR="0037439E" w:rsidRPr="00C25644" w:rsidRDefault="00406F7C">
      <w:pPr>
        <w:spacing w:after="0" w:line="240" w:lineRule="auto"/>
        <w:jc w:val="both"/>
      </w:pPr>
      <w:r w:rsidRPr="00C25644">
        <w:rPr>
          <w:b/>
        </w:rPr>
        <w:t>14. FORCE MAJEURE</w:t>
      </w:r>
    </w:p>
    <w:p w14:paraId="33E28B41" w14:textId="77777777" w:rsidR="0037439E" w:rsidRPr="00C25644" w:rsidRDefault="00406F7C">
      <w:pPr>
        <w:spacing w:after="0" w:line="240" w:lineRule="auto"/>
        <w:ind w:firstLine="709"/>
        <w:jc w:val="both"/>
      </w:pPr>
      <w:r w:rsidRPr="00C25644">
        <w:t xml:space="preserve">14.1. If performance of obligations becomes impossible due to force majeure circumstances, including natural disasters, emergencies, war, restrictions imposed by </w:t>
      </w:r>
      <w:r w:rsidRPr="00C25644">
        <w:lastRenderedPageBreak/>
        <w:t>state bodies or failures in communication and payment infrastructure, the Parties shall be released from liability for the duration of such circumstances.</w:t>
      </w:r>
    </w:p>
    <w:p w14:paraId="1504F9AF" w14:textId="77777777" w:rsidR="0037439E" w:rsidRPr="00C25644" w:rsidRDefault="00406F7C">
      <w:pPr>
        <w:spacing w:after="0" w:line="240" w:lineRule="auto"/>
        <w:ind w:firstLine="709"/>
        <w:jc w:val="both"/>
      </w:pPr>
      <w:r w:rsidRPr="00C25644">
        <w:t>14.2. A Party affected by force majeure must notify the other Party thereof as soon as possible and, after such circumstance has ceased, take measures to resume performance of obligations.</w:t>
      </w:r>
    </w:p>
    <w:p w14:paraId="7AEB6378" w14:textId="77777777" w:rsidR="0037439E" w:rsidRPr="00C25644" w:rsidRDefault="0037439E">
      <w:pPr>
        <w:spacing w:after="40" w:line="240" w:lineRule="auto"/>
        <w:jc w:val="both"/>
      </w:pPr>
    </w:p>
    <w:p w14:paraId="3353FBF0" w14:textId="77777777" w:rsidR="0037439E" w:rsidRPr="00C25644" w:rsidRDefault="00406F7C">
      <w:pPr>
        <w:spacing w:after="0" w:line="240" w:lineRule="auto"/>
        <w:jc w:val="both"/>
      </w:pPr>
      <w:r w:rsidRPr="00C25644">
        <w:rPr>
          <w:b/>
        </w:rPr>
        <w:t>15. TERM, AMENDMENT AND TERMINATION OF THE AGREEMENT</w:t>
      </w:r>
    </w:p>
    <w:p w14:paraId="37F4FE14" w14:textId="77777777" w:rsidR="0037439E" w:rsidRPr="00C25644" w:rsidRDefault="00406F7C">
      <w:pPr>
        <w:spacing w:after="0" w:line="240" w:lineRule="auto"/>
        <w:ind w:firstLine="709"/>
        <w:jc w:val="both"/>
      </w:pPr>
      <w:r w:rsidRPr="00C25644">
        <w:t>15.1. This Agreement shall enter into force from the date of its publication by the Bank and shall remain effective until revoked.</w:t>
      </w:r>
    </w:p>
    <w:p w14:paraId="4CC42194" w14:textId="77777777" w:rsidR="0037439E" w:rsidRPr="00C25644" w:rsidRDefault="00406F7C">
      <w:pPr>
        <w:spacing w:after="0" w:line="240" w:lineRule="auto"/>
        <w:ind w:firstLine="709"/>
        <w:jc w:val="both"/>
      </w:pPr>
      <w:r w:rsidRPr="00C25644">
        <w:t>15.2. The version accepted by the Client shall apply in relations with the Client from the date the product is opened.</w:t>
      </w:r>
    </w:p>
    <w:p w14:paraId="1B48FC37" w14:textId="77777777" w:rsidR="0037439E" w:rsidRPr="00C25644" w:rsidRDefault="00406F7C">
      <w:pPr>
        <w:spacing w:after="0" w:line="240" w:lineRule="auto"/>
        <w:ind w:firstLine="709"/>
        <w:jc w:val="both"/>
      </w:pPr>
      <w:r w:rsidRPr="00C25644">
        <w:t>15.3. The Bank may amend and supplement this Agreement. Changes shall enter into force from the moment of their publication through official information channels or from the date specified therein.</w:t>
      </w:r>
    </w:p>
    <w:p w14:paraId="5A008E77" w14:textId="77777777" w:rsidR="0037439E" w:rsidRPr="00C25644" w:rsidRDefault="00406F7C">
      <w:pPr>
        <w:spacing w:after="0" w:line="240" w:lineRule="auto"/>
        <w:ind w:firstLine="709"/>
        <w:jc w:val="both"/>
      </w:pPr>
      <w:r w:rsidRPr="00C25644">
        <w:t>15.4. If the Client does not agree with the changes, he/she may, in accordance with the law and the individual product terms, close the relevant product or return the card.</w:t>
      </w:r>
    </w:p>
    <w:p w14:paraId="626645D1" w14:textId="77777777" w:rsidR="0037439E" w:rsidRPr="00C25644" w:rsidRDefault="00406F7C">
      <w:pPr>
        <w:spacing w:after="0" w:line="240" w:lineRule="auto"/>
        <w:ind w:firstLine="709"/>
        <w:jc w:val="both"/>
      </w:pPr>
      <w:r w:rsidRPr="00C25644">
        <w:t>15.5. The Agreement may be terminated upon the Client’s application, by agreement of the Parties or at the Bank’s initiative in cases provided by law.</w:t>
      </w:r>
    </w:p>
    <w:p w14:paraId="089153EC" w14:textId="77777777" w:rsidR="0037439E" w:rsidRPr="00C25644" w:rsidRDefault="0037439E">
      <w:pPr>
        <w:spacing w:after="40" w:line="240" w:lineRule="auto"/>
        <w:jc w:val="both"/>
      </w:pPr>
    </w:p>
    <w:p w14:paraId="4A4D34EA" w14:textId="77777777" w:rsidR="0037439E" w:rsidRPr="00C25644" w:rsidRDefault="00406F7C">
      <w:pPr>
        <w:spacing w:after="0" w:line="240" w:lineRule="auto"/>
        <w:jc w:val="both"/>
      </w:pPr>
      <w:r w:rsidRPr="00C25644">
        <w:rPr>
          <w:b/>
        </w:rPr>
        <w:t>16. FINAL PROVISIONS</w:t>
      </w:r>
    </w:p>
    <w:p w14:paraId="0EF3C6FC" w14:textId="77777777" w:rsidR="0037439E" w:rsidRPr="00C25644" w:rsidRDefault="00406F7C">
      <w:pPr>
        <w:spacing w:after="0" w:line="240" w:lineRule="auto"/>
        <w:ind w:firstLine="709"/>
        <w:jc w:val="both"/>
      </w:pPr>
      <w:r w:rsidRPr="00C25644">
        <w:t>16.1. This Agreement establishes the general terms for bank cards and demand bank accounts for individuals.</w:t>
      </w:r>
    </w:p>
    <w:p w14:paraId="39255A15" w14:textId="77777777" w:rsidR="0037439E" w:rsidRPr="00C25644" w:rsidRDefault="00406F7C">
      <w:pPr>
        <w:spacing w:after="0" w:line="240" w:lineRule="auto"/>
        <w:ind w:firstLine="709"/>
        <w:jc w:val="both"/>
      </w:pPr>
      <w:r w:rsidRPr="00C25644">
        <w:t>16.2. Services relating to savings and term deposits are not provided under this Agreement. Separate bank deposit agreements shall be concluded between the Bank and the Client for such deposits in accordance with the Bank’s current Deposit Rules.</w:t>
      </w:r>
    </w:p>
    <w:p w14:paraId="68FDBBBB" w14:textId="77777777" w:rsidR="0037439E" w:rsidRPr="00C25644" w:rsidRDefault="00406F7C">
      <w:pPr>
        <w:spacing w:after="0" w:line="240" w:lineRule="auto"/>
        <w:ind w:firstLine="709"/>
        <w:jc w:val="both"/>
      </w:pPr>
      <w:r w:rsidRPr="00C25644">
        <w:t>16.3. Disputes arising under this Agreement shall first be resolved through negotiations and through the request review procedure. If no agreement is reached, the dispute shall be resolved in accordance with the law.</w:t>
      </w:r>
    </w:p>
    <w:p w14:paraId="6917E88C" w14:textId="77777777" w:rsidR="0037439E" w:rsidRPr="00C25644" w:rsidRDefault="00406F7C">
      <w:pPr>
        <w:spacing w:after="0" w:line="240" w:lineRule="auto"/>
        <w:ind w:firstLine="709"/>
        <w:jc w:val="both"/>
      </w:pPr>
      <w:r w:rsidRPr="00C25644">
        <w:t>16.4. The appendices to this Agreement, Tariffs, information sheets, product passports, application forms and other officially published documents of the Bank shall form an integral part of this Agreement.</w:t>
      </w:r>
    </w:p>
    <w:p w14:paraId="5541271D" w14:textId="77777777" w:rsidR="0037439E" w:rsidRPr="00C25644" w:rsidRDefault="00406F7C">
      <w:pPr>
        <w:spacing w:after="0" w:line="240" w:lineRule="auto"/>
        <w:ind w:firstLine="709"/>
        <w:jc w:val="both"/>
      </w:pPr>
      <w:r w:rsidRPr="00C25644">
        <w:t>16.5. The text of the Agreement has been drafted in Uzbek. Where necessary, the Bank may provide informational texts in other languages; however, the Uzbek text shall prevail for interpretation purposes.</w:t>
      </w:r>
    </w:p>
    <w:p w14:paraId="3F865EB9" w14:textId="77777777" w:rsidR="0037439E" w:rsidRPr="00C25644" w:rsidRDefault="0037439E">
      <w:pPr>
        <w:spacing w:after="40" w:line="240" w:lineRule="auto"/>
        <w:jc w:val="both"/>
      </w:pPr>
    </w:p>
    <w:p w14:paraId="20ECBB39" w14:textId="77777777" w:rsidR="0037439E" w:rsidRPr="00C25644" w:rsidRDefault="00406F7C">
      <w:pPr>
        <w:spacing w:after="0" w:line="240" w:lineRule="auto"/>
        <w:jc w:val="both"/>
      </w:pPr>
      <w:r w:rsidRPr="00C25644">
        <w:rPr>
          <w:b/>
        </w:rPr>
        <w:t>LIST OF APPENDICES</w:t>
      </w:r>
    </w:p>
    <w:p w14:paraId="34D72F48" w14:textId="77777777" w:rsidR="0037439E" w:rsidRPr="00C25644" w:rsidRDefault="00406F7C">
      <w:pPr>
        <w:spacing w:after="0" w:line="240" w:lineRule="auto"/>
        <w:jc w:val="both"/>
      </w:pPr>
      <w:r w:rsidRPr="00C25644">
        <w:t>Appendix 1. Application form for opening and issuance of a bank card to an individual.</w:t>
      </w:r>
    </w:p>
    <w:p w14:paraId="3E3DB220" w14:textId="77777777" w:rsidR="0037439E" w:rsidRPr="00C25644" w:rsidRDefault="00406F7C">
      <w:pPr>
        <w:spacing w:after="0" w:line="240" w:lineRule="auto"/>
        <w:jc w:val="both"/>
      </w:pPr>
      <w:r w:rsidRPr="00C25644">
        <w:t>Appendix 2. Application form for opening a demand bank account.</w:t>
      </w:r>
    </w:p>
    <w:p w14:paraId="5FE74EB7" w14:textId="77777777" w:rsidR="0037439E" w:rsidRPr="00C25644" w:rsidRDefault="00406F7C">
      <w:pPr>
        <w:spacing w:after="0" w:line="240" w:lineRule="auto"/>
        <w:jc w:val="both"/>
      </w:pPr>
      <w:r w:rsidRPr="00C25644">
        <w:t>Appendix 3. Product information sheet form.</w:t>
      </w:r>
    </w:p>
    <w:p w14:paraId="47C39B32" w14:textId="77777777" w:rsidR="0037439E" w:rsidRPr="00C25644" w:rsidRDefault="00406F7C">
      <w:pPr>
        <w:spacing w:after="0" w:line="240" w:lineRule="auto"/>
        <w:jc w:val="both"/>
      </w:pPr>
      <w:r w:rsidRPr="00C25644">
        <w:t>Appendix 4. Guarantee system information form.</w:t>
      </w:r>
    </w:p>
    <w:p w14:paraId="3625A967" w14:textId="77777777" w:rsidR="0037439E" w:rsidRPr="00C25644" w:rsidRDefault="00406F7C">
      <w:pPr>
        <w:spacing w:after="0" w:line="240" w:lineRule="auto"/>
        <w:jc w:val="both"/>
      </w:pPr>
      <w:r w:rsidRPr="00C25644">
        <w:t>Appendix 5. Bank service tariffs.</w:t>
      </w:r>
    </w:p>
    <w:p w14:paraId="5DE09EE5" w14:textId="77777777" w:rsidR="0037439E" w:rsidRPr="00C25644" w:rsidRDefault="00406F7C">
      <w:pPr>
        <w:spacing w:after="0" w:line="240" w:lineRule="auto"/>
        <w:jc w:val="both"/>
      </w:pPr>
      <w:r w:rsidRPr="00C25644">
        <w:t>Appendix 6. Information on the procedure for submitting and reviewing requests.</w:t>
      </w:r>
    </w:p>
    <w:p w14:paraId="0D3CA62A" w14:textId="77777777" w:rsidR="0037439E" w:rsidRPr="00C25644" w:rsidRDefault="0037439E">
      <w:pPr>
        <w:spacing w:after="40" w:line="240" w:lineRule="auto"/>
        <w:jc w:val="both"/>
      </w:pPr>
    </w:p>
    <w:p w14:paraId="6ABF4D1B" w14:textId="77777777" w:rsidR="0037439E" w:rsidRPr="00C25644" w:rsidRDefault="00406F7C">
      <w:pPr>
        <w:spacing w:after="0" w:line="240" w:lineRule="auto"/>
        <w:jc w:val="both"/>
      </w:pPr>
      <w:r w:rsidRPr="00C25644">
        <w:rPr>
          <w:b/>
        </w:rPr>
        <w:t>APPENDIX 1. APPLICATION FORM FOR OPENING AND ISSUANCE OF A BANK CARD TO AN INDIVIDUAL</w:t>
      </w:r>
    </w:p>
    <w:tbl>
      <w:tblPr>
        <w:tblStyle w:val="aff0"/>
        <w:tblW w:w="0" w:type="auto"/>
        <w:jc w:val="center"/>
        <w:tblLook w:val="04A0" w:firstRow="1" w:lastRow="0" w:firstColumn="1" w:lastColumn="0" w:noHBand="0" w:noVBand="1"/>
      </w:tblPr>
      <w:tblGrid>
        <w:gridCol w:w="3095"/>
        <w:gridCol w:w="6300"/>
      </w:tblGrid>
      <w:tr w:rsidR="0037439E" w:rsidRPr="00C25644" w14:paraId="7F4E2C48" w14:textId="77777777">
        <w:trPr>
          <w:jc w:val="center"/>
        </w:trPr>
        <w:tc>
          <w:tcPr>
            <w:tcW w:w="4702" w:type="dxa"/>
            <w:tcMar>
              <w:top w:w="80" w:type="dxa"/>
              <w:left w:w="80" w:type="dxa"/>
              <w:bottom w:w="80" w:type="dxa"/>
              <w:right w:w="80" w:type="dxa"/>
            </w:tcMar>
            <w:vAlign w:val="center"/>
          </w:tcPr>
          <w:p w14:paraId="47FDF952" w14:textId="77777777" w:rsidR="0037439E" w:rsidRPr="00C25644" w:rsidRDefault="00406F7C">
            <w:r w:rsidRPr="00C25644">
              <w:lastRenderedPageBreak/>
              <w:t>Client full name</w:t>
            </w:r>
          </w:p>
        </w:tc>
        <w:tc>
          <w:tcPr>
            <w:tcW w:w="4702" w:type="dxa"/>
            <w:tcMar>
              <w:top w:w="80" w:type="dxa"/>
              <w:left w:w="80" w:type="dxa"/>
              <w:bottom w:w="80" w:type="dxa"/>
              <w:right w:w="80" w:type="dxa"/>
            </w:tcMar>
            <w:vAlign w:val="center"/>
          </w:tcPr>
          <w:p w14:paraId="7552A9EF" w14:textId="77777777" w:rsidR="0037439E" w:rsidRPr="00C25644" w:rsidRDefault="00406F7C">
            <w:r w:rsidRPr="00C25644">
              <w:t>______________________________________________</w:t>
            </w:r>
          </w:p>
        </w:tc>
      </w:tr>
      <w:tr w:rsidR="0037439E" w:rsidRPr="00C25644" w14:paraId="0A375138" w14:textId="77777777">
        <w:trPr>
          <w:jc w:val="center"/>
        </w:trPr>
        <w:tc>
          <w:tcPr>
            <w:tcW w:w="4702" w:type="dxa"/>
            <w:tcMar>
              <w:top w:w="80" w:type="dxa"/>
              <w:left w:w="80" w:type="dxa"/>
              <w:bottom w:w="80" w:type="dxa"/>
              <w:right w:w="80" w:type="dxa"/>
            </w:tcMar>
            <w:vAlign w:val="center"/>
          </w:tcPr>
          <w:p w14:paraId="7505CD19" w14:textId="77777777" w:rsidR="0037439E" w:rsidRPr="00C25644" w:rsidRDefault="00406F7C">
            <w:r w:rsidRPr="00C25644">
              <w:t>PINFL</w:t>
            </w:r>
          </w:p>
        </w:tc>
        <w:tc>
          <w:tcPr>
            <w:tcW w:w="4702" w:type="dxa"/>
            <w:tcMar>
              <w:top w:w="80" w:type="dxa"/>
              <w:left w:w="80" w:type="dxa"/>
              <w:bottom w:w="80" w:type="dxa"/>
              <w:right w:w="80" w:type="dxa"/>
            </w:tcMar>
            <w:vAlign w:val="center"/>
          </w:tcPr>
          <w:p w14:paraId="7A9A3D87" w14:textId="77777777" w:rsidR="0037439E" w:rsidRPr="00C25644" w:rsidRDefault="00406F7C">
            <w:r w:rsidRPr="00C25644">
              <w:t>______________________________________________</w:t>
            </w:r>
          </w:p>
        </w:tc>
      </w:tr>
      <w:tr w:rsidR="0037439E" w:rsidRPr="00C25644" w14:paraId="0C0F3F39" w14:textId="77777777">
        <w:trPr>
          <w:jc w:val="center"/>
        </w:trPr>
        <w:tc>
          <w:tcPr>
            <w:tcW w:w="4702" w:type="dxa"/>
            <w:tcMar>
              <w:top w:w="80" w:type="dxa"/>
              <w:left w:w="80" w:type="dxa"/>
              <w:bottom w:w="80" w:type="dxa"/>
              <w:right w:w="80" w:type="dxa"/>
            </w:tcMar>
            <w:vAlign w:val="center"/>
          </w:tcPr>
          <w:p w14:paraId="0733777C" w14:textId="77777777" w:rsidR="0037439E" w:rsidRPr="00C25644" w:rsidRDefault="00406F7C">
            <w:r w:rsidRPr="00C25644">
              <w:t>Passport / ID card details</w:t>
            </w:r>
          </w:p>
        </w:tc>
        <w:tc>
          <w:tcPr>
            <w:tcW w:w="4702" w:type="dxa"/>
            <w:tcMar>
              <w:top w:w="80" w:type="dxa"/>
              <w:left w:w="80" w:type="dxa"/>
              <w:bottom w:w="80" w:type="dxa"/>
              <w:right w:w="80" w:type="dxa"/>
            </w:tcMar>
            <w:vAlign w:val="center"/>
          </w:tcPr>
          <w:p w14:paraId="5C7B94FB" w14:textId="77777777" w:rsidR="0037439E" w:rsidRPr="00C25644" w:rsidRDefault="00406F7C">
            <w:r w:rsidRPr="00C25644">
              <w:t>______________________________________________</w:t>
            </w:r>
          </w:p>
        </w:tc>
      </w:tr>
      <w:tr w:rsidR="0037439E" w:rsidRPr="00C25644" w14:paraId="1F399E13" w14:textId="77777777">
        <w:trPr>
          <w:jc w:val="center"/>
        </w:trPr>
        <w:tc>
          <w:tcPr>
            <w:tcW w:w="4702" w:type="dxa"/>
            <w:tcMar>
              <w:top w:w="80" w:type="dxa"/>
              <w:left w:w="80" w:type="dxa"/>
              <w:bottom w:w="80" w:type="dxa"/>
              <w:right w:w="80" w:type="dxa"/>
            </w:tcMar>
            <w:vAlign w:val="center"/>
          </w:tcPr>
          <w:p w14:paraId="3FF91F9C" w14:textId="77777777" w:rsidR="0037439E" w:rsidRPr="00C25644" w:rsidRDefault="00406F7C">
            <w:r w:rsidRPr="00C25644">
              <w:t>Phone number</w:t>
            </w:r>
          </w:p>
        </w:tc>
        <w:tc>
          <w:tcPr>
            <w:tcW w:w="4702" w:type="dxa"/>
            <w:tcMar>
              <w:top w:w="80" w:type="dxa"/>
              <w:left w:w="80" w:type="dxa"/>
              <w:bottom w:w="80" w:type="dxa"/>
              <w:right w:w="80" w:type="dxa"/>
            </w:tcMar>
            <w:vAlign w:val="center"/>
          </w:tcPr>
          <w:p w14:paraId="533E7C76" w14:textId="77777777" w:rsidR="0037439E" w:rsidRPr="00C25644" w:rsidRDefault="00406F7C">
            <w:r w:rsidRPr="00C25644">
              <w:t>______________________________________________</w:t>
            </w:r>
          </w:p>
        </w:tc>
      </w:tr>
      <w:tr w:rsidR="0037439E" w:rsidRPr="00C25644" w14:paraId="17ECB47C" w14:textId="77777777">
        <w:trPr>
          <w:jc w:val="center"/>
        </w:trPr>
        <w:tc>
          <w:tcPr>
            <w:tcW w:w="4702" w:type="dxa"/>
            <w:tcMar>
              <w:top w:w="80" w:type="dxa"/>
              <w:left w:w="80" w:type="dxa"/>
              <w:bottom w:w="80" w:type="dxa"/>
              <w:right w:w="80" w:type="dxa"/>
            </w:tcMar>
            <w:vAlign w:val="center"/>
          </w:tcPr>
          <w:p w14:paraId="00720544" w14:textId="77777777" w:rsidR="0037439E" w:rsidRPr="00C25644" w:rsidRDefault="00406F7C">
            <w:r w:rsidRPr="00C25644">
              <w:t>Residential address</w:t>
            </w:r>
          </w:p>
        </w:tc>
        <w:tc>
          <w:tcPr>
            <w:tcW w:w="4702" w:type="dxa"/>
            <w:tcMar>
              <w:top w:w="80" w:type="dxa"/>
              <w:left w:w="80" w:type="dxa"/>
              <w:bottom w:w="80" w:type="dxa"/>
              <w:right w:w="80" w:type="dxa"/>
            </w:tcMar>
            <w:vAlign w:val="center"/>
          </w:tcPr>
          <w:p w14:paraId="3140A452" w14:textId="77777777" w:rsidR="0037439E" w:rsidRPr="00C25644" w:rsidRDefault="00406F7C">
            <w:r w:rsidRPr="00C25644">
              <w:t>______________________________________________</w:t>
            </w:r>
          </w:p>
        </w:tc>
      </w:tr>
      <w:tr w:rsidR="0037439E" w:rsidRPr="00C25644" w14:paraId="37A8EF8F" w14:textId="77777777">
        <w:trPr>
          <w:jc w:val="center"/>
        </w:trPr>
        <w:tc>
          <w:tcPr>
            <w:tcW w:w="4702" w:type="dxa"/>
            <w:tcMar>
              <w:top w:w="80" w:type="dxa"/>
              <w:left w:w="80" w:type="dxa"/>
              <w:bottom w:w="80" w:type="dxa"/>
              <w:right w:w="80" w:type="dxa"/>
            </w:tcMar>
            <w:vAlign w:val="center"/>
          </w:tcPr>
          <w:p w14:paraId="6ED4BE17" w14:textId="77777777" w:rsidR="0037439E" w:rsidRPr="00C25644" w:rsidRDefault="00406F7C">
            <w:r w:rsidRPr="00C25644">
              <w:t>Card type</w:t>
            </w:r>
          </w:p>
        </w:tc>
        <w:tc>
          <w:tcPr>
            <w:tcW w:w="4702" w:type="dxa"/>
            <w:tcMar>
              <w:top w:w="80" w:type="dxa"/>
              <w:left w:w="80" w:type="dxa"/>
              <w:bottom w:w="80" w:type="dxa"/>
              <w:right w:w="80" w:type="dxa"/>
            </w:tcMar>
            <w:vAlign w:val="center"/>
          </w:tcPr>
          <w:p w14:paraId="728D7406" w14:textId="77777777" w:rsidR="0037439E" w:rsidRPr="00C25644" w:rsidRDefault="00406F7C">
            <w:r w:rsidRPr="00C25644">
              <w:t>______________________________________________</w:t>
            </w:r>
          </w:p>
        </w:tc>
      </w:tr>
      <w:tr w:rsidR="0037439E" w:rsidRPr="00C25644" w14:paraId="74EB40D0" w14:textId="77777777">
        <w:trPr>
          <w:jc w:val="center"/>
        </w:trPr>
        <w:tc>
          <w:tcPr>
            <w:tcW w:w="4702" w:type="dxa"/>
            <w:tcMar>
              <w:top w:w="80" w:type="dxa"/>
              <w:left w:w="80" w:type="dxa"/>
              <w:bottom w:w="80" w:type="dxa"/>
              <w:right w:w="80" w:type="dxa"/>
            </w:tcMar>
            <w:vAlign w:val="center"/>
          </w:tcPr>
          <w:p w14:paraId="66FB11A5" w14:textId="77777777" w:rsidR="0037439E" w:rsidRPr="00C25644" w:rsidRDefault="00406F7C">
            <w:r w:rsidRPr="00C25644">
              <w:t>Currency</w:t>
            </w:r>
          </w:p>
        </w:tc>
        <w:tc>
          <w:tcPr>
            <w:tcW w:w="4702" w:type="dxa"/>
            <w:tcMar>
              <w:top w:w="80" w:type="dxa"/>
              <w:left w:w="80" w:type="dxa"/>
              <w:bottom w:w="80" w:type="dxa"/>
              <w:right w:w="80" w:type="dxa"/>
            </w:tcMar>
            <w:vAlign w:val="center"/>
          </w:tcPr>
          <w:p w14:paraId="48E0D8D5" w14:textId="77777777" w:rsidR="0037439E" w:rsidRPr="00C25644" w:rsidRDefault="00406F7C">
            <w:r w:rsidRPr="00C25644">
              <w:t>UZS / USD / other</w:t>
            </w:r>
          </w:p>
        </w:tc>
      </w:tr>
      <w:tr w:rsidR="0037439E" w:rsidRPr="00C25644" w14:paraId="1A15F72C" w14:textId="77777777">
        <w:trPr>
          <w:jc w:val="center"/>
        </w:trPr>
        <w:tc>
          <w:tcPr>
            <w:tcW w:w="4702" w:type="dxa"/>
            <w:tcMar>
              <w:top w:w="80" w:type="dxa"/>
              <w:left w:w="80" w:type="dxa"/>
              <w:bottom w:w="80" w:type="dxa"/>
              <w:right w:w="80" w:type="dxa"/>
            </w:tcMar>
            <w:vAlign w:val="center"/>
          </w:tcPr>
          <w:p w14:paraId="002258D0" w14:textId="77777777" w:rsidR="0037439E" w:rsidRPr="00C25644" w:rsidRDefault="00406F7C">
            <w:r w:rsidRPr="00C25644">
              <w:t>Method of receiving the card</w:t>
            </w:r>
          </w:p>
        </w:tc>
        <w:tc>
          <w:tcPr>
            <w:tcW w:w="4702" w:type="dxa"/>
            <w:tcMar>
              <w:top w:w="80" w:type="dxa"/>
              <w:left w:w="80" w:type="dxa"/>
              <w:bottom w:w="80" w:type="dxa"/>
              <w:right w:w="80" w:type="dxa"/>
            </w:tcMar>
            <w:vAlign w:val="center"/>
          </w:tcPr>
          <w:p w14:paraId="40B5D0BF" w14:textId="77777777" w:rsidR="0037439E" w:rsidRPr="00C25644" w:rsidRDefault="00406F7C">
            <w:r w:rsidRPr="00C25644">
              <w:t>Bank office / courier / other</w:t>
            </w:r>
          </w:p>
        </w:tc>
      </w:tr>
      <w:tr w:rsidR="0037439E" w:rsidRPr="00C25644" w14:paraId="7C96A3DF" w14:textId="77777777">
        <w:trPr>
          <w:jc w:val="center"/>
        </w:trPr>
        <w:tc>
          <w:tcPr>
            <w:tcW w:w="4702" w:type="dxa"/>
            <w:tcMar>
              <w:top w:w="80" w:type="dxa"/>
              <w:left w:w="80" w:type="dxa"/>
              <w:bottom w:w="80" w:type="dxa"/>
              <w:right w:w="80" w:type="dxa"/>
            </w:tcMar>
            <w:vAlign w:val="center"/>
          </w:tcPr>
          <w:p w14:paraId="57B8154B" w14:textId="77777777" w:rsidR="0037439E" w:rsidRPr="00C25644" w:rsidRDefault="00406F7C">
            <w:r w:rsidRPr="00C25644">
              <w:t>Remote service connection</w:t>
            </w:r>
          </w:p>
        </w:tc>
        <w:tc>
          <w:tcPr>
            <w:tcW w:w="4702" w:type="dxa"/>
            <w:tcMar>
              <w:top w:w="80" w:type="dxa"/>
              <w:left w:w="80" w:type="dxa"/>
              <w:bottom w:w="80" w:type="dxa"/>
              <w:right w:w="80" w:type="dxa"/>
            </w:tcMar>
            <w:vAlign w:val="center"/>
          </w:tcPr>
          <w:p w14:paraId="4C15D4EF" w14:textId="77777777" w:rsidR="0037439E" w:rsidRPr="00C25644" w:rsidRDefault="00406F7C">
            <w:r w:rsidRPr="00C25644">
              <w:t>Yes / No</w:t>
            </w:r>
          </w:p>
        </w:tc>
      </w:tr>
    </w:tbl>
    <w:p w14:paraId="3A19940E" w14:textId="77777777" w:rsidR="0037439E" w:rsidRPr="00C25644" w:rsidRDefault="00406F7C">
      <w:pPr>
        <w:spacing w:after="0" w:line="240" w:lineRule="auto"/>
        <w:ind w:firstLine="709"/>
        <w:jc w:val="both"/>
      </w:pPr>
      <w:r w:rsidRPr="00C25644">
        <w:t>By this application, the Client confirms that he/she has familiarized himself/herself with the Bank’s Public Offer Agreement, the Tariffs and the product information sheet.</w:t>
      </w:r>
    </w:p>
    <w:tbl>
      <w:tblPr>
        <w:tblStyle w:val="aff0"/>
        <w:tblW w:w="0" w:type="auto"/>
        <w:jc w:val="center"/>
        <w:tblLook w:val="04A0" w:firstRow="1" w:lastRow="0" w:firstColumn="1" w:lastColumn="0" w:noHBand="0" w:noVBand="1"/>
      </w:tblPr>
      <w:tblGrid>
        <w:gridCol w:w="4698"/>
        <w:gridCol w:w="4697"/>
      </w:tblGrid>
      <w:tr w:rsidR="0037439E" w:rsidRPr="00C25644" w14:paraId="33F2FC23" w14:textId="77777777">
        <w:trPr>
          <w:jc w:val="center"/>
        </w:trPr>
        <w:tc>
          <w:tcPr>
            <w:tcW w:w="4702" w:type="dxa"/>
            <w:tcMar>
              <w:top w:w="80" w:type="dxa"/>
              <w:left w:w="80" w:type="dxa"/>
              <w:bottom w:w="80" w:type="dxa"/>
              <w:right w:w="80" w:type="dxa"/>
            </w:tcMar>
          </w:tcPr>
          <w:p w14:paraId="0251A240" w14:textId="77777777" w:rsidR="0037439E" w:rsidRPr="00C25644" w:rsidRDefault="00406F7C">
            <w:r w:rsidRPr="00C25644">
              <w:t>Client</w:t>
            </w:r>
          </w:p>
        </w:tc>
        <w:tc>
          <w:tcPr>
            <w:tcW w:w="4702" w:type="dxa"/>
            <w:tcMar>
              <w:top w:w="80" w:type="dxa"/>
              <w:left w:w="80" w:type="dxa"/>
              <w:bottom w:w="80" w:type="dxa"/>
              <w:right w:w="80" w:type="dxa"/>
            </w:tcMar>
          </w:tcPr>
          <w:p w14:paraId="10CA1777" w14:textId="77777777" w:rsidR="0037439E" w:rsidRPr="00C25644" w:rsidRDefault="00406F7C">
            <w:r w:rsidRPr="00C25644">
              <w:t>Bank</w:t>
            </w:r>
          </w:p>
        </w:tc>
      </w:tr>
      <w:tr w:rsidR="0037439E" w:rsidRPr="00C25644" w14:paraId="2FA643A1" w14:textId="77777777">
        <w:trPr>
          <w:jc w:val="center"/>
        </w:trPr>
        <w:tc>
          <w:tcPr>
            <w:tcW w:w="4702" w:type="dxa"/>
            <w:tcMar>
              <w:top w:w="80" w:type="dxa"/>
              <w:left w:w="80" w:type="dxa"/>
              <w:bottom w:w="80" w:type="dxa"/>
              <w:right w:w="80" w:type="dxa"/>
            </w:tcMar>
          </w:tcPr>
          <w:p w14:paraId="0BBF9546" w14:textId="77777777" w:rsidR="0037439E" w:rsidRPr="00C25644" w:rsidRDefault="00406F7C">
            <w:r w:rsidRPr="00C25644">
              <w:t>Full name: ______________________</w:t>
            </w:r>
          </w:p>
          <w:p w14:paraId="4FCE47A4" w14:textId="77777777" w:rsidR="0037439E" w:rsidRPr="00C25644" w:rsidRDefault="00406F7C">
            <w:r w:rsidRPr="00C25644">
              <w:t>Signature: _______________________</w:t>
            </w:r>
          </w:p>
        </w:tc>
        <w:tc>
          <w:tcPr>
            <w:tcW w:w="4702" w:type="dxa"/>
            <w:tcMar>
              <w:top w:w="80" w:type="dxa"/>
              <w:left w:w="80" w:type="dxa"/>
              <w:bottom w:w="80" w:type="dxa"/>
              <w:right w:w="80" w:type="dxa"/>
            </w:tcMar>
          </w:tcPr>
          <w:p w14:paraId="379F34AC" w14:textId="77777777" w:rsidR="0037439E" w:rsidRPr="00C25644" w:rsidRDefault="00406F7C">
            <w:r w:rsidRPr="00C25644">
              <w:t>Full name: ______________________</w:t>
            </w:r>
          </w:p>
          <w:p w14:paraId="71B47902" w14:textId="77777777" w:rsidR="0037439E" w:rsidRPr="00C25644" w:rsidRDefault="00406F7C">
            <w:r w:rsidRPr="00C25644">
              <w:t>Position: ___________________</w:t>
            </w:r>
          </w:p>
          <w:p w14:paraId="3393295A" w14:textId="77777777" w:rsidR="0037439E" w:rsidRPr="00C25644" w:rsidRDefault="00406F7C">
            <w:r w:rsidRPr="00C25644">
              <w:t>Signature: _______________________</w:t>
            </w:r>
          </w:p>
        </w:tc>
      </w:tr>
    </w:tbl>
    <w:p w14:paraId="187D3A7A" w14:textId="77777777" w:rsidR="0037439E" w:rsidRPr="00C25644" w:rsidRDefault="0037439E">
      <w:pPr>
        <w:spacing w:after="40" w:line="240" w:lineRule="auto"/>
        <w:jc w:val="both"/>
      </w:pPr>
    </w:p>
    <w:p w14:paraId="17391CA2" w14:textId="77777777" w:rsidR="0037439E" w:rsidRPr="00C25644" w:rsidRDefault="00406F7C">
      <w:pPr>
        <w:spacing w:after="0" w:line="240" w:lineRule="auto"/>
        <w:jc w:val="both"/>
      </w:pPr>
      <w:r w:rsidRPr="00C25644">
        <w:rPr>
          <w:b/>
        </w:rPr>
        <w:t>APPENDIX 2. APPLICATION FORM FOR OPENING A DEMAND BANK ACCOUNT</w:t>
      </w:r>
    </w:p>
    <w:tbl>
      <w:tblPr>
        <w:tblStyle w:val="aff0"/>
        <w:tblW w:w="0" w:type="auto"/>
        <w:jc w:val="center"/>
        <w:tblLook w:val="04A0" w:firstRow="1" w:lastRow="0" w:firstColumn="1" w:lastColumn="0" w:noHBand="0" w:noVBand="1"/>
      </w:tblPr>
      <w:tblGrid>
        <w:gridCol w:w="3095"/>
        <w:gridCol w:w="6300"/>
      </w:tblGrid>
      <w:tr w:rsidR="0037439E" w:rsidRPr="00C25644" w14:paraId="593BE8BB" w14:textId="77777777">
        <w:trPr>
          <w:jc w:val="center"/>
        </w:trPr>
        <w:tc>
          <w:tcPr>
            <w:tcW w:w="4702" w:type="dxa"/>
            <w:tcMar>
              <w:top w:w="80" w:type="dxa"/>
              <w:left w:w="80" w:type="dxa"/>
              <w:bottom w:w="80" w:type="dxa"/>
              <w:right w:w="80" w:type="dxa"/>
            </w:tcMar>
            <w:vAlign w:val="center"/>
          </w:tcPr>
          <w:p w14:paraId="050C432E" w14:textId="77777777" w:rsidR="0037439E" w:rsidRPr="00C25644" w:rsidRDefault="00406F7C">
            <w:r w:rsidRPr="00C25644">
              <w:t>Client full name</w:t>
            </w:r>
          </w:p>
        </w:tc>
        <w:tc>
          <w:tcPr>
            <w:tcW w:w="4702" w:type="dxa"/>
            <w:tcMar>
              <w:top w:w="80" w:type="dxa"/>
              <w:left w:w="80" w:type="dxa"/>
              <w:bottom w:w="80" w:type="dxa"/>
              <w:right w:w="80" w:type="dxa"/>
            </w:tcMar>
            <w:vAlign w:val="center"/>
          </w:tcPr>
          <w:p w14:paraId="4279E466" w14:textId="77777777" w:rsidR="0037439E" w:rsidRPr="00C25644" w:rsidRDefault="00406F7C">
            <w:r w:rsidRPr="00C25644">
              <w:t>______________________________________________</w:t>
            </w:r>
          </w:p>
        </w:tc>
      </w:tr>
      <w:tr w:rsidR="0037439E" w:rsidRPr="00C25644" w14:paraId="38A3BFC0" w14:textId="77777777">
        <w:trPr>
          <w:jc w:val="center"/>
        </w:trPr>
        <w:tc>
          <w:tcPr>
            <w:tcW w:w="4702" w:type="dxa"/>
            <w:tcMar>
              <w:top w:w="80" w:type="dxa"/>
              <w:left w:w="80" w:type="dxa"/>
              <w:bottom w:w="80" w:type="dxa"/>
              <w:right w:w="80" w:type="dxa"/>
            </w:tcMar>
            <w:vAlign w:val="center"/>
          </w:tcPr>
          <w:p w14:paraId="6A5C394E" w14:textId="77777777" w:rsidR="0037439E" w:rsidRPr="00C25644" w:rsidRDefault="00406F7C">
            <w:r w:rsidRPr="00C25644">
              <w:t>PINFL</w:t>
            </w:r>
          </w:p>
        </w:tc>
        <w:tc>
          <w:tcPr>
            <w:tcW w:w="4702" w:type="dxa"/>
            <w:tcMar>
              <w:top w:w="80" w:type="dxa"/>
              <w:left w:w="80" w:type="dxa"/>
              <w:bottom w:w="80" w:type="dxa"/>
              <w:right w:w="80" w:type="dxa"/>
            </w:tcMar>
            <w:vAlign w:val="center"/>
          </w:tcPr>
          <w:p w14:paraId="6F0F4A56" w14:textId="77777777" w:rsidR="0037439E" w:rsidRPr="00C25644" w:rsidRDefault="00406F7C">
            <w:r w:rsidRPr="00C25644">
              <w:t>______________________________________________</w:t>
            </w:r>
          </w:p>
        </w:tc>
      </w:tr>
      <w:tr w:rsidR="0037439E" w:rsidRPr="00C25644" w14:paraId="6C35C174" w14:textId="77777777">
        <w:trPr>
          <w:jc w:val="center"/>
        </w:trPr>
        <w:tc>
          <w:tcPr>
            <w:tcW w:w="4702" w:type="dxa"/>
            <w:tcMar>
              <w:top w:w="80" w:type="dxa"/>
              <w:left w:w="80" w:type="dxa"/>
              <w:bottom w:w="80" w:type="dxa"/>
              <w:right w:w="80" w:type="dxa"/>
            </w:tcMar>
            <w:vAlign w:val="center"/>
          </w:tcPr>
          <w:p w14:paraId="7D0001FC" w14:textId="77777777" w:rsidR="0037439E" w:rsidRPr="00C25644" w:rsidRDefault="00406F7C">
            <w:r w:rsidRPr="00C25644">
              <w:t>Account product name</w:t>
            </w:r>
          </w:p>
        </w:tc>
        <w:tc>
          <w:tcPr>
            <w:tcW w:w="4702" w:type="dxa"/>
            <w:tcMar>
              <w:top w:w="80" w:type="dxa"/>
              <w:left w:w="80" w:type="dxa"/>
              <w:bottom w:w="80" w:type="dxa"/>
              <w:right w:w="80" w:type="dxa"/>
            </w:tcMar>
            <w:vAlign w:val="center"/>
          </w:tcPr>
          <w:p w14:paraId="04592D91" w14:textId="77777777" w:rsidR="0037439E" w:rsidRPr="00C25644" w:rsidRDefault="00406F7C">
            <w:r w:rsidRPr="00C25644">
              <w:t>______________________________________________</w:t>
            </w:r>
          </w:p>
        </w:tc>
      </w:tr>
      <w:tr w:rsidR="0037439E" w:rsidRPr="00C25644" w14:paraId="755387B1" w14:textId="77777777">
        <w:trPr>
          <w:jc w:val="center"/>
        </w:trPr>
        <w:tc>
          <w:tcPr>
            <w:tcW w:w="4702" w:type="dxa"/>
            <w:tcMar>
              <w:top w:w="80" w:type="dxa"/>
              <w:left w:w="80" w:type="dxa"/>
              <w:bottom w:w="80" w:type="dxa"/>
              <w:right w:w="80" w:type="dxa"/>
            </w:tcMar>
            <w:vAlign w:val="center"/>
          </w:tcPr>
          <w:p w14:paraId="654B7EAB" w14:textId="77777777" w:rsidR="0037439E" w:rsidRPr="00C25644" w:rsidRDefault="00406F7C">
            <w:r w:rsidRPr="00C25644">
              <w:t>Account type</w:t>
            </w:r>
          </w:p>
        </w:tc>
        <w:tc>
          <w:tcPr>
            <w:tcW w:w="4702" w:type="dxa"/>
            <w:tcMar>
              <w:top w:w="80" w:type="dxa"/>
              <w:left w:w="80" w:type="dxa"/>
              <w:bottom w:w="80" w:type="dxa"/>
              <w:right w:w="80" w:type="dxa"/>
            </w:tcMar>
            <w:vAlign w:val="center"/>
          </w:tcPr>
          <w:p w14:paraId="1C4745F5" w14:textId="77777777" w:rsidR="0037439E" w:rsidRPr="00C25644" w:rsidRDefault="00406F7C">
            <w:r w:rsidRPr="00C25644">
              <w:t>Demand</w:t>
            </w:r>
          </w:p>
        </w:tc>
      </w:tr>
      <w:tr w:rsidR="0037439E" w:rsidRPr="00C25644" w14:paraId="7D41ADEC" w14:textId="77777777">
        <w:trPr>
          <w:jc w:val="center"/>
        </w:trPr>
        <w:tc>
          <w:tcPr>
            <w:tcW w:w="4702" w:type="dxa"/>
            <w:tcMar>
              <w:top w:w="80" w:type="dxa"/>
              <w:left w:w="80" w:type="dxa"/>
              <w:bottom w:w="80" w:type="dxa"/>
              <w:right w:w="80" w:type="dxa"/>
            </w:tcMar>
            <w:vAlign w:val="center"/>
          </w:tcPr>
          <w:p w14:paraId="20897A47" w14:textId="77777777" w:rsidR="0037439E" w:rsidRPr="00C25644" w:rsidRDefault="00406F7C">
            <w:r w:rsidRPr="00C25644">
              <w:t>Currency</w:t>
            </w:r>
          </w:p>
        </w:tc>
        <w:tc>
          <w:tcPr>
            <w:tcW w:w="4702" w:type="dxa"/>
            <w:tcMar>
              <w:top w:w="80" w:type="dxa"/>
              <w:left w:w="80" w:type="dxa"/>
              <w:bottom w:w="80" w:type="dxa"/>
              <w:right w:w="80" w:type="dxa"/>
            </w:tcMar>
            <w:vAlign w:val="center"/>
          </w:tcPr>
          <w:p w14:paraId="5524BBB3" w14:textId="77777777" w:rsidR="0037439E" w:rsidRPr="00C25644" w:rsidRDefault="00406F7C">
            <w:r w:rsidRPr="00C25644">
              <w:t>______________________________________________</w:t>
            </w:r>
          </w:p>
        </w:tc>
      </w:tr>
      <w:tr w:rsidR="0037439E" w:rsidRPr="00C25644" w14:paraId="050F17AD" w14:textId="77777777">
        <w:trPr>
          <w:jc w:val="center"/>
        </w:trPr>
        <w:tc>
          <w:tcPr>
            <w:tcW w:w="4702" w:type="dxa"/>
            <w:tcMar>
              <w:top w:w="80" w:type="dxa"/>
              <w:left w:w="80" w:type="dxa"/>
              <w:bottom w:w="80" w:type="dxa"/>
              <w:right w:w="80" w:type="dxa"/>
            </w:tcMar>
            <w:vAlign w:val="center"/>
          </w:tcPr>
          <w:p w14:paraId="5BBA2627" w14:textId="77777777" w:rsidR="0037439E" w:rsidRPr="00C25644" w:rsidRDefault="00406F7C">
            <w:r w:rsidRPr="00C25644">
              <w:t>Minimum balance requirement (if any)</w:t>
            </w:r>
          </w:p>
        </w:tc>
        <w:tc>
          <w:tcPr>
            <w:tcW w:w="4702" w:type="dxa"/>
            <w:tcMar>
              <w:top w:w="80" w:type="dxa"/>
              <w:left w:w="80" w:type="dxa"/>
              <w:bottom w:w="80" w:type="dxa"/>
              <w:right w:w="80" w:type="dxa"/>
            </w:tcMar>
            <w:vAlign w:val="center"/>
          </w:tcPr>
          <w:p w14:paraId="0F5683E8" w14:textId="77777777" w:rsidR="0037439E" w:rsidRPr="00C25644" w:rsidRDefault="00406F7C">
            <w:r w:rsidRPr="00C25644">
              <w:t>______________________________________________</w:t>
            </w:r>
          </w:p>
        </w:tc>
      </w:tr>
      <w:tr w:rsidR="0037439E" w:rsidRPr="00C25644" w14:paraId="7D5F5D84" w14:textId="77777777">
        <w:trPr>
          <w:jc w:val="center"/>
        </w:trPr>
        <w:tc>
          <w:tcPr>
            <w:tcW w:w="4702" w:type="dxa"/>
            <w:tcMar>
              <w:top w:w="80" w:type="dxa"/>
              <w:left w:w="80" w:type="dxa"/>
              <w:bottom w:w="80" w:type="dxa"/>
              <w:right w:w="80" w:type="dxa"/>
            </w:tcMar>
            <w:vAlign w:val="center"/>
          </w:tcPr>
          <w:p w14:paraId="2F0C0AC3" w14:textId="77777777" w:rsidR="0037439E" w:rsidRPr="00C25644" w:rsidRDefault="00406F7C">
            <w:r w:rsidRPr="00C25644">
              <w:t>Interest application (if any)</w:t>
            </w:r>
          </w:p>
        </w:tc>
        <w:tc>
          <w:tcPr>
            <w:tcW w:w="4702" w:type="dxa"/>
            <w:tcMar>
              <w:top w:w="80" w:type="dxa"/>
              <w:left w:w="80" w:type="dxa"/>
              <w:bottom w:w="80" w:type="dxa"/>
              <w:right w:w="80" w:type="dxa"/>
            </w:tcMar>
            <w:vAlign w:val="center"/>
          </w:tcPr>
          <w:p w14:paraId="7C05962E" w14:textId="77777777" w:rsidR="0037439E" w:rsidRPr="00C25644" w:rsidRDefault="00406F7C">
            <w:r w:rsidRPr="00C25644">
              <w:t>Yes / No</w:t>
            </w:r>
          </w:p>
        </w:tc>
      </w:tr>
      <w:tr w:rsidR="0037439E" w:rsidRPr="00C25644" w14:paraId="4E01B555" w14:textId="77777777">
        <w:trPr>
          <w:jc w:val="center"/>
        </w:trPr>
        <w:tc>
          <w:tcPr>
            <w:tcW w:w="4702" w:type="dxa"/>
            <w:tcMar>
              <w:top w:w="80" w:type="dxa"/>
              <w:left w:w="80" w:type="dxa"/>
              <w:bottom w:w="80" w:type="dxa"/>
              <w:right w:w="80" w:type="dxa"/>
            </w:tcMar>
            <w:vAlign w:val="center"/>
          </w:tcPr>
          <w:p w14:paraId="4E938611" w14:textId="77777777" w:rsidR="0037439E" w:rsidRPr="00C25644" w:rsidRDefault="00406F7C">
            <w:r w:rsidRPr="00C25644">
              <w:t>Card linked to the account (if any)</w:t>
            </w:r>
          </w:p>
        </w:tc>
        <w:tc>
          <w:tcPr>
            <w:tcW w:w="4702" w:type="dxa"/>
            <w:tcMar>
              <w:top w:w="80" w:type="dxa"/>
              <w:left w:w="80" w:type="dxa"/>
              <w:bottom w:w="80" w:type="dxa"/>
              <w:right w:w="80" w:type="dxa"/>
            </w:tcMar>
            <w:vAlign w:val="center"/>
          </w:tcPr>
          <w:p w14:paraId="0C8B106C" w14:textId="77777777" w:rsidR="0037439E" w:rsidRPr="00C25644" w:rsidRDefault="00406F7C">
            <w:r w:rsidRPr="00C25644">
              <w:t>______________________________________________</w:t>
            </w:r>
          </w:p>
        </w:tc>
      </w:tr>
      <w:tr w:rsidR="0037439E" w:rsidRPr="00C25644" w14:paraId="7744E040" w14:textId="77777777">
        <w:trPr>
          <w:jc w:val="center"/>
        </w:trPr>
        <w:tc>
          <w:tcPr>
            <w:tcW w:w="4702" w:type="dxa"/>
            <w:tcMar>
              <w:top w:w="80" w:type="dxa"/>
              <w:left w:w="80" w:type="dxa"/>
              <w:bottom w:w="80" w:type="dxa"/>
              <w:right w:w="80" w:type="dxa"/>
            </w:tcMar>
            <w:vAlign w:val="center"/>
          </w:tcPr>
          <w:p w14:paraId="32965D44" w14:textId="77777777" w:rsidR="0037439E" w:rsidRPr="00C25644" w:rsidRDefault="00406F7C">
            <w:r w:rsidRPr="00C25644">
              <w:t>Contact phone number</w:t>
            </w:r>
          </w:p>
        </w:tc>
        <w:tc>
          <w:tcPr>
            <w:tcW w:w="4702" w:type="dxa"/>
            <w:tcMar>
              <w:top w:w="80" w:type="dxa"/>
              <w:left w:w="80" w:type="dxa"/>
              <w:bottom w:w="80" w:type="dxa"/>
              <w:right w:w="80" w:type="dxa"/>
            </w:tcMar>
            <w:vAlign w:val="center"/>
          </w:tcPr>
          <w:p w14:paraId="4D84B5F2" w14:textId="77777777" w:rsidR="0037439E" w:rsidRPr="00C25644" w:rsidRDefault="00406F7C">
            <w:r w:rsidRPr="00C25644">
              <w:t>______________________________________________</w:t>
            </w:r>
          </w:p>
        </w:tc>
      </w:tr>
    </w:tbl>
    <w:p w14:paraId="285BE133" w14:textId="77777777" w:rsidR="0037439E" w:rsidRPr="00C25644" w:rsidRDefault="00406F7C">
      <w:pPr>
        <w:spacing w:after="0" w:line="240" w:lineRule="auto"/>
        <w:ind w:firstLine="709"/>
        <w:jc w:val="both"/>
      </w:pPr>
      <w:r w:rsidRPr="00C25644">
        <w:t>By this application, the Client confirms that he/she has familiarized himself/herself with the individual terms of the account and the information sheet.</w:t>
      </w:r>
    </w:p>
    <w:tbl>
      <w:tblPr>
        <w:tblStyle w:val="aff0"/>
        <w:tblW w:w="0" w:type="auto"/>
        <w:jc w:val="center"/>
        <w:tblLook w:val="04A0" w:firstRow="1" w:lastRow="0" w:firstColumn="1" w:lastColumn="0" w:noHBand="0" w:noVBand="1"/>
      </w:tblPr>
      <w:tblGrid>
        <w:gridCol w:w="4698"/>
        <w:gridCol w:w="4697"/>
      </w:tblGrid>
      <w:tr w:rsidR="0037439E" w:rsidRPr="00C25644" w14:paraId="66EB786C" w14:textId="77777777">
        <w:trPr>
          <w:jc w:val="center"/>
        </w:trPr>
        <w:tc>
          <w:tcPr>
            <w:tcW w:w="4702" w:type="dxa"/>
            <w:tcMar>
              <w:top w:w="80" w:type="dxa"/>
              <w:left w:w="80" w:type="dxa"/>
              <w:bottom w:w="80" w:type="dxa"/>
              <w:right w:w="80" w:type="dxa"/>
            </w:tcMar>
          </w:tcPr>
          <w:p w14:paraId="67DB355F" w14:textId="77777777" w:rsidR="0037439E" w:rsidRPr="00C25644" w:rsidRDefault="00406F7C">
            <w:r w:rsidRPr="00C25644">
              <w:t>Client</w:t>
            </w:r>
          </w:p>
        </w:tc>
        <w:tc>
          <w:tcPr>
            <w:tcW w:w="4702" w:type="dxa"/>
            <w:tcMar>
              <w:top w:w="80" w:type="dxa"/>
              <w:left w:w="80" w:type="dxa"/>
              <w:bottom w:w="80" w:type="dxa"/>
              <w:right w:w="80" w:type="dxa"/>
            </w:tcMar>
          </w:tcPr>
          <w:p w14:paraId="5F9B612A" w14:textId="77777777" w:rsidR="0037439E" w:rsidRPr="00C25644" w:rsidRDefault="00406F7C">
            <w:r w:rsidRPr="00C25644">
              <w:t>Bank</w:t>
            </w:r>
          </w:p>
        </w:tc>
      </w:tr>
      <w:tr w:rsidR="0037439E" w:rsidRPr="00C25644" w14:paraId="133B54D0" w14:textId="77777777">
        <w:trPr>
          <w:jc w:val="center"/>
        </w:trPr>
        <w:tc>
          <w:tcPr>
            <w:tcW w:w="4702" w:type="dxa"/>
            <w:tcMar>
              <w:top w:w="80" w:type="dxa"/>
              <w:left w:w="80" w:type="dxa"/>
              <w:bottom w:w="80" w:type="dxa"/>
              <w:right w:w="80" w:type="dxa"/>
            </w:tcMar>
          </w:tcPr>
          <w:p w14:paraId="7277C436" w14:textId="77777777" w:rsidR="0037439E" w:rsidRPr="00C25644" w:rsidRDefault="00406F7C">
            <w:r w:rsidRPr="00C25644">
              <w:t>Full name: ______________________</w:t>
            </w:r>
          </w:p>
          <w:p w14:paraId="77AF4AEB" w14:textId="77777777" w:rsidR="0037439E" w:rsidRPr="00C25644" w:rsidRDefault="00406F7C">
            <w:r w:rsidRPr="00C25644">
              <w:lastRenderedPageBreak/>
              <w:t>Signature: _______________________</w:t>
            </w:r>
          </w:p>
        </w:tc>
        <w:tc>
          <w:tcPr>
            <w:tcW w:w="4702" w:type="dxa"/>
            <w:tcMar>
              <w:top w:w="80" w:type="dxa"/>
              <w:left w:w="80" w:type="dxa"/>
              <w:bottom w:w="80" w:type="dxa"/>
              <w:right w:w="80" w:type="dxa"/>
            </w:tcMar>
          </w:tcPr>
          <w:p w14:paraId="1ADA0A97" w14:textId="77777777" w:rsidR="0037439E" w:rsidRPr="00C25644" w:rsidRDefault="00406F7C">
            <w:r w:rsidRPr="00C25644">
              <w:lastRenderedPageBreak/>
              <w:t>Full name: ______________________</w:t>
            </w:r>
          </w:p>
          <w:p w14:paraId="39D50804" w14:textId="77777777" w:rsidR="0037439E" w:rsidRPr="00C25644" w:rsidRDefault="00406F7C">
            <w:r w:rsidRPr="00C25644">
              <w:lastRenderedPageBreak/>
              <w:t>Position: ___________________</w:t>
            </w:r>
          </w:p>
          <w:p w14:paraId="3CA14E08" w14:textId="77777777" w:rsidR="0037439E" w:rsidRPr="00C25644" w:rsidRDefault="00406F7C">
            <w:r w:rsidRPr="00C25644">
              <w:t>Signature: _______________________</w:t>
            </w:r>
          </w:p>
        </w:tc>
      </w:tr>
    </w:tbl>
    <w:p w14:paraId="6631631C" w14:textId="77777777" w:rsidR="0037439E" w:rsidRPr="00C25644" w:rsidRDefault="0037439E">
      <w:pPr>
        <w:spacing w:after="40" w:line="240" w:lineRule="auto"/>
        <w:jc w:val="both"/>
      </w:pPr>
    </w:p>
    <w:p w14:paraId="0FB4282E" w14:textId="77777777" w:rsidR="0037439E" w:rsidRPr="00C25644" w:rsidRDefault="00406F7C">
      <w:pPr>
        <w:spacing w:after="0" w:line="240" w:lineRule="auto"/>
        <w:jc w:val="both"/>
      </w:pPr>
      <w:r w:rsidRPr="00C25644">
        <w:rPr>
          <w:b/>
        </w:rPr>
        <w:t>APPENDIX 3. PRODUCT INFORMATION SHEET FORM</w:t>
      </w:r>
    </w:p>
    <w:tbl>
      <w:tblPr>
        <w:tblStyle w:val="aff0"/>
        <w:tblW w:w="0" w:type="auto"/>
        <w:jc w:val="center"/>
        <w:tblLook w:val="04A0" w:firstRow="1" w:lastRow="0" w:firstColumn="1" w:lastColumn="0" w:noHBand="0" w:noVBand="1"/>
      </w:tblPr>
      <w:tblGrid>
        <w:gridCol w:w="4698"/>
        <w:gridCol w:w="4697"/>
      </w:tblGrid>
      <w:tr w:rsidR="0037439E" w:rsidRPr="00C25644" w14:paraId="4A60073B" w14:textId="77777777">
        <w:trPr>
          <w:jc w:val="center"/>
        </w:trPr>
        <w:tc>
          <w:tcPr>
            <w:tcW w:w="4702" w:type="dxa"/>
            <w:tcMar>
              <w:top w:w="80" w:type="dxa"/>
              <w:left w:w="80" w:type="dxa"/>
              <w:bottom w:w="80" w:type="dxa"/>
              <w:right w:w="80" w:type="dxa"/>
            </w:tcMar>
          </w:tcPr>
          <w:p w14:paraId="0D761B9F" w14:textId="77777777" w:rsidR="0037439E" w:rsidRPr="00C25644" w:rsidRDefault="00406F7C">
            <w:r w:rsidRPr="00C25644">
              <w:t>Indicator</w:t>
            </w:r>
          </w:p>
        </w:tc>
        <w:tc>
          <w:tcPr>
            <w:tcW w:w="4702" w:type="dxa"/>
            <w:tcMar>
              <w:top w:w="80" w:type="dxa"/>
              <w:left w:w="80" w:type="dxa"/>
              <w:bottom w:w="80" w:type="dxa"/>
              <w:right w:w="80" w:type="dxa"/>
            </w:tcMar>
          </w:tcPr>
          <w:p w14:paraId="070E4B01" w14:textId="77777777" w:rsidR="0037439E" w:rsidRPr="00C25644" w:rsidRDefault="00406F7C">
            <w:r w:rsidRPr="00C25644">
              <w:t>Information on bank card / demand bank account</w:t>
            </w:r>
          </w:p>
        </w:tc>
      </w:tr>
      <w:tr w:rsidR="0037439E" w:rsidRPr="00C25644" w14:paraId="639D1026" w14:textId="77777777">
        <w:trPr>
          <w:jc w:val="center"/>
        </w:trPr>
        <w:tc>
          <w:tcPr>
            <w:tcW w:w="4702" w:type="dxa"/>
            <w:tcMar>
              <w:top w:w="80" w:type="dxa"/>
              <w:left w:w="80" w:type="dxa"/>
              <w:bottom w:w="80" w:type="dxa"/>
              <w:right w:w="80" w:type="dxa"/>
            </w:tcMar>
          </w:tcPr>
          <w:p w14:paraId="6102402B" w14:textId="77777777" w:rsidR="0037439E" w:rsidRPr="00C25644" w:rsidRDefault="00406F7C">
            <w:r w:rsidRPr="00C25644">
              <w:t>Product name</w:t>
            </w:r>
          </w:p>
        </w:tc>
        <w:tc>
          <w:tcPr>
            <w:tcW w:w="4702" w:type="dxa"/>
            <w:tcMar>
              <w:top w:w="80" w:type="dxa"/>
              <w:left w:w="80" w:type="dxa"/>
              <w:bottom w:w="80" w:type="dxa"/>
              <w:right w:w="80" w:type="dxa"/>
            </w:tcMar>
          </w:tcPr>
          <w:p w14:paraId="2E649461" w14:textId="77777777" w:rsidR="0037439E" w:rsidRPr="00C25644" w:rsidRDefault="0037439E"/>
        </w:tc>
      </w:tr>
      <w:tr w:rsidR="0037439E" w:rsidRPr="00C25644" w14:paraId="430AC0F2" w14:textId="77777777">
        <w:trPr>
          <w:jc w:val="center"/>
        </w:trPr>
        <w:tc>
          <w:tcPr>
            <w:tcW w:w="4702" w:type="dxa"/>
            <w:tcMar>
              <w:top w:w="80" w:type="dxa"/>
              <w:left w:w="80" w:type="dxa"/>
              <w:bottom w:w="80" w:type="dxa"/>
              <w:right w:w="80" w:type="dxa"/>
            </w:tcMar>
          </w:tcPr>
          <w:p w14:paraId="1B816384" w14:textId="77777777" w:rsidR="0037439E" w:rsidRPr="00C25644" w:rsidRDefault="00406F7C">
            <w:r w:rsidRPr="00C25644">
              <w:t>Main purpose</w:t>
            </w:r>
          </w:p>
        </w:tc>
        <w:tc>
          <w:tcPr>
            <w:tcW w:w="4702" w:type="dxa"/>
            <w:tcMar>
              <w:top w:w="80" w:type="dxa"/>
              <w:left w:w="80" w:type="dxa"/>
              <w:bottom w:w="80" w:type="dxa"/>
              <w:right w:w="80" w:type="dxa"/>
            </w:tcMar>
          </w:tcPr>
          <w:p w14:paraId="4DD36D09" w14:textId="77777777" w:rsidR="0037439E" w:rsidRPr="00C25644" w:rsidRDefault="0037439E"/>
        </w:tc>
      </w:tr>
      <w:tr w:rsidR="0037439E" w:rsidRPr="00C25644" w14:paraId="348269F0" w14:textId="77777777">
        <w:trPr>
          <w:jc w:val="center"/>
        </w:trPr>
        <w:tc>
          <w:tcPr>
            <w:tcW w:w="4702" w:type="dxa"/>
            <w:tcMar>
              <w:top w:w="80" w:type="dxa"/>
              <w:left w:w="80" w:type="dxa"/>
              <w:bottom w:w="80" w:type="dxa"/>
              <w:right w:w="80" w:type="dxa"/>
            </w:tcMar>
          </w:tcPr>
          <w:p w14:paraId="0E98D31E" w14:textId="77777777" w:rsidR="0037439E" w:rsidRPr="00C25644" w:rsidRDefault="00406F7C">
            <w:r w:rsidRPr="00C25644">
              <w:t>Main service charges</w:t>
            </w:r>
          </w:p>
        </w:tc>
        <w:tc>
          <w:tcPr>
            <w:tcW w:w="4702" w:type="dxa"/>
            <w:tcMar>
              <w:top w:w="80" w:type="dxa"/>
              <w:left w:w="80" w:type="dxa"/>
              <w:bottom w:w="80" w:type="dxa"/>
              <w:right w:w="80" w:type="dxa"/>
            </w:tcMar>
          </w:tcPr>
          <w:p w14:paraId="17E7D927" w14:textId="77777777" w:rsidR="0037439E" w:rsidRPr="00C25644" w:rsidRDefault="0037439E"/>
        </w:tc>
      </w:tr>
      <w:tr w:rsidR="0037439E" w:rsidRPr="00C25644" w14:paraId="352FDFF8" w14:textId="77777777">
        <w:trPr>
          <w:jc w:val="center"/>
        </w:trPr>
        <w:tc>
          <w:tcPr>
            <w:tcW w:w="4702" w:type="dxa"/>
            <w:tcMar>
              <w:top w:w="80" w:type="dxa"/>
              <w:left w:w="80" w:type="dxa"/>
              <w:bottom w:w="80" w:type="dxa"/>
              <w:right w:w="80" w:type="dxa"/>
            </w:tcMar>
          </w:tcPr>
          <w:p w14:paraId="0A26DB95" w14:textId="77777777" w:rsidR="0037439E" w:rsidRPr="00C25644" w:rsidRDefault="00406F7C">
            <w:r w:rsidRPr="00C25644">
              <w:t>Main risks / restrictions for the Client</w:t>
            </w:r>
          </w:p>
        </w:tc>
        <w:tc>
          <w:tcPr>
            <w:tcW w:w="4702" w:type="dxa"/>
            <w:tcMar>
              <w:top w:w="80" w:type="dxa"/>
              <w:left w:w="80" w:type="dxa"/>
              <w:bottom w:w="80" w:type="dxa"/>
              <w:right w:w="80" w:type="dxa"/>
            </w:tcMar>
          </w:tcPr>
          <w:p w14:paraId="0FC289DF" w14:textId="77777777" w:rsidR="0037439E" w:rsidRPr="00C25644" w:rsidRDefault="0037439E"/>
        </w:tc>
      </w:tr>
      <w:tr w:rsidR="0037439E" w:rsidRPr="00C25644" w14:paraId="0ADA9B84" w14:textId="77777777">
        <w:trPr>
          <w:jc w:val="center"/>
        </w:trPr>
        <w:tc>
          <w:tcPr>
            <w:tcW w:w="4702" w:type="dxa"/>
            <w:tcMar>
              <w:top w:w="80" w:type="dxa"/>
              <w:left w:w="80" w:type="dxa"/>
              <w:bottom w:w="80" w:type="dxa"/>
              <w:right w:w="80" w:type="dxa"/>
            </w:tcMar>
          </w:tcPr>
          <w:p w14:paraId="08AFEA2A" w14:textId="77777777" w:rsidR="0037439E" w:rsidRPr="00C25644" w:rsidRDefault="00406F7C">
            <w:r w:rsidRPr="00C25644">
              <w:t>Remote onboarding possibility</w:t>
            </w:r>
          </w:p>
        </w:tc>
        <w:tc>
          <w:tcPr>
            <w:tcW w:w="4702" w:type="dxa"/>
            <w:tcMar>
              <w:top w:w="80" w:type="dxa"/>
              <w:left w:w="80" w:type="dxa"/>
              <w:bottom w:w="80" w:type="dxa"/>
              <w:right w:w="80" w:type="dxa"/>
            </w:tcMar>
          </w:tcPr>
          <w:p w14:paraId="5FB70228" w14:textId="77777777" w:rsidR="0037439E" w:rsidRPr="00C25644" w:rsidRDefault="00406F7C">
            <w:r w:rsidRPr="00C25644">
              <w:t>Yes / No</w:t>
            </w:r>
          </w:p>
        </w:tc>
      </w:tr>
      <w:tr w:rsidR="0037439E" w:rsidRPr="00C25644" w14:paraId="79778844" w14:textId="77777777">
        <w:trPr>
          <w:jc w:val="center"/>
        </w:trPr>
        <w:tc>
          <w:tcPr>
            <w:tcW w:w="4702" w:type="dxa"/>
            <w:tcMar>
              <w:top w:w="80" w:type="dxa"/>
              <w:left w:w="80" w:type="dxa"/>
              <w:bottom w:w="80" w:type="dxa"/>
              <w:right w:w="80" w:type="dxa"/>
            </w:tcMar>
          </w:tcPr>
          <w:p w14:paraId="7F8CC867" w14:textId="77777777" w:rsidR="0037439E" w:rsidRPr="00C25644" w:rsidRDefault="00406F7C">
            <w:r w:rsidRPr="00C25644">
              <w:t>Channels for submitting requests</w:t>
            </w:r>
          </w:p>
        </w:tc>
        <w:tc>
          <w:tcPr>
            <w:tcW w:w="4702" w:type="dxa"/>
            <w:tcMar>
              <w:top w:w="80" w:type="dxa"/>
              <w:left w:w="80" w:type="dxa"/>
              <w:bottom w:w="80" w:type="dxa"/>
              <w:right w:w="80" w:type="dxa"/>
            </w:tcMar>
          </w:tcPr>
          <w:p w14:paraId="56F11320" w14:textId="77777777" w:rsidR="0037439E" w:rsidRPr="00C25644" w:rsidRDefault="0037439E"/>
        </w:tc>
      </w:tr>
      <w:tr w:rsidR="0037439E" w:rsidRPr="00C25644" w14:paraId="3CA92663" w14:textId="77777777">
        <w:trPr>
          <w:jc w:val="center"/>
        </w:trPr>
        <w:tc>
          <w:tcPr>
            <w:tcW w:w="4702" w:type="dxa"/>
            <w:tcMar>
              <w:top w:w="80" w:type="dxa"/>
              <w:left w:w="80" w:type="dxa"/>
              <w:bottom w:w="80" w:type="dxa"/>
              <w:right w:w="80" w:type="dxa"/>
            </w:tcMar>
          </w:tcPr>
          <w:p w14:paraId="79B38A24" w14:textId="77777777" w:rsidR="0037439E" w:rsidRPr="00C25644" w:rsidRDefault="00406F7C">
            <w:r w:rsidRPr="00C25644">
              <w:t>Additional note</w:t>
            </w:r>
          </w:p>
        </w:tc>
        <w:tc>
          <w:tcPr>
            <w:tcW w:w="4702" w:type="dxa"/>
            <w:tcMar>
              <w:top w:w="80" w:type="dxa"/>
              <w:left w:w="80" w:type="dxa"/>
              <w:bottom w:w="80" w:type="dxa"/>
              <w:right w:w="80" w:type="dxa"/>
            </w:tcMar>
          </w:tcPr>
          <w:p w14:paraId="77C78794" w14:textId="77777777" w:rsidR="0037439E" w:rsidRPr="00C25644" w:rsidRDefault="0037439E"/>
        </w:tc>
      </w:tr>
    </w:tbl>
    <w:p w14:paraId="403273EA" w14:textId="77777777" w:rsidR="0037439E" w:rsidRPr="00C25644" w:rsidRDefault="00406F7C">
      <w:pPr>
        <w:spacing w:after="0" w:line="240" w:lineRule="auto"/>
        <w:ind w:firstLine="709"/>
        <w:jc w:val="both"/>
      </w:pPr>
      <w:r w:rsidRPr="00C25644">
        <w:t>This information sheet shall be completed separately for each product in accordance with the applicable law and the Bank’s internal rules and shall be provided to the Client in paper or electronic form.</w:t>
      </w:r>
    </w:p>
    <w:p w14:paraId="6A95AA94" w14:textId="77777777" w:rsidR="0037439E" w:rsidRPr="00C25644" w:rsidRDefault="0037439E">
      <w:pPr>
        <w:spacing w:after="40" w:line="240" w:lineRule="auto"/>
        <w:jc w:val="both"/>
      </w:pPr>
    </w:p>
    <w:p w14:paraId="0ABDD00D" w14:textId="77777777" w:rsidR="0037439E" w:rsidRPr="00C25644" w:rsidRDefault="00406F7C">
      <w:pPr>
        <w:spacing w:after="0" w:line="240" w:lineRule="auto"/>
        <w:jc w:val="both"/>
      </w:pPr>
      <w:r w:rsidRPr="00C25644">
        <w:rPr>
          <w:b/>
        </w:rPr>
        <w:t>APPENDIX 4. GUARANTEE SYSTEM INFORMATION FORM</w:t>
      </w:r>
    </w:p>
    <w:p w14:paraId="2EE345DC" w14:textId="77777777" w:rsidR="0037439E" w:rsidRPr="00C25644" w:rsidRDefault="00406F7C">
      <w:pPr>
        <w:spacing w:after="0" w:line="240" w:lineRule="auto"/>
        <w:jc w:val="both"/>
      </w:pPr>
      <w:r w:rsidRPr="00C25644">
        <w:t>1. In cases provided by law, the Bank provides the Client with information on the guarantee system applicable to demand bank accounts.</w:t>
      </w:r>
    </w:p>
    <w:p w14:paraId="5FFBD92B" w14:textId="77777777" w:rsidR="0037439E" w:rsidRPr="00C25644" w:rsidRDefault="00406F7C">
      <w:pPr>
        <w:spacing w:after="0" w:line="240" w:lineRule="auto"/>
        <w:jc w:val="both"/>
      </w:pPr>
      <w:r w:rsidRPr="00C25644">
        <w:t>2. Guaranteed funds, limitations, the amount of compensation and the procedure for its payment are determined in accordance with applicable legislative acts.</w:t>
      </w:r>
    </w:p>
    <w:p w14:paraId="5BC73510" w14:textId="77777777" w:rsidR="0037439E" w:rsidRPr="00C25644" w:rsidRDefault="00406F7C">
      <w:pPr>
        <w:spacing w:after="0" w:line="240" w:lineRule="auto"/>
        <w:jc w:val="both"/>
      </w:pPr>
      <w:r w:rsidRPr="00C25644">
        <w:t>3. This information form is provided to the Client for familiarization before the product is formalized.</w:t>
      </w:r>
    </w:p>
    <w:p w14:paraId="044B9CFA" w14:textId="77777777" w:rsidR="0037439E" w:rsidRPr="00C25644" w:rsidRDefault="00406F7C">
      <w:pPr>
        <w:spacing w:after="0" w:line="240" w:lineRule="auto"/>
        <w:jc w:val="both"/>
      </w:pPr>
      <w:r w:rsidRPr="00C25644">
        <w:t>4. The Client confirms familiarization with the above information by marking the relevant box, providing electronic confirmation or by another lawful method.</w:t>
      </w:r>
    </w:p>
    <w:p w14:paraId="63D1E774" w14:textId="77777777" w:rsidR="0037439E" w:rsidRPr="00C25644" w:rsidRDefault="0037439E">
      <w:pPr>
        <w:spacing w:after="40" w:line="240" w:lineRule="auto"/>
        <w:jc w:val="both"/>
      </w:pPr>
    </w:p>
    <w:p w14:paraId="06A935AB" w14:textId="77777777" w:rsidR="0037439E" w:rsidRPr="00C25644" w:rsidRDefault="00406F7C">
      <w:pPr>
        <w:spacing w:after="0" w:line="240" w:lineRule="auto"/>
        <w:jc w:val="both"/>
      </w:pPr>
      <w:r w:rsidRPr="00C25644">
        <w:rPr>
          <w:b/>
        </w:rPr>
        <w:t>APPENDIX 5. BANK SERVICE TARIFF FORM</w:t>
      </w:r>
    </w:p>
    <w:tbl>
      <w:tblPr>
        <w:tblStyle w:val="aff0"/>
        <w:tblW w:w="0" w:type="auto"/>
        <w:jc w:val="center"/>
        <w:tblLook w:val="04A0" w:firstRow="1" w:lastRow="0" w:firstColumn="1" w:lastColumn="0" w:noHBand="0" w:noVBand="1"/>
      </w:tblPr>
      <w:tblGrid>
        <w:gridCol w:w="2350"/>
        <w:gridCol w:w="2348"/>
        <w:gridCol w:w="2349"/>
        <w:gridCol w:w="2348"/>
      </w:tblGrid>
      <w:tr w:rsidR="0037439E" w:rsidRPr="00C25644" w14:paraId="687A9909" w14:textId="77777777">
        <w:trPr>
          <w:jc w:val="center"/>
        </w:trPr>
        <w:tc>
          <w:tcPr>
            <w:tcW w:w="2351" w:type="dxa"/>
            <w:tcMar>
              <w:top w:w="80" w:type="dxa"/>
              <w:left w:w="80" w:type="dxa"/>
              <w:bottom w:w="80" w:type="dxa"/>
              <w:right w:w="80" w:type="dxa"/>
            </w:tcMar>
          </w:tcPr>
          <w:p w14:paraId="247CA382" w14:textId="77777777" w:rsidR="0037439E" w:rsidRPr="00C25644" w:rsidRDefault="00406F7C">
            <w:r w:rsidRPr="00C25644">
              <w:t>Service type</w:t>
            </w:r>
          </w:p>
        </w:tc>
        <w:tc>
          <w:tcPr>
            <w:tcW w:w="2351" w:type="dxa"/>
            <w:tcMar>
              <w:top w:w="80" w:type="dxa"/>
              <w:left w:w="80" w:type="dxa"/>
              <w:bottom w:w="80" w:type="dxa"/>
              <w:right w:w="80" w:type="dxa"/>
            </w:tcMar>
          </w:tcPr>
          <w:p w14:paraId="5C998984" w14:textId="77777777" w:rsidR="0037439E" w:rsidRPr="00C25644" w:rsidRDefault="00406F7C">
            <w:r w:rsidRPr="00C25644">
              <w:t>Tariff amount</w:t>
            </w:r>
          </w:p>
        </w:tc>
        <w:tc>
          <w:tcPr>
            <w:tcW w:w="2351" w:type="dxa"/>
            <w:tcMar>
              <w:top w:w="80" w:type="dxa"/>
              <w:left w:w="80" w:type="dxa"/>
              <w:bottom w:w="80" w:type="dxa"/>
              <w:right w:w="80" w:type="dxa"/>
            </w:tcMar>
          </w:tcPr>
          <w:p w14:paraId="093D7E40" w14:textId="77777777" w:rsidR="0037439E" w:rsidRPr="00C25644" w:rsidRDefault="00406F7C">
            <w:r w:rsidRPr="00C25644">
              <w:t>Charging procedure</w:t>
            </w:r>
          </w:p>
        </w:tc>
        <w:tc>
          <w:tcPr>
            <w:tcW w:w="2351" w:type="dxa"/>
            <w:tcMar>
              <w:top w:w="80" w:type="dxa"/>
              <w:left w:w="80" w:type="dxa"/>
              <w:bottom w:w="80" w:type="dxa"/>
              <w:right w:w="80" w:type="dxa"/>
            </w:tcMar>
          </w:tcPr>
          <w:p w14:paraId="172102F1" w14:textId="77777777" w:rsidR="0037439E" w:rsidRPr="00C25644" w:rsidRDefault="00406F7C">
            <w:r w:rsidRPr="00C25644">
              <w:t>Note</w:t>
            </w:r>
          </w:p>
        </w:tc>
      </w:tr>
      <w:tr w:rsidR="0037439E" w:rsidRPr="00C25644" w14:paraId="3D5CAE24" w14:textId="77777777">
        <w:trPr>
          <w:jc w:val="center"/>
        </w:trPr>
        <w:tc>
          <w:tcPr>
            <w:tcW w:w="2351" w:type="dxa"/>
            <w:tcMar>
              <w:top w:w="80" w:type="dxa"/>
              <w:left w:w="80" w:type="dxa"/>
              <w:bottom w:w="80" w:type="dxa"/>
              <w:right w:w="80" w:type="dxa"/>
            </w:tcMar>
          </w:tcPr>
          <w:p w14:paraId="424DE508" w14:textId="77777777" w:rsidR="0037439E" w:rsidRPr="00C25644" w:rsidRDefault="00406F7C">
            <w:r w:rsidRPr="00C25644">
              <w:t>Card issuance</w:t>
            </w:r>
          </w:p>
        </w:tc>
        <w:tc>
          <w:tcPr>
            <w:tcW w:w="2351" w:type="dxa"/>
            <w:tcMar>
              <w:top w:w="80" w:type="dxa"/>
              <w:left w:w="80" w:type="dxa"/>
              <w:bottom w:w="80" w:type="dxa"/>
              <w:right w:w="80" w:type="dxa"/>
            </w:tcMar>
          </w:tcPr>
          <w:p w14:paraId="415839ED" w14:textId="77777777" w:rsidR="0037439E" w:rsidRPr="00C25644" w:rsidRDefault="0037439E"/>
        </w:tc>
        <w:tc>
          <w:tcPr>
            <w:tcW w:w="2351" w:type="dxa"/>
            <w:tcMar>
              <w:top w:w="80" w:type="dxa"/>
              <w:left w:w="80" w:type="dxa"/>
              <w:bottom w:w="80" w:type="dxa"/>
              <w:right w:w="80" w:type="dxa"/>
            </w:tcMar>
          </w:tcPr>
          <w:p w14:paraId="70B300A7" w14:textId="77777777" w:rsidR="0037439E" w:rsidRPr="00C25644" w:rsidRDefault="00406F7C">
            <w:r w:rsidRPr="00C25644">
              <w:t>One-time / not charged</w:t>
            </w:r>
          </w:p>
        </w:tc>
        <w:tc>
          <w:tcPr>
            <w:tcW w:w="2351" w:type="dxa"/>
            <w:tcMar>
              <w:top w:w="80" w:type="dxa"/>
              <w:left w:w="80" w:type="dxa"/>
              <w:bottom w:w="80" w:type="dxa"/>
              <w:right w:w="80" w:type="dxa"/>
            </w:tcMar>
          </w:tcPr>
          <w:p w14:paraId="1E2CF26B" w14:textId="77777777" w:rsidR="0037439E" w:rsidRPr="00C25644" w:rsidRDefault="0037439E"/>
        </w:tc>
      </w:tr>
      <w:tr w:rsidR="0037439E" w:rsidRPr="00C25644" w14:paraId="49547FAB" w14:textId="77777777">
        <w:trPr>
          <w:jc w:val="center"/>
        </w:trPr>
        <w:tc>
          <w:tcPr>
            <w:tcW w:w="2351" w:type="dxa"/>
            <w:tcMar>
              <w:top w:w="80" w:type="dxa"/>
              <w:left w:w="80" w:type="dxa"/>
              <w:bottom w:w="80" w:type="dxa"/>
              <w:right w:w="80" w:type="dxa"/>
            </w:tcMar>
          </w:tcPr>
          <w:p w14:paraId="2791688E" w14:textId="77777777" w:rsidR="0037439E" w:rsidRPr="00C25644" w:rsidRDefault="00406F7C">
            <w:r w:rsidRPr="00C25644">
              <w:t>Card reissuance</w:t>
            </w:r>
          </w:p>
        </w:tc>
        <w:tc>
          <w:tcPr>
            <w:tcW w:w="2351" w:type="dxa"/>
            <w:tcMar>
              <w:top w:w="80" w:type="dxa"/>
              <w:left w:w="80" w:type="dxa"/>
              <w:bottom w:w="80" w:type="dxa"/>
              <w:right w:w="80" w:type="dxa"/>
            </w:tcMar>
          </w:tcPr>
          <w:p w14:paraId="1064E263" w14:textId="77777777" w:rsidR="0037439E" w:rsidRPr="00C25644" w:rsidRDefault="0037439E"/>
        </w:tc>
        <w:tc>
          <w:tcPr>
            <w:tcW w:w="2351" w:type="dxa"/>
            <w:tcMar>
              <w:top w:w="80" w:type="dxa"/>
              <w:left w:w="80" w:type="dxa"/>
              <w:bottom w:w="80" w:type="dxa"/>
              <w:right w:w="80" w:type="dxa"/>
            </w:tcMar>
          </w:tcPr>
          <w:p w14:paraId="094D986E" w14:textId="77777777" w:rsidR="0037439E" w:rsidRPr="00C25644" w:rsidRDefault="00406F7C">
            <w:r w:rsidRPr="00C25644">
              <w:t>One-time</w:t>
            </w:r>
          </w:p>
        </w:tc>
        <w:tc>
          <w:tcPr>
            <w:tcW w:w="2351" w:type="dxa"/>
            <w:tcMar>
              <w:top w:w="80" w:type="dxa"/>
              <w:left w:w="80" w:type="dxa"/>
              <w:bottom w:w="80" w:type="dxa"/>
              <w:right w:w="80" w:type="dxa"/>
            </w:tcMar>
          </w:tcPr>
          <w:p w14:paraId="00DD6ABD" w14:textId="77777777" w:rsidR="0037439E" w:rsidRPr="00C25644" w:rsidRDefault="0037439E"/>
        </w:tc>
      </w:tr>
      <w:tr w:rsidR="0037439E" w:rsidRPr="00C25644" w14:paraId="42DA1801" w14:textId="77777777">
        <w:trPr>
          <w:jc w:val="center"/>
        </w:trPr>
        <w:tc>
          <w:tcPr>
            <w:tcW w:w="2351" w:type="dxa"/>
            <w:tcMar>
              <w:top w:w="80" w:type="dxa"/>
              <w:left w:w="80" w:type="dxa"/>
              <w:bottom w:w="80" w:type="dxa"/>
              <w:right w:w="80" w:type="dxa"/>
            </w:tcMar>
          </w:tcPr>
          <w:p w14:paraId="49B2A700" w14:textId="77777777" w:rsidR="0037439E" w:rsidRPr="00C25644" w:rsidRDefault="00406F7C">
            <w:r w:rsidRPr="00C25644">
              <w:t>Cash withdrawal</w:t>
            </w:r>
          </w:p>
        </w:tc>
        <w:tc>
          <w:tcPr>
            <w:tcW w:w="2351" w:type="dxa"/>
            <w:tcMar>
              <w:top w:w="80" w:type="dxa"/>
              <w:left w:w="80" w:type="dxa"/>
              <w:bottom w:w="80" w:type="dxa"/>
              <w:right w:w="80" w:type="dxa"/>
            </w:tcMar>
          </w:tcPr>
          <w:p w14:paraId="65BD952C" w14:textId="77777777" w:rsidR="0037439E" w:rsidRPr="00C25644" w:rsidRDefault="0037439E"/>
        </w:tc>
        <w:tc>
          <w:tcPr>
            <w:tcW w:w="2351" w:type="dxa"/>
            <w:tcMar>
              <w:top w:w="80" w:type="dxa"/>
              <w:left w:w="80" w:type="dxa"/>
              <w:bottom w:w="80" w:type="dxa"/>
              <w:right w:w="80" w:type="dxa"/>
            </w:tcMar>
          </w:tcPr>
          <w:p w14:paraId="3510A196" w14:textId="77777777" w:rsidR="0037439E" w:rsidRPr="00C25644" w:rsidRDefault="00406F7C">
            <w:r w:rsidRPr="00C25644">
              <w:t>Per transaction</w:t>
            </w:r>
          </w:p>
        </w:tc>
        <w:tc>
          <w:tcPr>
            <w:tcW w:w="2351" w:type="dxa"/>
            <w:tcMar>
              <w:top w:w="80" w:type="dxa"/>
              <w:left w:w="80" w:type="dxa"/>
              <w:bottom w:w="80" w:type="dxa"/>
              <w:right w:w="80" w:type="dxa"/>
            </w:tcMar>
          </w:tcPr>
          <w:p w14:paraId="5A13C0D9" w14:textId="77777777" w:rsidR="0037439E" w:rsidRPr="00C25644" w:rsidRDefault="0037439E"/>
        </w:tc>
      </w:tr>
      <w:tr w:rsidR="0037439E" w:rsidRPr="00C25644" w14:paraId="492B6791" w14:textId="77777777">
        <w:trPr>
          <w:jc w:val="center"/>
        </w:trPr>
        <w:tc>
          <w:tcPr>
            <w:tcW w:w="2351" w:type="dxa"/>
            <w:tcMar>
              <w:top w:w="80" w:type="dxa"/>
              <w:left w:w="80" w:type="dxa"/>
              <w:bottom w:w="80" w:type="dxa"/>
              <w:right w:w="80" w:type="dxa"/>
            </w:tcMar>
          </w:tcPr>
          <w:p w14:paraId="43D7A9AB" w14:textId="77777777" w:rsidR="0037439E" w:rsidRPr="00C25644" w:rsidRDefault="00406F7C">
            <w:r w:rsidRPr="00C25644">
              <w:t>SMS notification</w:t>
            </w:r>
          </w:p>
        </w:tc>
        <w:tc>
          <w:tcPr>
            <w:tcW w:w="2351" w:type="dxa"/>
            <w:tcMar>
              <w:top w:w="80" w:type="dxa"/>
              <w:left w:w="80" w:type="dxa"/>
              <w:bottom w:w="80" w:type="dxa"/>
              <w:right w:w="80" w:type="dxa"/>
            </w:tcMar>
          </w:tcPr>
          <w:p w14:paraId="4394CDA7" w14:textId="77777777" w:rsidR="0037439E" w:rsidRPr="00C25644" w:rsidRDefault="0037439E"/>
        </w:tc>
        <w:tc>
          <w:tcPr>
            <w:tcW w:w="2351" w:type="dxa"/>
            <w:tcMar>
              <w:top w:w="80" w:type="dxa"/>
              <w:left w:w="80" w:type="dxa"/>
              <w:bottom w:w="80" w:type="dxa"/>
              <w:right w:w="80" w:type="dxa"/>
            </w:tcMar>
          </w:tcPr>
          <w:p w14:paraId="3EA252EA" w14:textId="77777777" w:rsidR="0037439E" w:rsidRPr="00C25644" w:rsidRDefault="00406F7C">
            <w:r w:rsidRPr="00C25644">
              <w:t>Monthly / per transaction</w:t>
            </w:r>
          </w:p>
        </w:tc>
        <w:tc>
          <w:tcPr>
            <w:tcW w:w="2351" w:type="dxa"/>
            <w:tcMar>
              <w:top w:w="80" w:type="dxa"/>
              <w:left w:w="80" w:type="dxa"/>
              <w:bottom w:w="80" w:type="dxa"/>
              <w:right w:w="80" w:type="dxa"/>
            </w:tcMar>
          </w:tcPr>
          <w:p w14:paraId="7453AD47" w14:textId="77777777" w:rsidR="0037439E" w:rsidRPr="00C25644" w:rsidRDefault="0037439E"/>
        </w:tc>
      </w:tr>
      <w:tr w:rsidR="0037439E" w:rsidRPr="00C25644" w14:paraId="6320E926" w14:textId="77777777">
        <w:trPr>
          <w:jc w:val="center"/>
        </w:trPr>
        <w:tc>
          <w:tcPr>
            <w:tcW w:w="2351" w:type="dxa"/>
            <w:tcMar>
              <w:top w:w="80" w:type="dxa"/>
              <w:left w:w="80" w:type="dxa"/>
              <w:bottom w:w="80" w:type="dxa"/>
              <w:right w:w="80" w:type="dxa"/>
            </w:tcMar>
          </w:tcPr>
          <w:p w14:paraId="2130F95F" w14:textId="77777777" w:rsidR="0037439E" w:rsidRPr="00C25644" w:rsidRDefault="00406F7C">
            <w:r w:rsidRPr="00C25644">
              <w:lastRenderedPageBreak/>
              <w:t>Maintenance of demand bank account</w:t>
            </w:r>
          </w:p>
        </w:tc>
        <w:tc>
          <w:tcPr>
            <w:tcW w:w="2351" w:type="dxa"/>
            <w:tcMar>
              <w:top w:w="80" w:type="dxa"/>
              <w:left w:w="80" w:type="dxa"/>
              <w:bottom w:w="80" w:type="dxa"/>
              <w:right w:w="80" w:type="dxa"/>
            </w:tcMar>
          </w:tcPr>
          <w:p w14:paraId="6EDB873A" w14:textId="77777777" w:rsidR="0037439E" w:rsidRPr="00C25644" w:rsidRDefault="0037439E"/>
        </w:tc>
        <w:tc>
          <w:tcPr>
            <w:tcW w:w="2351" w:type="dxa"/>
            <w:tcMar>
              <w:top w:w="80" w:type="dxa"/>
              <w:left w:w="80" w:type="dxa"/>
              <w:bottom w:w="80" w:type="dxa"/>
              <w:right w:w="80" w:type="dxa"/>
            </w:tcMar>
          </w:tcPr>
          <w:p w14:paraId="76DFB47A" w14:textId="77777777" w:rsidR="0037439E" w:rsidRPr="00C25644" w:rsidRDefault="00406F7C">
            <w:r w:rsidRPr="00C25644">
              <w:t>Not charged / under current tariff</w:t>
            </w:r>
          </w:p>
        </w:tc>
        <w:tc>
          <w:tcPr>
            <w:tcW w:w="2351" w:type="dxa"/>
            <w:tcMar>
              <w:top w:w="80" w:type="dxa"/>
              <w:left w:w="80" w:type="dxa"/>
              <w:bottom w:w="80" w:type="dxa"/>
              <w:right w:w="80" w:type="dxa"/>
            </w:tcMar>
          </w:tcPr>
          <w:p w14:paraId="7F1BA89F" w14:textId="77777777" w:rsidR="0037439E" w:rsidRPr="00C25644" w:rsidRDefault="0037439E"/>
        </w:tc>
      </w:tr>
      <w:tr w:rsidR="0037439E" w:rsidRPr="00C25644" w14:paraId="4BDB0FB9" w14:textId="77777777">
        <w:trPr>
          <w:jc w:val="center"/>
        </w:trPr>
        <w:tc>
          <w:tcPr>
            <w:tcW w:w="2351" w:type="dxa"/>
            <w:tcMar>
              <w:top w:w="80" w:type="dxa"/>
              <w:left w:w="80" w:type="dxa"/>
              <w:bottom w:w="80" w:type="dxa"/>
              <w:right w:w="80" w:type="dxa"/>
            </w:tcMar>
          </w:tcPr>
          <w:p w14:paraId="009D4DB8" w14:textId="77777777" w:rsidR="0037439E" w:rsidRPr="00C25644" w:rsidRDefault="00406F7C">
            <w:r w:rsidRPr="00C25644">
              <w:t>Additional certificate / statement</w:t>
            </w:r>
          </w:p>
        </w:tc>
        <w:tc>
          <w:tcPr>
            <w:tcW w:w="2351" w:type="dxa"/>
            <w:tcMar>
              <w:top w:w="80" w:type="dxa"/>
              <w:left w:w="80" w:type="dxa"/>
              <w:bottom w:w="80" w:type="dxa"/>
              <w:right w:w="80" w:type="dxa"/>
            </w:tcMar>
          </w:tcPr>
          <w:p w14:paraId="2DBB4970" w14:textId="77777777" w:rsidR="0037439E" w:rsidRPr="00C25644" w:rsidRDefault="0037439E"/>
        </w:tc>
        <w:tc>
          <w:tcPr>
            <w:tcW w:w="2351" w:type="dxa"/>
            <w:tcMar>
              <w:top w:w="80" w:type="dxa"/>
              <w:left w:w="80" w:type="dxa"/>
              <w:bottom w:w="80" w:type="dxa"/>
              <w:right w:w="80" w:type="dxa"/>
            </w:tcMar>
          </w:tcPr>
          <w:p w14:paraId="04FD0D02" w14:textId="77777777" w:rsidR="0037439E" w:rsidRPr="00C25644" w:rsidRDefault="00406F7C">
            <w:r w:rsidRPr="00C25644">
              <w:t>Based on application</w:t>
            </w:r>
          </w:p>
        </w:tc>
        <w:tc>
          <w:tcPr>
            <w:tcW w:w="2351" w:type="dxa"/>
            <w:tcMar>
              <w:top w:w="80" w:type="dxa"/>
              <w:left w:w="80" w:type="dxa"/>
              <w:bottom w:w="80" w:type="dxa"/>
              <w:right w:w="80" w:type="dxa"/>
            </w:tcMar>
          </w:tcPr>
          <w:p w14:paraId="7AE8B0FF" w14:textId="77777777" w:rsidR="0037439E" w:rsidRPr="00C25644" w:rsidRDefault="0037439E"/>
        </w:tc>
      </w:tr>
    </w:tbl>
    <w:p w14:paraId="2DF70FCA" w14:textId="77777777" w:rsidR="0037439E" w:rsidRPr="00C25644" w:rsidRDefault="0037439E">
      <w:pPr>
        <w:spacing w:after="40" w:line="240" w:lineRule="auto"/>
        <w:jc w:val="both"/>
      </w:pPr>
    </w:p>
    <w:p w14:paraId="7A257B37" w14:textId="77777777" w:rsidR="0037439E" w:rsidRPr="00C25644" w:rsidRDefault="00406F7C">
      <w:pPr>
        <w:spacing w:after="0" w:line="240" w:lineRule="auto"/>
        <w:jc w:val="both"/>
      </w:pPr>
      <w:r w:rsidRPr="00C25644">
        <w:rPr>
          <w:b/>
        </w:rPr>
        <w:t>APPENDIX 6. INFORMATION ON THE PROCEDURE FOR SUBMITTING AND REVIEWING REQUESTS</w:t>
      </w:r>
    </w:p>
    <w:p w14:paraId="0AF4EE16" w14:textId="77777777" w:rsidR="0037439E" w:rsidRPr="00C25644" w:rsidRDefault="00406F7C">
      <w:pPr>
        <w:spacing w:after="0" w:line="240" w:lineRule="auto"/>
        <w:jc w:val="both"/>
      </w:pPr>
      <w:r w:rsidRPr="00C25644">
        <w:t>1. The Client may submit a request, complaint, proposal or objection through the Bank’s offices, the contact center, the official website, the mobile application, e-mail or other channels permitted by law.</w:t>
      </w:r>
    </w:p>
    <w:p w14:paraId="715E7444" w14:textId="77777777" w:rsidR="0037439E" w:rsidRPr="00C25644" w:rsidRDefault="00406F7C">
      <w:pPr>
        <w:spacing w:after="0" w:line="240" w:lineRule="auto"/>
        <w:jc w:val="both"/>
      </w:pPr>
      <w:r w:rsidRPr="00C25644">
        <w:t>2. The Bank shall accept, register and review the request in accordance with applicable law and its internal rules.</w:t>
      </w:r>
    </w:p>
    <w:p w14:paraId="4F9F5056" w14:textId="77777777" w:rsidR="0037439E" w:rsidRPr="00C25644" w:rsidRDefault="00406F7C">
      <w:pPr>
        <w:spacing w:after="0" w:line="240" w:lineRule="auto"/>
        <w:jc w:val="both"/>
      </w:pPr>
      <w:r w:rsidRPr="00C25644">
        <w:t>3. Where necessary, the Client may be asked to provide additional documents or information.</w:t>
      </w:r>
    </w:p>
    <w:p w14:paraId="2DD9C1FE" w14:textId="77777777" w:rsidR="0037439E" w:rsidRPr="00C91A8C" w:rsidRDefault="00406F7C">
      <w:pPr>
        <w:spacing w:after="0" w:line="240" w:lineRule="auto"/>
        <w:jc w:val="both"/>
      </w:pPr>
      <w:r w:rsidRPr="00C25644">
        <w:t>4. If the Client disagrees with the result of the review of the request, he/she shall have the right to apply to authorized bodies or to court in the manner prescribed by law.</w:t>
      </w:r>
    </w:p>
    <w:p w14:paraId="7F6A0FA9" w14:textId="77777777" w:rsidR="00C25644" w:rsidRPr="00C91A8C" w:rsidRDefault="00C25644">
      <w:pPr>
        <w:spacing w:after="0" w:line="240" w:lineRule="auto"/>
        <w:jc w:val="both"/>
      </w:pPr>
    </w:p>
    <w:p w14:paraId="30A3AE5D" w14:textId="77777777" w:rsidR="00C25644" w:rsidRPr="00C91A8C" w:rsidRDefault="00C25644">
      <w:pPr>
        <w:spacing w:after="0" w:line="240" w:lineRule="auto"/>
        <w:jc w:val="both"/>
      </w:pPr>
    </w:p>
    <w:p w14:paraId="47DA8CDB" w14:textId="77777777" w:rsidR="00C25644" w:rsidRPr="00C91A8C" w:rsidRDefault="00C25644">
      <w:pPr>
        <w:spacing w:after="0" w:line="240" w:lineRule="auto"/>
        <w:jc w:val="both"/>
      </w:pPr>
    </w:p>
    <w:p w14:paraId="7C33ECC3" w14:textId="77777777" w:rsidR="00C25644" w:rsidRPr="00C91A8C" w:rsidRDefault="00C25644">
      <w:pPr>
        <w:spacing w:after="0" w:line="240" w:lineRule="auto"/>
        <w:jc w:val="both"/>
      </w:pPr>
    </w:p>
    <w:p w14:paraId="2D5407E1" w14:textId="77777777" w:rsidR="00C25644" w:rsidRPr="00C91A8C" w:rsidRDefault="00C25644">
      <w:pPr>
        <w:spacing w:after="0" w:line="240" w:lineRule="auto"/>
        <w:jc w:val="both"/>
      </w:pPr>
    </w:p>
    <w:p w14:paraId="39965B08" w14:textId="77777777" w:rsidR="00C25644" w:rsidRPr="00C91A8C" w:rsidRDefault="00C25644">
      <w:pPr>
        <w:spacing w:after="0" w:line="240" w:lineRule="auto"/>
        <w:jc w:val="both"/>
      </w:pPr>
    </w:p>
    <w:p w14:paraId="1F851FE0" w14:textId="77777777" w:rsidR="00C25644" w:rsidRPr="00C91A8C" w:rsidRDefault="00C25644">
      <w:pPr>
        <w:spacing w:after="0" w:line="240" w:lineRule="auto"/>
        <w:jc w:val="both"/>
      </w:pPr>
    </w:p>
    <w:p w14:paraId="03DDEC74" w14:textId="77777777" w:rsidR="00C25644" w:rsidRPr="00C91A8C" w:rsidRDefault="00C25644">
      <w:pPr>
        <w:spacing w:after="0" w:line="240" w:lineRule="auto"/>
        <w:jc w:val="both"/>
      </w:pPr>
    </w:p>
    <w:p w14:paraId="61E69DD8" w14:textId="77777777" w:rsidR="00C25644" w:rsidRPr="00C91A8C" w:rsidRDefault="00C25644">
      <w:pPr>
        <w:spacing w:after="0" w:line="240" w:lineRule="auto"/>
        <w:jc w:val="both"/>
      </w:pPr>
    </w:p>
    <w:p w14:paraId="74CD39FD" w14:textId="77777777" w:rsidR="00C25644" w:rsidRPr="00C91A8C" w:rsidRDefault="00C25644">
      <w:pPr>
        <w:spacing w:after="0" w:line="240" w:lineRule="auto"/>
        <w:jc w:val="both"/>
      </w:pPr>
    </w:p>
    <w:p w14:paraId="47D6CC10" w14:textId="77777777" w:rsidR="00C25644" w:rsidRPr="00C91A8C" w:rsidRDefault="00C25644">
      <w:pPr>
        <w:spacing w:after="0" w:line="240" w:lineRule="auto"/>
        <w:jc w:val="both"/>
      </w:pPr>
    </w:p>
    <w:p w14:paraId="61C7E72F" w14:textId="77777777" w:rsidR="00C25644" w:rsidRPr="00C91A8C" w:rsidRDefault="00C25644">
      <w:pPr>
        <w:spacing w:after="0" w:line="240" w:lineRule="auto"/>
        <w:jc w:val="both"/>
      </w:pPr>
    </w:p>
    <w:p w14:paraId="1BDA9D80" w14:textId="77777777" w:rsidR="00C25644" w:rsidRPr="00C91A8C" w:rsidRDefault="00C25644">
      <w:pPr>
        <w:spacing w:after="0" w:line="240" w:lineRule="auto"/>
        <w:jc w:val="both"/>
      </w:pPr>
    </w:p>
    <w:p w14:paraId="1828B117" w14:textId="77777777" w:rsidR="00C25644" w:rsidRPr="00C91A8C" w:rsidRDefault="00C25644">
      <w:pPr>
        <w:spacing w:after="0" w:line="240" w:lineRule="auto"/>
        <w:jc w:val="both"/>
      </w:pPr>
    </w:p>
    <w:p w14:paraId="69D72824" w14:textId="77777777" w:rsidR="00C25644" w:rsidRPr="00C91A8C" w:rsidRDefault="00C25644">
      <w:pPr>
        <w:spacing w:after="0" w:line="240" w:lineRule="auto"/>
        <w:jc w:val="both"/>
      </w:pPr>
    </w:p>
    <w:p w14:paraId="724CA217" w14:textId="77777777" w:rsidR="00C25644" w:rsidRPr="00C91A8C" w:rsidRDefault="00C25644">
      <w:pPr>
        <w:spacing w:after="0" w:line="240" w:lineRule="auto"/>
        <w:jc w:val="both"/>
      </w:pPr>
    </w:p>
    <w:p w14:paraId="0E6B771E" w14:textId="77777777" w:rsidR="00C25644" w:rsidRPr="00C91A8C" w:rsidRDefault="00C25644">
      <w:pPr>
        <w:spacing w:after="0" w:line="240" w:lineRule="auto"/>
        <w:jc w:val="both"/>
      </w:pPr>
    </w:p>
    <w:p w14:paraId="6FAE7CCC" w14:textId="77777777" w:rsidR="00C25644" w:rsidRPr="00C91A8C" w:rsidRDefault="00C25644">
      <w:pPr>
        <w:spacing w:after="0" w:line="240" w:lineRule="auto"/>
        <w:jc w:val="both"/>
      </w:pPr>
    </w:p>
    <w:p w14:paraId="743036BF" w14:textId="77777777" w:rsidR="00C25644" w:rsidRPr="00C91A8C" w:rsidRDefault="00C25644">
      <w:pPr>
        <w:spacing w:after="0" w:line="240" w:lineRule="auto"/>
        <w:jc w:val="both"/>
      </w:pPr>
    </w:p>
    <w:p w14:paraId="3E366DFC" w14:textId="77777777" w:rsidR="00C25644" w:rsidRPr="00C91A8C" w:rsidRDefault="00C25644">
      <w:pPr>
        <w:spacing w:after="0" w:line="240" w:lineRule="auto"/>
        <w:jc w:val="both"/>
      </w:pPr>
    </w:p>
    <w:p w14:paraId="5AD03C53" w14:textId="77777777" w:rsidR="00C25644" w:rsidRPr="00C91A8C" w:rsidRDefault="00C25644">
      <w:pPr>
        <w:spacing w:after="0" w:line="240" w:lineRule="auto"/>
        <w:jc w:val="both"/>
      </w:pPr>
    </w:p>
    <w:p w14:paraId="03793223" w14:textId="77777777" w:rsidR="00C25644" w:rsidRPr="00C91A8C" w:rsidRDefault="00C25644">
      <w:pPr>
        <w:spacing w:after="0" w:line="240" w:lineRule="auto"/>
        <w:jc w:val="both"/>
      </w:pPr>
    </w:p>
    <w:p w14:paraId="1CB9DF6C" w14:textId="77777777" w:rsidR="00C25644" w:rsidRPr="00C91A8C" w:rsidRDefault="00C25644">
      <w:pPr>
        <w:spacing w:after="0" w:line="240" w:lineRule="auto"/>
        <w:jc w:val="both"/>
      </w:pPr>
    </w:p>
    <w:p w14:paraId="6618D08C" w14:textId="77777777" w:rsidR="00C25644" w:rsidRPr="00C91A8C" w:rsidRDefault="00C25644">
      <w:pPr>
        <w:spacing w:after="0" w:line="240" w:lineRule="auto"/>
        <w:jc w:val="both"/>
      </w:pPr>
    </w:p>
    <w:p w14:paraId="29731BFE" w14:textId="77777777" w:rsidR="00C25644" w:rsidRPr="00C91A8C" w:rsidRDefault="00C25644">
      <w:pPr>
        <w:spacing w:after="0" w:line="240" w:lineRule="auto"/>
        <w:jc w:val="both"/>
      </w:pPr>
    </w:p>
    <w:p w14:paraId="31AA981D" w14:textId="77777777" w:rsidR="00C25644" w:rsidRPr="00C91A8C" w:rsidRDefault="00C25644">
      <w:pPr>
        <w:spacing w:after="0" w:line="240" w:lineRule="auto"/>
        <w:jc w:val="both"/>
      </w:pPr>
    </w:p>
    <w:p w14:paraId="52A5A7F3" w14:textId="77777777" w:rsidR="00C25644" w:rsidRPr="00C91A8C" w:rsidRDefault="00C25644">
      <w:pPr>
        <w:spacing w:after="0" w:line="240" w:lineRule="auto"/>
        <w:jc w:val="both"/>
      </w:pPr>
    </w:p>
    <w:p w14:paraId="158CA205" w14:textId="77777777" w:rsidR="00C25644" w:rsidRPr="00C91A8C" w:rsidRDefault="00C25644">
      <w:pPr>
        <w:spacing w:after="0" w:line="240" w:lineRule="auto"/>
        <w:jc w:val="both"/>
      </w:pPr>
    </w:p>
    <w:p w14:paraId="043EB09F" w14:textId="77777777" w:rsidR="00C25644" w:rsidRPr="00C25644" w:rsidRDefault="00C25644" w:rsidP="00C25644">
      <w:pPr>
        <w:spacing w:after="0" w:line="240" w:lineRule="auto"/>
        <w:jc w:val="center"/>
        <w:rPr>
          <w:noProof/>
          <w:lang w:val="ru-RU"/>
        </w:rPr>
      </w:pPr>
      <w:r w:rsidRPr="00C25644">
        <w:rPr>
          <w:b/>
          <w:noProof/>
          <w:lang w:val="ru-RU"/>
        </w:rPr>
        <w:lastRenderedPageBreak/>
        <w:t>ЖИСМОНИЙ ШАХСЛАРГА БАНК КАРТАЛАРИНИ ТАҚДИМ ЭТИШ ҲАМДА</w:t>
      </w:r>
    </w:p>
    <w:p w14:paraId="740A7EA7" w14:textId="77777777" w:rsidR="00C25644" w:rsidRPr="00C25644" w:rsidRDefault="00C25644" w:rsidP="00C25644">
      <w:pPr>
        <w:spacing w:after="0" w:line="240" w:lineRule="auto"/>
        <w:jc w:val="center"/>
        <w:rPr>
          <w:noProof/>
          <w:lang w:val="ru-RU"/>
        </w:rPr>
      </w:pPr>
      <w:r w:rsidRPr="00C25644">
        <w:rPr>
          <w:b/>
          <w:noProof/>
          <w:lang w:val="ru-RU"/>
        </w:rPr>
        <w:t>ТАЛАБ ҚИЛИБ ОЛИНГУНЧА БАНК ҲИСОБВАРАҚЛАРИНИ ОЧИШ БЎЙИЧА</w:t>
      </w:r>
    </w:p>
    <w:p w14:paraId="51A9C407" w14:textId="77777777" w:rsidR="00C25644" w:rsidRPr="00C25644" w:rsidRDefault="00C25644" w:rsidP="00C25644">
      <w:pPr>
        <w:spacing w:after="0" w:line="240" w:lineRule="auto"/>
        <w:jc w:val="center"/>
        <w:rPr>
          <w:noProof/>
          <w:lang w:val="ru-RU"/>
        </w:rPr>
      </w:pPr>
      <w:r w:rsidRPr="00C25644">
        <w:rPr>
          <w:b/>
          <w:noProof/>
          <w:lang w:val="ru-RU"/>
        </w:rPr>
        <w:t>ОММАВИЙ ОФ</w:t>
      </w:r>
      <w:r w:rsidRPr="00C25644">
        <w:rPr>
          <w:b/>
          <w:noProof/>
        </w:rPr>
        <w:t>E</w:t>
      </w:r>
      <w:r w:rsidRPr="00C25644">
        <w:rPr>
          <w:b/>
          <w:noProof/>
          <w:lang w:val="ru-RU"/>
        </w:rPr>
        <w:t>РТА ШАРТНОМАСИ</w:t>
      </w:r>
    </w:p>
    <w:p w14:paraId="78D22804" w14:textId="77777777" w:rsidR="00C25644" w:rsidRPr="00C25644" w:rsidRDefault="00C25644" w:rsidP="00C25644">
      <w:pPr>
        <w:spacing w:after="120" w:line="240" w:lineRule="auto"/>
        <w:jc w:val="both"/>
        <w:rPr>
          <w:noProof/>
          <w:lang w:val="ru-RU"/>
        </w:rPr>
      </w:pPr>
    </w:p>
    <w:p w14:paraId="31561BBD" w14:textId="77777777" w:rsidR="00C25644" w:rsidRPr="00C25644" w:rsidRDefault="00C25644" w:rsidP="00C25644">
      <w:pPr>
        <w:spacing w:after="0" w:line="240" w:lineRule="auto"/>
        <w:ind w:firstLine="709"/>
        <w:jc w:val="both"/>
        <w:rPr>
          <w:noProof/>
          <w:lang w:val="ru-RU"/>
        </w:rPr>
      </w:pPr>
      <w:r w:rsidRPr="00C25644">
        <w:rPr>
          <w:noProof/>
          <w:lang w:val="ru-RU"/>
        </w:rPr>
        <w:t>«Пойтахт Банк» АЖ (бундан буён матнда «Банк» деб юритилади) ушбу оммавий оферта шартномаси (бундан буён матнда «Шартнома» деб юритилади) орқали жисмоний шахсларга банк карталарини тақдим этиш, карта ҳисобварақларини очиш ва уларга хизмат кўрсатиш, шунингдек талаб қилиб олингунча банк ҳисобварақларини очиш, юритиш ва ёпиш бўйича умумий шартларни белгилайди.</w:t>
      </w:r>
    </w:p>
    <w:p w14:paraId="4F72E5EB" w14:textId="77777777" w:rsidR="00C25644" w:rsidRPr="00C25644" w:rsidRDefault="00C25644" w:rsidP="00C25644">
      <w:pPr>
        <w:spacing w:after="0" w:line="240" w:lineRule="auto"/>
        <w:ind w:firstLine="709"/>
        <w:jc w:val="both"/>
        <w:rPr>
          <w:noProof/>
          <w:lang w:val="ru-RU"/>
        </w:rPr>
      </w:pPr>
      <w:r w:rsidRPr="00C25644">
        <w:rPr>
          <w:noProof/>
          <w:lang w:val="ru-RU"/>
        </w:rPr>
        <w:t>Мазкур Шартнома Банкнинг расмий веб-сайтида, мобил иловасида, Банк офисларида ва бошқа расмий ахборот каналларида эълон қилинган пайтдан бошлаб оммавий оферта ҳисобланади. Мижоз томонидан тегишли маҳсулот бўйича ариза бериш, масофавий каналда электрон тасдиқ бериш ёки Банк томонидан белгиланган бошқа акцепт ҳаракатини амалга ошириш ушбу Шартнома шартларига қўшилишни англатади.</w:t>
      </w:r>
    </w:p>
    <w:p w14:paraId="05EB546C" w14:textId="77777777" w:rsidR="00C25644" w:rsidRPr="00C25644" w:rsidRDefault="00C25644" w:rsidP="00C25644">
      <w:pPr>
        <w:spacing w:after="0" w:line="240" w:lineRule="auto"/>
        <w:ind w:firstLine="709"/>
        <w:jc w:val="both"/>
        <w:rPr>
          <w:noProof/>
          <w:lang w:val="ru-RU"/>
        </w:rPr>
      </w:pPr>
      <w:r w:rsidRPr="00C25644">
        <w:rPr>
          <w:noProof/>
          <w:lang w:val="ru-RU"/>
        </w:rPr>
        <w:t xml:space="preserve">Мазкур Шартнома икки мустақил маҳсулот модулидан иборат: А-модуль – жисмоний шахсларга банк карталарини тақдим этиш; Б-модуль – жисмоний шахсларга талаб қилиб олингунча банк ҳисобварақларини очиш. Мижоз фақат ўзи танлаган модуль бўйича акцепт беради ва шу маҳсулотга нисбатан Шартнома кучга киради. </w:t>
      </w:r>
      <w:r w:rsidRPr="00C25644">
        <w:rPr>
          <w:b/>
          <w:noProof/>
          <w:lang w:val="ru-RU"/>
        </w:rPr>
        <w:t>Жамғарма омонатлари ва муддатли омонатлар бўйича Банк ва мижоз ўртасида Банкнинг амалдаги Омонатлар қоидаларига мувофиқ алоҳида банк омонати шартномалари тузилади.</w:t>
      </w:r>
    </w:p>
    <w:p w14:paraId="301263DD" w14:textId="77777777" w:rsidR="00C25644" w:rsidRPr="00C25644" w:rsidRDefault="00C25644" w:rsidP="00C25644">
      <w:pPr>
        <w:spacing w:after="40" w:line="240" w:lineRule="auto"/>
        <w:jc w:val="both"/>
        <w:rPr>
          <w:noProof/>
          <w:lang w:val="ru-RU"/>
        </w:rPr>
      </w:pPr>
    </w:p>
    <w:p w14:paraId="4C8DEAB4" w14:textId="77777777" w:rsidR="00C25644" w:rsidRPr="00C25644" w:rsidRDefault="00C25644" w:rsidP="00C25644">
      <w:pPr>
        <w:spacing w:after="0" w:line="240" w:lineRule="auto"/>
        <w:jc w:val="both"/>
        <w:rPr>
          <w:noProof/>
          <w:lang w:val="ru-RU"/>
        </w:rPr>
      </w:pPr>
      <w:r w:rsidRPr="00C25644">
        <w:rPr>
          <w:b/>
          <w:noProof/>
          <w:lang w:val="ru-RU"/>
        </w:rPr>
        <w:t>1. АТАМАЛАР ВА УМУМИЙ ҚОИДАЛАР</w:t>
      </w:r>
    </w:p>
    <w:p w14:paraId="7B71D7EC" w14:textId="77777777" w:rsidR="00C25644" w:rsidRPr="00C25644" w:rsidRDefault="00C25644" w:rsidP="00C25644">
      <w:pPr>
        <w:spacing w:after="0" w:line="240" w:lineRule="auto"/>
        <w:ind w:firstLine="709"/>
        <w:jc w:val="both"/>
        <w:rPr>
          <w:noProof/>
          <w:lang w:val="ru-RU"/>
        </w:rPr>
      </w:pPr>
      <w:r w:rsidRPr="00C25644">
        <w:rPr>
          <w:noProof/>
          <w:lang w:val="ru-RU"/>
        </w:rPr>
        <w:t>1.1. Мазкур Шартномада қуйидаги асосий атамалар қўлланилади:</w:t>
      </w:r>
    </w:p>
    <w:p w14:paraId="59758573" w14:textId="77777777" w:rsidR="00C25644" w:rsidRPr="00C25644" w:rsidRDefault="00C25644" w:rsidP="00C25644">
      <w:pPr>
        <w:spacing w:after="0" w:line="240" w:lineRule="auto"/>
        <w:ind w:firstLine="709"/>
        <w:jc w:val="both"/>
        <w:rPr>
          <w:noProof/>
          <w:lang w:val="ru-RU"/>
        </w:rPr>
      </w:pPr>
      <w:r w:rsidRPr="00C25644">
        <w:rPr>
          <w:noProof/>
          <w:lang w:val="ru-RU"/>
        </w:rPr>
        <w:t>1.1.1. Мижоз – Банк хизматидан шахсий эҳтиёжлари учун фойдаланаётган жисмоний шахс;</w:t>
      </w:r>
    </w:p>
    <w:p w14:paraId="0C8D6B6A" w14:textId="77777777" w:rsidR="00C25644" w:rsidRPr="00C25644" w:rsidRDefault="00C25644" w:rsidP="00C25644">
      <w:pPr>
        <w:spacing w:after="0" w:line="240" w:lineRule="auto"/>
        <w:ind w:firstLine="709"/>
        <w:jc w:val="both"/>
        <w:rPr>
          <w:noProof/>
          <w:lang w:val="ru-RU"/>
        </w:rPr>
      </w:pPr>
      <w:r w:rsidRPr="00C25644">
        <w:rPr>
          <w:noProof/>
          <w:lang w:val="ru-RU"/>
        </w:rPr>
        <w:t>1.1.2. банк картаси – Мижозга карта ҳисобварағи бўйича операцияларни амалга ошириш имконини берувчи тўлов воситаси;</w:t>
      </w:r>
    </w:p>
    <w:p w14:paraId="285E84CC" w14:textId="77777777" w:rsidR="00C25644" w:rsidRPr="00C25644" w:rsidRDefault="00C25644" w:rsidP="00C25644">
      <w:pPr>
        <w:spacing w:after="0" w:line="240" w:lineRule="auto"/>
        <w:ind w:firstLine="709"/>
        <w:jc w:val="both"/>
        <w:rPr>
          <w:noProof/>
          <w:lang w:val="ru-RU"/>
        </w:rPr>
      </w:pPr>
      <w:r w:rsidRPr="00C25644">
        <w:rPr>
          <w:noProof/>
          <w:lang w:val="ru-RU"/>
        </w:rPr>
        <w:t>1.1.3. карта ҳисобварағи – банк картаси орқали операцияларни ҳисобга олиш учун очиладиган банк ҳисобварағи;</w:t>
      </w:r>
    </w:p>
    <w:p w14:paraId="4D193DEE" w14:textId="77777777" w:rsidR="00C25644" w:rsidRPr="00C25644" w:rsidRDefault="00C25644" w:rsidP="00C25644">
      <w:pPr>
        <w:spacing w:after="0" w:line="240" w:lineRule="auto"/>
        <w:ind w:firstLine="709"/>
        <w:jc w:val="both"/>
        <w:rPr>
          <w:noProof/>
          <w:lang w:val="ru-RU"/>
        </w:rPr>
      </w:pPr>
      <w:r w:rsidRPr="00C25644">
        <w:rPr>
          <w:noProof/>
          <w:lang w:val="ru-RU"/>
        </w:rPr>
        <w:t>1.1.4. талаб қилиб олингунча банк ҳисобварағи – Мижознинг биринчи талаби билан фойдаланилиши, қайтарилиши ёки ўтказиб берилиши мумкин бўлган пул маблағлари ҳисоби юритиладиган банк ҳисобварағи;</w:t>
      </w:r>
    </w:p>
    <w:p w14:paraId="5C69B9A9" w14:textId="77777777" w:rsidR="00C25644" w:rsidRPr="00C25644" w:rsidRDefault="00C25644" w:rsidP="00C25644">
      <w:pPr>
        <w:spacing w:after="0" w:line="240" w:lineRule="auto"/>
        <w:ind w:firstLine="709"/>
        <w:jc w:val="both"/>
        <w:rPr>
          <w:noProof/>
          <w:lang w:val="ru-RU"/>
        </w:rPr>
      </w:pPr>
      <w:r w:rsidRPr="00C25644">
        <w:rPr>
          <w:noProof/>
          <w:lang w:val="ru-RU"/>
        </w:rPr>
        <w:t>1.1.5. масофавий банк хизмати – Банкнинг мобил иловаси, интернет тармоғи, СМС-билдиришнома, алоқа маркази ва бошқа электрон каналлар орқали кўрсатиладиган банк хизмати;</w:t>
      </w:r>
    </w:p>
    <w:p w14:paraId="5F047F4E" w14:textId="77777777" w:rsidR="00C25644" w:rsidRPr="00C25644" w:rsidRDefault="00C25644" w:rsidP="00C25644">
      <w:pPr>
        <w:spacing w:after="0" w:line="240" w:lineRule="auto"/>
        <w:ind w:firstLine="709"/>
        <w:jc w:val="both"/>
        <w:rPr>
          <w:noProof/>
          <w:lang w:val="ru-RU"/>
        </w:rPr>
      </w:pPr>
      <w:r w:rsidRPr="00C25644">
        <w:rPr>
          <w:noProof/>
          <w:lang w:val="ru-RU"/>
        </w:rPr>
        <w:t>1.1.6. ахборот варақаси – қонунчилик ва Банкнинг ички қоидаларига мувофиқ Мижозга маҳсулотнинг асосий шартлари, харажатлари, хавфлари ва бошқа муҳим маълумотлари тўғрисида тақдим этиладиган стандарт маълумотнома;</w:t>
      </w:r>
    </w:p>
    <w:p w14:paraId="4A94B74A" w14:textId="77777777" w:rsidR="00C25644" w:rsidRPr="00C25644" w:rsidRDefault="00C25644" w:rsidP="00C25644">
      <w:pPr>
        <w:spacing w:after="0" w:line="240" w:lineRule="auto"/>
        <w:ind w:firstLine="709"/>
        <w:jc w:val="both"/>
        <w:rPr>
          <w:noProof/>
          <w:lang w:val="ru-RU"/>
        </w:rPr>
      </w:pPr>
      <w:r w:rsidRPr="00C25644">
        <w:rPr>
          <w:noProof/>
          <w:lang w:val="ru-RU"/>
        </w:rPr>
        <w:t>1.1.7. аутентификация воситалари – логин, пароль, бир марталик код, ПИН-код, биометрик тасдиқлаш, электрон рақамли имзо ва Банк томонидан белгиланган бошқа тасдиқлаш воситалари;</w:t>
      </w:r>
    </w:p>
    <w:p w14:paraId="4648778F" w14:textId="77777777" w:rsidR="00C25644" w:rsidRPr="00C25644" w:rsidRDefault="00C25644" w:rsidP="00C25644">
      <w:pPr>
        <w:spacing w:after="0" w:line="240" w:lineRule="auto"/>
        <w:ind w:firstLine="709"/>
        <w:jc w:val="both"/>
        <w:rPr>
          <w:noProof/>
          <w:lang w:val="ru-RU"/>
        </w:rPr>
      </w:pPr>
      <w:r w:rsidRPr="00C25644">
        <w:rPr>
          <w:noProof/>
          <w:lang w:val="ru-RU"/>
        </w:rPr>
        <w:t>1.1.8. шубҳали операция – қонунчилик ҳамда Банкнинг АМЛ/</w:t>
      </w:r>
      <w:r w:rsidRPr="00C25644">
        <w:rPr>
          <w:noProof/>
        </w:rPr>
        <w:t>C</w:t>
      </w:r>
      <w:r w:rsidRPr="00C25644">
        <w:rPr>
          <w:noProof/>
          <w:lang w:val="ru-RU"/>
        </w:rPr>
        <w:t>ФТ/</w:t>
      </w:r>
      <w:r w:rsidRPr="00C25644">
        <w:rPr>
          <w:noProof/>
        </w:rPr>
        <w:t>C</w:t>
      </w:r>
      <w:r w:rsidRPr="00C25644">
        <w:rPr>
          <w:noProof/>
          <w:lang w:val="ru-RU"/>
        </w:rPr>
        <w:t xml:space="preserve">ПФ бўйича ички қоидаларига кўра жиноий фаолиятдан олинган даромадларни легаллаштириш, </w:t>
      </w:r>
      <w:r w:rsidRPr="00C25644">
        <w:rPr>
          <w:noProof/>
          <w:lang w:val="ru-RU"/>
        </w:rPr>
        <w:lastRenderedPageBreak/>
        <w:t>терроризмни молиялаштириш ёки оммавий қирғин қуролини тарқатишни молиялаштириш аломатлари мавжуд бўлган операция.</w:t>
      </w:r>
    </w:p>
    <w:p w14:paraId="651F9572" w14:textId="77777777" w:rsidR="00C25644" w:rsidRPr="00C25644" w:rsidRDefault="00C25644" w:rsidP="00C25644">
      <w:pPr>
        <w:spacing w:after="0" w:line="240" w:lineRule="auto"/>
        <w:ind w:firstLine="709"/>
        <w:jc w:val="both"/>
        <w:rPr>
          <w:noProof/>
          <w:lang w:val="ru-RU"/>
        </w:rPr>
      </w:pPr>
      <w:r w:rsidRPr="00C25644">
        <w:rPr>
          <w:noProof/>
          <w:lang w:val="ru-RU"/>
        </w:rPr>
        <w:t>1.2. Ушбу Шартнома Банк карталари ва талаб қилиб олингунча банк ҳисобварақлари бўйича умумий қоидаларни белгилайди. Ҳар бир аниқ маҳсулотнинг индивидуал шартлари маҳсулот паспорти, ахборот варақаси, тарифлар, Мижоз аризаси ва Банкнинг тегишли ички ҳужжатларида кўрсатилади.</w:t>
      </w:r>
    </w:p>
    <w:p w14:paraId="07B510DB" w14:textId="77777777" w:rsidR="00C25644" w:rsidRPr="00C25644" w:rsidRDefault="00C25644" w:rsidP="00C25644">
      <w:pPr>
        <w:spacing w:after="0" w:line="240" w:lineRule="auto"/>
        <w:ind w:firstLine="709"/>
        <w:jc w:val="both"/>
        <w:rPr>
          <w:noProof/>
          <w:lang w:val="ru-RU"/>
        </w:rPr>
      </w:pPr>
      <w:r w:rsidRPr="00C25644">
        <w:rPr>
          <w:noProof/>
          <w:lang w:val="ru-RU"/>
        </w:rPr>
        <w:t>1.3. Жамғарма омонатлари ва муддатли омонатлар ушбу Шартнома предметига кирмайди ҳамда улар бўйича муносабатлар Банкнинг амалдаги Омонатлар қоидаларига мувофиқ тузиладиган алоҳида банк омонати шартномалари асосида тартибга солинади.</w:t>
      </w:r>
    </w:p>
    <w:p w14:paraId="48545E40" w14:textId="77777777" w:rsidR="00C25644" w:rsidRPr="00C25644" w:rsidRDefault="00C25644" w:rsidP="00C25644">
      <w:pPr>
        <w:spacing w:after="0" w:line="240" w:lineRule="auto"/>
        <w:ind w:firstLine="709"/>
        <w:jc w:val="both"/>
        <w:rPr>
          <w:noProof/>
          <w:lang w:val="ru-RU"/>
        </w:rPr>
      </w:pPr>
      <w:r w:rsidRPr="00C25644">
        <w:rPr>
          <w:noProof/>
          <w:lang w:val="ru-RU"/>
        </w:rPr>
        <w:t>1.4. Агар маҳсулотнинг индивидуал шартлари ушбу Шартномада назарда тутилган умумий қоидалардан фарқ қилса, индивидуал шартлар тегишли маҳсулот бўйича қўлланилади, бироқ улар қонунчиликка зид бўлмаслиги шарт.</w:t>
      </w:r>
    </w:p>
    <w:p w14:paraId="67B09C08" w14:textId="77777777" w:rsidR="00C25644" w:rsidRPr="00C25644" w:rsidRDefault="00C25644" w:rsidP="00C25644">
      <w:pPr>
        <w:spacing w:after="40" w:line="240" w:lineRule="auto"/>
        <w:jc w:val="both"/>
        <w:rPr>
          <w:noProof/>
          <w:lang w:val="ru-RU"/>
        </w:rPr>
      </w:pPr>
    </w:p>
    <w:p w14:paraId="7D5ED67D" w14:textId="77777777" w:rsidR="00C25644" w:rsidRPr="00C25644" w:rsidRDefault="00C25644" w:rsidP="00C25644">
      <w:pPr>
        <w:spacing w:after="0" w:line="240" w:lineRule="auto"/>
        <w:jc w:val="both"/>
        <w:rPr>
          <w:noProof/>
          <w:lang w:val="ru-RU"/>
        </w:rPr>
      </w:pPr>
      <w:r w:rsidRPr="00C25644">
        <w:rPr>
          <w:b/>
          <w:noProof/>
          <w:lang w:val="ru-RU"/>
        </w:rPr>
        <w:t>2. ШАРТНОМА ПР</w:t>
      </w:r>
      <w:r w:rsidRPr="00C25644">
        <w:rPr>
          <w:b/>
          <w:noProof/>
        </w:rPr>
        <w:t>E</w:t>
      </w:r>
      <w:r w:rsidRPr="00C25644">
        <w:rPr>
          <w:b/>
          <w:noProof/>
          <w:lang w:val="ru-RU"/>
        </w:rPr>
        <w:t>ДМ</w:t>
      </w:r>
      <w:r w:rsidRPr="00C25644">
        <w:rPr>
          <w:b/>
          <w:noProof/>
        </w:rPr>
        <w:t>E</w:t>
      </w:r>
      <w:r w:rsidRPr="00C25644">
        <w:rPr>
          <w:b/>
          <w:noProof/>
          <w:lang w:val="ru-RU"/>
        </w:rPr>
        <w:t>ТИ</w:t>
      </w:r>
    </w:p>
    <w:p w14:paraId="3A5775B8" w14:textId="77777777" w:rsidR="00C25644" w:rsidRPr="00C25644" w:rsidRDefault="00C25644" w:rsidP="00C25644">
      <w:pPr>
        <w:spacing w:after="0" w:line="240" w:lineRule="auto"/>
        <w:ind w:firstLine="709"/>
        <w:jc w:val="both"/>
        <w:rPr>
          <w:noProof/>
          <w:lang w:val="ru-RU"/>
        </w:rPr>
      </w:pPr>
      <w:r w:rsidRPr="00C25644">
        <w:rPr>
          <w:noProof/>
          <w:lang w:val="ru-RU"/>
        </w:rPr>
        <w:t>2.1. Банк Мижознинг аризасига ва қонунчилик талабларига мувофиқ банк картасини чиқариш, карта ҳисобварағини очиш ва юритиш, банк картаси орқали операцияларни амалга ошириш, шунингдек талаб қилиб олингунча банк ҳисобварағини очиш, юритиш, унга маблағларни қабул қилиш, ҳисобга олиш, қайтариш ва ўтказиш бўйича хизматлар кўрсатади.</w:t>
      </w:r>
    </w:p>
    <w:p w14:paraId="484BD482" w14:textId="77777777" w:rsidR="00C25644" w:rsidRPr="00C25644" w:rsidRDefault="00C25644" w:rsidP="00C25644">
      <w:pPr>
        <w:spacing w:after="0" w:line="240" w:lineRule="auto"/>
        <w:ind w:firstLine="709"/>
        <w:jc w:val="both"/>
        <w:rPr>
          <w:noProof/>
          <w:lang w:val="ru-RU"/>
        </w:rPr>
      </w:pPr>
      <w:r w:rsidRPr="00C25644">
        <w:rPr>
          <w:noProof/>
          <w:lang w:val="ru-RU"/>
        </w:rPr>
        <w:t>2.2. Банк томонидан кўрсатиладиган хизматлар мазмуни маҳсулот турига қараб қуйидагиларни ўз ичига олиши мумкин:</w:t>
      </w:r>
    </w:p>
    <w:p w14:paraId="20244FB4" w14:textId="77777777" w:rsidR="00C25644" w:rsidRPr="00C25644" w:rsidRDefault="00C25644" w:rsidP="00C25644">
      <w:pPr>
        <w:spacing w:after="0" w:line="240" w:lineRule="auto"/>
        <w:ind w:firstLine="709"/>
        <w:jc w:val="both"/>
        <w:rPr>
          <w:noProof/>
          <w:lang w:val="ru-RU"/>
        </w:rPr>
      </w:pPr>
      <w:r w:rsidRPr="00C25644">
        <w:rPr>
          <w:noProof/>
          <w:lang w:val="ru-RU"/>
        </w:rPr>
        <w:t>2.2.1. банк картасини чиқариш, қайта чиқариш, блоклаш, қайта фаоллаштириш ва ёпиш;</w:t>
      </w:r>
    </w:p>
    <w:p w14:paraId="2C126304" w14:textId="77777777" w:rsidR="00C25644" w:rsidRPr="00C25644" w:rsidRDefault="00C25644" w:rsidP="00C25644">
      <w:pPr>
        <w:spacing w:after="0" w:line="240" w:lineRule="auto"/>
        <w:ind w:firstLine="709"/>
        <w:jc w:val="both"/>
        <w:rPr>
          <w:noProof/>
          <w:lang w:val="ru-RU"/>
        </w:rPr>
      </w:pPr>
      <w:r w:rsidRPr="00C25644">
        <w:rPr>
          <w:noProof/>
          <w:lang w:val="ru-RU"/>
        </w:rPr>
        <w:t>2.2.2. карта ҳисобварағига маблағ киритиш, ўтказиш, тўловларни амалга ошириш, нақд пул ечиш, лимитлар ўрнатиш ва картага хизмат кўрсатиш;</w:t>
      </w:r>
    </w:p>
    <w:p w14:paraId="586D53E3" w14:textId="77777777" w:rsidR="00C25644" w:rsidRPr="00C25644" w:rsidRDefault="00C25644" w:rsidP="00C25644">
      <w:pPr>
        <w:spacing w:after="0" w:line="240" w:lineRule="auto"/>
        <w:ind w:firstLine="709"/>
        <w:jc w:val="both"/>
        <w:rPr>
          <w:noProof/>
          <w:lang w:val="ru-RU"/>
        </w:rPr>
      </w:pPr>
      <w:r w:rsidRPr="00C25644">
        <w:rPr>
          <w:noProof/>
          <w:lang w:val="ru-RU"/>
        </w:rPr>
        <w:t>2.2.3. талаб қилиб олингунча банк ҳисобварағини очиш, юритиш, маблағларни қабул қилиш, ҳисобга олиш, қайтариш ва ўтказиш;</w:t>
      </w:r>
    </w:p>
    <w:p w14:paraId="75381795" w14:textId="77777777" w:rsidR="00C25644" w:rsidRPr="00C25644" w:rsidRDefault="00C25644" w:rsidP="00C25644">
      <w:pPr>
        <w:spacing w:after="0" w:line="240" w:lineRule="auto"/>
        <w:ind w:firstLine="709"/>
        <w:jc w:val="both"/>
        <w:rPr>
          <w:noProof/>
          <w:lang w:val="ru-RU"/>
        </w:rPr>
      </w:pPr>
      <w:r w:rsidRPr="00C25644">
        <w:rPr>
          <w:noProof/>
          <w:lang w:val="ru-RU"/>
        </w:rPr>
        <w:t>2.2.4. Банк томонидан жорий этилган масофавий хизматлар орқали карталар ва талаб қилиб олингунча банк ҳисобварақлари бўйича ахборот олиш, мурожаат юбориш ва қонунчиликда рухсат этилган операцияларни амалга ошириш.</w:t>
      </w:r>
    </w:p>
    <w:p w14:paraId="03EDB375" w14:textId="77777777" w:rsidR="00C25644" w:rsidRPr="00C25644" w:rsidRDefault="00C25644" w:rsidP="00C25644">
      <w:pPr>
        <w:spacing w:after="0" w:line="240" w:lineRule="auto"/>
        <w:ind w:firstLine="709"/>
        <w:jc w:val="both"/>
        <w:rPr>
          <w:noProof/>
          <w:lang w:val="ru-RU"/>
        </w:rPr>
      </w:pPr>
      <w:r w:rsidRPr="00C25644">
        <w:rPr>
          <w:noProof/>
          <w:lang w:val="ru-RU"/>
        </w:rPr>
        <w:t>2.3. Жамғарма омонатлари ҳамда муддатли омонатлар бўйича хизматлар ушбу Шартнома доирасида кўрсатилмайди. Бундай маҳсулотлар бўйича Банк ва Мижоз ўртасида Банкнинг амалдаги Омонатлар қоидаларига мувофиқ алоҳида банк омонати шартномалари тузилади.</w:t>
      </w:r>
    </w:p>
    <w:p w14:paraId="510A3A96" w14:textId="77777777" w:rsidR="00C25644" w:rsidRPr="00C25644" w:rsidRDefault="00C25644" w:rsidP="00C25644">
      <w:pPr>
        <w:spacing w:after="40" w:line="240" w:lineRule="auto"/>
        <w:jc w:val="both"/>
        <w:rPr>
          <w:noProof/>
          <w:lang w:val="ru-RU"/>
        </w:rPr>
      </w:pPr>
    </w:p>
    <w:p w14:paraId="10767758" w14:textId="77777777" w:rsidR="00C25644" w:rsidRPr="00C25644" w:rsidRDefault="00C25644" w:rsidP="00C25644">
      <w:pPr>
        <w:spacing w:after="0" w:line="240" w:lineRule="auto"/>
        <w:jc w:val="both"/>
        <w:rPr>
          <w:noProof/>
          <w:lang w:val="ru-RU"/>
        </w:rPr>
      </w:pPr>
      <w:r w:rsidRPr="00C25644">
        <w:rPr>
          <w:b/>
          <w:noProof/>
          <w:lang w:val="ru-RU"/>
        </w:rPr>
        <w:t>3. ОФ</w:t>
      </w:r>
      <w:r w:rsidRPr="00C25644">
        <w:rPr>
          <w:b/>
          <w:noProof/>
        </w:rPr>
        <w:t>E</w:t>
      </w:r>
      <w:r w:rsidRPr="00C25644">
        <w:rPr>
          <w:b/>
          <w:noProof/>
          <w:lang w:val="ru-RU"/>
        </w:rPr>
        <w:t>РТАНИ АКЦЕПТ ҚИЛИШ ВА ШАРТНОМАНИ ТУЗИШ ТАРТИБИ</w:t>
      </w:r>
    </w:p>
    <w:p w14:paraId="2BCD1F32" w14:textId="77777777" w:rsidR="00C25644" w:rsidRPr="00C25644" w:rsidRDefault="00C25644" w:rsidP="00C25644">
      <w:pPr>
        <w:spacing w:after="0" w:line="240" w:lineRule="auto"/>
        <w:ind w:firstLine="709"/>
        <w:jc w:val="both"/>
        <w:rPr>
          <w:noProof/>
          <w:lang w:val="ru-RU"/>
        </w:rPr>
      </w:pPr>
      <w:r w:rsidRPr="00C25644">
        <w:rPr>
          <w:noProof/>
          <w:lang w:val="ru-RU"/>
        </w:rPr>
        <w:t>3.1. Мижоз ушбу офертани тегишли маҳсулот бўйича ариза бериш, мобил илова ёки бошқа электрон каналда электрон тасдиқ бериш, банк картасини қабул қилиб олиш, талаб қилиб олингунча банк ҳисобварағини очишга розилик билдириш ёки Банк томонидан белгиланган бошқа акцепт ҳаракатини амалга ошириш орқали қабул қилади.</w:t>
      </w:r>
    </w:p>
    <w:p w14:paraId="77328BCA" w14:textId="77777777" w:rsidR="00C25644" w:rsidRPr="00C25644" w:rsidRDefault="00C25644" w:rsidP="00C25644">
      <w:pPr>
        <w:spacing w:after="0" w:line="240" w:lineRule="auto"/>
        <w:ind w:firstLine="709"/>
        <w:jc w:val="both"/>
        <w:rPr>
          <w:noProof/>
          <w:lang w:val="ru-RU"/>
        </w:rPr>
      </w:pPr>
      <w:r w:rsidRPr="00C25644">
        <w:rPr>
          <w:noProof/>
          <w:lang w:val="ru-RU"/>
        </w:rPr>
        <w:t>3.2. Масофавий акцептлашда Мижозга ушбу Шартнома, маҳсулотнинг индивидуал шартлари, тарифлар, ахборот варақаси ҳамда қонунчиликда назарда тутилган бошқа мажбурий маълумотлар алоҳида кўриш учун тақдим этилади.</w:t>
      </w:r>
    </w:p>
    <w:p w14:paraId="6929C149" w14:textId="77777777" w:rsidR="00C25644" w:rsidRPr="00C25644" w:rsidRDefault="00C25644" w:rsidP="00C25644">
      <w:pPr>
        <w:spacing w:after="0" w:line="240" w:lineRule="auto"/>
        <w:ind w:firstLine="709"/>
        <w:jc w:val="both"/>
        <w:rPr>
          <w:noProof/>
          <w:lang w:val="ru-RU"/>
        </w:rPr>
      </w:pPr>
      <w:r w:rsidRPr="00C25644">
        <w:rPr>
          <w:noProof/>
          <w:lang w:val="ru-RU"/>
        </w:rPr>
        <w:lastRenderedPageBreak/>
        <w:t>3.3. Банк масофавий акцептлашда олдиндан белгилаб қўйилган розилик белгиларидан фойдаланмайди. Мижоз танлаган маҳсулот бўйича шартлар билан танишганини ва розилигини мустақил равишда тасдиқлайди.</w:t>
      </w:r>
    </w:p>
    <w:p w14:paraId="01E905EF" w14:textId="77777777" w:rsidR="00C25644" w:rsidRPr="00C25644" w:rsidRDefault="00C25644" w:rsidP="00C25644">
      <w:pPr>
        <w:spacing w:after="0" w:line="240" w:lineRule="auto"/>
        <w:ind w:firstLine="709"/>
        <w:jc w:val="both"/>
        <w:rPr>
          <w:noProof/>
          <w:lang w:val="ru-RU"/>
        </w:rPr>
      </w:pPr>
      <w:r w:rsidRPr="00C25644">
        <w:rPr>
          <w:noProof/>
          <w:lang w:val="ru-RU"/>
        </w:rPr>
        <w:t>3.4. Мижоз томонидан А-модуль бўйича акцепт берилиши банк картаси маҳсулотига оид ҳуқуқ ва мажбуриятларни, Б-модуль бўйича акцепт берилиши талаб қилиб олингунча банк ҳисобварағи маҳсулотига оид ҳуқуқ ва мажбуриятларни юзага келтиради.</w:t>
      </w:r>
    </w:p>
    <w:p w14:paraId="63955154" w14:textId="77777777" w:rsidR="00C25644" w:rsidRPr="00C25644" w:rsidRDefault="00C25644" w:rsidP="00C25644">
      <w:pPr>
        <w:spacing w:after="0" w:line="240" w:lineRule="auto"/>
        <w:ind w:firstLine="709"/>
        <w:jc w:val="both"/>
        <w:rPr>
          <w:noProof/>
          <w:lang w:val="ru-RU"/>
        </w:rPr>
      </w:pPr>
      <w:r w:rsidRPr="00C25644">
        <w:rPr>
          <w:noProof/>
          <w:lang w:val="ru-RU"/>
        </w:rPr>
        <w:t>3.5. Шартнома Банк томонидан маҳсулот очилгани, карта чиқарилгани ёки масофавий тизимда тегишли тасдиқ қайд этилгани пайтдан бошлаб Мижоз билан муносабатларда кучга киради.</w:t>
      </w:r>
    </w:p>
    <w:p w14:paraId="725DE380" w14:textId="77777777" w:rsidR="00C25644" w:rsidRPr="00C25644" w:rsidRDefault="00C25644" w:rsidP="00C25644">
      <w:pPr>
        <w:spacing w:after="40" w:line="240" w:lineRule="auto"/>
        <w:jc w:val="both"/>
        <w:rPr>
          <w:noProof/>
          <w:lang w:val="ru-RU"/>
        </w:rPr>
      </w:pPr>
    </w:p>
    <w:p w14:paraId="16ED8A22" w14:textId="77777777" w:rsidR="00C25644" w:rsidRPr="00C25644" w:rsidRDefault="00C25644" w:rsidP="00C25644">
      <w:pPr>
        <w:spacing w:after="0" w:line="240" w:lineRule="auto"/>
        <w:jc w:val="both"/>
        <w:rPr>
          <w:noProof/>
          <w:lang w:val="ru-RU"/>
        </w:rPr>
      </w:pPr>
      <w:r w:rsidRPr="00C25644">
        <w:rPr>
          <w:b/>
          <w:noProof/>
          <w:lang w:val="ru-RU"/>
        </w:rPr>
        <w:t>4. МИЖОЗНИ ИД</w:t>
      </w:r>
      <w:r w:rsidRPr="00C25644">
        <w:rPr>
          <w:b/>
          <w:noProof/>
        </w:rPr>
        <w:t>E</w:t>
      </w:r>
      <w:r w:rsidRPr="00C25644">
        <w:rPr>
          <w:b/>
          <w:noProof/>
          <w:lang w:val="ru-RU"/>
        </w:rPr>
        <w:t>НТИФИКАЦИЯ ҚИЛИШ ВА МАЪЛУМОТЛАРНИ Т</w:t>
      </w:r>
      <w:r w:rsidRPr="00C25644">
        <w:rPr>
          <w:b/>
          <w:noProof/>
        </w:rPr>
        <w:t>E</w:t>
      </w:r>
      <w:r w:rsidRPr="00C25644">
        <w:rPr>
          <w:b/>
          <w:noProof/>
          <w:lang w:val="ru-RU"/>
        </w:rPr>
        <w:t>КШИРИШ</w:t>
      </w:r>
    </w:p>
    <w:p w14:paraId="31D8EBBB" w14:textId="77777777" w:rsidR="00C25644" w:rsidRPr="00C25644" w:rsidRDefault="00C25644" w:rsidP="00C25644">
      <w:pPr>
        <w:spacing w:after="0" w:line="240" w:lineRule="auto"/>
        <w:ind w:firstLine="709"/>
        <w:jc w:val="both"/>
        <w:rPr>
          <w:noProof/>
          <w:lang w:val="ru-RU"/>
        </w:rPr>
      </w:pPr>
      <w:r w:rsidRPr="00C25644">
        <w:rPr>
          <w:noProof/>
          <w:lang w:val="ru-RU"/>
        </w:rPr>
        <w:t>4.1. Банк Мижозни идентификация қилиш, верификация қилиш ҳамда лозим даражада текшириш тадбирларини қонунчилик, Марказий банкнинг норматив ҳужжатлари ва Банкнинг ички қоидаларига мувофиқ амалга оширади.</w:t>
      </w:r>
    </w:p>
    <w:p w14:paraId="69D8334E" w14:textId="77777777" w:rsidR="00C25644" w:rsidRPr="00C25644" w:rsidRDefault="00C25644" w:rsidP="00C25644">
      <w:pPr>
        <w:spacing w:after="0" w:line="240" w:lineRule="auto"/>
        <w:ind w:firstLine="709"/>
        <w:jc w:val="both"/>
        <w:rPr>
          <w:noProof/>
          <w:lang w:val="ru-RU"/>
        </w:rPr>
      </w:pPr>
      <w:r w:rsidRPr="00C25644">
        <w:rPr>
          <w:noProof/>
          <w:lang w:val="ru-RU"/>
        </w:rPr>
        <w:t>4.2. Банк Мижозни филиалда, банк хизматлари офисида ёки масофадан туриб КЙ</w:t>
      </w:r>
      <w:r w:rsidRPr="00C25644">
        <w:rPr>
          <w:noProof/>
        </w:rPr>
        <w:t>C</w:t>
      </w:r>
      <w:r w:rsidRPr="00C25644">
        <w:rPr>
          <w:noProof/>
          <w:lang w:val="ru-RU"/>
        </w:rPr>
        <w:t>, э-КЙ</w:t>
      </w:r>
      <w:r w:rsidRPr="00C25644">
        <w:rPr>
          <w:noProof/>
        </w:rPr>
        <w:t>C</w:t>
      </w:r>
      <w:r w:rsidRPr="00C25644">
        <w:rPr>
          <w:noProof/>
          <w:lang w:val="ru-RU"/>
        </w:rPr>
        <w:t>, видео-КЙ</w:t>
      </w:r>
      <w:r w:rsidRPr="00C25644">
        <w:rPr>
          <w:noProof/>
        </w:rPr>
        <w:t>C</w:t>
      </w:r>
      <w:r w:rsidRPr="00C25644">
        <w:rPr>
          <w:noProof/>
          <w:lang w:val="ru-RU"/>
        </w:rPr>
        <w:t xml:space="preserve"> ва бошқа рухсат этилган усуллар орқали идентификация қилиши мумкин.</w:t>
      </w:r>
    </w:p>
    <w:p w14:paraId="26353764" w14:textId="77777777" w:rsidR="00C25644" w:rsidRPr="00C25644" w:rsidRDefault="00C25644" w:rsidP="00C25644">
      <w:pPr>
        <w:spacing w:after="0" w:line="240" w:lineRule="auto"/>
        <w:ind w:firstLine="709"/>
        <w:jc w:val="both"/>
        <w:rPr>
          <w:noProof/>
          <w:lang w:val="ru-RU"/>
        </w:rPr>
      </w:pPr>
      <w:r w:rsidRPr="00C25644">
        <w:rPr>
          <w:noProof/>
          <w:lang w:val="ru-RU"/>
        </w:rPr>
        <w:t>4.3. Банк Мижоздан шахсини тасдиқловчи ҳужжатлар, алоқа маълумотлари, яшаш манзили, СТИР/ЖШШИР, маблағлар манбаи ва бошқа зарур маълумотларни талаб қилишга ҳақли.</w:t>
      </w:r>
    </w:p>
    <w:p w14:paraId="629ABB10" w14:textId="77777777" w:rsidR="00C25644" w:rsidRPr="00C25644" w:rsidRDefault="00C25644" w:rsidP="00C25644">
      <w:pPr>
        <w:spacing w:after="0" w:line="240" w:lineRule="auto"/>
        <w:ind w:firstLine="709"/>
        <w:jc w:val="both"/>
        <w:rPr>
          <w:noProof/>
          <w:lang w:val="ru-RU"/>
        </w:rPr>
      </w:pPr>
      <w:r w:rsidRPr="00C25644">
        <w:rPr>
          <w:noProof/>
          <w:lang w:val="ru-RU"/>
        </w:rPr>
        <w:t>4.4. Тақдим этилган маълумотларнинг ишончлилигига шубҳа туғилганда Банк қўшимча ҳужжатлар, тасдиқловчи маълумотлар ва тушунтиришлар сўраши, зарур ҳолларда эса маҳсулот очишни ёки операцияни амалга оширишни рад этиши мумкин.</w:t>
      </w:r>
    </w:p>
    <w:p w14:paraId="65073671" w14:textId="77777777" w:rsidR="00C25644" w:rsidRPr="00C25644" w:rsidRDefault="00C25644" w:rsidP="00C25644">
      <w:pPr>
        <w:spacing w:after="0" w:line="240" w:lineRule="auto"/>
        <w:ind w:firstLine="709"/>
        <w:jc w:val="both"/>
        <w:rPr>
          <w:noProof/>
          <w:lang w:val="ru-RU"/>
        </w:rPr>
      </w:pPr>
      <w:r w:rsidRPr="00C25644">
        <w:rPr>
          <w:noProof/>
          <w:lang w:val="ru-RU"/>
        </w:rPr>
        <w:t>4.5. Мижоз ўз маълумотлари ўзгарган тақдирда Банкни кечиктирмасдан хабардор қилиши шарт.</w:t>
      </w:r>
    </w:p>
    <w:p w14:paraId="60C080E3" w14:textId="77777777" w:rsidR="00C25644" w:rsidRPr="00C25644" w:rsidRDefault="00C25644" w:rsidP="00C25644">
      <w:pPr>
        <w:spacing w:after="40" w:line="240" w:lineRule="auto"/>
        <w:jc w:val="both"/>
        <w:rPr>
          <w:noProof/>
          <w:lang w:val="ru-RU"/>
        </w:rPr>
      </w:pPr>
    </w:p>
    <w:p w14:paraId="541D7D9F" w14:textId="77777777" w:rsidR="00C25644" w:rsidRPr="00C25644" w:rsidRDefault="00C25644" w:rsidP="00C25644">
      <w:pPr>
        <w:spacing w:after="0" w:line="240" w:lineRule="auto"/>
        <w:jc w:val="both"/>
        <w:rPr>
          <w:noProof/>
          <w:lang w:val="ru-RU"/>
        </w:rPr>
      </w:pPr>
      <w:r w:rsidRPr="00C25644">
        <w:rPr>
          <w:b/>
          <w:noProof/>
          <w:lang w:val="ru-RU"/>
        </w:rPr>
        <w:t>5. А-МОДУЛЬ. ЖИСМОНИЙ ШАХСЛАРГА БАНК КАРТАЛАРИНИ ТАҚДИМ ЭТИШ</w:t>
      </w:r>
    </w:p>
    <w:p w14:paraId="0A6931F4" w14:textId="77777777" w:rsidR="00C25644" w:rsidRPr="00C25644" w:rsidRDefault="00C25644" w:rsidP="00C25644">
      <w:pPr>
        <w:spacing w:after="0" w:line="240" w:lineRule="auto"/>
        <w:ind w:firstLine="709"/>
        <w:jc w:val="both"/>
        <w:rPr>
          <w:noProof/>
          <w:lang w:val="ru-RU"/>
        </w:rPr>
      </w:pPr>
      <w:r w:rsidRPr="00C25644">
        <w:rPr>
          <w:noProof/>
          <w:lang w:val="ru-RU"/>
        </w:rPr>
        <w:t>5.1. Банк Мижознинг аризаси ва қонунчилик талабларига мувофиқ унга банк картасини чиқаради ва карта ҳисобварағини очади.</w:t>
      </w:r>
    </w:p>
    <w:p w14:paraId="00AE146B" w14:textId="77777777" w:rsidR="00C25644" w:rsidRPr="00C25644" w:rsidRDefault="00C25644" w:rsidP="00C25644">
      <w:pPr>
        <w:spacing w:after="0" w:line="240" w:lineRule="auto"/>
        <w:ind w:firstLine="709"/>
        <w:jc w:val="both"/>
        <w:rPr>
          <w:noProof/>
          <w:lang w:val="ru-RU"/>
        </w:rPr>
      </w:pPr>
      <w:r w:rsidRPr="00C25644">
        <w:rPr>
          <w:noProof/>
          <w:lang w:val="ru-RU"/>
        </w:rPr>
        <w:t>5.2. Карта тури, амал қилиш муддати, хизмат кўрсатиш шартлари, лимитлар, тўлов тизими ва бошқа индивидуал шартлар маҳсулот паспорти, ариза, тарифлар ёки Банкнинг расмий ахборотларида кўрсатилади.</w:t>
      </w:r>
    </w:p>
    <w:p w14:paraId="3151F7E2" w14:textId="77777777" w:rsidR="00C25644" w:rsidRPr="00C25644" w:rsidRDefault="00C25644" w:rsidP="00C25644">
      <w:pPr>
        <w:spacing w:after="0" w:line="240" w:lineRule="auto"/>
        <w:ind w:firstLine="709"/>
        <w:jc w:val="both"/>
        <w:rPr>
          <w:noProof/>
          <w:lang w:val="ru-RU"/>
        </w:rPr>
      </w:pPr>
      <w:r w:rsidRPr="00C25644">
        <w:rPr>
          <w:noProof/>
          <w:lang w:val="ru-RU"/>
        </w:rPr>
        <w:t>5.3. Банк картаси Мижозга шахсан ёки қонунчиликда рухсат этилган бошқа тартибда топширилади. Зарур ҳолларда карта фаоллаштирилгандан сўнг фойдаланишга рухсат этилади.</w:t>
      </w:r>
    </w:p>
    <w:p w14:paraId="309F569F" w14:textId="77777777" w:rsidR="00C25644" w:rsidRPr="00C25644" w:rsidRDefault="00C25644" w:rsidP="00C25644">
      <w:pPr>
        <w:spacing w:after="0" w:line="240" w:lineRule="auto"/>
        <w:ind w:firstLine="709"/>
        <w:jc w:val="both"/>
        <w:rPr>
          <w:noProof/>
          <w:lang w:val="ru-RU"/>
        </w:rPr>
      </w:pPr>
      <w:r w:rsidRPr="00C25644">
        <w:rPr>
          <w:noProof/>
          <w:lang w:val="ru-RU"/>
        </w:rPr>
        <w:t>5.4. Мижоз банк картасидан товарлар ва хизматлар учун тўлов қилиш, банкомат, инфокиоск, мобил илова ва бошқа рухсат этилган каналлар орқали операцияларни амалга ошириш учун фойдаланиши мумкин.</w:t>
      </w:r>
    </w:p>
    <w:p w14:paraId="6BCAD59B" w14:textId="77777777" w:rsidR="00C25644" w:rsidRPr="00C25644" w:rsidRDefault="00C25644" w:rsidP="00C25644">
      <w:pPr>
        <w:spacing w:after="0" w:line="240" w:lineRule="auto"/>
        <w:ind w:firstLine="709"/>
        <w:jc w:val="both"/>
        <w:rPr>
          <w:noProof/>
          <w:lang w:val="ru-RU"/>
        </w:rPr>
      </w:pPr>
      <w:r w:rsidRPr="00C25644">
        <w:rPr>
          <w:noProof/>
          <w:lang w:val="ru-RU"/>
        </w:rPr>
        <w:t>5.5. Банк картасидан фойдаланишда Мижоз ПИН-код, пароль, бир марталик код, мобил қурилма ва бошқа аутентификация воситаларининг махфийлиги ва сақланишини таъминлайди.</w:t>
      </w:r>
    </w:p>
    <w:p w14:paraId="5F719A93" w14:textId="77777777" w:rsidR="00C25644" w:rsidRPr="00C25644" w:rsidRDefault="00C25644" w:rsidP="00C25644">
      <w:pPr>
        <w:spacing w:after="0" w:line="240" w:lineRule="auto"/>
        <w:ind w:firstLine="709"/>
        <w:jc w:val="both"/>
        <w:rPr>
          <w:noProof/>
          <w:lang w:val="ru-RU"/>
        </w:rPr>
      </w:pPr>
      <w:r w:rsidRPr="00C25644">
        <w:rPr>
          <w:noProof/>
          <w:lang w:val="ru-RU"/>
        </w:rPr>
        <w:t>5.6. Мижоз банк картаси йўқолганда, ўғирланганда, учинчи шахслар томонидан фойдаланилганлиги ёки аутентификация воситалари компрометацияси ҳақида дарҳол Банкка хабар бериши шарт.</w:t>
      </w:r>
    </w:p>
    <w:p w14:paraId="2443D3FE" w14:textId="77777777" w:rsidR="00C25644" w:rsidRPr="00C25644" w:rsidRDefault="00C25644" w:rsidP="00C25644">
      <w:pPr>
        <w:spacing w:after="0" w:line="240" w:lineRule="auto"/>
        <w:ind w:firstLine="709"/>
        <w:jc w:val="both"/>
        <w:rPr>
          <w:noProof/>
          <w:lang w:val="ru-RU"/>
        </w:rPr>
      </w:pPr>
      <w:r w:rsidRPr="00C25644">
        <w:rPr>
          <w:noProof/>
          <w:lang w:val="ru-RU"/>
        </w:rPr>
        <w:lastRenderedPageBreak/>
        <w:t>5.7. Банк Мижознинг мурожаатига кўра ёки хавфсизлик мақсадида картани вақтинча блоклаши, қайта фаоллаштириши, қайта чиқариши ёки ёпиши мумкин.</w:t>
      </w:r>
    </w:p>
    <w:p w14:paraId="592881E7" w14:textId="77777777" w:rsidR="00C25644" w:rsidRPr="00C25644" w:rsidRDefault="00C25644" w:rsidP="00C25644">
      <w:pPr>
        <w:spacing w:after="0" w:line="240" w:lineRule="auto"/>
        <w:ind w:firstLine="709"/>
        <w:jc w:val="both"/>
        <w:rPr>
          <w:noProof/>
          <w:lang w:val="ru-RU"/>
        </w:rPr>
      </w:pPr>
      <w:r w:rsidRPr="00C25644">
        <w:rPr>
          <w:noProof/>
          <w:lang w:val="ru-RU"/>
        </w:rPr>
        <w:t>5.8. Карта бўйича баҳсли операциялар юзага келганда, Мижоз Банкка қонунчилик ва Банкнинг ички тартибларида белгиланган муддатда мурожаат қилади. Банк мурожаатни амалдаги қоидаларга мувофиқ кўриб чиқади.</w:t>
      </w:r>
    </w:p>
    <w:p w14:paraId="020C5177" w14:textId="77777777" w:rsidR="00C25644" w:rsidRPr="00C25644" w:rsidRDefault="00C25644" w:rsidP="00C25644">
      <w:pPr>
        <w:spacing w:after="0" w:line="240" w:lineRule="auto"/>
        <w:ind w:firstLine="709"/>
        <w:jc w:val="both"/>
        <w:rPr>
          <w:noProof/>
          <w:lang w:val="ru-RU"/>
        </w:rPr>
      </w:pPr>
      <w:r w:rsidRPr="00C25644">
        <w:rPr>
          <w:noProof/>
          <w:lang w:val="ru-RU"/>
        </w:rPr>
        <w:t>5.9. Карта ҳисобварағидаги маблағлардан фойдаланиш фақат фаол қолдиқ ва Банк томонидан белгиланган лимитлар доирасида амалга оширилади.</w:t>
      </w:r>
    </w:p>
    <w:p w14:paraId="2D9DEDD7" w14:textId="77777777" w:rsidR="00C25644" w:rsidRPr="00C25644" w:rsidRDefault="00C25644" w:rsidP="00C25644">
      <w:pPr>
        <w:spacing w:after="0" w:line="240" w:lineRule="auto"/>
        <w:ind w:firstLine="709"/>
        <w:jc w:val="both"/>
        <w:rPr>
          <w:noProof/>
          <w:lang w:val="ru-RU"/>
        </w:rPr>
      </w:pPr>
      <w:r w:rsidRPr="00C25644">
        <w:rPr>
          <w:noProof/>
          <w:lang w:val="ru-RU"/>
        </w:rPr>
        <w:t>5.10. Банк картасига хизмат кўрсатиш бўйича тарифлар, шу жумладан карта чиқариш, қайта чиқариш, нақд пул ечиш, бошқа банк тармоғида хизмат кўрсатиш ва қўшимча хизматлар учун ҳақ Банк тарифларига мувофиқ ундирилади.</w:t>
      </w:r>
    </w:p>
    <w:p w14:paraId="1EBA2002" w14:textId="77777777" w:rsidR="00C25644" w:rsidRPr="00C25644" w:rsidRDefault="00C25644" w:rsidP="00C25644">
      <w:pPr>
        <w:spacing w:after="40" w:line="240" w:lineRule="auto"/>
        <w:jc w:val="both"/>
        <w:rPr>
          <w:noProof/>
          <w:lang w:val="ru-RU"/>
        </w:rPr>
      </w:pPr>
    </w:p>
    <w:p w14:paraId="656AC178" w14:textId="77777777" w:rsidR="00C25644" w:rsidRPr="00C25644" w:rsidRDefault="00C25644" w:rsidP="00C25644">
      <w:pPr>
        <w:spacing w:after="0" w:line="240" w:lineRule="auto"/>
        <w:jc w:val="both"/>
        <w:rPr>
          <w:noProof/>
          <w:lang w:val="ru-RU"/>
        </w:rPr>
      </w:pPr>
      <w:r w:rsidRPr="00C25644">
        <w:rPr>
          <w:b/>
          <w:noProof/>
          <w:lang w:val="ru-RU"/>
        </w:rPr>
        <w:t>6. Б-МОДУЛЬ. ЖИСМОНИЙ ШАХСЛАРГА ТАЛАБ ҚИЛИБ ОЛИНГУНЧА БАНК ҲИСОБВАРАҚЛАРИНИ ОЧИШ</w:t>
      </w:r>
    </w:p>
    <w:p w14:paraId="4B8D0324" w14:textId="77777777" w:rsidR="00C25644" w:rsidRPr="00C25644" w:rsidRDefault="00C25644" w:rsidP="00C25644">
      <w:pPr>
        <w:spacing w:after="0" w:line="240" w:lineRule="auto"/>
        <w:ind w:firstLine="709"/>
        <w:jc w:val="both"/>
        <w:rPr>
          <w:noProof/>
          <w:lang w:val="ru-RU"/>
        </w:rPr>
      </w:pPr>
      <w:r w:rsidRPr="00C25644">
        <w:rPr>
          <w:noProof/>
          <w:lang w:val="ru-RU"/>
        </w:rPr>
        <w:t>6.1. Банк Мижознинг аризасига, танланган маҳсулот шартларига ва қонунчиликка мувофиқ талаб қилиб олингунча банк ҳисобварағини очади.</w:t>
      </w:r>
    </w:p>
    <w:p w14:paraId="7BBE6127" w14:textId="77777777" w:rsidR="00C25644" w:rsidRPr="00C25644" w:rsidRDefault="00C25644" w:rsidP="00C25644">
      <w:pPr>
        <w:spacing w:after="0" w:line="240" w:lineRule="auto"/>
        <w:ind w:firstLine="709"/>
        <w:jc w:val="both"/>
        <w:rPr>
          <w:noProof/>
          <w:lang w:val="ru-RU"/>
        </w:rPr>
      </w:pPr>
      <w:r w:rsidRPr="00C25644">
        <w:rPr>
          <w:noProof/>
          <w:lang w:val="ru-RU"/>
        </w:rPr>
        <w:t>6.2. Талаб қилиб олингунча банк ҳисобварағининг тури, валютаси, унга хизмат кўрсатиш шартлари, минимал қолдиқ талаблари, агар назарда тутилган бўлса фоизларни ҳисоблаш ва тўлаш тартиби, шунингдек ҳисобварақ бўйича чекловлар индивидуал маҳсулот шартларида кўрсатилади.</w:t>
      </w:r>
    </w:p>
    <w:p w14:paraId="51A216A5" w14:textId="77777777" w:rsidR="00C25644" w:rsidRPr="00C25644" w:rsidRDefault="00C25644" w:rsidP="00C25644">
      <w:pPr>
        <w:spacing w:after="0" w:line="240" w:lineRule="auto"/>
        <w:ind w:firstLine="709"/>
        <w:jc w:val="both"/>
        <w:rPr>
          <w:noProof/>
          <w:lang w:val="ru-RU"/>
        </w:rPr>
      </w:pPr>
      <w:r w:rsidRPr="00C25644">
        <w:rPr>
          <w:noProof/>
          <w:lang w:val="ru-RU"/>
        </w:rPr>
        <w:t>6.3. Талаб қилиб олингунча банк ҳисобварағига маблағлар Мижоз томонидан нақд ёки нақдсиз шаклда, шунингдек Банкнинг масофавий каналлари орқали қонунчиликда рухсат этилган тартибда киритилиши мумкин.</w:t>
      </w:r>
    </w:p>
    <w:p w14:paraId="524B8CFC" w14:textId="77777777" w:rsidR="00C25644" w:rsidRPr="00C25644" w:rsidRDefault="00C25644" w:rsidP="00C25644">
      <w:pPr>
        <w:spacing w:after="0" w:line="240" w:lineRule="auto"/>
        <w:ind w:firstLine="709"/>
        <w:jc w:val="both"/>
        <w:rPr>
          <w:noProof/>
          <w:lang w:val="ru-RU"/>
        </w:rPr>
      </w:pPr>
      <w:r w:rsidRPr="00C25644">
        <w:rPr>
          <w:noProof/>
          <w:lang w:val="ru-RU"/>
        </w:rPr>
        <w:t>6.4. Банк талаб қилиб олингунча банк ҳисобварағи бўйича операцияларни Мижознинг топшириғи ва қонунчилик талабларига мувофиқ амалга оширади.</w:t>
      </w:r>
    </w:p>
    <w:p w14:paraId="376C7F9B" w14:textId="77777777" w:rsidR="00C25644" w:rsidRPr="00C25644" w:rsidRDefault="00C25644" w:rsidP="00C25644">
      <w:pPr>
        <w:spacing w:after="0" w:line="240" w:lineRule="auto"/>
        <w:ind w:firstLine="709"/>
        <w:jc w:val="both"/>
        <w:rPr>
          <w:noProof/>
          <w:lang w:val="ru-RU"/>
        </w:rPr>
      </w:pPr>
      <w:r w:rsidRPr="00C25644">
        <w:rPr>
          <w:noProof/>
          <w:lang w:val="ru-RU"/>
        </w:rPr>
        <w:t>6.5. Талаб қилиб олингунча банк ҳисобварағидан маблағларни қайтариш ёки ўтказиш Мижознинг талаби ва Банкнинг амалдаги тартиб-таомилларига мувофиқ амалга оширилади.</w:t>
      </w:r>
    </w:p>
    <w:p w14:paraId="586831E7" w14:textId="77777777" w:rsidR="00C25644" w:rsidRPr="00C25644" w:rsidRDefault="00C25644" w:rsidP="00C25644">
      <w:pPr>
        <w:spacing w:after="0" w:line="240" w:lineRule="auto"/>
        <w:ind w:firstLine="709"/>
        <w:jc w:val="both"/>
        <w:rPr>
          <w:noProof/>
          <w:lang w:val="ru-RU"/>
        </w:rPr>
      </w:pPr>
      <w:r w:rsidRPr="00C25644">
        <w:rPr>
          <w:noProof/>
          <w:lang w:val="ru-RU"/>
        </w:rPr>
        <w:t>6.6. Талаб қилиб олингунча банк ҳисобварағи бўйича фоизлар фақат маҳсулотнинг индивидуал шартларида ва амалдаги тарифларда бевосита назарда тутилган ҳолларда ҳисобланади.</w:t>
      </w:r>
    </w:p>
    <w:p w14:paraId="304F4788" w14:textId="77777777" w:rsidR="00C25644" w:rsidRPr="00C25644" w:rsidRDefault="00C25644" w:rsidP="00C25644">
      <w:pPr>
        <w:spacing w:after="0" w:line="240" w:lineRule="auto"/>
        <w:ind w:firstLine="709"/>
        <w:jc w:val="both"/>
        <w:rPr>
          <w:noProof/>
          <w:lang w:val="ru-RU"/>
        </w:rPr>
      </w:pPr>
      <w:r w:rsidRPr="00C25644">
        <w:rPr>
          <w:noProof/>
          <w:lang w:val="ru-RU"/>
        </w:rPr>
        <w:t>6.7. Талаб қилиб олингунча банк ҳисобварағини масофадан очишда Банк Мижозга маҳсулотнинг асосий шартлари, ахборот варақаси ва қонунчиликда назарда тутилган ҳолларда кафолатлаш тизими тўғрисидаги мажбурий маълумотларни тақдим этади ҳамда Мижознинг улар билан танишганини қайд этади.</w:t>
      </w:r>
    </w:p>
    <w:p w14:paraId="6C77F35C" w14:textId="77777777" w:rsidR="00C25644" w:rsidRPr="00C25644" w:rsidRDefault="00C25644" w:rsidP="00C25644">
      <w:pPr>
        <w:spacing w:after="0" w:line="240" w:lineRule="auto"/>
        <w:ind w:firstLine="709"/>
        <w:jc w:val="both"/>
        <w:rPr>
          <w:noProof/>
          <w:lang w:val="ru-RU"/>
        </w:rPr>
      </w:pPr>
      <w:r w:rsidRPr="00C25644">
        <w:rPr>
          <w:noProof/>
          <w:lang w:val="ru-RU"/>
        </w:rPr>
        <w:t>6.8. Талаб қилиб олингунча банк ҳисобварағига хизмат кўрсатиш, ёпиш ва қолдиқ маблағларни қайтариш тартиби қонунчилик, ушбу Шартнома ва танланган маҳсулотнинг индивидуал шартларига мувофиқ амалга оширилади.</w:t>
      </w:r>
    </w:p>
    <w:p w14:paraId="50C01126" w14:textId="77777777" w:rsidR="00C25644" w:rsidRPr="00C25644" w:rsidRDefault="00C25644" w:rsidP="00C25644">
      <w:pPr>
        <w:spacing w:after="40" w:line="240" w:lineRule="auto"/>
        <w:jc w:val="both"/>
        <w:rPr>
          <w:noProof/>
          <w:lang w:val="ru-RU"/>
        </w:rPr>
      </w:pPr>
    </w:p>
    <w:p w14:paraId="735EBB0A" w14:textId="77777777" w:rsidR="00C25644" w:rsidRPr="00C25644" w:rsidRDefault="00C25644" w:rsidP="00C25644">
      <w:pPr>
        <w:spacing w:after="0" w:line="240" w:lineRule="auto"/>
        <w:jc w:val="both"/>
        <w:rPr>
          <w:noProof/>
          <w:lang w:val="ru-RU"/>
        </w:rPr>
      </w:pPr>
      <w:r w:rsidRPr="00C25644">
        <w:rPr>
          <w:b/>
          <w:noProof/>
          <w:lang w:val="ru-RU"/>
        </w:rPr>
        <w:t>7. БАНКНИНГ ҲУҚУҚ ВА МАЖБУРИЯТЛАРИ</w:t>
      </w:r>
    </w:p>
    <w:p w14:paraId="143A5F7A" w14:textId="77777777" w:rsidR="00C25644" w:rsidRPr="00C25644" w:rsidRDefault="00C25644" w:rsidP="00C25644">
      <w:pPr>
        <w:spacing w:after="0" w:line="240" w:lineRule="auto"/>
        <w:ind w:firstLine="709"/>
        <w:jc w:val="both"/>
        <w:rPr>
          <w:noProof/>
          <w:lang w:val="ru-RU"/>
        </w:rPr>
      </w:pPr>
      <w:r w:rsidRPr="00C25644">
        <w:rPr>
          <w:noProof/>
          <w:lang w:val="ru-RU"/>
        </w:rPr>
        <w:t>7.1. Банк қуйидагиларга мажбур:</w:t>
      </w:r>
    </w:p>
    <w:p w14:paraId="1E6D9414" w14:textId="77777777" w:rsidR="00C25644" w:rsidRPr="00C25644" w:rsidRDefault="00C25644" w:rsidP="00C25644">
      <w:pPr>
        <w:spacing w:after="0" w:line="240" w:lineRule="auto"/>
        <w:ind w:firstLine="709"/>
        <w:jc w:val="both"/>
        <w:rPr>
          <w:noProof/>
          <w:lang w:val="ru-RU"/>
        </w:rPr>
      </w:pPr>
      <w:r w:rsidRPr="00C25644">
        <w:rPr>
          <w:noProof/>
          <w:lang w:val="ru-RU"/>
        </w:rPr>
        <w:t>7.1.1. Мижозга танланган маҳсулот бўйича қонунчилик ва ушбу Шартномага мувофиқ хизмат кўрсатиш;</w:t>
      </w:r>
    </w:p>
    <w:p w14:paraId="6CD6850D" w14:textId="77777777" w:rsidR="00C25644" w:rsidRPr="00C25644" w:rsidRDefault="00C25644" w:rsidP="00C25644">
      <w:pPr>
        <w:spacing w:after="0" w:line="240" w:lineRule="auto"/>
        <w:ind w:firstLine="709"/>
        <w:jc w:val="both"/>
        <w:rPr>
          <w:noProof/>
          <w:lang w:val="ru-RU"/>
        </w:rPr>
      </w:pPr>
      <w:r w:rsidRPr="00C25644">
        <w:rPr>
          <w:noProof/>
          <w:lang w:val="ru-RU"/>
        </w:rPr>
        <w:t>7.1.2. маҳсулотнинг асосий шартлари, тарифлари, чекловлари ва хавфлари тўғрисида Мижозга ахборот бериш;</w:t>
      </w:r>
    </w:p>
    <w:p w14:paraId="7CBB2FFE" w14:textId="77777777" w:rsidR="00C25644" w:rsidRPr="00C25644" w:rsidRDefault="00C25644" w:rsidP="00C25644">
      <w:pPr>
        <w:spacing w:after="0" w:line="240" w:lineRule="auto"/>
        <w:ind w:firstLine="709"/>
        <w:jc w:val="both"/>
        <w:rPr>
          <w:noProof/>
          <w:lang w:val="ru-RU"/>
        </w:rPr>
      </w:pPr>
      <w:r w:rsidRPr="00C25644">
        <w:rPr>
          <w:noProof/>
          <w:lang w:val="ru-RU"/>
        </w:rPr>
        <w:lastRenderedPageBreak/>
        <w:t>7.1.3. Мижознинг мурожаатларини қонунчиликда белгиланган тартибда кўриб чиқиш;</w:t>
      </w:r>
    </w:p>
    <w:p w14:paraId="342D0F3F" w14:textId="77777777" w:rsidR="00C25644" w:rsidRPr="00C25644" w:rsidRDefault="00C25644" w:rsidP="00C25644">
      <w:pPr>
        <w:spacing w:after="0" w:line="240" w:lineRule="auto"/>
        <w:ind w:firstLine="709"/>
        <w:jc w:val="both"/>
        <w:rPr>
          <w:noProof/>
          <w:lang w:val="ru-RU"/>
        </w:rPr>
      </w:pPr>
      <w:r w:rsidRPr="00C25644">
        <w:rPr>
          <w:noProof/>
          <w:lang w:val="ru-RU"/>
        </w:rPr>
        <w:t>7.1.4. банк сири ва Мижозга оид маълумотларнинг махфийлигини таъминлаш, бундан қонунчиликда назарда тутилган ҳолатлар мустасно;</w:t>
      </w:r>
    </w:p>
    <w:p w14:paraId="3FAEB3FC" w14:textId="77777777" w:rsidR="00C25644" w:rsidRPr="00C25644" w:rsidRDefault="00C25644" w:rsidP="00C25644">
      <w:pPr>
        <w:spacing w:after="0" w:line="240" w:lineRule="auto"/>
        <w:ind w:firstLine="709"/>
        <w:jc w:val="both"/>
        <w:rPr>
          <w:noProof/>
          <w:lang w:val="ru-RU"/>
        </w:rPr>
      </w:pPr>
      <w:r w:rsidRPr="00C25644">
        <w:rPr>
          <w:noProof/>
          <w:lang w:val="ru-RU"/>
        </w:rPr>
        <w:t>7.1.5. банк картаси ёки талаб қилиб олингунча банк ҳисобварағи бўйича операцияларни амалдаги қоидалар асосида ҳисобга олиш ва тасдиқловчи маълумотларни сақлаш.</w:t>
      </w:r>
    </w:p>
    <w:p w14:paraId="2C3BAB0E" w14:textId="77777777" w:rsidR="00C25644" w:rsidRPr="00C25644" w:rsidRDefault="00C25644" w:rsidP="00C25644">
      <w:pPr>
        <w:spacing w:after="0" w:line="240" w:lineRule="auto"/>
        <w:ind w:firstLine="709"/>
        <w:jc w:val="both"/>
        <w:rPr>
          <w:noProof/>
          <w:lang w:val="ru-RU"/>
        </w:rPr>
      </w:pPr>
      <w:r w:rsidRPr="00C25644">
        <w:rPr>
          <w:noProof/>
          <w:lang w:val="ru-RU"/>
        </w:rPr>
        <w:t>7.2. Банк қуйидаги ҳуқуқларга эга:</w:t>
      </w:r>
    </w:p>
    <w:p w14:paraId="081E1021" w14:textId="77777777" w:rsidR="00C25644" w:rsidRPr="00C25644" w:rsidRDefault="00C25644" w:rsidP="00C25644">
      <w:pPr>
        <w:spacing w:after="0" w:line="240" w:lineRule="auto"/>
        <w:ind w:firstLine="709"/>
        <w:jc w:val="both"/>
        <w:rPr>
          <w:noProof/>
          <w:lang w:val="ru-RU"/>
        </w:rPr>
      </w:pPr>
      <w:r w:rsidRPr="00C25644">
        <w:rPr>
          <w:noProof/>
          <w:lang w:val="ru-RU"/>
        </w:rPr>
        <w:t>7.2.1. Мижозни лозим даражада текшириш, қўшимча маълумот ва ҳужжатлар талаб қилиш;</w:t>
      </w:r>
    </w:p>
    <w:p w14:paraId="045D85E1" w14:textId="77777777" w:rsidR="00C25644" w:rsidRPr="00C25644" w:rsidRDefault="00C25644" w:rsidP="00C25644">
      <w:pPr>
        <w:spacing w:after="0" w:line="240" w:lineRule="auto"/>
        <w:ind w:firstLine="709"/>
        <w:jc w:val="both"/>
        <w:rPr>
          <w:noProof/>
          <w:lang w:val="ru-RU"/>
        </w:rPr>
      </w:pPr>
      <w:r w:rsidRPr="00C25644">
        <w:rPr>
          <w:noProof/>
          <w:lang w:val="ru-RU"/>
        </w:rPr>
        <w:t>7.2.2. қонунчилик, АМЛ/</w:t>
      </w:r>
      <w:r w:rsidRPr="00C25644">
        <w:rPr>
          <w:noProof/>
        </w:rPr>
        <w:t>C</w:t>
      </w:r>
      <w:r w:rsidRPr="00C25644">
        <w:rPr>
          <w:noProof/>
          <w:lang w:val="ru-RU"/>
        </w:rPr>
        <w:t>ФТ қоидалари, санкцион чекловлар, тўлов тизимлари талаблари ёки хавфсизлик сабаблари туфайли операцияларни чеклаш, рад этиш ёки вақтинча тўхтатиш;</w:t>
      </w:r>
    </w:p>
    <w:p w14:paraId="12E5AB95" w14:textId="77777777" w:rsidR="00C25644" w:rsidRPr="00C25644" w:rsidRDefault="00C25644" w:rsidP="00C25644">
      <w:pPr>
        <w:spacing w:after="0" w:line="240" w:lineRule="auto"/>
        <w:ind w:firstLine="709"/>
        <w:jc w:val="both"/>
        <w:rPr>
          <w:noProof/>
          <w:lang w:val="ru-RU"/>
        </w:rPr>
      </w:pPr>
      <w:r w:rsidRPr="00C25644">
        <w:rPr>
          <w:noProof/>
          <w:lang w:val="ru-RU"/>
        </w:rPr>
        <w:t>7.2.3. Банк тарифларига ўзгартириш ва қўшимчалар киритиш, бунда Мижозни қонунчилик ва ушбу Шартномада назарда тутилган тартибда хабардор қилиш;</w:t>
      </w:r>
    </w:p>
    <w:p w14:paraId="0FF4385E" w14:textId="77777777" w:rsidR="00C25644" w:rsidRPr="00C25644" w:rsidRDefault="00C25644" w:rsidP="00C25644">
      <w:pPr>
        <w:spacing w:after="0" w:line="240" w:lineRule="auto"/>
        <w:ind w:firstLine="709"/>
        <w:jc w:val="both"/>
        <w:rPr>
          <w:noProof/>
          <w:lang w:val="ru-RU"/>
        </w:rPr>
      </w:pPr>
      <w:r w:rsidRPr="00C25644">
        <w:rPr>
          <w:noProof/>
          <w:lang w:val="ru-RU"/>
        </w:rPr>
        <w:t>7.2.4. аутентификация воситалари компрометацияси, фирибгарлик аломатлари, шубҳали операция ёки техник хавф мавжуд бўлганда банк картаси, масофавий кириш ёки маҳсулот бўйича хизмат кўрсатишни вақтинча чеклаш;</w:t>
      </w:r>
    </w:p>
    <w:p w14:paraId="27231B55" w14:textId="77777777" w:rsidR="00C25644" w:rsidRPr="00C25644" w:rsidRDefault="00C25644" w:rsidP="00C25644">
      <w:pPr>
        <w:spacing w:after="40" w:line="240" w:lineRule="auto"/>
        <w:jc w:val="both"/>
        <w:rPr>
          <w:noProof/>
          <w:lang w:val="ru-RU"/>
        </w:rPr>
      </w:pPr>
    </w:p>
    <w:p w14:paraId="08DC53AA" w14:textId="77777777" w:rsidR="00C25644" w:rsidRPr="00C25644" w:rsidRDefault="00C25644" w:rsidP="00C25644">
      <w:pPr>
        <w:spacing w:after="0" w:line="240" w:lineRule="auto"/>
        <w:jc w:val="both"/>
        <w:rPr>
          <w:noProof/>
          <w:lang w:val="ru-RU"/>
        </w:rPr>
      </w:pPr>
      <w:r w:rsidRPr="00C25644">
        <w:rPr>
          <w:b/>
          <w:noProof/>
          <w:lang w:val="ru-RU"/>
        </w:rPr>
        <w:t>8. МИЖОЗНИНГ ҲУҚУҚ ВА МАЖБУРИЯТЛАРИ</w:t>
      </w:r>
    </w:p>
    <w:p w14:paraId="078254B0" w14:textId="77777777" w:rsidR="00C25644" w:rsidRPr="00C25644" w:rsidRDefault="00C25644" w:rsidP="00C25644">
      <w:pPr>
        <w:spacing w:after="0" w:line="240" w:lineRule="auto"/>
        <w:ind w:firstLine="709"/>
        <w:jc w:val="both"/>
        <w:rPr>
          <w:noProof/>
          <w:lang w:val="ru-RU"/>
        </w:rPr>
      </w:pPr>
      <w:r w:rsidRPr="00C25644">
        <w:rPr>
          <w:noProof/>
          <w:lang w:val="ru-RU"/>
        </w:rPr>
        <w:t>8.1. Мижоз қуйидаги ҳуқуқларга эга:</w:t>
      </w:r>
    </w:p>
    <w:p w14:paraId="2DF792B2" w14:textId="77777777" w:rsidR="00C25644" w:rsidRPr="00C25644" w:rsidRDefault="00C25644" w:rsidP="00C25644">
      <w:pPr>
        <w:spacing w:after="0" w:line="240" w:lineRule="auto"/>
        <w:ind w:firstLine="709"/>
        <w:jc w:val="both"/>
        <w:rPr>
          <w:noProof/>
          <w:lang w:val="ru-RU"/>
        </w:rPr>
      </w:pPr>
      <w:r w:rsidRPr="00C25644">
        <w:rPr>
          <w:noProof/>
          <w:lang w:val="ru-RU"/>
        </w:rPr>
        <w:t>8.1.1. танланган маҳсулот бўйича тўлиқ ва тушунарли ахборот олиш;</w:t>
      </w:r>
    </w:p>
    <w:p w14:paraId="0DC37755" w14:textId="77777777" w:rsidR="00C25644" w:rsidRPr="00C25644" w:rsidRDefault="00C25644" w:rsidP="00C25644">
      <w:pPr>
        <w:spacing w:after="0" w:line="240" w:lineRule="auto"/>
        <w:ind w:firstLine="709"/>
        <w:jc w:val="both"/>
        <w:rPr>
          <w:noProof/>
          <w:lang w:val="ru-RU"/>
        </w:rPr>
      </w:pPr>
      <w:r w:rsidRPr="00C25644">
        <w:rPr>
          <w:noProof/>
          <w:lang w:val="ru-RU"/>
        </w:rPr>
        <w:t>8.1.2. банк картаси ва талаб қилиб олингунча банк ҳисобварағи бўйича маълумотлар, кўчирмалар ва хабарномаларни олиш;</w:t>
      </w:r>
    </w:p>
    <w:p w14:paraId="1EC5A1FE" w14:textId="77777777" w:rsidR="00C25644" w:rsidRPr="00C25644" w:rsidRDefault="00C25644" w:rsidP="00C25644">
      <w:pPr>
        <w:spacing w:after="0" w:line="240" w:lineRule="auto"/>
        <w:ind w:firstLine="709"/>
        <w:jc w:val="both"/>
        <w:rPr>
          <w:noProof/>
          <w:lang w:val="ru-RU"/>
        </w:rPr>
      </w:pPr>
      <w:r w:rsidRPr="00C25644">
        <w:rPr>
          <w:noProof/>
          <w:lang w:val="ru-RU"/>
        </w:rPr>
        <w:t>8.1.3. Банкнинг ҳаракатлари ёки ҳаракатсизлиги юзасидан мурожаат қилиш ва қонунчиликда белгиланган тартибда шикоят бериш;</w:t>
      </w:r>
    </w:p>
    <w:p w14:paraId="1EE443E6" w14:textId="77777777" w:rsidR="00C25644" w:rsidRPr="00C25644" w:rsidRDefault="00C25644" w:rsidP="00C25644">
      <w:pPr>
        <w:spacing w:after="0" w:line="240" w:lineRule="auto"/>
        <w:ind w:firstLine="709"/>
        <w:jc w:val="both"/>
        <w:rPr>
          <w:noProof/>
          <w:lang w:val="ru-RU"/>
        </w:rPr>
      </w:pPr>
      <w:r w:rsidRPr="00C25644">
        <w:rPr>
          <w:noProof/>
          <w:lang w:val="ru-RU"/>
        </w:rPr>
        <w:t>8.1.4. Банкнинг айби билан етказилган зарарни қонунчиликда белгиланган тартибда қоплашни талаб қилиш.</w:t>
      </w:r>
    </w:p>
    <w:p w14:paraId="360D91FE" w14:textId="77777777" w:rsidR="00C25644" w:rsidRPr="00C25644" w:rsidRDefault="00C25644" w:rsidP="00C25644">
      <w:pPr>
        <w:spacing w:after="0" w:line="240" w:lineRule="auto"/>
        <w:ind w:firstLine="709"/>
        <w:jc w:val="both"/>
        <w:rPr>
          <w:noProof/>
          <w:lang w:val="ru-RU"/>
        </w:rPr>
      </w:pPr>
      <w:r w:rsidRPr="00C25644">
        <w:rPr>
          <w:noProof/>
          <w:lang w:val="ru-RU"/>
        </w:rPr>
        <w:t>8.2. Мижоз қуйидагиларга мажбур:</w:t>
      </w:r>
    </w:p>
    <w:p w14:paraId="41A68308" w14:textId="77777777" w:rsidR="00C25644" w:rsidRPr="00C25644" w:rsidRDefault="00C25644" w:rsidP="00C25644">
      <w:pPr>
        <w:spacing w:after="0" w:line="240" w:lineRule="auto"/>
        <w:ind w:firstLine="709"/>
        <w:jc w:val="both"/>
        <w:rPr>
          <w:noProof/>
          <w:lang w:val="ru-RU"/>
        </w:rPr>
      </w:pPr>
      <w:r w:rsidRPr="00C25644">
        <w:rPr>
          <w:noProof/>
          <w:lang w:val="ru-RU"/>
        </w:rPr>
        <w:t>8.2.1. Банкка тақдим этилган ҳужжатлар ва маълумотларнинг тўлиқлиги, ишончлилиги ва долзарблигини таъминлаш;</w:t>
      </w:r>
    </w:p>
    <w:p w14:paraId="2BFDA7DE" w14:textId="77777777" w:rsidR="00C25644" w:rsidRPr="00C25644" w:rsidRDefault="00C25644" w:rsidP="00C25644">
      <w:pPr>
        <w:spacing w:after="0" w:line="240" w:lineRule="auto"/>
        <w:ind w:firstLine="709"/>
        <w:jc w:val="both"/>
        <w:rPr>
          <w:noProof/>
          <w:lang w:val="ru-RU"/>
        </w:rPr>
      </w:pPr>
      <w:r w:rsidRPr="00C25644">
        <w:rPr>
          <w:noProof/>
          <w:lang w:val="ru-RU"/>
        </w:rPr>
        <w:t>8.2.2. ПИН-код, пароллар, бир марталик кодлар, биометрик воситалар ва бошқа аутентификация воситаларининг махфийлиги ва сақланишини таъминлаш;</w:t>
      </w:r>
    </w:p>
    <w:p w14:paraId="3D1DC0F2" w14:textId="77777777" w:rsidR="00C25644" w:rsidRPr="00C25644" w:rsidRDefault="00C25644" w:rsidP="00C25644">
      <w:pPr>
        <w:spacing w:after="0" w:line="240" w:lineRule="auto"/>
        <w:ind w:firstLine="709"/>
        <w:jc w:val="both"/>
        <w:rPr>
          <w:noProof/>
          <w:lang w:val="ru-RU"/>
        </w:rPr>
      </w:pPr>
      <w:r w:rsidRPr="00C25644">
        <w:rPr>
          <w:noProof/>
          <w:lang w:val="ru-RU"/>
        </w:rPr>
        <w:t>8.2.3. банк картаси, мобил қурилма ёки масофавий кириш воситалари йўқолганлиги, ўғирлангани ёки учинчи шахслар қўлига ўтганлиги ҳақида Банкни дарҳол хабардор қилиш;</w:t>
      </w:r>
    </w:p>
    <w:p w14:paraId="397FE0D3" w14:textId="77777777" w:rsidR="00C25644" w:rsidRPr="00C25644" w:rsidRDefault="00C25644" w:rsidP="00C25644">
      <w:pPr>
        <w:spacing w:after="0" w:line="240" w:lineRule="auto"/>
        <w:ind w:firstLine="709"/>
        <w:jc w:val="both"/>
        <w:rPr>
          <w:noProof/>
          <w:lang w:val="ru-RU"/>
        </w:rPr>
      </w:pPr>
      <w:r w:rsidRPr="00C25644">
        <w:rPr>
          <w:noProof/>
          <w:lang w:val="ru-RU"/>
        </w:rPr>
        <w:t>8.2.4. операциялар, мурожаатлар ва маҳсулот шартлари бўйича Банкнинг қонуний талабларини бажариш;</w:t>
      </w:r>
    </w:p>
    <w:p w14:paraId="79E0E17B" w14:textId="77777777" w:rsidR="00C25644" w:rsidRPr="00C25644" w:rsidRDefault="00C25644" w:rsidP="00C25644">
      <w:pPr>
        <w:spacing w:after="0" w:line="240" w:lineRule="auto"/>
        <w:ind w:firstLine="709"/>
        <w:jc w:val="both"/>
        <w:rPr>
          <w:noProof/>
          <w:lang w:val="ru-RU"/>
        </w:rPr>
      </w:pPr>
      <w:r w:rsidRPr="00C25644">
        <w:rPr>
          <w:noProof/>
          <w:lang w:val="ru-RU"/>
        </w:rPr>
        <w:t>8.2.5. қонунчиликда, ушбу Шартномада ва маҳсулотнинг индивидуал шартларида назарда тутилган тўловлар ҳамда комиссияларни тўлаш;</w:t>
      </w:r>
    </w:p>
    <w:p w14:paraId="43371BED" w14:textId="77777777" w:rsidR="00C25644" w:rsidRPr="00C25644" w:rsidRDefault="00C25644" w:rsidP="00C25644">
      <w:pPr>
        <w:spacing w:after="0" w:line="240" w:lineRule="auto"/>
        <w:ind w:firstLine="709"/>
        <w:jc w:val="both"/>
        <w:rPr>
          <w:noProof/>
          <w:lang w:val="ru-RU"/>
        </w:rPr>
      </w:pPr>
      <w:r w:rsidRPr="00C25644">
        <w:rPr>
          <w:noProof/>
          <w:lang w:val="ru-RU"/>
        </w:rPr>
        <w:t>8.2.6. ўз маълумотлари, телефон рақами, электрон почта манзили ва бошқа реквизитлари ўзгарганда Банкни кечиктирмасдан хабардор қилиш.</w:t>
      </w:r>
    </w:p>
    <w:p w14:paraId="343730D6" w14:textId="77777777" w:rsidR="00C25644" w:rsidRPr="00C25644" w:rsidRDefault="00C25644" w:rsidP="00C25644">
      <w:pPr>
        <w:spacing w:after="40" w:line="240" w:lineRule="auto"/>
        <w:jc w:val="both"/>
        <w:rPr>
          <w:noProof/>
          <w:lang w:val="ru-RU"/>
        </w:rPr>
      </w:pPr>
    </w:p>
    <w:p w14:paraId="44593E22" w14:textId="77777777" w:rsidR="00C25644" w:rsidRPr="00C25644" w:rsidRDefault="00C25644" w:rsidP="00C25644">
      <w:pPr>
        <w:spacing w:after="0" w:line="240" w:lineRule="auto"/>
        <w:jc w:val="both"/>
        <w:rPr>
          <w:noProof/>
          <w:lang w:val="ru-RU"/>
        </w:rPr>
      </w:pPr>
      <w:r w:rsidRPr="00C25644">
        <w:rPr>
          <w:b/>
          <w:noProof/>
          <w:lang w:val="ru-RU"/>
        </w:rPr>
        <w:t>9. ИСТ</w:t>
      </w:r>
      <w:r w:rsidRPr="00C25644">
        <w:rPr>
          <w:b/>
          <w:noProof/>
        </w:rPr>
        <w:t>E</w:t>
      </w:r>
      <w:r w:rsidRPr="00C25644">
        <w:rPr>
          <w:b/>
          <w:noProof/>
          <w:lang w:val="ru-RU"/>
        </w:rPr>
        <w:t>ЪМОЛЧИГА АХБОРОТ Б</w:t>
      </w:r>
      <w:r w:rsidRPr="00C25644">
        <w:rPr>
          <w:b/>
          <w:noProof/>
        </w:rPr>
        <w:t>E</w:t>
      </w:r>
      <w:r w:rsidRPr="00C25644">
        <w:rPr>
          <w:b/>
          <w:noProof/>
          <w:lang w:val="ru-RU"/>
        </w:rPr>
        <w:t>РИШ ВА МУРОЖААТЛАРНИ КЎРИБ ЧИҚИШ</w:t>
      </w:r>
    </w:p>
    <w:p w14:paraId="2EB187A1" w14:textId="77777777" w:rsidR="00C25644" w:rsidRPr="00C25644" w:rsidRDefault="00C25644" w:rsidP="00C25644">
      <w:pPr>
        <w:spacing w:after="0" w:line="240" w:lineRule="auto"/>
        <w:ind w:firstLine="709"/>
        <w:jc w:val="both"/>
        <w:rPr>
          <w:noProof/>
          <w:lang w:val="ru-RU"/>
        </w:rPr>
      </w:pPr>
      <w:r w:rsidRPr="00C25644">
        <w:rPr>
          <w:noProof/>
          <w:lang w:val="ru-RU"/>
        </w:rPr>
        <w:lastRenderedPageBreak/>
        <w:t>9.1. Банк Мижозга маҳсулотнинг асосий шартлари, тарифлари, комиссиялар, хавфлар, чекловлар ҳамда мурожаат қилиш тартиби бўйича ахборотни ўзининг расмий каналлари орқали тақдим этади.</w:t>
      </w:r>
    </w:p>
    <w:p w14:paraId="6BACE6D4" w14:textId="77777777" w:rsidR="00C25644" w:rsidRPr="00C25644" w:rsidRDefault="00C25644" w:rsidP="00C25644">
      <w:pPr>
        <w:spacing w:after="0" w:line="240" w:lineRule="auto"/>
        <w:ind w:firstLine="709"/>
        <w:jc w:val="both"/>
        <w:rPr>
          <w:noProof/>
          <w:lang w:val="ru-RU"/>
        </w:rPr>
      </w:pPr>
      <w:r w:rsidRPr="00C25644">
        <w:rPr>
          <w:noProof/>
          <w:lang w:val="ru-RU"/>
        </w:rPr>
        <w:t>9.2. Банк банк карталари ва талаб қилиб олингунча банк ҳисобварақлари бўйича истеъмолчилар билан ўзаро муносабатларга қўйиладиган минимал талаблар тўғрисидаги норматив ҳужжатлар талабларига мувофиқ, қонунчиликда назарда тутилган ҳолларда ахборот варақаси ва бошқа мажбурий маълумотларни тақдим этади.</w:t>
      </w:r>
    </w:p>
    <w:p w14:paraId="63204DD2" w14:textId="77777777" w:rsidR="00C25644" w:rsidRPr="00C25644" w:rsidRDefault="00C25644" w:rsidP="00C25644">
      <w:pPr>
        <w:spacing w:after="0" w:line="240" w:lineRule="auto"/>
        <w:ind w:firstLine="709"/>
        <w:jc w:val="both"/>
        <w:rPr>
          <w:noProof/>
          <w:lang w:val="ru-RU"/>
        </w:rPr>
      </w:pPr>
      <w:r w:rsidRPr="00C25644">
        <w:rPr>
          <w:noProof/>
          <w:lang w:val="ru-RU"/>
        </w:rPr>
        <w:t>9.3. Талаб қилиб олингунча банк ҳисобварақлари бўйича Банк Мижозга қонунчиликда назарда тутилган ҳолларда кафолатлаш тизими тўғрисидаги ахборотни тақдим этади ҳамда Мижознинг у билан танишганини қайд этади.</w:t>
      </w:r>
    </w:p>
    <w:p w14:paraId="69566666" w14:textId="77777777" w:rsidR="00C25644" w:rsidRPr="00C25644" w:rsidRDefault="00C25644" w:rsidP="00C25644">
      <w:pPr>
        <w:spacing w:after="0" w:line="240" w:lineRule="auto"/>
        <w:ind w:firstLine="709"/>
        <w:jc w:val="both"/>
        <w:rPr>
          <w:noProof/>
          <w:lang w:val="ru-RU"/>
        </w:rPr>
      </w:pPr>
      <w:r w:rsidRPr="00C25644">
        <w:rPr>
          <w:noProof/>
          <w:lang w:val="ru-RU"/>
        </w:rPr>
        <w:t>9.4. Мижоз Банкка ёзма, электрон, мобил илова, алоқа маркази ёки Банк томонидан белгиланган бошқа расмий каналлар орқали мурожаат қилиши мумкин.</w:t>
      </w:r>
    </w:p>
    <w:p w14:paraId="32A35396" w14:textId="77777777" w:rsidR="00C25644" w:rsidRPr="00C25644" w:rsidRDefault="00C25644" w:rsidP="00C25644">
      <w:pPr>
        <w:spacing w:after="0" w:line="240" w:lineRule="auto"/>
        <w:ind w:firstLine="709"/>
        <w:jc w:val="both"/>
        <w:rPr>
          <w:noProof/>
          <w:lang w:val="ru-RU"/>
        </w:rPr>
      </w:pPr>
      <w:r w:rsidRPr="00C25644">
        <w:rPr>
          <w:noProof/>
          <w:lang w:val="ru-RU"/>
        </w:rPr>
        <w:t>9.5. Мурожаатлар бепул қабул қилинади, Банк томонидан рўйхатга олинади, қонунчилик ва ички тартибларга мувофиқ кўриб чиқилади ҳамда натижалари бўйича Мижозга жавоб берилади.</w:t>
      </w:r>
    </w:p>
    <w:p w14:paraId="3ECA76FC" w14:textId="77777777" w:rsidR="00C25644" w:rsidRPr="00C25644" w:rsidRDefault="00C25644" w:rsidP="00C25644">
      <w:pPr>
        <w:spacing w:after="0" w:line="240" w:lineRule="auto"/>
        <w:ind w:firstLine="709"/>
        <w:jc w:val="both"/>
        <w:rPr>
          <w:noProof/>
          <w:lang w:val="ru-RU"/>
        </w:rPr>
      </w:pPr>
      <w:r w:rsidRPr="00C25644">
        <w:rPr>
          <w:noProof/>
          <w:lang w:val="ru-RU"/>
        </w:rPr>
        <w:t>9.6. Мижозга, зарурат бўлганда, Банкнинг ички апелляция тартиби, ваколатли давлат органларига ва судга мурожаат қилиш имконияти тўғрисида ахборот берилади.</w:t>
      </w:r>
    </w:p>
    <w:p w14:paraId="7843850C" w14:textId="77777777" w:rsidR="00C25644" w:rsidRPr="00C25644" w:rsidRDefault="00C25644" w:rsidP="00C25644">
      <w:pPr>
        <w:spacing w:after="40" w:line="240" w:lineRule="auto"/>
        <w:jc w:val="both"/>
        <w:rPr>
          <w:noProof/>
          <w:lang w:val="ru-RU"/>
        </w:rPr>
      </w:pPr>
    </w:p>
    <w:p w14:paraId="515425F4" w14:textId="75AAE8DC" w:rsidR="00C25644" w:rsidRPr="00C25644" w:rsidRDefault="00C25644" w:rsidP="00C25644">
      <w:pPr>
        <w:spacing w:after="0" w:line="240" w:lineRule="auto"/>
        <w:jc w:val="both"/>
        <w:rPr>
          <w:noProof/>
          <w:lang w:val="ru-RU"/>
        </w:rPr>
      </w:pPr>
      <w:r w:rsidRPr="00C25644">
        <w:rPr>
          <w:b/>
          <w:noProof/>
          <w:lang w:val="ru-RU"/>
        </w:rPr>
        <w:t>10. АМЛ/</w:t>
      </w:r>
      <w:r w:rsidRPr="00C25644">
        <w:rPr>
          <w:b/>
          <w:noProof/>
        </w:rPr>
        <w:t>C</w:t>
      </w:r>
      <w:r w:rsidRPr="00C25644">
        <w:rPr>
          <w:b/>
          <w:noProof/>
          <w:lang w:val="ru-RU"/>
        </w:rPr>
        <w:t>ФТ, САНКЦИОН КОМПЛА</w:t>
      </w:r>
      <w:r w:rsidR="00C91A8C">
        <w:rPr>
          <w:b/>
          <w:noProof/>
          <w:lang w:val="ru-RU"/>
        </w:rPr>
        <w:t>Е</w:t>
      </w:r>
      <w:r w:rsidRPr="00C25644">
        <w:rPr>
          <w:b/>
          <w:noProof/>
          <w:lang w:val="ru-RU"/>
        </w:rPr>
        <w:t>НС ВА ХАВФСИЗЛИК ЧОРАЛАРИ</w:t>
      </w:r>
    </w:p>
    <w:p w14:paraId="2440E094" w14:textId="769C96E7" w:rsidR="00C25644" w:rsidRPr="00C25644" w:rsidRDefault="00C25644" w:rsidP="00C25644">
      <w:pPr>
        <w:spacing w:after="0" w:line="240" w:lineRule="auto"/>
        <w:ind w:firstLine="709"/>
        <w:jc w:val="both"/>
        <w:rPr>
          <w:noProof/>
          <w:lang w:val="ru-RU"/>
        </w:rPr>
      </w:pPr>
      <w:r w:rsidRPr="00C25644">
        <w:rPr>
          <w:noProof/>
          <w:lang w:val="ru-RU"/>
        </w:rPr>
        <w:t>10.1. Банк Мижозга хизмат кўрсатишда АМЛ/</w:t>
      </w:r>
      <w:r w:rsidRPr="00C25644">
        <w:rPr>
          <w:noProof/>
        </w:rPr>
        <w:t>C</w:t>
      </w:r>
      <w:r w:rsidRPr="00C25644">
        <w:rPr>
          <w:noProof/>
          <w:lang w:val="ru-RU"/>
        </w:rPr>
        <w:t>ФТ, ПФ ва санкцион компла</w:t>
      </w:r>
      <w:r w:rsidR="00C91A8C">
        <w:rPr>
          <w:noProof/>
          <w:lang w:val="ru-RU"/>
        </w:rPr>
        <w:t>е</w:t>
      </w:r>
      <w:r w:rsidRPr="00C25644">
        <w:rPr>
          <w:noProof/>
          <w:lang w:val="ru-RU"/>
        </w:rPr>
        <w:t>нс бўйича қонунчилик, Марказий банк ҳужжатлари, тўлов тизимлари талаблари ҳамда Банкнинг ички қоидаларига амал қилади.</w:t>
      </w:r>
    </w:p>
    <w:p w14:paraId="67F4468F" w14:textId="77777777" w:rsidR="00C25644" w:rsidRPr="00C25644" w:rsidRDefault="00C25644" w:rsidP="00C25644">
      <w:pPr>
        <w:spacing w:after="0" w:line="240" w:lineRule="auto"/>
        <w:ind w:firstLine="709"/>
        <w:jc w:val="both"/>
        <w:rPr>
          <w:noProof/>
          <w:lang w:val="ru-RU"/>
        </w:rPr>
      </w:pPr>
      <w:r w:rsidRPr="00C25644">
        <w:rPr>
          <w:noProof/>
          <w:lang w:val="ru-RU"/>
        </w:rPr>
        <w:t>10.2. Банк операциянинг иқтисодий мазмуни, маблағларнинг келиб чиқиш манбаси, контрагент ва бошқа ҳолатлар бўйича тушунтириш ва тасдиқловчи ҳужжатлар талаб қилишга ҳақли.</w:t>
      </w:r>
    </w:p>
    <w:p w14:paraId="2143D004" w14:textId="77777777" w:rsidR="00C25644" w:rsidRPr="00C25644" w:rsidRDefault="00C25644" w:rsidP="00C25644">
      <w:pPr>
        <w:spacing w:after="0" w:line="240" w:lineRule="auto"/>
        <w:ind w:firstLine="709"/>
        <w:jc w:val="both"/>
        <w:rPr>
          <w:noProof/>
          <w:lang w:val="ru-RU"/>
        </w:rPr>
      </w:pPr>
      <w:r w:rsidRPr="00C25644">
        <w:rPr>
          <w:noProof/>
          <w:lang w:val="ru-RU"/>
        </w:rPr>
        <w:t>10.3. Тақдим этилган маълумотлар етарли бўлмаганда, шубҳали операция аниқланганда, санкцион хавф мавжуд бўлганда ёки қонунчиликда назарда тутилган бошқа ҳолларда Банк операцияни рад этиши, чеклаши ёки вақтинча тўхтатиши мумкин.</w:t>
      </w:r>
    </w:p>
    <w:p w14:paraId="418FEACA" w14:textId="77777777" w:rsidR="00C25644" w:rsidRPr="00C25644" w:rsidRDefault="00C25644" w:rsidP="00C25644">
      <w:pPr>
        <w:spacing w:after="0" w:line="240" w:lineRule="auto"/>
        <w:ind w:firstLine="709"/>
        <w:jc w:val="both"/>
        <w:rPr>
          <w:noProof/>
          <w:lang w:val="ru-RU"/>
        </w:rPr>
      </w:pPr>
      <w:r w:rsidRPr="00C25644">
        <w:rPr>
          <w:noProof/>
          <w:lang w:val="ru-RU"/>
        </w:rPr>
        <w:t>10.4. Банкнинг мазкур бўлим бўйича ҳаракатлари қонунчилик ва Банкнинг ички назорат тизимидан келиб чиқиб амалга оширилади.</w:t>
      </w:r>
    </w:p>
    <w:p w14:paraId="492F3035" w14:textId="77777777" w:rsidR="00C25644" w:rsidRPr="00C25644" w:rsidRDefault="00C25644" w:rsidP="00C25644">
      <w:pPr>
        <w:spacing w:after="40" w:line="240" w:lineRule="auto"/>
        <w:jc w:val="both"/>
        <w:rPr>
          <w:noProof/>
          <w:lang w:val="ru-RU"/>
        </w:rPr>
      </w:pPr>
    </w:p>
    <w:p w14:paraId="32593F84" w14:textId="77777777" w:rsidR="00C25644" w:rsidRPr="00C25644" w:rsidRDefault="00C25644" w:rsidP="00C25644">
      <w:pPr>
        <w:spacing w:after="0" w:line="240" w:lineRule="auto"/>
        <w:jc w:val="both"/>
        <w:rPr>
          <w:noProof/>
          <w:lang w:val="ru-RU"/>
        </w:rPr>
      </w:pPr>
      <w:r w:rsidRPr="00C25644">
        <w:rPr>
          <w:b/>
          <w:noProof/>
          <w:lang w:val="ru-RU"/>
        </w:rPr>
        <w:t>11. ТАРИФЛАР, ФОИЗЛАР ВА ҲИСОБ-КИТОБЛАР</w:t>
      </w:r>
    </w:p>
    <w:p w14:paraId="24E671C3" w14:textId="77777777" w:rsidR="00C25644" w:rsidRPr="00C25644" w:rsidRDefault="00C25644" w:rsidP="00C25644">
      <w:pPr>
        <w:spacing w:after="0" w:line="240" w:lineRule="auto"/>
        <w:ind w:firstLine="709"/>
        <w:jc w:val="both"/>
        <w:rPr>
          <w:noProof/>
          <w:lang w:val="ru-RU"/>
        </w:rPr>
      </w:pPr>
      <w:r w:rsidRPr="00C25644">
        <w:rPr>
          <w:noProof/>
          <w:lang w:val="ru-RU"/>
        </w:rPr>
        <w:t>11.1. Банк хизматлари учун ҳақ Банкнинг амалдаги тарифларига мувофиқ ундирилади.</w:t>
      </w:r>
    </w:p>
    <w:p w14:paraId="37A71244" w14:textId="77777777" w:rsidR="00C25644" w:rsidRPr="00C25644" w:rsidRDefault="00C25644" w:rsidP="00C25644">
      <w:pPr>
        <w:spacing w:after="0" w:line="240" w:lineRule="auto"/>
        <w:ind w:firstLine="709"/>
        <w:jc w:val="both"/>
        <w:rPr>
          <w:noProof/>
          <w:lang w:val="ru-RU"/>
        </w:rPr>
      </w:pPr>
      <w:r w:rsidRPr="00C25644">
        <w:rPr>
          <w:noProof/>
          <w:lang w:val="ru-RU"/>
        </w:rPr>
        <w:t>11.2. Талаб қилиб олингунча банк ҳисобварақлари бўйича фоизлар ва бошқа молиявий шартлар фақат маҳсулотнинг индивидуал шартларида ва амалдаги тарифларда назарда тутилган ҳолларда қўлланилади.</w:t>
      </w:r>
    </w:p>
    <w:p w14:paraId="1F749F09" w14:textId="77777777" w:rsidR="00C25644" w:rsidRPr="00C25644" w:rsidRDefault="00C25644" w:rsidP="00C25644">
      <w:pPr>
        <w:spacing w:after="0" w:line="240" w:lineRule="auto"/>
        <w:ind w:firstLine="709"/>
        <w:jc w:val="both"/>
        <w:rPr>
          <w:noProof/>
          <w:lang w:val="ru-RU"/>
        </w:rPr>
      </w:pPr>
      <w:r w:rsidRPr="00C25644">
        <w:rPr>
          <w:noProof/>
          <w:lang w:val="ru-RU"/>
        </w:rPr>
        <w:t>11.3. Тарифлар ва хизмат шартлари Банкнинг расмий веб-сайтида, мобил иловасида, Банк офисларида ва бошқа расмий ахборот каналларида эълон қилинади.</w:t>
      </w:r>
    </w:p>
    <w:p w14:paraId="5805D810" w14:textId="77777777" w:rsidR="00C25644" w:rsidRPr="00C25644" w:rsidRDefault="00C25644" w:rsidP="00C25644">
      <w:pPr>
        <w:spacing w:after="0" w:line="240" w:lineRule="auto"/>
        <w:ind w:firstLine="709"/>
        <w:jc w:val="both"/>
        <w:rPr>
          <w:noProof/>
          <w:lang w:val="ru-RU"/>
        </w:rPr>
      </w:pPr>
      <w:r w:rsidRPr="00C25644">
        <w:rPr>
          <w:noProof/>
          <w:lang w:val="ru-RU"/>
        </w:rPr>
        <w:t>11.4. Банк хизмат ҳақи ва бошқа тўловларни қонунчиликда рухсат этилган ҳолларда ҳамда Мижоз ушбу Шартномани акцепт қилган доирада карта ҳисобварағи ёки бошқа тегишли ҳисобварақдан ундиришга ҳақли.</w:t>
      </w:r>
    </w:p>
    <w:p w14:paraId="733EB5B3" w14:textId="77777777" w:rsidR="00C25644" w:rsidRPr="00C25644" w:rsidRDefault="00C25644" w:rsidP="00C25644">
      <w:pPr>
        <w:spacing w:after="0" w:line="240" w:lineRule="auto"/>
        <w:ind w:firstLine="709"/>
        <w:jc w:val="both"/>
        <w:rPr>
          <w:noProof/>
          <w:lang w:val="ru-RU"/>
        </w:rPr>
      </w:pPr>
      <w:r w:rsidRPr="00C25644">
        <w:rPr>
          <w:noProof/>
          <w:lang w:val="ru-RU"/>
        </w:rPr>
        <w:lastRenderedPageBreak/>
        <w:t>11.5. Тарифларга ўзгартириш киритилганда Банк Мижозни камида 10 (ўн) кун олдин, агар қонунчилик ёки маҳсулот шартларида бошқа муддат назарда тутилмаган бўлса, хабардор қилади.</w:t>
      </w:r>
    </w:p>
    <w:p w14:paraId="47CD96B4" w14:textId="77777777" w:rsidR="00C25644" w:rsidRPr="00C25644" w:rsidRDefault="00C25644" w:rsidP="00C25644">
      <w:pPr>
        <w:spacing w:after="40" w:line="240" w:lineRule="auto"/>
        <w:jc w:val="both"/>
        <w:rPr>
          <w:noProof/>
          <w:lang w:val="ru-RU"/>
        </w:rPr>
      </w:pPr>
    </w:p>
    <w:p w14:paraId="351B48D7" w14:textId="77777777" w:rsidR="00C25644" w:rsidRPr="00C25644" w:rsidRDefault="00C25644" w:rsidP="00C25644">
      <w:pPr>
        <w:spacing w:after="0" w:line="240" w:lineRule="auto"/>
        <w:jc w:val="both"/>
        <w:rPr>
          <w:noProof/>
          <w:lang w:val="ru-RU"/>
        </w:rPr>
      </w:pPr>
      <w:r w:rsidRPr="00C25644">
        <w:rPr>
          <w:b/>
          <w:noProof/>
          <w:lang w:val="ru-RU"/>
        </w:rPr>
        <w:t>12. ТОМОНЛАРНИНГ ЖАВОБГАРЛИГИ</w:t>
      </w:r>
    </w:p>
    <w:p w14:paraId="72C62496" w14:textId="77777777" w:rsidR="00C25644" w:rsidRPr="00C25644" w:rsidRDefault="00C25644" w:rsidP="00C25644">
      <w:pPr>
        <w:spacing w:after="0" w:line="240" w:lineRule="auto"/>
        <w:ind w:firstLine="709"/>
        <w:jc w:val="both"/>
        <w:rPr>
          <w:noProof/>
          <w:lang w:val="ru-RU"/>
        </w:rPr>
      </w:pPr>
      <w:r w:rsidRPr="00C25644">
        <w:rPr>
          <w:noProof/>
          <w:lang w:val="ru-RU"/>
        </w:rPr>
        <w:t>12.1. Томонлар ушбу Шартнома бўйича мажбуриятларни бажармаганлиги ёки лозим даражада бажармаганлиги учун қонунчиликка мувофиқ жавобгар бўлади.</w:t>
      </w:r>
    </w:p>
    <w:p w14:paraId="36768F72" w14:textId="77777777" w:rsidR="00C25644" w:rsidRPr="00C25644" w:rsidRDefault="00C25644" w:rsidP="00C25644">
      <w:pPr>
        <w:spacing w:after="0" w:line="240" w:lineRule="auto"/>
        <w:ind w:firstLine="709"/>
        <w:jc w:val="both"/>
        <w:rPr>
          <w:noProof/>
          <w:lang w:val="ru-RU"/>
        </w:rPr>
      </w:pPr>
      <w:r w:rsidRPr="00C25644">
        <w:rPr>
          <w:noProof/>
          <w:lang w:val="ru-RU"/>
        </w:rPr>
        <w:t>12.2. Банк Мижоз тақдим этган нотўғри ёки тўлиқ бўлмаган маълумотлар, учинчи шахслар хатти-ҳаракатлари, алоқа операторлари ва тўлов тизимлари узилишлари, электр таъминоти узилиши ҳамда бошқа Банкга боғлиқ бўлмаган ҳолатлар оқибатлари учун жавобгар бўлмайди, бундан Банкнинг айби исботланган ҳолатлар мустасно.</w:t>
      </w:r>
    </w:p>
    <w:p w14:paraId="7D69D31D" w14:textId="77777777" w:rsidR="00C25644" w:rsidRPr="00C25644" w:rsidRDefault="00C25644" w:rsidP="00C25644">
      <w:pPr>
        <w:spacing w:after="0" w:line="240" w:lineRule="auto"/>
        <w:ind w:firstLine="709"/>
        <w:jc w:val="both"/>
        <w:rPr>
          <w:noProof/>
          <w:lang w:val="ru-RU"/>
        </w:rPr>
      </w:pPr>
      <w:r w:rsidRPr="00C25644">
        <w:rPr>
          <w:noProof/>
          <w:lang w:val="ru-RU"/>
        </w:rPr>
        <w:t>12.3. Мижоз аутентификация воситалари, ПИН-код, пароль ва бошқа махфий маълумотларни учинчи шахсларга ошкор этиш оқибатлари учун жавоб беради, бундан Банкнинг тизим хавфсизлиги қўпол равишда бузилган ҳоллар мустасно.</w:t>
      </w:r>
    </w:p>
    <w:p w14:paraId="5FD50368" w14:textId="77777777" w:rsidR="00C25644" w:rsidRPr="00C25644" w:rsidRDefault="00C25644" w:rsidP="00C25644">
      <w:pPr>
        <w:spacing w:after="0" w:line="240" w:lineRule="auto"/>
        <w:ind w:firstLine="709"/>
        <w:jc w:val="both"/>
        <w:rPr>
          <w:noProof/>
          <w:lang w:val="ru-RU"/>
        </w:rPr>
      </w:pPr>
      <w:r w:rsidRPr="00C25644">
        <w:rPr>
          <w:noProof/>
          <w:lang w:val="ru-RU"/>
        </w:rPr>
        <w:t>12.4. Банк картаси бўйича баҳсли операцияларни кўриб чиқиш натижаси тўлов тизимлари қоидалари, техник маълумотлар, идентификация воситалари ва қонунчилик талабларидан келиб чиқиб белгиланади.</w:t>
      </w:r>
    </w:p>
    <w:p w14:paraId="09F0A100" w14:textId="77777777" w:rsidR="00C25644" w:rsidRPr="00C25644" w:rsidRDefault="00C25644" w:rsidP="00C25644">
      <w:pPr>
        <w:spacing w:after="40" w:line="240" w:lineRule="auto"/>
        <w:jc w:val="both"/>
        <w:rPr>
          <w:noProof/>
          <w:lang w:val="ru-RU"/>
        </w:rPr>
      </w:pPr>
    </w:p>
    <w:p w14:paraId="6F5D25E9" w14:textId="77777777" w:rsidR="00C25644" w:rsidRPr="00C25644" w:rsidRDefault="00C25644" w:rsidP="00C25644">
      <w:pPr>
        <w:spacing w:after="0" w:line="240" w:lineRule="auto"/>
        <w:jc w:val="both"/>
        <w:rPr>
          <w:noProof/>
          <w:lang w:val="ru-RU"/>
        </w:rPr>
      </w:pPr>
      <w:r w:rsidRPr="00C25644">
        <w:rPr>
          <w:b/>
          <w:noProof/>
          <w:lang w:val="ru-RU"/>
        </w:rPr>
        <w:t>13. БАНК СИРИ ВА ШАХСИЙ МАЪЛУМОТЛАР</w:t>
      </w:r>
    </w:p>
    <w:p w14:paraId="63843C3A" w14:textId="77777777" w:rsidR="00C25644" w:rsidRPr="00C25644" w:rsidRDefault="00C25644" w:rsidP="00C25644">
      <w:pPr>
        <w:spacing w:after="0" w:line="240" w:lineRule="auto"/>
        <w:ind w:firstLine="709"/>
        <w:jc w:val="both"/>
        <w:rPr>
          <w:noProof/>
          <w:lang w:val="ru-RU"/>
        </w:rPr>
      </w:pPr>
      <w:r w:rsidRPr="00C25644">
        <w:rPr>
          <w:noProof/>
          <w:lang w:val="ru-RU"/>
        </w:rPr>
        <w:t>13.1. Мижознинг банк карталари, талаб қилиб олингунча банк ҳисобварақлари, операциялари ва Банк билан муносабатларига оид маълумотлар банк сири ҳисобланади.</w:t>
      </w:r>
    </w:p>
    <w:p w14:paraId="63075C27" w14:textId="77777777" w:rsidR="00C25644" w:rsidRPr="00C25644" w:rsidRDefault="00C25644" w:rsidP="00C25644">
      <w:pPr>
        <w:spacing w:after="0" w:line="240" w:lineRule="auto"/>
        <w:ind w:firstLine="709"/>
        <w:jc w:val="both"/>
        <w:rPr>
          <w:noProof/>
          <w:lang w:val="ru-RU"/>
        </w:rPr>
      </w:pPr>
      <w:r w:rsidRPr="00C25644">
        <w:rPr>
          <w:noProof/>
          <w:lang w:val="ru-RU"/>
        </w:rPr>
        <w:t>13.2. Банк Мижозга оид маълумотларни фақат қонунчиликда назарда тутилган ҳолларда ва тартибда учинчи шахсларга тақдим этади.</w:t>
      </w:r>
    </w:p>
    <w:p w14:paraId="2C673144" w14:textId="77777777" w:rsidR="00C25644" w:rsidRPr="00C25644" w:rsidRDefault="00C25644" w:rsidP="00C25644">
      <w:pPr>
        <w:spacing w:after="0" w:line="240" w:lineRule="auto"/>
        <w:ind w:firstLine="709"/>
        <w:jc w:val="both"/>
        <w:rPr>
          <w:noProof/>
          <w:lang w:val="ru-RU"/>
        </w:rPr>
      </w:pPr>
      <w:r w:rsidRPr="00C25644">
        <w:rPr>
          <w:noProof/>
          <w:lang w:val="ru-RU"/>
        </w:rPr>
        <w:t>13.3. Мижоз ушбу Шартномани акцепт қилиш орқали Банкка қонунчиликда рухсат этилган доирада хизмат кўрсатиш, идентификация қилиш, хавфсизлик чораларини кўриш, мурожаатларни кўриб чиқиш ва бошқа қонуний мақсадлар учун ўзига оид маълумотларни қайта ишлашга розилик беради.</w:t>
      </w:r>
    </w:p>
    <w:p w14:paraId="0DD9C32A" w14:textId="77777777" w:rsidR="00C25644" w:rsidRPr="00C25644" w:rsidRDefault="00C25644" w:rsidP="00C25644">
      <w:pPr>
        <w:spacing w:after="40" w:line="240" w:lineRule="auto"/>
        <w:jc w:val="both"/>
        <w:rPr>
          <w:noProof/>
          <w:lang w:val="ru-RU"/>
        </w:rPr>
      </w:pPr>
    </w:p>
    <w:p w14:paraId="7620E457" w14:textId="77777777" w:rsidR="00C25644" w:rsidRPr="00C25644" w:rsidRDefault="00C25644" w:rsidP="00C25644">
      <w:pPr>
        <w:spacing w:after="0" w:line="240" w:lineRule="auto"/>
        <w:jc w:val="both"/>
        <w:rPr>
          <w:noProof/>
          <w:lang w:val="ru-RU"/>
        </w:rPr>
      </w:pPr>
      <w:r w:rsidRPr="00C25644">
        <w:rPr>
          <w:b/>
          <w:noProof/>
          <w:lang w:val="ru-RU"/>
        </w:rPr>
        <w:t>14. ФОРС-МАЖОР</w:t>
      </w:r>
    </w:p>
    <w:p w14:paraId="66E4E5C0" w14:textId="77777777" w:rsidR="00C25644" w:rsidRPr="00C25644" w:rsidRDefault="00C25644" w:rsidP="00C25644">
      <w:pPr>
        <w:spacing w:after="0" w:line="240" w:lineRule="auto"/>
        <w:ind w:firstLine="709"/>
        <w:jc w:val="both"/>
        <w:rPr>
          <w:noProof/>
          <w:lang w:val="ru-RU"/>
        </w:rPr>
      </w:pPr>
      <w:r w:rsidRPr="00C25644">
        <w:rPr>
          <w:noProof/>
          <w:lang w:val="ru-RU"/>
        </w:rPr>
        <w:t>14.1. Енгиб бўлмайдиган куч ҳолатлари, шу жумладан табиий офатлар, фавқулодда ҳолатлар, уруш, давлат органларининг чекловлари, алоқа ва тўлов инфратузилмаси узилишлари оқибатида Томонлар мажбуриятларини бажара олмаган тақдирда, улар бундай ҳолатлар давомида жавобгарликдан озод этилади.</w:t>
      </w:r>
    </w:p>
    <w:p w14:paraId="764ED23C" w14:textId="77777777" w:rsidR="00C25644" w:rsidRPr="00C25644" w:rsidRDefault="00C25644" w:rsidP="00C25644">
      <w:pPr>
        <w:spacing w:after="0" w:line="240" w:lineRule="auto"/>
        <w:ind w:firstLine="709"/>
        <w:jc w:val="both"/>
        <w:rPr>
          <w:noProof/>
          <w:lang w:val="ru-RU"/>
        </w:rPr>
      </w:pPr>
      <w:r w:rsidRPr="00C25644">
        <w:rPr>
          <w:noProof/>
          <w:lang w:val="ru-RU"/>
        </w:rPr>
        <w:t>14.2. Форс-мажор ҳолатига дуч келган Томон имкон қадар қисқа муддатда бошқа Томонни бу ҳақда хабардор қилиши ва бундай ҳолат тугагач, мажбуриятларни бажаришни тиклаш чораларини кўриши лозим.</w:t>
      </w:r>
    </w:p>
    <w:p w14:paraId="48E43FAF" w14:textId="77777777" w:rsidR="00C25644" w:rsidRPr="00C25644" w:rsidRDefault="00C25644" w:rsidP="00C25644">
      <w:pPr>
        <w:spacing w:after="40" w:line="240" w:lineRule="auto"/>
        <w:jc w:val="both"/>
        <w:rPr>
          <w:noProof/>
          <w:lang w:val="ru-RU"/>
        </w:rPr>
      </w:pPr>
    </w:p>
    <w:p w14:paraId="776BE806" w14:textId="77777777" w:rsidR="00C25644" w:rsidRPr="00C25644" w:rsidRDefault="00C25644" w:rsidP="00C25644">
      <w:pPr>
        <w:spacing w:after="0" w:line="240" w:lineRule="auto"/>
        <w:jc w:val="both"/>
        <w:rPr>
          <w:noProof/>
          <w:lang w:val="ru-RU"/>
        </w:rPr>
      </w:pPr>
      <w:r w:rsidRPr="00C25644">
        <w:rPr>
          <w:b/>
          <w:noProof/>
          <w:lang w:val="ru-RU"/>
        </w:rPr>
        <w:t>15. ШАРТНОМАНИНГ АМАЛ ҚИЛИШ МУДДАТИ, ЎЗГАРТИРИЛИШИ ВА Б</w:t>
      </w:r>
      <w:r w:rsidRPr="00C25644">
        <w:rPr>
          <w:b/>
          <w:noProof/>
        </w:rPr>
        <w:t>E</w:t>
      </w:r>
      <w:r w:rsidRPr="00C25644">
        <w:rPr>
          <w:b/>
          <w:noProof/>
          <w:lang w:val="ru-RU"/>
        </w:rPr>
        <w:t>КОР ҚИЛИНИШИ</w:t>
      </w:r>
    </w:p>
    <w:p w14:paraId="01B12B04" w14:textId="77777777" w:rsidR="00C25644" w:rsidRPr="00C25644" w:rsidRDefault="00C25644" w:rsidP="00C25644">
      <w:pPr>
        <w:spacing w:after="0" w:line="240" w:lineRule="auto"/>
        <w:ind w:firstLine="709"/>
        <w:jc w:val="both"/>
        <w:rPr>
          <w:noProof/>
          <w:lang w:val="ru-RU"/>
        </w:rPr>
      </w:pPr>
      <w:r w:rsidRPr="00C25644">
        <w:rPr>
          <w:noProof/>
          <w:lang w:val="ru-RU"/>
        </w:rPr>
        <w:t>15.1. Мазкур Шартнома Банк томонидан эълон қилинган кундан бошлаб кучга киради ва бекор қилингунга қадар амал қилади.</w:t>
      </w:r>
    </w:p>
    <w:p w14:paraId="04CBDD3F" w14:textId="77777777" w:rsidR="00C25644" w:rsidRPr="00C25644" w:rsidRDefault="00C25644" w:rsidP="00C25644">
      <w:pPr>
        <w:spacing w:after="0" w:line="240" w:lineRule="auto"/>
        <w:ind w:firstLine="709"/>
        <w:jc w:val="both"/>
        <w:rPr>
          <w:noProof/>
          <w:lang w:val="ru-RU"/>
        </w:rPr>
      </w:pPr>
      <w:r w:rsidRPr="00C25644">
        <w:rPr>
          <w:noProof/>
          <w:lang w:val="ru-RU"/>
        </w:rPr>
        <w:t>15.2. Мижоз томонидан акцепт қилинган таҳрир Мижоз билан муносабатларда маҳсулот очилган кундан бошлаб қўлланилади.</w:t>
      </w:r>
    </w:p>
    <w:p w14:paraId="1BF3747C" w14:textId="77777777" w:rsidR="00C25644" w:rsidRPr="00C25644" w:rsidRDefault="00C25644" w:rsidP="00C25644">
      <w:pPr>
        <w:spacing w:after="0" w:line="240" w:lineRule="auto"/>
        <w:ind w:firstLine="709"/>
        <w:jc w:val="both"/>
        <w:rPr>
          <w:noProof/>
          <w:lang w:val="ru-RU"/>
        </w:rPr>
      </w:pPr>
      <w:r w:rsidRPr="00C25644">
        <w:rPr>
          <w:noProof/>
          <w:lang w:val="ru-RU"/>
        </w:rPr>
        <w:lastRenderedPageBreak/>
        <w:t>15.3. Банк ушбу Шартномага ўзгартириш ва қўшимчалар киритишга ҳақли. Ўзгартиришлар расмий ахборот каналларида эълон қилинган пайтдан ёки унда кўрсатилган санадан бошлаб кучга киради.</w:t>
      </w:r>
    </w:p>
    <w:p w14:paraId="65C8852A" w14:textId="77777777" w:rsidR="00C25644" w:rsidRPr="00C25644" w:rsidRDefault="00C25644" w:rsidP="00C25644">
      <w:pPr>
        <w:spacing w:after="0" w:line="240" w:lineRule="auto"/>
        <w:ind w:firstLine="709"/>
        <w:jc w:val="both"/>
        <w:rPr>
          <w:noProof/>
          <w:lang w:val="ru-RU"/>
        </w:rPr>
      </w:pPr>
      <w:r w:rsidRPr="00C25644">
        <w:rPr>
          <w:noProof/>
          <w:lang w:val="ru-RU"/>
        </w:rPr>
        <w:t>15.4. Мижоз ўзгартиришларга рози бўлмаган тақдирда, қонунчилик ва маҳсулотнинг индивидуал шартларида назарда тутилган тартибда тегишли маҳсулотни ёпиш ёки картани қайтариш ҳуқуқига эга.</w:t>
      </w:r>
    </w:p>
    <w:p w14:paraId="58A97BD4" w14:textId="77777777" w:rsidR="00C25644" w:rsidRPr="00C25644" w:rsidRDefault="00C25644" w:rsidP="00C25644">
      <w:pPr>
        <w:spacing w:after="0" w:line="240" w:lineRule="auto"/>
        <w:ind w:firstLine="709"/>
        <w:jc w:val="both"/>
        <w:rPr>
          <w:noProof/>
          <w:lang w:val="ru-RU"/>
        </w:rPr>
      </w:pPr>
      <w:r w:rsidRPr="00C25644">
        <w:rPr>
          <w:noProof/>
          <w:lang w:val="ru-RU"/>
        </w:rPr>
        <w:t>15.5. Шартнома Мижознинг аризаси, Томонларнинг келишуви ёки қонунчиликда назарда тутилган ҳолларда Банк ташаббуси билан бекор қилиниши мумкин.</w:t>
      </w:r>
    </w:p>
    <w:p w14:paraId="790054D2" w14:textId="77777777" w:rsidR="00C25644" w:rsidRPr="00C25644" w:rsidRDefault="00C25644" w:rsidP="00C25644">
      <w:pPr>
        <w:spacing w:after="40" w:line="240" w:lineRule="auto"/>
        <w:jc w:val="both"/>
        <w:rPr>
          <w:noProof/>
          <w:lang w:val="ru-RU"/>
        </w:rPr>
      </w:pPr>
    </w:p>
    <w:p w14:paraId="1CC2F035" w14:textId="77777777" w:rsidR="00C25644" w:rsidRPr="00C25644" w:rsidRDefault="00C25644" w:rsidP="00C25644">
      <w:pPr>
        <w:spacing w:after="0" w:line="240" w:lineRule="auto"/>
        <w:jc w:val="both"/>
        <w:rPr>
          <w:noProof/>
          <w:lang w:val="ru-RU"/>
        </w:rPr>
      </w:pPr>
      <w:r w:rsidRPr="00C25644">
        <w:rPr>
          <w:b/>
          <w:noProof/>
          <w:lang w:val="ru-RU"/>
        </w:rPr>
        <w:t>16. ЯКУНИЙ ҚОИДАЛАР</w:t>
      </w:r>
    </w:p>
    <w:p w14:paraId="7D85D4BA" w14:textId="77777777" w:rsidR="00C25644" w:rsidRPr="00C25644" w:rsidRDefault="00C25644" w:rsidP="00C25644">
      <w:pPr>
        <w:spacing w:after="0" w:line="240" w:lineRule="auto"/>
        <w:ind w:firstLine="709"/>
        <w:jc w:val="both"/>
        <w:rPr>
          <w:noProof/>
          <w:lang w:val="ru-RU"/>
        </w:rPr>
      </w:pPr>
      <w:r w:rsidRPr="00C25644">
        <w:rPr>
          <w:noProof/>
          <w:lang w:val="ru-RU"/>
        </w:rPr>
        <w:t>16.1. Мазкур Шартнома жисмоний шахсларга банк карталари ва талаб қилиб олингунча банк ҳисобварақлари бўйича умумий шартларни белгилайди.</w:t>
      </w:r>
    </w:p>
    <w:p w14:paraId="123EDB9C" w14:textId="77777777" w:rsidR="00C25644" w:rsidRPr="00C25644" w:rsidRDefault="00C25644" w:rsidP="00C25644">
      <w:pPr>
        <w:spacing w:after="0" w:line="240" w:lineRule="auto"/>
        <w:ind w:firstLine="709"/>
        <w:jc w:val="both"/>
        <w:rPr>
          <w:noProof/>
          <w:lang w:val="ru-RU"/>
        </w:rPr>
      </w:pPr>
      <w:r w:rsidRPr="00C25644">
        <w:rPr>
          <w:noProof/>
          <w:lang w:val="ru-RU"/>
        </w:rPr>
        <w:t>16.2. Жамғарма омонатлари ва муддатли омонатлар бўйича хизматлар ушбу Шартнома асосида кўрсатилмайди. Улар бўйича Банк ва Мижоз ўртасида Банкнинг амалдаги Омонатлар қоидаларига мувофиқ алоҳида банк омонати шартномалари тузилади.</w:t>
      </w:r>
    </w:p>
    <w:p w14:paraId="107BA2DA" w14:textId="77777777" w:rsidR="00C25644" w:rsidRPr="00C25644" w:rsidRDefault="00C25644" w:rsidP="00C25644">
      <w:pPr>
        <w:spacing w:after="0" w:line="240" w:lineRule="auto"/>
        <w:ind w:firstLine="709"/>
        <w:jc w:val="both"/>
        <w:rPr>
          <w:noProof/>
          <w:lang w:val="ru-RU"/>
        </w:rPr>
      </w:pPr>
      <w:r w:rsidRPr="00C25644">
        <w:rPr>
          <w:noProof/>
          <w:lang w:val="ru-RU"/>
        </w:rPr>
        <w:t>16.3. Мазкур Шартнома доирасида юзага келадиган низолар, аввало, музокаралар ва мурожаатларни кўриб чиқиш тартибида ҳал этилади. Келишувга эришилмаган тақдирда, низо қонунчиликка мувофиқ ҳал этилади.</w:t>
      </w:r>
    </w:p>
    <w:p w14:paraId="72233AFE" w14:textId="77777777" w:rsidR="00C25644" w:rsidRPr="00C25644" w:rsidRDefault="00C25644" w:rsidP="00C25644">
      <w:pPr>
        <w:spacing w:after="0" w:line="240" w:lineRule="auto"/>
        <w:ind w:firstLine="709"/>
        <w:jc w:val="both"/>
        <w:rPr>
          <w:noProof/>
          <w:lang w:val="ru-RU"/>
        </w:rPr>
      </w:pPr>
      <w:r w:rsidRPr="00C25644">
        <w:rPr>
          <w:noProof/>
          <w:lang w:val="ru-RU"/>
        </w:rPr>
        <w:t>16.4. Ушбу Шартномага иловалар, тарифлар, ахборот варақалари, маҳсулот паспортлари, ариза шакллари ва Банкнинг расмий эълон қилинган бошқа ҳужжатлари унинг ажралмас қисми ҳисобланади.</w:t>
      </w:r>
    </w:p>
    <w:p w14:paraId="4C9B0C26" w14:textId="77777777" w:rsidR="00C25644" w:rsidRPr="00C25644" w:rsidRDefault="00C25644" w:rsidP="00C25644">
      <w:pPr>
        <w:spacing w:after="0" w:line="240" w:lineRule="auto"/>
        <w:ind w:firstLine="709"/>
        <w:jc w:val="both"/>
        <w:rPr>
          <w:noProof/>
          <w:lang w:val="ru-RU"/>
        </w:rPr>
      </w:pPr>
      <w:r w:rsidRPr="00C25644">
        <w:rPr>
          <w:noProof/>
          <w:lang w:val="ru-RU"/>
        </w:rPr>
        <w:t>16.5. Шартнома матни ўзбек тилида тузилган. Зарурат бўлганда Банк томонидан бошқа тиллардаги ахборот матнлари тақдим этилиши мумкин, бироқ талқин қилишда ўзбек тилидаги матн устувор ҳисобланади.</w:t>
      </w:r>
    </w:p>
    <w:p w14:paraId="732DDA9A" w14:textId="77777777" w:rsidR="00C25644" w:rsidRPr="00C25644" w:rsidRDefault="00C25644" w:rsidP="00C25644">
      <w:pPr>
        <w:spacing w:after="40" w:line="240" w:lineRule="auto"/>
        <w:jc w:val="both"/>
        <w:rPr>
          <w:noProof/>
          <w:lang w:val="ru-RU"/>
        </w:rPr>
      </w:pPr>
    </w:p>
    <w:p w14:paraId="41284D1E" w14:textId="77777777" w:rsidR="00C25644" w:rsidRPr="00C25644" w:rsidRDefault="00C25644" w:rsidP="00C25644">
      <w:pPr>
        <w:spacing w:after="0" w:line="240" w:lineRule="auto"/>
        <w:jc w:val="both"/>
        <w:rPr>
          <w:noProof/>
          <w:lang w:val="ru-RU"/>
        </w:rPr>
      </w:pPr>
      <w:r w:rsidRPr="00C25644">
        <w:rPr>
          <w:b/>
          <w:noProof/>
          <w:lang w:val="ru-RU"/>
        </w:rPr>
        <w:t>ИЛОВАЛАР РЎЙХАТИ</w:t>
      </w:r>
    </w:p>
    <w:p w14:paraId="42234573" w14:textId="77777777" w:rsidR="00C25644" w:rsidRPr="00C25644" w:rsidRDefault="00C25644" w:rsidP="00C25644">
      <w:pPr>
        <w:spacing w:after="0" w:line="240" w:lineRule="auto"/>
        <w:jc w:val="both"/>
        <w:rPr>
          <w:noProof/>
          <w:lang w:val="ru-RU"/>
        </w:rPr>
      </w:pPr>
      <w:r w:rsidRPr="00C25644">
        <w:rPr>
          <w:noProof/>
          <w:lang w:val="ru-RU"/>
        </w:rPr>
        <w:t>1-илова. Жисмоний шахсга банк картасини очиш ва тақдим этиш бўйича ариза шакли.</w:t>
      </w:r>
    </w:p>
    <w:p w14:paraId="5E2C268A" w14:textId="77777777" w:rsidR="00C25644" w:rsidRPr="00C25644" w:rsidRDefault="00C25644" w:rsidP="00C25644">
      <w:pPr>
        <w:spacing w:after="0" w:line="240" w:lineRule="auto"/>
        <w:jc w:val="both"/>
        <w:rPr>
          <w:noProof/>
          <w:lang w:val="ru-RU"/>
        </w:rPr>
      </w:pPr>
      <w:r w:rsidRPr="00C25644">
        <w:rPr>
          <w:noProof/>
          <w:lang w:val="ru-RU"/>
        </w:rPr>
        <w:t>2-илова. Талаб қилиб олингунча банк ҳисобварағини очиш бўйича ариза шакли.</w:t>
      </w:r>
    </w:p>
    <w:p w14:paraId="5ECF6D33" w14:textId="77777777" w:rsidR="00C25644" w:rsidRPr="00C25644" w:rsidRDefault="00C25644" w:rsidP="00C25644">
      <w:pPr>
        <w:spacing w:after="0" w:line="240" w:lineRule="auto"/>
        <w:jc w:val="both"/>
        <w:rPr>
          <w:noProof/>
          <w:lang w:val="ru-RU"/>
        </w:rPr>
      </w:pPr>
      <w:r w:rsidRPr="00C25644">
        <w:rPr>
          <w:noProof/>
          <w:lang w:val="ru-RU"/>
        </w:rPr>
        <w:t>3-илова. Маҳсулот бўйича ахборот варақаси.</w:t>
      </w:r>
    </w:p>
    <w:p w14:paraId="569D1B09" w14:textId="77777777" w:rsidR="00C25644" w:rsidRPr="00C25644" w:rsidRDefault="00C25644" w:rsidP="00C25644">
      <w:pPr>
        <w:spacing w:after="0" w:line="240" w:lineRule="auto"/>
        <w:jc w:val="both"/>
        <w:rPr>
          <w:noProof/>
          <w:lang w:val="ru-RU"/>
        </w:rPr>
      </w:pPr>
      <w:r w:rsidRPr="00C25644">
        <w:rPr>
          <w:noProof/>
          <w:lang w:val="ru-RU"/>
        </w:rPr>
        <w:t>4-илова. Кафолатлаш тизими тўғрисида ахборот шакли.</w:t>
      </w:r>
    </w:p>
    <w:p w14:paraId="64231C7B" w14:textId="77777777" w:rsidR="00C25644" w:rsidRPr="00C25644" w:rsidRDefault="00C25644" w:rsidP="00C25644">
      <w:pPr>
        <w:spacing w:after="0" w:line="240" w:lineRule="auto"/>
        <w:jc w:val="both"/>
        <w:rPr>
          <w:noProof/>
          <w:lang w:val="ru-RU"/>
        </w:rPr>
      </w:pPr>
      <w:r w:rsidRPr="00C25644">
        <w:rPr>
          <w:noProof/>
          <w:lang w:val="ru-RU"/>
        </w:rPr>
        <w:t>5-илова. Банк хизматлари тарифлари.</w:t>
      </w:r>
    </w:p>
    <w:p w14:paraId="32089052" w14:textId="77777777" w:rsidR="00C25644" w:rsidRPr="00C25644" w:rsidRDefault="00C25644" w:rsidP="00C25644">
      <w:pPr>
        <w:spacing w:after="0" w:line="240" w:lineRule="auto"/>
        <w:jc w:val="both"/>
        <w:rPr>
          <w:noProof/>
          <w:lang w:val="ru-RU"/>
        </w:rPr>
      </w:pPr>
      <w:r w:rsidRPr="00C25644">
        <w:rPr>
          <w:noProof/>
          <w:lang w:val="ru-RU"/>
        </w:rPr>
        <w:t>6-илова. Мурожаатларни юбориш ва кўриб чиқиш тартиби бўйича ахборот.</w:t>
      </w:r>
    </w:p>
    <w:p w14:paraId="0D957A60" w14:textId="77777777" w:rsidR="00C25644" w:rsidRPr="00C25644" w:rsidRDefault="00C25644" w:rsidP="00C25644">
      <w:pPr>
        <w:spacing w:after="40" w:line="240" w:lineRule="auto"/>
        <w:jc w:val="both"/>
        <w:rPr>
          <w:noProof/>
          <w:lang w:val="ru-RU"/>
        </w:rPr>
      </w:pPr>
    </w:p>
    <w:p w14:paraId="3A846D85" w14:textId="77777777" w:rsidR="00C25644" w:rsidRPr="00C25644" w:rsidRDefault="00C25644" w:rsidP="00C25644">
      <w:pPr>
        <w:spacing w:after="0" w:line="240" w:lineRule="auto"/>
        <w:jc w:val="both"/>
        <w:rPr>
          <w:noProof/>
          <w:lang w:val="ru-RU"/>
        </w:rPr>
      </w:pPr>
      <w:r w:rsidRPr="00C25644">
        <w:rPr>
          <w:b/>
          <w:noProof/>
          <w:lang w:val="ru-RU"/>
        </w:rPr>
        <w:t>1-ИЛОВА. ЖИСМОНИЙ ШАХСГА БАНК КАРТАСИНИ ОЧИШ ВА ТАҚДИМ ЭТИШ БЎЙИЧА АРИЗА ШАКЛИ</w:t>
      </w:r>
    </w:p>
    <w:tbl>
      <w:tblPr>
        <w:tblStyle w:val="aff0"/>
        <w:tblW w:w="0" w:type="auto"/>
        <w:jc w:val="center"/>
        <w:tblLook w:val="04A0" w:firstRow="1" w:lastRow="0" w:firstColumn="1" w:lastColumn="0" w:noHBand="0" w:noVBand="1"/>
      </w:tblPr>
      <w:tblGrid>
        <w:gridCol w:w="3095"/>
        <w:gridCol w:w="6300"/>
      </w:tblGrid>
      <w:tr w:rsidR="00C25644" w:rsidRPr="00C25644" w14:paraId="0A09335A" w14:textId="77777777" w:rsidTr="009B6CC4">
        <w:trPr>
          <w:jc w:val="center"/>
        </w:trPr>
        <w:tc>
          <w:tcPr>
            <w:tcW w:w="4702" w:type="dxa"/>
            <w:tcMar>
              <w:top w:w="80" w:type="dxa"/>
              <w:left w:w="80" w:type="dxa"/>
              <w:bottom w:w="80" w:type="dxa"/>
              <w:right w:w="80" w:type="dxa"/>
            </w:tcMar>
            <w:vAlign w:val="center"/>
          </w:tcPr>
          <w:p w14:paraId="056A6D73" w14:textId="77777777" w:rsidR="00C25644" w:rsidRPr="00C25644" w:rsidRDefault="00C25644" w:rsidP="009B6CC4">
            <w:pPr>
              <w:rPr>
                <w:noProof/>
              </w:rPr>
            </w:pPr>
            <w:r w:rsidRPr="00C25644">
              <w:rPr>
                <w:noProof/>
              </w:rPr>
              <w:t>Мижоз Ф.И.Ш.</w:t>
            </w:r>
          </w:p>
        </w:tc>
        <w:tc>
          <w:tcPr>
            <w:tcW w:w="4702" w:type="dxa"/>
            <w:tcMar>
              <w:top w:w="80" w:type="dxa"/>
              <w:left w:w="80" w:type="dxa"/>
              <w:bottom w:w="80" w:type="dxa"/>
              <w:right w:w="80" w:type="dxa"/>
            </w:tcMar>
            <w:vAlign w:val="center"/>
          </w:tcPr>
          <w:p w14:paraId="5EF577FE" w14:textId="77777777" w:rsidR="00C25644" w:rsidRPr="00C25644" w:rsidRDefault="00C25644" w:rsidP="009B6CC4">
            <w:pPr>
              <w:rPr>
                <w:noProof/>
              </w:rPr>
            </w:pPr>
            <w:r w:rsidRPr="00C25644">
              <w:rPr>
                <w:noProof/>
              </w:rPr>
              <w:t>______________________________________________</w:t>
            </w:r>
          </w:p>
        </w:tc>
      </w:tr>
      <w:tr w:rsidR="00C25644" w:rsidRPr="00C25644" w14:paraId="12E423B2" w14:textId="77777777" w:rsidTr="009B6CC4">
        <w:trPr>
          <w:jc w:val="center"/>
        </w:trPr>
        <w:tc>
          <w:tcPr>
            <w:tcW w:w="4702" w:type="dxa"/>
            <w:tcMar>
              <w:top w:w="80" w:type="dxa"/>
              <w:left w:w="80" w:type="dxa"/>
              <w:bottom w:w="80" w:type="dxa"/>
              <w:right w:w="80" w:type="dxa"/>
            </w:tcMar>
            <w:vAlign w:val="center"/>
          </w:tcPr>
          <w:p w14:paraId="1E03C2A3" w14:textId="77777777" w:rsidR="00C25644" w:rsidRPr="00C25644" w:rsidRDefault="00C25644" w:rsidP="009B6CC4">
            <w:pPr>
              <w:rPr>
                <w:noProof/>
              </w:rPr>
            </w:pPr>
            <w:r w:rsidRPr="00C25644">
              <w:rPr>
                <w:noProof/>
              </w:rPr>
              <w:t>ЖШШИР</w:t>
            </w:r>
          </w:p>
        </w:tc>
        <w:tc>
          <w:tcPr>
            <w:tcW w:w="4702" w:type="dxa"/>
            <w:tcMar>
              <w:top w:w="80" w:type="dxa"/>
              <w:left w:w="80" w:type="dxa"/>
              <w:bottom w:w="80" w:type="dxa"/>
              <w:right w:w="80" w:type="dxa"/>
            </w:tcMar>
            <w:vAlign w:val="center"/>
          </w:tcPr>
          <w:p w14:paraId="114EB0DF" w14:textId="77777777" w:rsidR="00C25644" w:rsidRPr="00C25644" w:rsidRDefault="00C25644" w:rsidP="009B6CC4">
            <w:pPr>
              <w:rPr>
                <w:noProof/>
              </w:rPr>
            </w:pPr>
            <w:r w:rsidRPr="00C25644">
              <w:rPr>
                <w:noProof/>
              </w:rPr>
              <w:t>______________________________________________</w:t>
            </w:r>
          </w:p>
        </w:tc>
      </w:tr>
      <w:tr w:rsidR="00C25644" w:rsidRPr="00C25644" w14:paraId="5256D56C" w14:textId="77777777" w:rsidTr="009B6CC4">
        <w:trPr>
          <w:jc w:val="center"/>
        </w:trPr>
        <w:tc>
          <w:tcPr>
            <w:tcW w:w="4702" w:type="dxa"/>
            <w:tcMar>
              <w:top w:w="80" w:type="dxa"/>
              <w:left w:w="80" w:type="dxa"/>
              <w:bottom w:w="80" w:type="dxa"/>
              <w:right w:w="80" w:type="dxa"/>
            </w:tcMar>
            <w:vAlign w:val="center"/>
          </w:tcPr>
          <w:p w14:paraId="553A1E7B" w14:textId="77777777" w:rsidR="00C25644" w:rsidRPr="00C25644" w:rsidRDefault="00C25644" w:rsidP="009B6CC4">
            <w:pPr>
              <w:rPr>
                <w:noProof/>
              </w:rPr>
            </w:pPr>
            <w:r w:rsidRPr="00C25644">
              <w:rPr>
                <w:noProof/>
              </w:rPr>
              <w:t>Паспорт / ИД карта маълумотлари</w:t>
            </w:r>
          </w:p>
        </w:tc>
        <w:tc>
          <w:tcPr>
            <w:tcW w:w="4702" w:type="dxa"/>
            <w:tcMar>
              <w:top w:w="80" w:type="dxa"/>
              <w:left w:w="80" w:type="dxa"/>
              <w:bottom w:w="80" w:type="dxa"/>
              <w:right w:w="80" w:type="dxa"/>
            </w:tcMar>
            <w:vAlign w:val="center"/>
          </w:tcPr>
          <w:p w14:paraId="31B04514" w14:textId="77777777" w:rsidR="00C25644" w:rsidRPr="00C25644" w:rsidRDefault="00C25644" w:rsidP="009B6CC4">
            <w:pPr>
              <w:rPr>
                <w:noProof/>
              </w:rPr>
            </w:pPr>
            <w:r w:rsidRPr="00C25644">
              <w:rPr>
                <w:noProof/>
              </w:rPr>
              <w:t>______________________________________________</w:t>
            </w:r>
          </w:p>
        </w:tc>
      </w:tr>
      <w:tr w:rsidR="00C25644" w:rsidRPr="00C25644" w14:paraId="02BF6E2B" w14:textId="77777777" w:rsidTr="009B6CC4">
        <w:trPr>
          <w:jc w:val="center"/>
        </w:trPr>
        <w:tc>
          <w:tcPr>
            <w:tcW w:w="4702" w:type="dxa"/>
            <w:tcMar>
              <w:top w:w="80" w:type="dxa"/>
              <w:left w:w="80" w:type="dxa"/>
              <w:bottom w:w="80" w:type="dxa"/>
              <w:right w:w="80" w:type="dxa"/>
            </w:tcMar>
            <w:vAlign w:val="center"/>
          </w:tcPr>
          <w:p w14:paraId="6846832C" w14:textId="77777777" w:rsidR="00C25644" w:rsidRPr="00C25644" w:rsidRDefault="00C25644" w:rsidP="009B6CC4">
            <w:pPr>
              <w:rPr>
                <w:noProof/>
              </w:rPr>
            </w:pPr>
            <w:r w:rsidRPr="00C25644">
              <w:rPr>
                <w:noProof/>
              </w:rPr>
              <w:t>Телефон рақами</w:t>
            </w:r>
          </w:p>
        </w:tc>
        <w:tc>
          <w:tcPr>
            <w:tcW w:w="4702" w:type="dxa"/>
            <w:tcMar>
              <w:top w:w="80" w:type="dxa"/>
              <w:left w:w="80" w:type="dxa"/>
              <w:bottom w:w="80" w:type="dxa"/>
              <w:right w:w="80" w:type="dxa"/>
            </w:tcMar>
            <w:vAlign w:val="center"/>
          </w:tcPr>
          <w:p w14:paraId="7423213F" w14:textId="77777777" w:rsidR="00C25644" w:rsidRPr="00C25644" w:rsidRDefault="00C25644" w:rsidP="009B6CC4">
            <w:pPr>
              <w:rPr>
                <w:noProof/>
              </w:rPr>
            </w:pPr>
            <w:r w:rsidRPr="00C25644">
              <w:rPr>
                <w:noProof/>
              </w:rPr>
              <w:t>______________________________________________</w:t>
            </w:r>
          </w:p>
        </w:tc>
      </w:tr>
      <w:tr w:rsidR="00C25644" w:rsidRPr="00C25644" w14:paraId="462DC13F" w14:textId="77777777" w:rsidTr="009B6CC4">
        <w:trPr>
          <w:jc w:val="center"/>
        </w:trPr>
        <w:tc>
          <w:tcPr>
            <w:tcW w:w="4702" w:type="dxa"/>
            <w:tcMar>
              <w:top w:w="80" w:type="dxa"/>
              <w:left w:w="80" w:type="dxa"/>
              <w:bottom w:w="80" w:type="dxa"/>
              <w:right w:w="80" w:type="dxa"/>
            </w:tcMar>
            <w:vAlign w:val="center"/>
          </w:tcPr>
          <w:p w14:paraId="04F219E7" w14:textId="77777777" w:rsidR="00C25644" w:rsidRPr="00C25644" w:rsidRDefault="00C25644" w:rsidP="009B6CC4">
            <w:pPr>
              <w:rPr>
                <w:noProof/>
              </w:rPr>
            </w:pPr>
            <w:r w:rsidRPr="00C25644">
              <w:rPr>
                <w:noProof/>
              </w:rPr>
              <w:lastRenderedPageBreak/>
              <w:t>Яшаш манзили</w:t>
            </w:r>
          </w:p>
        </w:tc>
        <w:tc>
          <w:tcPr>
            <w:tcW w:w="4702" w:type="dxa"/>
            <w:tcMar>
              <w:top w:w="80" w:type="dxa"/>
              <w:left w:w="80" w:type="dxa"/>
              <w:bottom w:w="80" w:type="dxa"/>
              <w:right w:w="80" w:type="dxa"/>
            </w:tcMar>
            <w:vAlign w:val="center"/>
          </w:tcPr>
          <w:p w14:paraId="56D861D3" w14:textId="77777777" w:rsidR="00C25644" w:rsidRPr="00C25644" w:rsidRDefault="00C25644" w:rsidP="009B6CC4">
            <w:pPr>
              <w:rPr>
                <w:noProof/>
              </w:rPr>
            </w:pPr>
            <w:r w:rsidRPr="00C25644">
              <w:rPr>
                <w:noProof/>
              </w:rPr>
              <w:t>______________________________________________</w:t>
            </w:r>
          </w:p>
        </w:tc>
      </w:tr>
      <w:tr w:rsidR="00C25644" w:rsidRPr="00C25644" w14:paraId="75BF7528" w14:textId="77777777" w:rsidTr="009B6CC4">
        <w:trPr>
          <w:jc w:val="center"/>
        </w:trPr>
        <w:tc>
          <w:tcPr>
            <w:tcW w:w="4702" w:type="dxa"/>
            <w:tcMar>
              <w:top w:w="80" w:type="dxa"/>
              <w:left w:w="80" w:type="dxa"/>
              <w:bottom w:w="80" w:type="dxa"/>
              <w:right w:w="80" w:type="dxa"/>
            </w:tcMar>
            <w:vAlign w:val="center"/>
          </w:tcPr>
          <w:p w14:paraId="645B6421" w14:textId="77777777" w:rsidR="00C25644" w:rsidRPr="00C25644" w:rsidRDefault="00C25644" w:rsidP="009B6CC4">
            <w:pPr>
              <w:rPr>
                <w:noProof/>
              </w:rPr>
            </w:pPr>
            <w:r w:rsidRPr="00C25644">
              <w:rPr>
                <w:noProof/>
              </w:rPr>
              <w:t>Карта тури</w:t>
            </w:r>
          </w:p>
        </w:tc>
        <w:tc>
          <w:tcPr>
            <w:tcW w:w="4702" w:type="dxa"/>
            <w:tcMar>
              <w:top w:w="80" w:type="dxa"/>
              <w:left w:w="80" w:type="dxa"/>
              <w:bottom w:w="80" w:type="dxa"/>
              <w:right w:w="80" w:type="dxa"/>
            </w:tcMar>
            <w:vAlign w:val="center"/>
          </w:tcPr>
          <w:p w14:paraId="211D2274" w14:textId="77777777" w:rsidR="00C25644" w:rsidRPr="00C25644" w:rsidRDefault="00C25644" w:rsidP="009B6CC4">
            <w:pPr>
              <w:rPr>
                <w:noProof/>
              </w:rPr>
            </w:pPr>
            <w:r w:rsidRPr="00C25644">
              <w:rPr>
                <w:noProof/>
              </w:rPr>
              <w:t>______________________________________________</w:t>
            </w:r>
          </w:p>
        </w:tc>
      </w:tr>
      <w:tr w:rsidR="00C25644" w:rsidRPr="00C25644" w14:paraId="0D6708B2" w14:textId="77777777" w:rsidTr="009B6CC4">
        <w:trPr>
          <w:jc w:val="center"/>
        </w:trPr>
        <w:tc>
          <w:tcPr>
            <w:tcW w:w="4702" w:type="dxa"/>
            <w:tcMar>
              <w:top w:w="80" w:type="dxa"/>
              <w:left w:w="80" w:type="dxa"/>
              <w:bottom w:w="80" w:type="dxa"/>
              <w:right w:w="80" w:type="dxa"/>
            </w:tcMar>
            <w:vAlign w:val="center"/>
          </w:tcPr>
          <w:p w14:paraId="4CFE8880" w14:textId="77777777" w:rsidR="00C25644" w:rsidRPr="00C25644" w:rsidRDefault="00C25644" w:rsidP="009B6CC4">
            <w:pPr>
              <w:rPr>
                <w:noProof/>
              </w:rPr>
            </w:pPr>
            <w:r w:rsidRPr="00C25644">
              <w:rPr>
                <w:noProof/>
              </w:rPr>
              <w:t>Валюта</w:t>
            </w:r>
          </w:p>
        </w:tc>
        <w:tc>
          <w:tcPr>
            <w:tcW w:w="4702" w:type="dxa"/>
            <w:tcMar>
              <w:top w:w="80" w:type="dxa"/>
              <w:left w:w="80" w:type="dxa"/>
              <w:bottom w:w="80" w:type="dxa"/>
              <w:right w:w="80" w:type="dxa"/>
            </w:tcMar>
            <w:vAlign w:val="center"/>
          </w:tcPr>
          <w:p w14:paraId="5BC771D6" w14:textId="77777777" w:rsidR="00C25644" w:rsidRPr="00C25644" w:rsidRDefault="00C25644" w:rsidP="009B6CC4">
            <w:pPr>
              <w:rPr>
                <w:noProof/>
              </w:rPr>
            </w:pPr>
            <w:r w:rsidRPr="00C25644">
              <w:rPr>
                <w:noProof/>
              </w:rPr>
              <w:t>УЗС / УСД / бошқа</w:t>
            </w:r>
          </w:p>
        </w:tc>
      </w:tr>
      <w:tr w:rsidR="00C25644" w:rsidRPr="00C25644" w14:paraId="2F4ADA1B" w14:textId="77777777" w:rsidTr="009B6CC4">
        <w:trPr>
          <w:jc w:val="center"/>
        </w:trPr>
        <w:tc>
          <w:tcPr>
            <w:tcW w:w="4702" w:type="dxa"/>
            <w:tcMar>
              <w:top w:w="80" w:type="dxa"/>
              <w:left w:w="80" w:type="dxa"/>
              <w:bottom w:w="80" w:type="dxa"/>
              <w:right w:w="80" w:type="dxa"/>
            </w:tcMar>
            <w:vAlign w:val="center"/>
          </w:tcPr>
          <w:p w14:paraId="44C541FF" w14:textId="77777777" w:rsidR="00C25644" w:rsidRPr="00C25644" w:rsidRDefault="00C25644" w:rsidP="009B6CC4">
            <w:pPr>
              <w:rPr>
                <w:noProof/>
              </w:rPr>
            </w:pPr>
            <w:r w:rsidRPr="00C25644">
              <w:rPr>
                <w:noProof/>
              </w:rPr>
              <w:t>Картани олиш усули</w:t>
            </w:r>
          </w:p>
        </w:tc>
        <w:tc>
          <w:tcPr>
            <w:tcW w:w="4702" w:type="dxa"/>
            <w:tcMar>
              <w:top w:w="80" w:type="dxa"/>
              <w:left w:w="80" w:type="dxa"/>
              <w:bottom w:w="80" w:type="dxa"/>
              <w:right w:w="80" w:type="dxa"/>
            </w:tcMar>
            <w:vAlign w:val="center"/>
          </w:tcPr>
          <w:p w14:paraId="5E81A95A" w14:textId="77777777" w:rsidR="00C25644" w:rsidRPr="00C25644" w:rsidRDefault="00C25644" w:rsidP="009B6CC4">
            <w:pPr>
              <w:rPr>
                <w:noProof/>
              </w:rPr>
            </w:pPr>
            <w:r w:rsidRPr="00C25644">
              <w:rPr>
                <w:noProof/>
              </w:rPr>
              <w:t>Банк офиси / курьер / бошқа</w:t>
            </w:r>
          </w:p>
        </w:tc>
      </w:tr>
      <w:tr w:rsidR="00C25644" w:rsidRPr="00C25644" w14:paraId="64B0C001" w14:textId="77777777" w:rsidTr="009B6CC4">
        <w:trPr>
          <w:jc w:val="center"/>
        </w:trPr>
        <w:tc>
          <w:tcPr>
            <w:tcW w:w="4702" w:type="dxa"/>
            <w:tcMar>
              <w:top w:w="80" w:type="dxa"/>
              <w:left w:w="80" w:type="dxa"/>
              <w:bottom w:w="80" w:type="dxa"/>
              <w:right w:w="80" w:type="dxa"/>
            </w:tcMar>
            <w:vAlign w:val="center"/>
          </w:tcPr>
          <w:p w14:paraId="659E13AD" w14:textId="77777777" w:rsidR="00C25644" w:rsidRPr="00C25644" w:rsidRDefault="00C25644" w:rsidP="009B6CC4">
            <w:pPr>
              <w:rPr>
                <w:noProof/>
              </w:rPr>
            </w:pPr>
            <w:r w:rsidRPr="00C25644">
              <w:rPr>
                <w:noProof/>
              </w:rPr>
              <w:t>Масофавий хизмат улаш</w:t>
            </w:r>
          </w:p>
        </w:tc>
        <w:tc>
          <w:tcPr>
            <w:tcW w:w="4702" w:type="dxa"/>
            <w:tcMar>
              <w:top w:w="80" w:type="dxa"/>
              <w:left w:w="80" w:type="dxa"/>
              <w:bottom w:w="80" w:type="dxa"/>
              <w:right w:w="80" w:type="dxa"/>
            </w:tcMar>
            <w:vAlign w:val="center"/>
          </w:tcPr>
          <w:p w14:paraId="7C65B3D4" w14:textId="77777777" w:rsidR="00C25644" w:rsidRPr="00C25644" w:rsidRDefault="00C25644" w:rsidP="009B6CC4">
            <w:pPr>
              <w:rPr>
                <w:noProof/>
              </w:rPr>
            </w:pPr>
            <w:r w:rsidRPr="00C25644">
              <w:rPr>
                <w:noProof/>
              </w:rPr>
              <w:t>Ҳа / Йўқ</w:t>
            </w:r>
          </w:p>
        </w:tc>
      </w:tr>
    </w:tbl>
    <w:p w14:paraId="6BC2C718" w14:textId="77777777" w:rsidR="00C25644" w:rsidRPr="00C25644" w:rsidRDefault="00C25644" w:rsidP="00C25644">
      <w:pPr>
        <w:spacing w:after="0" w:line="240" w:lineRule="auto"/>
        <w:ind w:firstLine="709"/>
        <w:jc w:val="both"/>
        <w:rPr>
          <w:noProof/>
        </w:rPr>
      </w:pPr>
      <w:r w:rsidRPr="00C25644">
        <w:rPr>
          <w:noProof/>
        </w:rPr>
        <w:t>Мижоз мазкур ариза орқали Банкнинг оммавий оферта шартномаси, тарифлари ва маҳсулот бўйича ахборот варақаси билан танишганлигини тасдиқлайди.</w:t>
      </w:r>
    </w:p>
    <w:tbl>
      <w:tblPr>
        <w:tblStyle w:val="aff0"/>
        <w:tblW w:w="0" w:type="auto"/>
        <w:jc w:val="center"/>
        <w:tblLook w:val="04A0" w:firstRow="1" w:lastRow="0" w:firstColumn="1" w:lastColumn="0" w:noHBand="0" w:noVBand="1"/>
      </w:tblPr>
      <w:tblGrid>
        <w:gridCol w:w="4698"/>
        <w:gridCol w:w="4697"/>
      </w:tblGrid>
      <w:tr w:rsidR="00C25644" w:rsidRPr="00C25644" w14:paraId="21722F04" w14:textId="77777777" w:rsidTr="009B6CC4">
        <w:trPr>
          <w:jc w:val="center"/>
        </w:trPr>
        <w:tc>
          <w:tcPr>
            <w:tcW w:w="4702" w:type="dxa"/>
            <w:tcMar>
              <w:top w:w="80" w:type="dxa"/>
              <w:left w:w="80" w:type="dxa"/>
              <w:bottom w:w="80" w:type="dxa"/>
              <w:right w:w="80" w:type="dxa"/>
            </w:tcMar>
          </w:tcPr>
          <w:p w14:paraId="2A5CD0AB" w14:textId="77777777" w:rsidR="00C25644" w:rsidRPr="00C25644" w:rsidRDefault="00C25644" w:rsidP="009B6CC4">
            <w:pPr>
              <w:rPr>
                <w:noProof/>
              </w:rPr>
            </w:pPr>
            <w:r w:rsidRPr="00C25644">
              <w:rPr>
                <w:noProof/>
              </w:rPr>
              <w:t>Мижоз</w:t>
            </w:r>
          </w:p>
        </w:tc>
        <w:tc>
          <w:tcPr>
            <w:tcW w:w="4702" w:type="dxa"/>
            <w:tcMar>
              <w:top w:w="80" w:type="dxa"/>
              <w:left w:w="80" w:type="dxa"/>
              <w:bottom w:w="80" w:type="dxa"/>
              <w:right w:w="80" w:type="dxa"/>
            </w:tcMar>
          </w:tcPr>
          <w:p w14:paraId="45BDE7CB" w14:textId="77777777" w:rsidR="00C25644" w:rsidRPr="00C25644" w:rsidRDefault="00C25644" w:rsidP="009B6CC4">
            <w:pPr>
              <w:rPr>
                <w:noProof/>
              </w:rPr>
            </w:pPr>
            <w:r w:rsidRPr="00C25644">
              <w:rPr>
                <w:noProof/>
              </w:rPr>
              <w:t>Банк</w:t>
            </w:r>
          </w:p>
        </w:tc>
      </w:tr>
      <w:tr w:rsidR="00C25644" w:rsidRPr="0077367A" w14:paraId="01BCCA47" w14:textId="77777777" w:rsidTr="009B6CC4">
        <w:trPr>
          <w:jc w:val="center"/>
        </w:trPr>
        <w:tc>
          <w:tcPr>
            <w:tcW w:w="4702" w:type="dxa"/>
            <w:tcMar>
              <w:top w:w="80" w:type="dxa"/>
              <w:left w:w="80" w:type="dxa"/>
              <w:bottom w:w="80" w:type="dxa"/>
              <w:right w:w="80" w:type="dxa"/>
            </w:tcMar>
          </w:tcPr>
          <w:p w14:paraId="34825EE2" w14:textId="77777777" w:rsidR="00C25644" w:rsidRPr="00C25644" w:rsidRDefault="00C25644" w:rsidP="009B6CC4">
            <w:pPr>
              <w:rPr>
                <w:noProof/>
              </w:rPr>
            </w:pPr>
            <w:r w:rsidRPr="00C25644">
              <w:rPr>
                <w:noProof/>
              </w:rPr>
              <w:t>Ф.И.Ш.: ______________________</w:t>
            </w:r>
            <w:r w:rsidRPr="00C25644">
              <w:rPr>
                <w:noProof/>
              </w:rPr>
              <w:br/>
              <w:t>Имзо: _______________________</w:t>
            </w:r>
          </w:p>
        </w:tc>
        <w:tc>
          <w:tcPr>
            <w:tcW w:w="4702" w:type="dxa"/>
            <w:tcMar>
              <w:top w:w="80" w:type="dxa"/>
              <w:left w:w="80" w:type="dxa"/>
              <w:bottom w:w="80" w:type="dxa"/>
              <w:right w:w="80" w:type="dxa"/>
            </w:tcMar>
          </w:tcPr>
          <w:p w14:paraId="087EC0F2" w14:textId="77777777" w:rsidR="00C25644" w:rsidRPr="00C25644" w:rsidRDefault="00C25644" w:rsidP="009B6CC4">
            <w:pPr>
              <w:rPr>
                <w:noProof/>
                <w:lang w:val="ru-RU"/>
              </w:rPr>
            </w:pPr>
            <w:r w:rsidRPr="00C25644">
              <w:rPr>
                <w:noProof/>
                <w:lang w:val="ru-RU"/>
              </w:rPr>
              <w:t>Ф.И.Ш.: ______________________</w:t>
            </w:r>
            <w:r w:rsidRPr="00C25644">
              <w:rPr>
                <w:noProof/>
                <w:lang w:val="ru-RU"/>
              </w:rPr>
              <w:br/>
              <w:t>Лавозими: ___________________</w:t>
            </w:r>
            <w:r w:rsidRPr="00C25644">
              <w:rPr>
                <w:noProof/>
                <w:lang w:val="ru-RU"/>
              </w:rPr>
              <w:br/>
              <w:t>Имзо: _______________________</w:t>
            </w:r>
          </w:p>
        </w:tc>
      </w:tr>
    </w:tbl>
    <w:p w14:paraId="42A8A869" w14:textId="77777777" w:rsidR="00C25644" w:rsidRPr="00C25644" w:rsidRDefault="00C25644" w:rsidP="00C25644">
      <w:pPr>
        <w:spacing w:after="40" w:line="240" w:lineRule="auto"/>
        <w:jc w:val="both"/>
        <w:rPr>
          <w:noProof/>
          <w:lang w:val="ru-RU"/>
        </w:rPr>
      </w:pPr>
    </w:p>
    <w:p w14:paraId="5B519AD6" w14:textId="77777777" w:rsidR="00C25644" w:rsidRPr="00C25644" w:rsidRDefault="00C25644" w:rsidP="00C25644">
      <w:pPr>
        <w:spacing w:after="0" w:line="240" w:lineRule="auto"/>
        <w:jc w:val="both"/>
        <w:rPr>
          <w:noProof/>
          <w:lang w:val="ru-RU"/>
        </w:rPr>
      </w:pPr>
      <w:r w:rsidRPr="00C25644">
        <w:rPr>
          <w:b/>
          <w:noProof/>
          <w:lang w:val="ru-RU"/>
        </w:rPr>
        <w:t>2-ИЛОВА. ТАЛАБ ҚИЛИБ ОЛИНГУНЧА БАНК ҲИСОБВАРАҒИНИ ОЧИШ БЎЙИЧА АРИЗА ШАКЛИ</w:t>
      </w:r>
    </w:p>
    <w:tbl>
      <w:tblPr>
        <w:tblStyle w:val="aff0"/>
        <w:tblW w:w="0" w:type="auto"/>
        <w:jc w:val="center"/>
        <w:tblLook w:val="04A0" w:firstRow="1" w:lastRow="0" w:firstColumn="1" w:lastColumn="0" w:noHBand="0" w:noVBand="1"/>
      </w:tblPr>
      <w:tblGrid>
        <w:gridCol w:w="3095"/>
        <w:gridCol w:w="6300"/>
      </w:tblGrid>
      <w:tr w:rsidR="00C25644" w:rsidRPr="00C25644" w14:paraId="1CD20571" w14:textId="77777777" w:rsidTr="009B6CC4">
        <w:trPr>
          <w:jc w:val="center"/>
        </w:trPr>
        <w:tc>
          <w:tcPr>
            <w:tcW w:w="4702" w:type="dxa"/>
            <w:tcMar>
              <w:top w:w="80" w:type="dxa"/>
              <w:left w:w="80" w:type="dxa"/>
              <w:bottom w:w="80" w:type="dxa"/>
              <w:right w:w="80" w:type="dxa"/>
            </w:tcMar>
            <w:vAlign w:val="center"/>
          </w:tcPr>
          <w:p w14:paraId="64ADFAA7" w14:textId="77777777" w:rsidR="00C25644" w:rsidRPr="00C25644" w:rsidRDefault="00C25644" w:rsidP="009B6CC4">
            <w:pPr>
              <w:rPr>
                <w:noProof/>
              </w:rPr>
            </w:pPr>
            <w:r w:rsidRPr="00C25644">
              <w:rPr>
                <w:noProof/>
              </w:rPr>
              <w:t>Мижоз Ф.И.Ш.</w:t>
            </w:r>
          </w:p>
        </w:tc>
        <w:tc>
          <w:tcPr>
            <w:tcW w:w="4702" w:type="dxa"/>
            <w:tcMar>
              <w:top w:w="80" w:type="dxa"/>
              <w:left w:w="80" w:type="dxa"/>
              <w:bottom w:w="80" w:type="dxa"/>
              <w:right w:w="80" w:type="dxa"/>
            </w:tcMar>
            <w:vAlign w:val="center"/>
          </w:tcPr>
          <w:p w14:paraId="0175BCA0" w14:textId="77777777" w:rsidR="00C25644" w:rsidRPr="00C25644" w:rsidRDefault="00C25644" w:rsidP="009B6CC4">
            <w:pPr>
              <w:rPr>
                <w:noProof/>
              </w:rPr>
            </w:pPr>
            <w:r w:rsidRPr="00C25644">
              <w:rPr>
                <w:noProof/>
              </w:rPr>
              <w:t>______________________________________________</w:t>
            </w:r>
          </w:p>
        </w:tc>
      </w:tr>
      <w:tr w:rsidR="00C25644" w:rsidRPr="00C25644" w14:paraId="6E0827D4" w14:textId="77777777" w:rsidTr="009B6CC4">
        <w:trPr>
          <w:jc w:val="center"/>
        </w:trPr>
        <w:tc>
          <w:tcPr>
            <w:tcW w:w="4702" w:type="dxa"/>
            <w:tcMar>
              <w:top w:w="80" w:type="dxa"/>
              <w:left w:w="80" w:type="dxa"/>
              <w:bottom w:w="80" w:type="dxa"/>
              <w:right w:w="80" w:type="dxa"/>
            </w:tcMar>
            <w:vAlign w:val="center"/>
          </w:tcPr>
          <w:p w14:paraId="4027862F" w14:textId="77777777" w:rsidR="00C25644" w:rsidRPr="00C25644" w:rsidRDefault="00C25644" w:rsidP="009B6CC4">
            <w:pPr>
              <w:rPr>
                <w:noProof/>
              </w:rPr>
            </w:pPr>
            <w:r w:rsidRPr="00C25644">
              <w:rPr>
                <w:noProof/>
              </w:rPr>
              <w:t>ЖШШИР</w:t>
            </w:r>
          </w:p>
        </w:tc>
        <w:tc>
          <w:tcPr>
            <w:tcW w:w="4702" w:type="dxa"/>
            <w:tcMar>
              <w:top w:w="80" w:type="dxa"/>
              <w:left w:w="80" w:type="dxa"/>
              <w:bottom w:w="80" w:type="dxa"/>
              <w:right w:w="80" w:type="dxa"/>
            </w:tcMar>
            <w:vAlign w:val="center"/>
          </w:tcPr>
          <w:p w14:paraId="47539F04" w14:textId="77777777" w:rsidR="00C25644" w:rsidRPr="00C25644" w:rsidRDefault="00C25644" w:rsidP="009B6CC4">
            <w:pPr>
              <w:rPr>
                <w:noProof/>
              </w:rPr>
            </w:pPr>
            <w:r w:rsidRPr="00C25644">
              <w:rPr>
                <w:noProof/>
              </w:rPr>
              <w:t>______________________________________________</w:t>
            </w:r>
          </w:p>
        </w:tc>
      </w:tr>
      <w:tr w:rsidR="00C25644" w:rsidRPr="00C25644" w14:paraId="2E0C4BCE" w14:textId="77777777" w:rsidTr="009B6CC4">
        <w:trPr>
          <w:jc w:val="center"/>
        </w:trPr>
        <w:tc>
          <w:tcPr>
            <w:tcW w:w="4702" w:type="dxa"/>
            <w:tcMar>
              <w:top w:w="80" w:type="dxa"/>
              <w:left w:w="80" w:type="dxa"/>
              <w:bottom w:w="80" w:type="dxa"/>
              <w:right w:w="80" w:type="dxa"/>
            </w:tcMar>
            <w:vAlign w:val="center"/>
          </w:tcPr>
          <w:p w14:paraId="49ECE5E1" w14:textId="77777777" w:rsidR="00C25644" w:rsidRPr="00C25644" w:rsidRDefault="00C25644" w:rsidP="009B6CC4">
            <w:pPr>
              <w:rPr>
                <w:noProof/>
              </w:rPr>
            </w:pPr>
            <w:r w:rsidRPr="00C25644">
              <w:rPr>
                <w:noProof/>
              </w:rPr>
              <w:t>Ҳисобварақ маҳсулоти номи</w:t>
            </w:r>
          </w:p>
        </w:tc>
        <w:tc>
          <w:tcPr>
            <w:tcW w:w="4702" w:type="dxa"/>
            <w:tcMar>
              <w:top w:w="80" w:type="dxa"/>
              <w:left w:w="80" w:type="dxa"/>
              <w:bottom w:w="80" w:type="dxa"/>
              <w:right w:w="80" w:type="dxa"/>
            </w:tcMar>
            <w:vAlign w:val="center"/>
          </w:tcPr>
          <w:p w14:paraId="203BB7F1" w14:textId="77777777" w:rsidR="00C25644" w:rsidRPr="00C25644" w:rsidRDefault="00C25644" w:rsidP="009B6CC4">
            <w:pPr>
              <w:rPr>
                <w:noProof/>
              </w:rPr>
            </w:pPr>
            <w:r w:rsidRPr="00C25644">
              <w:rPr>
                <w:noProof/>
              </w:rPr>
              <w:t>______________________________________________</w:t>
            </w:r>
          </w:p>
        </w:tc>
      </w:tr>
      <w:tr w:rsidR="00C25644" w:rsidRPr="00C25644" w14:paraId="4BB03F21" w14:textId="77777777" w:rsidTr="009B6CC4">
        <w:trPr>
          <w:jc w:val="center"/>
        </w:trPr>
        <w:tc>
          <w:tcPr>
            <w:tcW w:w="4702" w:type="dxa"/>
            <w:tcMar>
              <w:top w:w="80" w:type="dxa"/>
              <w:left w:w="80" w:type="dxa"/>
              <w:bottom w:w="80" w:type="dxa"/>
              <w:right w:w="80" w:type="dxa"/>
            </w:tcMar>
            <w:vAlign w:val="center"/>
          </w:tcPr>
          <w:p w14:paraId="28C4DA9B" w14:textId="77777777" w:rsidR="00C25644" w:rsidRPr="00C25644" w:rsidRDefault="00C25644" w:rsidP="009B6CC4">
            <w:pPr>
              <w:rPr>
                <w:noProof/>
              </w:rPr>
            </w:pPr>
            <w:r w:rsidRPr="00C25644">
              <w:rPr>
                <w:noProof/>
              </w:rPr>
              <w:t>Ҳисобварақ тури</w:t>
            </w:r>
          </w:p>
        </w:tc>
        <w:tc>
          <w:tcPr>
            <w:tcW w:w="4702" w:type="dxa"/>
            <w:tcMar>
              <w:top w:w="80" w:type="dxa"/>
              <w:left w:w="80" w:type="dxa"/>
              <w:bottom w:w="80" w:type="dxa"/>
              <w:right w:w="80" w:type="dxa"/>
            </w:tcMar>
            <w:vAlign w:val="center"/>
          </w:tcPr>
          <w:p w14:paraId="23032BB3" w14:textId="77777777" w:rsidR="00C25644" w:rsidRPr="00C25644" w:rsidRDefault="00C25644" w:rsidP="009B6CC4">
            <w:pPr>
              <w:rPr>
                <w:noProof/>
              </w:rPr>
            </w:pPr>
            <w:r w:rsidRPr="00C25644">
              <w:rPr>
                <w:noProof/>
              </w:rPr>
              <w:t>Талаб қилиб олингунча</w:t>
            </w:r>
          </w:p>
        </w:tc>
      </w:tr>
      <w:tr w:rsidR="00C25644" w:rsidRPr="00C25644" w14:paraId="4B30E477" w14:textId="77777777" w:rsidTr="009B6CC4">
        <w:trPr>
          <w:jc w:val="center"/>
        </w:trPr>
        <w:tc>
          <w:tcPr>
            <w:tcW w:w="4702" w:type="dxa"/>
            <w:tcMar>
              <w:top w:w="80" w:type="dxa"/>
              <w:left w:w="80" w:type="dxa"/>
              <w:bottom w:w="80" w:type="dxa"/>
              <w:right w:w="80" w:type="dxa"/>
            </w:tcMar>
            <w:vAlign w:val="center"/>
          </w:tcPr>
          <w:p w14:paraId="4372AB4E" w14:textId="77777777" w:rsidR="00C25644" w:rsidRPr="00C25644" w:rsidRDefault="00C25644" w:rsidP="009B6CC4">
            <w:pPr>
              <w:rPr>
                <w:noProof/>
              </w:rPr>
            </w:pPr>
            <w:r w:rsidRPr="00C25644">
              <w:rPr>
                <w:noProof/>
              </w:rPr>
              <w:t>Валюта</w:t>
            </w:r>
          </w:p>
        </w:tc>
        <w:tc>
          <w:tcPr>
            <w:tcW w:w="4702" w:type="dxa"/>
            <w:tcMar>
              <w:top w:w="80" w:type="dxa"/>
              <w:left w:w="80" w:type="dxa"/>
              <w:bottom w:w="80" w:type="dxa"/>
              <w:right w:w="80" w:type="dxa"/>
            </w:tcMar>
            <w:vAlign w:val="center"/>
          </w:tcPr>
          <w:p w14:paraId="2122B2C5" w14:textId="77777777" w:rsidR="00C25644" w:rsidRPr="00C25644" w:rsidRDefault="00C25644" w:rsidP="009B6CC4">
            <w:pPr>
              <w:rPr>
                <w:noProof/>
              </w:rPr>
            </w:pPr>
            <w:r w:rsidRPr="00C25644">
              <w:rPr>
                <w:noProof/>
              </w:rPr>
              <w:t>______________________________________________</w:t>
            </w:r>
          </w:p>
        </w:tc>
      </w:tr>
      <w:tr w:rsidR="00C25644" w:rsidRPr="00C25644" w14:paraId="643D36AA" w14:textId="77777777" w:rsidTr="009B6CC4">
        <w:trPr>
          <w:jc w:val="center"/>
        </w:trPr>
        <w:tc>
          <w:tcPr>
            <w:tcW w:w="4702" w:type="dxa"/>
            <w:tcMar>
              <w:top w:w="80" w:type="dxa"/>
              <w:left w:w="80" w:type="dxa"/>
              <w:bottom w:w="80" w:type="dxa"/>
              <w:right w:w="80" w:type="dxa"/>
            </w:tcMar>
            <w:vAlign w:val="center"/>
          </w:tcPr>
          <w:p w14:paraId="2DB98C36" w14:textId="77777777" w:rsidR="00C25644" w:rsidRPr="00C25644" w:rsidRDefault="00C25644" w:rsidP="009B6CC4">
            <w:pPr>
              <w:rPr>
                <w:noProof/>
                <w:lang w:val="ru-RU"/>
              </w:rPr>
            </w:pPr>
            <w:r w:rsidRPr="00C25644">
              <w:rPr>
                <w:noProof/>
                <w:lang w:val="ru-RU"/>
              </w:rPr>
              <w:t>Минимал қолдиқ талаби (агар мавжуд бўлса)</w:t>
            </w:r>
          </w:p>
        </w:tc>
        <w:tc>
          <w:tcPr>
            <w:tcW w:w="4702" w:type="dxa"/>
            <w:tcMar>
              <w:top w:w="80" w:type="dxa"/>
              <w:left w:w="80" w:type="dxa"/>
              <w:bottom w:w="80" w:type="dxa"/>
              <w:right w:w="80" w:type="dxa"/>
            </w:tcMar>
            <w:vAlign w:val="center"/>
          </w:tcPr>
          <w:p w14:paraId="4244CB6F" w14:textId="77777777" w:rsidR="00C25644" w:rsidRPr="00C25644" w:rsidRDefault="00C25644" w:rsidP="009B6CC4">
            <w:pPr>
              <w:rPr>
                <w:noProof/>
              </w:rPr>
            </w:pPr>
            <w:r w:rsidRPr="00C25644">
              <w:rPr>
                <w:noProof/>
              </w:rPr>
              <w:t>______________________________________________</w:t>
            </w:r>
          </w:p>
        </w:tc>
      </w:tr>
      <w:tr w:rsidR="00C25644" w:rsidRPr="00C25644" w14:paraId="17536742" w14:textId="77777777" w:rsidTr="009B6CC4">
        <w:trPr>
          <w:jc w:val="center"/>
        </w:trPr>
        <w:tc>
          <w:tcPr>
            <w:tcW w:w="4702" w:type="dxa"/>
            <w:tcMar>
              <w:top w:w="80" w:type="dxa"/>
              <w:left w:w="80" w:type="dxa"/>
              <w:bottom w:w="80" w:type="dxa"/>
              <w:right w:w="80" w:type="dxa"/>
            </w:tcMar>
            <w:vAlign w:val="center"/>
          </w:tcPr>
          <w:p w14:paraId="1B6713B1" w14:textId="77777777" w:rsidR="00C25644" w:rsidRPr="00C25644" w:rsidRDefault="00C25644" w:rsidP="009B6CC4">
            <w:pPr>
              <w:rPr>
                <w:noProof/>
                <w:lang w:val="ru-RU"/>
              </w:rPr>
            </w:pPr>
            <w:r w:rsidRPr="00C25644">
              <w:rPr>
                <w:noProof/>
                <w:lang w:val="ru-RU"/>
              </w:rPr>
              <w:t>Фоиз қўлланилиши (агар мавжуд бўлса)</w:t>
            </w:r>
          </w:p>
        </w:tc>
        <w:tc>
          <w:tcPr>
            <w:tcW w:w="4702" w:type="dxa"/>
            <w:tcMar>
              <w:top w:w="80" w:type="dxa"/>
              <w:left w:w="80" w:type="dxa"/>
              <w:bottom w:w="80" w:type="dxa"/>
              <w:right w:w="80" w:type="dxa"/>
            </w:tcMar>
            <w:vAlign w:val="center"/>
          </w:tcPr>
          <w:p w14:paraId="5C6B3169" w14:textId="77777777" w:rsidR="00C25644" w:rsidRPr="00C25644" w:rsidRDefault="00C25644" w:rsidP="009B6CC4">
            <w:pPr>
              <w:rPr>
                <w:noProof/>
              </w:rPr>
            </w:pPr>
            <w:r w:rsidRPr="00C25644">
              <w:rPr>
                <w:noProof/>
              </w:rPr>
              <w:t>Ҳа / Йўқ</w:t>
            </w:r>
          </w:p>
        </w:tc>
      </w:tr>
      <w:tr w:rsidR="00C25644" w:rsidRPr="00C25644" w14:paraId="11D4E63C" w14:textId="77777777" w:rsidTr="009B6CC4">
        <w:trPr>
          <w:jc w:val="center"/>
        </w:trPr>
        <w:tc>
          <w:tcPr>
            <w:tcW w:w="4702" w:type="dxa"/>
            <w:tcMar>
              <w:top w:w="80" w:type="dxa"/>
              <w:left w:w="80" w:type="dxa"/>
              <w:bottom w:w="80" w:type="dxa"/>
              <w:right w:w="80" w:type="dxa"/>
            </w:tcMar>
            <w:vAlign w:val="center"/>
          </w:tcPr>
          <w:p w14:paraId="75AD07D8" w14:textId="77777777" w:rsidR="00C25644" w:rsidRPr="00C25644" w:rsidRDefault="00C25644" w:rsidP="009B6CC4">
            <w:pPr>
              <w:rPr>
                <w:noProof/>
              </w:rPr>
            </w:pPr>
            <w:r w:rsidRPr="00C25644">
              <w:rPr>
                <w:noProof/>
              </w:rPr>
              <w:t>Ҳисобварақдан боғланадиган карта (агар мавжуд бўлса)</w:t>
            </w:r>
          </w:p>
        </w:tc>
        <w:tc>
          <w:tcPr>
            <w:tcW w:w="4702" w:type="dxa"/>
            <w:tcMar>
              <w:top w:w="80" w:type="dxa"/>
              <w:left w:w="80" w:type="dxa"/>
              <w:bottom w:w="80" w:type="dxa"/>
              <w:right w:w="80" w:type="dxa"/>
            </w:tcMar>
            <w:vAlign w:val="center"/>
          </w:tcPr>
          <w:p w14:paraId="0A12E481" w14:textId="77777777" w:rsidR="00C25644" w:rsidRPr="00C25644" w:rsidRDefault="00C25644" w:rsidP="009B6CC4">
            <w:pPr>
              <w:rPr>
                <w:noProof/>
              </w:rPr>
            </w:pPr>
            <w:r w:rsidRPr="00C25644">
              <w:rPr>
                <w:noProof/>
              </w:rPr>
              <w:t>______________________________________________</w:t>
            </w:r>
          </w:p>
        </w:tc>
      </w:tr>
      <w:tr w:rsidR="00C25644" w:rsidRPr="00C25644" w14:paraId="5E87DC10" w14:textId="77777777" w:rsidTr="009B6CC4">
        <w:trPr>
          <w:jc w:val="center"/>
        </w:trPr>
        <w:tc>
          <w:tcPr>
            <w:tcW w:w="4702" w:type="dxa"/>
            <w:tcMar>
              <w:top w:w="80" w:type="dxa"/>
              <w:left w:w="80" w:type="dxa"/>
              <w:bottom w:w="80" w:type="dxa"/>
              <w:right w:w="80" w:type="dxa"/>
            </w:tcMar>
            <w:vAlign w:val="center"/>
          </w:tcPr>
          <w:p w14:paraId="2F913635" w14:textId="77777777" w:rsidR="00C25644" w:rsidRPr="00C25644" w:rsidRDefault="00C25644" w:rsidP="009B6CC4">
            <w:pPr>
              <w:rPr>
                <w:noProof/>
              </w:rPr>
            </w:pPr>
            <w:r w:rsidRPr="00C25644">
              <w:rPr>
                <w:noProof/>
              </w:rPr>
              <w:t>Боғланиш учун телефон рақами</w:t>
            </w:r>
          </w:p>
        </w:tc>
        <w:tc>
          <w:tcPr>
            <w:tcW w:w="4702" w:type="dxa"/>
            <w:tcMar>
              <w:top w:w="80" w:type="dxa"/>
              <w:left w:w="80" w:type="dxa"/>
              <w:bottom w:w="80" w:type="dxa"/>
              <w:right w:w="80" w:type="dxa"/>
            </w:tcMar>
            <w:vAlign w:val="center"/>
          </w:tcPr>
          <w:p w14:paraId="70D961BF" w14:textId="77777777" w:rsidR="00C25644" w:rsidRPr="00C25644" w:rsidRDefault="00C25644" w:rsidP="009B6CC4">
            <w:pPr>
              <w:rPr>
                <w:noProof/>
              </w:rPr>
            </w:pPr>
            <w:r w:rsidRPr="00C25644">
              <w:rPr>
                <w:noProof/>
              </w:rPr>
              <w:t>______________________________________________</w:t>
            </w:r>
          </w:p>
        </w:tc>
      </w:tr>
    </w:tbl>
    <w:p w14:paraId="1D123F6F" w14:textId="77777777" w:rsidR="00C25644" w:rsidRPr="00C25644" w:rsidRDefault="00C25644" w:rsidP="00C25644">
      <w:pPr>
        <w:spacing w:after="0" w:line="240" w:lineRule="auto"/>
        <w:ind w:firstLine="709"/>
        <w:jc w:val="both"/>
        <w:rPr>
          <w:noProof/>
        </w:rPr>
      </w:pPr>
      <w:r w:rsidRPr="00C25644">
        <w:rPr>
          <w:noProof/>
        </w:rPr>
        <w:t>Мижоз мазкур ариза орқали ҳисобварақнинг индивидуал шартлари ва ахборот варақаси билан танишганлигини тасдиқлайди.</w:t>
      </w:r>
    </w:p>
    <w:tbl>
      <w:tblPr>
        <w:tblStyle w:val="aff0"/>
        <w:tblW w:w="0" w:type="auto"/>
        <w:jc w:val="center"/>
        <w:tblLook w:val="04A0" w:firstRow="1" w:lastRow="0" w:firstColumn="1" w:lastColumn="0" w:noHBand="0" w:noVBand="1"/>
      </w:tblPr>
      <w:tblGrid>
        <w:gridCol w:w="4698"/>
        <w:gridCol w:w="4697"/>
      </w:tblGrid>
      <w:tr w:rsidR="00C25644" w:rsidRPr="00C25644" w14:paraId="4EFA4364" w14:textId="77777777" w:rsidTr="009B6CC4">
        <w:trPr>
          <w:jc w:val="center"/>
        </w:trPr>
        <w:tc>
          <w:tcPr>
            <w:tcW w:w="4702" w:type="dxa"/>
            <w:tcMar>
              <w:top w:w="80" w:type="dxa"/>
              <w:left w:w="80" w:type="dxa"/>
              <w:bottom w:w="80" w:type="dxa"/>
              <w:right w:w="80" w:type="dxa"/>
            </w:tcMar>
          </w:tcPr>
          <w:p w14:paraId="60185532" w14:textId="77777777" w:rsidR="00C25644" w:rsidRPr="00C25644" w:rsidRDefault="00C25644" w:rsidP="009B6CC4">
            <w:pPr>
              <w:rPr>
                <w:noProof/>
              </w:rPr>
            </w:pPr>
            <w:r w:rsidRPr="00C25644">
              <w:rPr>
                <w:noProof/>
              </w:rPr>
              <w:t>Мижоз</w:t>
            </w:r>
          </w:p>
        </w:tc>
        <w:tc>
          <w:tcPr>
            <w:tcW w:w="4702" w:type="dxa"/>
            <w:tcMar>
              <w:top w:w="80" w:type="dxa"/>
              <w:left w:w="80" w:type="dxa"/>
              <w:bottom w:w="80" w:type="dxa"/>
              <w:right w:w="80" w:type="dxa"/>
            </w:tcMar>
          </w:tcPr>
          <w:p w14:paraId="20895122" w14:textId="77777777" w:rsidR="00C25644" w:rsidRPr="00C25644" w:rsidRDefault="00C25644" w:rsidP="009B6CC4">
            <w:pPr>
              <w:rPr>
                <w:noProof/>
              </w:rPr>
            </w:pPr>
            <w:r w:rsidRPr="00C25644">
              <w:rPr>
                <w:noProof/>
              </w:rPr>
              <w:t>Банк</w:t>
            </w:r>
          </w:p>
        </w:tc>
      </w:tr>
      <w:tr w:rsidR="00C25644" w:rsidRPr="0077367A" w14:paraId="753A247A" w14:textId="77777777" w:rsidTr="009B6CC4">
        <w:trPr>
          <w:jc w:val="center"/>
        </w:trPr>
        <w:tc>
          <w:tcPr>
            <w:tcW w:w="4702" w:type="dxa"/>
            <w:tcMar>
              <w:top w:w="80" w:type="dxa"/>
              <w:left w:w="80" w:type="dxa"/>
              <w:bottom w:w="80" w:type="dxa"/>
              <w:right w:w="80" w:type="dxa"/>
            </w:tcMar>
          </w:tcPr>
          <w:p w14:paraId="71F83C73" w14:textId="77777777" w:rsidR="00C25644" w:rsidRPr="00C25644" w:rsidRDefault="00C25644" w:rsidP="009B6CC4">
            <w:pPr>
              <w:rPr>
                <w:noProof/>
              </w:rPr>
            </w:pPr>
            <w:r w:rsidRPr="00C25644">
              <w:rPr>
                <w:noProof/>
              </w:rPr>
              <w:lastRenderedPageBreak/>
              <w:t>Ф.И.Ш.: ______________________</w:t>
            </w:r>
            <w:r w:rsidRPr="00C25644">
              <w:rPr>
                <w:noProof/>
              </w:rPr>
              <w:br/>
              <w:t>Имзо: _______________________</w:t>
            </w:r>
          </w:p>
        </w:tc>
        <w:tc>
          <w:tcPr>
            <w:tcW w:w="4702" w:type="dxa"/>
            <w:tcMar>
              <w:top w:w="80" w:type="dxa"/>
              <w:left w:w="80" w:type="dxa"/>
              <w:bottom w:w="80" w:type="dxa"/>
              <w:right w:w="80" w:type="dxa"/>
            </w:tcMar>
          </w:tcPr>
          <w:p w14:paraId="5B3401E9" w14:textId="77777777" w:rsidR="00C25644" w:rsidRPr="00C25644" w:rsidRDefault="00C25644" w:rsidP="009B6CC4">
            <w:pPr>
              <w:rPr>
                <w:noProof/>
                <w:lang w:val="ru-RU"/>
              </w:rPr>
            </w:pPr>
            <w:r w:rsidRPr="00C25644">
              <w:rPr>
                <w:noProof/>
                <w:lang w:val="ru-RU"/>
              </w:rPr>
              <w:t>Ф.И.Ш.: ______________________</w:t>
            </w:r>
            <w:r w:rsidRPr="00C25644">
              <w:rPr>
                <w:noProof/>
                <w:lang w:val="ru-RU"/>
              </w:rPr>
              <w:br/>
              <w:t>Лавозими: ___________________</w:t>
            </w:r>
            <w:r w:rsidRPr="00C25644">
              <w:rPr>
                <w:noProof/>
                <w:lang w:val="ru-RU"/>
              </w:rPr>
              <w:br/>
              <w:t>Имзо: _______________________</w:t>
            </w:r>
          </w:p>
        </w:tc>
      </w:tr>
    </w:tbl>
    <w:p w14:paraId="52965E8B" w14:textId="77777777" w:rsidR="00C25644" w:rsidRPr="00C25644" w:rsidRDefault="00C25644" w:rsidP="00C25644">
      <w:pPr>
        <w:spacing w:after="40" w:line="240" w:lineRule="auto"/>
        <w:jc w:val="both"/>
        <w:rPr>
          <w:noProof/>
          <w:lang w:val="ru-RU"/>
        </w:rPr>
      </w:pPr>
    </w:p>
    <w:p w14:paraId="6DB5EF02" w14:textId="77777777" w:rsidR="00C25644" w:rsidRPr="00C25644" w:rsidRDefault="00C25644" w:rsidP="00C25644">
      <w:pPr>
        <w:spacing w:after="0" w:line="240" w:lineRule="auto"/>
        <w:jc w:val="both"/>
        <w:rPr>
          <w:noProof/>
          <w:lang w:val="ru-RU"/>
        </w:rPr>
      </w:pPr>
      <w:r w:rsidRPr="00C25644">
        <w:rPr>
          <w:b/>
          <w:noProof/>
          <w:lang w:val="ru-RU"/>
        </w:rPr>
        <w:t>3-ИЛОВА. МАҲСУЛОТ БЎЙИЧА АХБОРОТ ВАРАҚАСИ ШАКЛИ</w:t>
      </w:r>
    </w:p>
    <w:tbl>
      <w:tblPr>
        <w:tblStyle w:val="aff0"/>
        <w:tblW w:w="0" w:type="auto"/>
        <w:jc w:val="center"/>
        <w:tblLook w:val="04A0" w:firstRow="1" w:lastRow="0" w:firstColumn="1" w:lastColumn="0" w:noHBand="0" w:noVBand="1"/>
      </w:tblPr>
      <w:tblGrid>
        <w:gridCol w:w="4698"/>
        <w:gridCol w:w="4697"/>
      </w:tblGrid>
      <w:tr w:rsidR="00C25644" w:rsidRPr="00C25644" w14:paraId="29A4D948" w14:textId="77777777" w:rsidTr="009B6CC4">
        <w:trPr>
          <w:jc w:val="center"/>
        </w:trPr>
        <w:tc>
          <w:tcPr>
            <w:tcW w:w="4702" w:type="dxa"/>
            <w:tcMar>
              <w:top w:w="80" w:type="dxa"/>
              <w:left w:w="80" w:type="dxa"/>
              <w:bottom w:w="80" w:type="dxa"/>
              <w:right w:w="80" w:type="dxa"/>
            </w:tcMar>
          </w:tcPr>
          <w:p w14:paraId="779F0ADF" w14:textId="77777777" w:rsidR="00C25644" w:rsidRPr="00C25644" w:rsidRDefault="00C25644" w:rsidP="009B6CC4">
            <w:pPr>
              <w:rPr>
                <w:noProof/>
              </w:rPr>
            </w:pPr>
            <w:r w:rsidRPr="00C25644">
              <w:rPr>
                <w:noProof/>
              </w:rPr>
              <w:t>Кўрсаткич</w:t>
            </w:r>
          </w:p>
        </w:tc>
        <w:tc>
          <w:tcPr>
            <w:tcW w:w="4702" w:type="dxa"/>
            <w:tcMar>
              <w:top w:w="80" w:type="dxa"/>
              <w:left w:w="80" w:type="dxa"/>
              <w:bottom w:w="80" w:type="dxa"/>
              <w:right w:w="80" w:type="dxa"/>
            </w:tcMar>
          </w:tcPr>
          <w:p w14:paraId="2B7103A0" w14:textId="77777777" w:rsidR="00C25644" w:rsidRPr="00C25644" w:rsidRDefault="00C25644" w:rsidP="009B6CC4">
            <w:pPr>
              <w:rPr>
                <w:noProof/>
              </w:rPr>
            </w:pPr>
            <w:r w:rsidRPr="00C25644">
              <w:rPr>
                <w:noProof/>
              </w:rPr>
              <w:t>Банк картаси / талаб қилиб олингунча банк ҳисобварағи бўйича маълумот</w:t>
            </w:r>
          </w:p>
        </w:tc>
      </w:tr>
      <w:tr w:rsidR="00C25644" w:rsidRPr="00C25644" w14:paraId="3131DA93" w14:textId="77777777" w:rsidTr="009B6CC4">
        <w:trPr>
          <w:jc w:val="center"/>
        </w:trPr>
        <w:tc>
          <w:tcPr>
            <w:tcW w:w="4702" w:type="dxa"/>
            <w:tcMar>
              <w:top w:w="80" w:type="dxa"/>
              <w:left w:w="80" w:type="dxa"/>
              <w:bottom w:w="80" w:type="dxa"/>
              <w:right w:w="80" w:type="dxa"/>
            </w:tcMar>
          </w:tcPr>
          <w:p w14:paraId="343075ED" w14:textId="77777777" w:rsidR="00C25644" w:rsidRPr="00C25644" w:rsidRDefault="00C25644" w:rsidP="009B6CC4">
            <w:pPr>
              <w:rPr>
                <w:noProof/>
              </w:rPr>
            </w:pPr>
            <w:r w:rsidRPr="00C25644">
              <w:rPr>
                <w:noProof/>
              </w:rPr>
              <w:t>Маҳсулот номи</w:t>
            </w:r>
          </w:p>
        </w:tc>
        <w:tc>
          <w:tcPr>
            <w:tcW w:w="4702" w:type="dxa"/>
            <w:tcMar>
              <w:top w:w="80" w:type="dxa"/>
              <w:left w:w="80" w:type="dxa"/>
              <w:bottom w:w="80" w:type="dxa"/>
              <w:right w:w="80" w:type="dxa"/>
            </w:tcMar>
          </w:tcPr>
          <w:p w14:paraId="4228C59C" w14:textId="77777777" w:rsidR="00C25644" w:rsidRPr="00C25644" w:rsidRDefault="00C25644" w:rsidP="009B6CC4">
            <w:pPr>
              <w:rPr>
                <w:noProof/>
              </w:rPr>
            </w:pPr>
          </w:p>
        </w:tc>
      </w:tr>
      <w:tr w:rsidR="00C25644" w:rsidRPr="00C25644" w14:paraId="2B0885EB" w14:textId="77777777" w:rsidTr="009B6CC4">
        <w:trPr>
          <w:jc w:val="center"/>
        </w:trPr>
        <w:tc>
          <w:tcPr>
            <w:tcW w:w="4702" w:type="dxa"/>
            <w:tcMar>
              <w:top w:w="80" w:type="dxa"/>
              <w:left w:w="80" w:type="dxa"/>
              <w:bottom w:w="80" w:type="dxa"/>
              <w:right w:w="80" w:type="dxa"/>
            </w:tcMar>
          </w:tcPr>
          <w:p w14:paraId="609AF844" w14:textId="77777777" w:rsidR="00C25644" w:rsidRPr="00C25644" w:rsidRDefault="00C25644" w:rsidP="009B6CC4">
            <w:pPr>
              <w:rPr>
                <w:noProof/>
              </w:rPr>
            </w:pPr>
            <w:r w:rsidRPr="00C25644">
              <w:rPr>
                <w:noProof/>
              </w:rPr>
              <w:t>Асосий мақсади</w:t>
            </w:r>
          </w:p>
        </w:tc>
        <w:tc>
          <w:tcPr>
            <w:tcW w:w="4702" w:type="dxa"/>
            <w:tcMar>
              <w:top w:w="80" w:type="dxa"/>
              <w:left w:w="80" w:type="dxa"/>
              <w:bottom w:w="80" w:type="dxa"/>
              <w:right w:w="80" w:type="dxa"/>
            </w:tcMar>
          </w:tcPr>
          <w:p w14:paraId="343331C1" w14:textId="77777777" w:rsidR="00C25644" w:rsidRPr="00C25644" w:rsidRDefault="00C25644" w:rsidP="009B6CC4">
            <w:pPr>
              <w:rPr>
                <w:noProof/>
              </w:rPr>
            </w:pPr>
          </w:p>
        </w:tc>
      </w:tr>
      <w:tr w:rsidR="00C25644" w:rsidRPr="00C25644" w14:paraId="31643716" w14:textId="77777777" w:rsidTr="009B6CC4">
        <w:trPr>
          <w:jc w:val="center"/>
        </w:trPr>
        <w:tc>
          <w:tcPr>
            <w:tcW w:w="4702" w:type="dxa"/>
            <w:tcMar>
              <w:top w:w="80" w:type="dxa"/>
              <w:left w:w="80" w:type="dxa"/>
              <w:bottom w:w="80" w:type="dxa"/>
              <w:right w:w="80" w:type="dxa"/>
            </w:tcMar>
          </w:tcPr>
          <w:p w14:paraId="010642D2" w14:textId="77777777" w:rsidR="00C25644" w:rsidRPr="00C25644" w:rsidRDefault="00C25644" w:rsidP="009B6CC4">
            <w:pPr>
              <w:rPr>
                <w:noProof/>
              </w:rPr>
            </w:pPr>
            <w:r w:rsidRPr="00C25644">
              <w:rPr>
                <w:noProof/>
              </w:rPr>
              <w:t>Асосий хизмат ҳақлари</w:t>
            </w:r>
          </w:p>
        </w:tc>
        <w:tc>
          <w:tcPr>
            <w:tcW w:w="4702" w:type="dxa"/>
            <w:tcMar>
              <w:top w:w="80" w:type="dxa"/>
              <w:left w:w="80" w:type="dxa"/>
              <w:bottom w:w="80" w:type="dxa"/>
              <w:right w:w="80" w:type="dxa"/>
            </w:tcMar>
          </w:tcPr>
          <w:p w14:paraId="683E1979" w14:textId="77777777" w:rsidR="00C25644" w:rsidRPr="00C25644" w:rsidRDefault="00C25644" w:rsidP="009B6CC4">
            <w:pPr>
              <w:rPr>
                <w:noProof/>
              </w:rPr>
            </w:pPr>
          </w:p>
        </w:tc>
      </w:tr>
      <w:tr w:rsidR="00C25644" w:rsidRPr="0077367A" w14:paraId="5FCE508B" w14:textId="77777777" w:rsidTr="009B6CC4">
        <w:trPr>
          <w:jc w:val="center"/>
        </w:trPr>
        <w:tc>
          <w:tcPr>
            <w:tcW w:w="4702" w:type="dxa"/>
            <w:tcMar>
              <w:top w:w="80" w:type="dxa"/>
              <w:left w:w="80" w:type="dxa"/>
              <w:bottom w:w="80" w:type="dxa"/>
              <w:right w:w="80" w:type="dxa"/>
            </w:tcMar>
          </w:tcPr>
          <w:p w14:paraId="6CA21D28" w14:textId="77777777" w:rsidR="00C25644" w:rsidRPr="00C25644" w:rsidRDefault="00C25644" w:rsidP="009B6CC4">
            <w:pPr>
              <w:rPr>
                <w:noProof/>
                <w:lang w:val="ru-RU"/>
              </w:rPr>
            </w:pPr>
            <w:r w:rsidRPr="00C25644">
              <w:rPr>
                <w:noProof/>
                <w:lang w:val="ru-RU"/>
              </w:rPr>
              <w:t>Мижоз учун асосий хавфлар / чекловлар</w:t>
            </w:r>
          </w:p>
        </w:tc>
        <w:tc>
          <w:tcPr>
            <w:tcW w:w="4702" w:type="dxa"/>
            <w:tcMar>
              <w:top w:w="80" w:type="dxa"/>
              <w:left w:w="80" w:type="dxa"/>
              <w:bottom w:w="80" w:type="dxa"/>
              <w:right w:w="80" w:type="dxa"/>
            </w:tcMar>
          </w:tcPr>
          <w:p w14:paraId="22458364" w14:textId="77777777" w:rsidR="00C25644" w:rsidRPr="00C25644" w:rsidRDefault="00C25644" w:rsidP="009B6CC4">
            <w:pPr>
              <w:rPr>
                <w:noProof/>
                <w:lang w:val="ru-RU"/>
              </w:rPr>
            </w:pPr>
          </w:p>
        </w:tc>
      </w:tr>
      <w:tr w:rsidR="00C25644" w:rsidRPr="00C25644" w14:paraId="0D1047FD" w14:textId="77777777" w:rsidTr="009B6CC4">
        <w:trPr>
          <w:jc w:val="center"/>
        </w:trPr>
        <w:tc>
          <w:tcPr>
            <w:tcW w:w="4702" w:type="dxa"/>
            <w:tcMar>
              <w:top w:w="80" w:type="dxa"/>
              <w:left w:w="80" w:type="dxa"/>
              <w:bottom w:w="80" w:type="dxa"/>
              <w:right w:w="80" w:type="dxa"/>
            </w:tcMar>
          </w:tcPr>
          <w:p w14:paraId="08F4CDB3" w14:textId="77777777" w:rsidR="00C25644" w:rsidRPr="00C25644" w:rsidRDefault="00C25644" w:rsidP="009B6CC4">
            <w:pPr>
              <w:rPr>
                <w:noProof/>
              </w:rPr>
            </w:pPr>
            <w:r w:rsidRPr="00C25644">
              <w:rPr>
                <w:noProof/>
              </w:rPr>
              <w:t>Масофавий расмийлаштириш имконияти</w:t>
            </w:r>
          </w:p>
        </w:tc>
        <w:tc>
          <w:tcPr>
            <w:tcW w:w="4702" w:type="dxa"/>
            <w:tcMar>
              <w:top w:w="80" w:type="dxa"/>
              <w:left w:w="80" w:type="dxa"/>
              <w:bottom w:w="80" w:type="dxa"/>
              <w:right w:w="80" w:type="dxa"/>
            </w:tcMar>
          </w:tcPr>
          <w:p w14:paraId="32840067" w14:textId="77777777" w:rsidR="00C25644" w:rsidRPr="00C25644" w:rsidRDefault="00C25644" w:rsidP="009B6CC4">
            <w:pPr>
              <w:rPr>
                <w:noProof/>
              </w:rPr>
            </w:pPr>
            <w:r w:rsidRPr="00C25644">
              <w:rPr>
                <w:noProof/>
              </w:rPr>
              <w:t>Ҳа / Йўқ</w:t>
            </w:r>
          </w:p>
        </w:tc>
      </w:tr>
      <w:tr w:rsidR="00C25644" w:rsidRPr="00C25644" w14:paraId="120EE672" w14:textId="77777777" w:rsidTr="009B6CC4">
        <w:trPr>
          <w:jc w:val="center"/>
        </w:trPr>
        <w:tc>
          <w:tcPr>
            <w:tcW w:w="4702" w:type="dxa"/>
            <w:tcMar>
              <w:top w:w="80" w:type="dxa"/>
              <w:left w:w="80" w:type="dxa"/>
              <w:bottom w:w="80" w:type="dxa"/>
              <w:right w:w="80" w:type="dxa"/>
            </w:tcMar>
          </w:tcPr>
          <w:p w14:paraId="44A65CD9" w14:textId="77777777" w:rsidR="00C25644" w:rsidRPr="00C25644" w:rsidRDefault="00C25644" w:rsidP="009B6CC4">
            <w:pPr>
              <w:rPr>
                <w:noProof/>
              </w:rPr>
            </w:pPr>
            <w:r w:rsidRPr="00C25644">
              <w:rPr>
                <w:noProof/>
              </w:rPr>
              <w:t>Мурожаат юбориш каналлари</w:t>
            </w:r>
          </w:p>
        </w:tc>
        <w:tc>
          <w:tcPr>
            <w:tcW w:w="4702" w:type="dxa"/>
            <w:tcMar>
              <w:top w:w="80" w:type="dxa"/>
              <w:left w:w="80" w:type="dxa"/>
              <w:bottom w:w="80" w:type="dxa"/>
              <w:right w:w="80" w:type="dxa"/>
            </w:tcMar>
          </w:tcPr>
          <w:p w14:paraId="3D44C38E" w14:textId="77777777" w:rsidR="00C25644" w:rsidRPr="00C25644" w:rsidRDefault="00C25644" w:rsidP="009B6CC4">
            <w:pPr>
              <w:rPr>
                <w:noProof/>
              </w:rPr>
            </w:pPr>
          </w:p>
        </w:tc>
      </w:tr>
      <w:tr w:rsidR="00C25644" w:rsidRPr="00C25644" w14:paraId="28D90D11" w14:textId="77777777" w:rsidTr="009B6CC4">
        <w:trPr>
          <w:jc w:val="center"/>
        </w:trPr>
        <w:tc>
          <w:tcPr>
            <w:tcW w:w="4702" w:type="dxa"/>
            <w:tcMar>
              <w:top w:w="80" w:type="dxa"/>
              <w:left w:w="80" w:type="dxa"/>
              <w:bottom w:w="80" w:type="dxa"/>
              <w:right w:w="80" w:type="dxa"/>
            </w:tcMar>
          </w:tcPr>
          <w:p w14:paraId="60AB5E4E" w14:textId="77777777" w:rsidR="00C25644" w:rsidRPr="00C25644" w:rsidRDefault="00C25644" w:rsidP="009B6CC4">
            <w:pPr>
              <w:rPr>
                <w:noProof/>
              </w:rPr>
            </w:pPr>
            <w:r w:rsidRPr="00C25644">
              <w:rPr>
                <w:noProof/>
              </w:rPr>
              <w:t>Қўшимча изоҳ</w:t>
            </w:r>
          </w:p>
        </w:tc>
        <w:tc>
          <w:tcPr>
            <w:tcW w:w="4702" w:type="dxa"/>
            <w:tcMar>
              <w:top w:w="80" w:type="dxa"/>
              <w:left w:w="80" w:type="dxa"/>
              <w:bottom w:w="80" w:type="dxa"/>
              <w:right w:w="80" w:type="dxa"/>
            </w:tcMar>
          </w:tcPr>
          <w:p w14:paraId="294DCDB3" w14:textId="77777777" w:rsidR="00C25644" w:rsidRPr="00C25644" w:rsidRDefault="00C25644" w:rsidP="009B6CC4">
            <w:pPr>
              <w:rPr>
                <w:noProof/>
              </w:rPr>
            </w:pPr>
          </w:p>
        </w:tc>
      </w:tr>
    </w:tbl>
    <w:p w14:paraId="29D71221" w14:textId="77777777" w:rsidR="00C25644" w:rsidRPr="00C25644" w:rsidRDefault="00C25644" w:rsidP="00C25644">
      <w:pPr>
        <w:spacing w:after="0" w:line="240" w:lineRule="auto"/>
        <w:ind w:firstLine="709"/>
        <w:jc w:val="both"/>
        <w:rPr>
          <w:noProof/>
        </w:rPr>
      </w:pPr>
      <w:r w:rsidRPr="00C25644">
        <w:rPr>
          <w:noProof/>
        </w:rPr>
        <w:t>Мазкур ахборот варақаси амалдаги қонунчилик ва Банкнинг ички қоидаларига мувофиқ ҳар бир маҳсулот учун алоҳида тўлдирилади ва Мижозга қоғоз ёки электрон шаклда тақдим этилади.</w:t>
      </w:r>
    </w:p>
    <w:p w14:paraId="3ADF445F" w14:textId="77777777" w:rsidR="00C25644" w:rsidRPr="00C25644" w:rsidRDefault="00C25644" w:rsidP="00C25644">
      <w:pPr>
        <w:spacing w:after="40" w:line="240" w:lineRule="auto"/>
        <w:jc w:val="both"/>
        <w:rPr>
          <w:noProof/>
        </w:rPr>
      </w:pPr>
    </w:p>
    <w:p w14:paraId="224EB5D3" w14:textId="77777777" w:rsidR="00C25644" w:rsidRPr="00C25644" w:rsidRDefault="00C25644" w:rsidP="00C25644">
      <w:pPr>
        <w:spacing w:after="0" w:line="240" w:lineRule="auto"/>
        <w:jc w:val="both"/>
        <w:rPr>
          <w:noProof/>
          <w:lang w:val="ru-RU"/>
        </w:rPr>
      </w:pPr>
      <w:r w:rsidRPr="00C25644">
        <w:rPr>
          <w:b/>
          <w:noProof/>
          <w:lang w:val="ru-RU"/>
        </w:rPr>
        <w:t>4-ИЛОВА. КАФОЛАТЛАШ ТИЗИМИ ТЎҒРИСИДА АХБОРОТ ШАКЛИ</w:t>
      </w:r>
    </w:p>
    <w:p w14:paraId="40A213CD" w14:textId="77777777" w:rsidR="00C25644" w:rsidRPr="00C25644" w:rsidRDefault="00C25644" w:rsidP="00C25644">
      <w:pPr>
        <w:spacing w:after="0" w:line="240" w:lineRule="auto"/>
        <w:jc w:val="both"/>
        <w:rPr>
          <w:noProof/>
          <w:lang w:val="ru-RU"/>
        </w:rPr>
      </w:pPr>
      <w:r w:rsidRPr="00C25644">
        <w:rPr>
          <w:noProof/>
          <w:lang w:val="ru-RU"/>
        </w:rPr>
        <w:t>1. Банк Мижозга қонунчиликда назарда тутилган ҳолларда талаб қилиб олингунча банк ҳисобварақлари бўйича кафолатлаш тизими тўғрисида ахборот тақдим этади.</w:t>
      </w:r>
    </w:p>
    <w:p w14:paraId="24DE8980" w14:textId="77777777" w:rsidR="00C25644" w:rsidRPr="00C25644" w:rsidRDefault="00C25644" w:rsidP="00C25644">
      <w:pPr>
        <w:spacing w:after="0" w:line="240" w:lineRule="auto"/>
        <w:jc w:val="both"/>
        <w:rPr>
          <w:noProof/>
          <w:lang w:val="ru-RU"/>
        </w:rPr>
      </w:pPr>
      <w:r w:rsidRPr="00C25644">
        <w:rPr>
          <w:noProof/>
          <w:lang w:val="ru-RU"/>
        </w:rPr>
        <w:t>2. Кафолатланадиган маблағлар, чекловлар, компенсация миқдори ва тўлаш тартиби амалдаги қонунчилик ҳужжатларига мувофиқ белгиланади.</w:t>
      </w:r>
    </w:p>
    <w:p w14:paraId="084DA7CE" w14:textId="77777777" w:rsidR="00C25644" w:rsidRPr="00C25644" w:rsidRDefault="00C25644" w:rsidP="00C25644">
      <w:pPr>
        <w:spacing w:after="0" w:line="240" w:lineRule="auto"/>
        <w:jc w:val="both"/>
        <w:rPr>
          <w:noProof/>
          <w:lang w:val="ru-RU"/>
        </w:rPr>
      </w:pPr>
      <w:r w:rsidRPr="00C25644">
        <w:rPr>
          <w:noProof/>
          <w:lang w:val="ru-RU"/>
        </w:rPr>
        <w:t>3. Мазкур ахборот шакли Банк томонидан маҳсулот расмийлаштирилишидан олдин Мижозга танишиш учун тақдим этилади.</w:t>
      </w:r>
    </w:p>
    <w:p w14:paraId="262B3512" w14:textId="77777777" w:rsidR="00C25644" w:rsidRPr="00C25644" w:rsidRDefault="00C25644" w:rsidP="00C25644">
      <w:pPr>
        <w:spacing w:after="0" w:line="240" w:lineRule="auto"/>
        <w:jc w:val="both"/>
        <w:rPr>
          <w:noProof/>
          <w:lang w:val="ru-RU"/>
        </w:rPr>
      </w:pPr>
      <w:r w:rsidRPr="00C25644">
        <w:rPr>
          <w:noProof/>
          <w:lang w:val="ru-RU"/>
        </w:rPr>
        <w:t>4. Мижоз тегишли белги қўйиш, электрон тасдиқ бериш ёки бошқа қонуний усул орқали ушбу ахборот билан танишганлигини тасдиқлайди.</w:t>
      </w:r>
    </w:p>
    <w:p w14:paraId="629FC5F5" w14:textId="77777777" w:rsidR="00C25644" w:rsidRPr="00C25644" w:rsidRDefault="00C25644" w:rsidP="00C25644">
      <w:pPr>
        <w:spacing w:after="40" w:line="240" w:lineRule="auto"/>
        <w:jc w:val="both"/>
        <w:rPr>
          <w:noProof/>
          <w:lang w:val="ru-RU"/>
        </w:rPr>
      </w:pPr>
    </w:p>
    <w:p w14:paraId="267A40B7" w14:textId="77777777" w:rsidR="00C25644" w:rsidRPr="00C25644" w:rsidRDefault="00C25644" w:rsidP="00C25644">
      <w:pPr>
        <w:spacing w:after="0" w:line="240" w:lineRule="auto"/>
        <w:jc w:val="both"/>
        <w:rPr>
          <w:noProof/>
        </w:rPr>
      </w:pPr>
      <w:r w:rsidRPr="00C25644">
        <w:rPr>
          <w:b/>
          <w:noProof/>
        </w:rPr>
        <w:t>5-ИЛОВА. БАНК ХИЗМАТЛАРИ ТАРИФЛАРИ ШАКЛИ</w:t>
      </w:r>
    </w:p>
    <w:tbl>
      <w:tblPr>
        <w:tblStyle w:val="aff0"/>
        <w:tblW w:w="0" w:type="auto"/>
        <w:jc w:val="center"/>
        <w:tblLook w:val="04A0" w:firstRow="1" w:lastRow="0" w:firstColumn="1" w:lastColumn="0" w:noHBand="0" w:noVBand="1"/>
      </w:tblPr>
      <w:tblGrid>
        <w:gridCol w:w="2350"/>
        <w:gridCol w:w="2348"/>
        <w:gridCol w:w="2350"/>
        <w:gridCol w:w="2347"/>
      </w:tblGrid>
      <w:tr w:rsidR="00C25644" w:rsidRPr="00C25644" w14:paraId="0AAB976E" w14:textId="77777777" w:rsidTr="009B6CC4">
        <w:trPr>
          <w:jc w:val="center"/>
        </w:trPr>
        <w:tc>
          <w:tcPr>
            <w:tcW w:w="2351" w:type="dxa"/>
            <w:tcMar>
              <w:top w:w="80" w:type="dxa"/>
              <w:left w:w="80" w:type="dxa"/>
              <w:bottom w:w="80" w:type="dxa"/>
              <w:right w:w="80" w:type="dxa"/>
            </w:tcMar>
          </w:tcPr>
          <w:p w14:paraId="3B1177DC" w14:textId="77777777" w:rsidR="00C25644" w:rsidRPr="00C25644" w:rsidRDefault="00C25644" w:rsidP="009B6CC4">
            <w:pPr>
              <w:rPr>
                <w:noProof/>
              </w:rPr>
            </w:pPr>
            <w:r w:rsidRPr="00C25644">
              <w:rPr>
                <w:noProof/>
              </w:rPr>
              <w:t>Хизмат тури</w:t>
            </w:r>
          </w:p>
        </w:tc>
        <w:tc>
          <w:tcPr>
            <w:tcW w:w="2351" w:type="dxa"/>
            <w:tcMar>
              <w:top w:w="80" w:type="dxa"/>
              <w:left w:w="80" w:type="dxa"/>
              <w:bottom w:w="80" w:type="dxa"/>
              <w:right w:w="80" w:type="dxa"/>
            </w:tcMar>
          </w:tcPr>
          <w:p w14:paraId="2830026C" w14:textId="77777777" w:rsidR="00C25644" w:rsidRPr="00C25644" w:rsidRDefault="00C25644" w:rsidP="009B6CC4">
            <w:pPr>
              <w:rPr>
                <w:noProof/>
              </w:rPr>
            </w:pPr>
            <w:r w:rsidRPr="00C25644">
              <w:rPr>
                <w:noProof/>
              </w:rPr>
              <w:t>Тариф миқдори</w:t>
            </w:r>
          </w:p>
        </w:tc>
        <w:tc>
          <w:tcPr>
            <w:tcW w:w="2351" w:type="dxa"/>
            <w:tcMar>
              <w:top w:w="80" w:type="dxa"/>
              <w:left w:w="80" w:type="dxa"/>
              <w:bottom w:w="80" w:type="dxa"/>
              <w:right w:w="80" w:type="dxa"/>
            </w:tcMar>
          </w:tcPr>
          <w:p w14:paraId="54D9B85C" w14:textId="77777777" w:rsidR="00C25644" w:rsidRPr="00C25644" w:rsidRDefault="00C25644" w:rsidP="009B6CC4">
            <w:pPr>
              <w:rPr>
                <w:noProof/>
              </w:rPr>
            </w:pPr>
            <w:r w:rsidRPr="00C25644">
              <w:rPr>
                <w:noProof/>
              </w:rPr>
              <w:t>Ундириш тартиби</w:t>
            </w:r>
          </w:p>
        </w:tc>
        <w:tc>
          <w:tcPr>
            <w:tcW w:w="2351" w:type="dxa"/>
            <w:tcMar>
              <w:top w:w="80" w:type="dxa"/>
              <w:left w:w="80" w:type="dxa"/>
              <w:bottom w:w="80" w:type="dxa"/>
              <w:right w:w="80" w:type="dxa"/>
            </w:tcMar>
          </w:tcPr>
          <w:p w14:paraId="3F827411" w14:textId="77777777" w:rsidR="00C25644" w:rsidRPr="00C25644" w:rsidRDefault="00C25644" w:rsidP="009B6CC4">
            <w:pPr>
              <w:rPr>
                <w:noProof/>
              </w:rPr>
            </w:pPr>
            <w:r w:rsidRPr="00C25644">
              <w:rPr>
                <w:noProof/>
              </w:rPr>
              <w:t>Изоҳ</w:t>
            </w:r>
          </w:p>
        </w:tc>
      </w:tr>
      <w:tr w:rsidR="00C25644" w:rsidRPr="00C25644" w14:paraId="29BE72F6" w14:textId="77777777" w:rsidTr="009B6CC4">
        <w:trPr>
          <w:jc w:val="center"/>
        </w:trPr>
        <w:tc>
          <w:tcPr>
            <w:tcW w:w="2351" w:type="dxa"/>
            <w:tcMar>
              <w:top w:w="80" w:type="dxa"/>
              <w:left w:w="80" w:type="dxa"/>
              <w:bottom w:w="80" w:type="dxa"/>
              <w:right w:w="80" w:type="dxa"/>
            </w:tcMar>
          </w:tcPr>
          <w:p w14:paraId="73DD15F9" w14:textId="77777777" w:rsidR="00C25644" w:rsidRPr="00C25644" w:rsidRDefault="00C25644" w:rsidP="009B6CC4">
            <w:pPr>
              <w:rPr>
                <w:noProof/>
              </w:rPr>
            </w:pPr>
            <w:r w:rsidRPr="00C25644">
              <w:rPr>
                <w:noProof/>
              </w:rPr>
              <w:t>Карта чиқариш</w:t>
            </w:r>
          </w:p>
        </w:tc>
        <w:tc>
          <w:tcPr>
            <w:tcW w:w="2351" w:type="dxa"/>
            <w:tcMar>
              <w:top w:w="80" w:type="dxa"/>
              <w:left w:w="80" w:type="dxa"/>
              <w:bottom w:w="80" w:type="dxa"/>
              <w:right w:w="80" w:type="dxa"/>
            </w:tcMar>
          </w:tcPr>
          <w:p w14:paraId="03A0E872" w14:textId="77777777" w:rsidR="00C25644" w:rsidRPr="00C25644" w:rsidRDefault="00C25644" w:rsidP="009B6CC4">
            <w:pPr>
              <w:rPr>
                <w:noProof/>
              </w:rPr>
            </w:pPr>
          </w:p>
        </w:tc>
        <w:tc>
          <w:tcPr>
            <w:tcW w:w="2351" w:type="dxa"/>
            <w:tcMar>
              <w:top w:w="80" w:type="dxa"/>
              <w:left w:w="80" w:type="dxa"/>
              <w:bottom w:w="80" w:type="dxa"/>
              <w:right w:w="80" w:type="dxa"/>
            </w:tcMar>
          </w:tcPr>
          <w:p w14:paraId="4F0221F9" w14:textId="77777777" w:rsidR="00C25644" w:rsidRPr="00C25644" w:rsidRDefault="00C25644" w:rsidP="009B6CC4">
            <w:pPr>
              <w:rPr>
                <w:noProof/>
              </w:rPr>
            </w:pPr>
            <w:r w:rsidRPr="00C25644">
              <w:rPr>
                <w:noProof/>
              </w:rPr>
              <w:t>Бир марталик / ундирилмайди</w:t>
            </w:r>
          </w:p>
        </w:tc>
        <w:tc>
          <w:tcPr>
            <w:tcW w:w="2351" w:type="dxa"/>
            <w:tcMar>
              <w:top w:w="80" w:type="dxa"/>
              <w:left w:w="80" w:type="dxa"/>
              <w:bottom w:w="80" w:type="dxa"/>
              <w:right w:w="80" w:type="dxa"/>
            </w:tcMar>
          </w:tcPr>
          <w:p w14:paraId="1FDE2F04" w14:textId="77777777" w:rsidR="00C25644" w:rsidRPr="00C25644" w:rsidRDefault="00C25644" w:rsidP="009B6CC4">
            <w:pPr>
              <w:rPr>
                <w:noProof/>
              </w:rPr>
            </w:pPr>
          </w:p>
        </w:tc>
      </w:tr>
      <w:tr w:rsidR="00C25644" w:rsidRPr="00C25644" w14:paraId="4847EE94" w14:textId="77777777" w:rsidTr="009B6CC4">
        <w:trPr>
          <w:jc w:val="center"/>
        </w:trPr>
        <w:tc>
          <w:tcPr>
            <w:tcW w:w="2351" w:type="dxa"/>
            <w:tcMar>
              <w:top w:w="80" w:type="dxa"/>
              <w:left w:w="80" w:type="dxa"/>
              <w:bottom w:w="80" w:type="dxa"/>
              <w:right w:w="80" w:type="dxa"/>
            </w:tcMar>
          </w:tcPr>
          <w:p w14:paraId="0A4D1E4A" w14:textId="77777777" w:rsidR="00C25644" w:rsidRPr="00C25644" w:rsidRDefault="00C25644" w:rsidP="009B6CC4">
            <w:pPr>
              <w:rPr>
                <w:noProof/>
              </w:rPr>
            </w:pPr>
            <w:r w:rsidRPr="00C25644">
              <w:rPr>
                <w:noProof/>
              </w:rPr>
              <w:t>Карта қайта чиқариш</w:t>
            </w:r>
          </w:p>
        </w:tc>
        <w:tc>
          <w:tcPr>
            <w:tcW w:w="2351" w:type="dxa"/>
            <w:tcMar>
              <w:top w:w="80" w:type="dxa"/>
              <w:left w:w="80" w:type="dxa"/>
              <w:bottom w:w="80" w:type="dxa"/>
              <w:right w:w="80" w:type="dxa"/>
            </w:tcMar>
          </w:tcPr>
          <w:p w14:paraId="4B8FA4F8" w14:textId="77777777" w:rsidR="00C25644" w:rsidRPr="00C25644" w:rsidRDefault="00C25644" w:rsidP="009B6CC4">
            <w:pPr>
              <w:rPr>
                <w:noProof/>
              </w:rPr>
            </w:pPr>
          </w:p>
        </w:tc>
        <w:tc>
          <w:tcPr>
            <w:tcW w:w="2351" w:type="dxa"/>
            <w:tcMar>
              <w:top w:w="80" w:type="dxa"/>
              <w:left w:w="80" w:type="dxa"/>
              <w:bottom w:w="80" w:type="dxa"/>
              <w:right w:w="80" w:type="dxa"/>
            </w:tcMar>
          </w:tcPr>
          <w:p w14:paraId="60B89EC0" w14:textId="77777777" w:rsidR="00C25644" w:rsidRPr="00C25644" w:rsidRDefault="00C25644" w:rsidP="009B6CC4">
            <w:pPr>
              <w:rPr>
                <w:noProof/>
              </w:rPr>
            </w:pPr>
            <w:r w:rsidRPr="00C25644">
              <w:rPr>
                <w:noProof/>
              </w:rPr>
              <w:t>Бир марталик</w:t>
            </w:r>
          </w:p>
        </w:tc>
        <w:tc>
          <w:tcPr>
            <w:tcW w:w="2351" w:type="dxa"/>
            <w:tcMar>
              <w:top w:w="80" w:type="dxa"/>
              <w:left w:w="80" w:type="dxa"/>
              <w:bottom w:w="80" w:type="dxa"/>
              <w:right w:w="80" w:type="dxa"/>
            </w:tcMar>
          </w:tcPr>
          <w:p w14:paraId="25AF11BB" w14:textId="77777777" w:rsidR="00C25644" w:rsidRPr="00C25644" w:rsidRDefault="00C25644" w:rsidP="009B6CC4">
            <w:pPr>
              <w:rPr>
                <w:noProof/>
              </w:rPr>
            </w:pPr>
          </w:p>
        </w:tc>
      </w:tr>
      <w:tr w:rsidR="00C25644" w:rsidRPr="00C25644" w14:paraId="2D09DD04" w14:textId="77777777" w:rsidTr="009B6CC4">
        <w:trPr>
          <w:jc w:val="center"/>
        </w:trPr>
        <w:tc>
          <w:tcPr>
            <w:tcW w:w="2351" w:type="dxa"/>
            <w:tcMar>
              <w:top w:w="80" w:type="dxa"/>
              <w:left w:w="80" w:type="dxa"/>
              <w:bottom w:w="80" w:type="dxa"/>
              <w:right w:w="80" w:type="dxa"/>
            </w:tcMar>
          </w:tcPr>
          <w:p w14:paraId="0A986DB9" w14:textId="77777777" w:rsidR="00C25644" w:rsidRPr="00C25644" w:rsidRDefault="00C25644" w:rsidP="009B6CC4">
            <w:pPr>
              <w:rPr>
                <w:noProof/>
              </w:rPr>
            </w:pPr>
            <w:r w:rsidRPr="00C25644">
              <w:rPr>
                <w:noProof/>
              </w:rPr>
              <w:t>Нақд пул ечиш</w:t>
            </w:r>
          </w:p>
        </w:tc>
        <w:tc>
          <w:tcPr>
            <w:tcW w:w="2351" w:type="dxa"/>
            <w:tcMar>
              <w:top w:w="80" w:type="dxa"/>
              <w:left w:w="80" w:type="dxa"/>
              <w:bottom w:w="80" w:type="dxa"/>
              <w:right w:w="80" w:type="dxa"/>
            </w:tcMar>
          </w:tcPr>
          <w:p w14:paraId="14B61067" w14:textId="77777777" w:rsidR="00C25644" w:rsidRPr="00C25644" w:rsidRDefault="00C25644" w:rsidP="009B6CC4">
            <w:pPr>
              <w:rPr>
                <w:noProof/>
              </w:rPr>
            </w:pPr>
          </w:p>
        </w:tc>
        <w:tc>
          <w:tcPr>
            <w:tcW w:w="2351" w:type="dxa"/>
            <w:tcMar>
              <w:top w:w="80" w:type="dxa"/>
              <w:left w:w="80" w:type="dxa"/>
              <w:bottom w:w="80" w:type="dxa"/>
              <w:right w:w="80" w:type="dxa"/>
            </w:tcMar>
          </w:tcPr>
          <w:p w14:paraId="279FE9C1" w14:textId="77777777" w:rsidR="00C25644" w:rsidRPr="00C25644" w:rsidRDefault="00C25644" w:rsidP="009B6CC4">
            <w:pPr>
              <w:rPr>
                <w:noProof/>
              </w:rPr>
            </w:pPr>
            <w:r w:rsidRPr="00C25644">
              <w:rPr>
                <w:noProof/>
              </w:rPr>
              <w:t>Ҳар операция бўйича</w:t>
            </w:r>
          </w:p>
        </w:tc>
        <w:tc>
          <w:tcPr>
            <w:tcW w:w="2351" w:type="dxa"/>
            <w:tcMar>
              <w:top w:w="80" w:type="dxa"/>
              <w:left w:w="80" w:type="dxa"/>
              <w:bottom w:w="80" w:type="dxa"/>
              <w:right w:w="80" w:type="dxa"/>
            </w:tcMar>
          </w:tcPr>
          <w:p w14:paraId="3CD75CA4" w14:textId="77777777" w:rsidR="00C25644" w:rsidRPr="00C25644" w:rsidRDefault="00C25644" w:rsidP="009B6CC4">
            <w:pPr>
              <w:rPr>
                <w:noProof/>
              </w:rPr>
            </w:pPr>
          </w:p>
        </w:tc>
      </w:tr>
      <w:tr w:rsidR="00C25644" w:rsidRPr="00C25644" w14:paraId="3E54A656" w14:textId="77777777" w:rsidTr="009B6CC4">
        <w:trPr>
          <w:jc w:val="center"/>
        </w:trPr>
        <w:tc>
          <w:tcPr>
            <w:tcW w:w="2351" w:type="dxa"/>
            <w:tcMar>
              <w:top w:w="80" w:type="dxa"/>
              <w:left w:w="80" w:type="dxa"/>
              <w:bottom w:w="80" w:type="dxa"/>
              <w:right w:w="80" w:type="dxa"/>
            </w:tcMar>
          </w:tcPr>
          <w:p w14:paraId="6E70A955" w14:textId="77777777" w:rsidR="00C25644" w:rsidRPr="00C25644" w:rsidRDefault="00C25644" w:rsidP="009B6CC4">
            <w:pPr>
              <w:rPr>
                <w:noProof/>
              </w:rPr>
            </w:pPr>
            <w:r w:rsidRPr="00C25644">
              <w:rPr>
                <w:noProof/>
              </w:rPr>
              <w:lastRenderedPageBreak/>
              <w:t>СМС-билдиришнома</w:t>
            </w:r>
          </w:p>
        </w:tc>
        <w:tc>
          <w:tcPr>
            <w:tcW w:w="2351" w:type="dxa"/>
            <w:tcMar>
              <w:top w:w="80" w:type="dxa"/>
              <w:left w:w="80" w:type="dxa"/>
              <w:bottom w:w="80" w:type="dxa"/>
              <w:right w:w="80" w:type="dxa"/>
            </w:tcMar>
          </w:tcPr>
          <w:p w14:paraId="731D1BA2" w14:textId="77777777" w:rsidR="00C25644" w:rsidRPr="00C25644" w:rsidRDefault="00C25644" w:rsidP="009B6CC4">
            <w:pPr>
              <w:rPr>
                <w:noProof/>
              </w:rPr>
            </w:pPr>
          </w:p>
        </w:tc>
        <w:tc>
          <w:tcPr>
            <w:tcW w:w="2351" w:type="dxa"/>
            <w:tcMar>
              <w:top w:w="80" w:type="dxa"/>
              <w:left w:w="80" w:type="dxa"/>
              <w:bottom w:w="80" w:type="dxa"/>
              <w:right w:w="80" w:type="dxa"/>
            </w:tcMar>
          </w:tcPr>
          <w:p w14:paraId="3EBA1C80" w14:textId="77777777" w:rsidR="00C25644" w:rsidRPr="00C25644" w:rsidRDefault="00C25644" w:rsidP="009B6CC4">
            <w:pPr>
              <w:rPr>
                <w:noProof/>
              </w:rPr>
            </w:pPr>
            <w:r w:rsidRPr="00C25644">
              <w:rPr>
                <w:noProof/>
              </w:rPr>
              <w:t>Ойлик / транзакция бўйича</w:t>
            </w:r>
          </w:p>
        </w:tc>
        <w:tc>
          <w:tcPr>
            <w:tcW w:w="2351" w:type="dxa"/>
            <w:tcMar>
              <w:top w:w="80" w:type="dxa"/>
              <w:left w:w="80" w:type="dxa"/>
              <w:bottom w:w="80" w:type="dxa"/>
              <w:right w:w="80" w:type="dxa"/>
            </w:tcMar>
          </w:tcPr>
          <w:p w14:paraId="04E41DB7" w14:textId="77777777" w:rsidR="00C25644" w:rsidRPr="00C25644" w:rsidRDefault="00C25644" w:rsidP="009B6CC4">
            <w:pPr>
              <w:rPr>
                <w:noProof/>
              </w:rPr>
            </w:pPr>
          </w:p>
        </w:tc>
      </w:tr>
      <w:tr w:rsidR="00C25644" w:rsidRPr="00C25644" w14:paraId="635B2618" w14:textId="77777777" w:rsidTr="009B6CC4">
        <w:trPr>
          <w:jc w:val="center"/>
        </w:trPr>
        <w:tc>
          <w:tcPr>
            <w:tcW w:w="2351" w:type="dxa"/>
            <w:tcMar>
              <w:top w:w="80" w:type="dxa"/>
              <w:left w:w="80" w:type="dxa"/>
              <w:bottom w:w="80" w:type="dxa"/>
              <w:right w:w="80" w:type="dxa"/>
            </w:tcMar>
          </w:tcPr>
          <w:p w14:paraId="507DF534" w14:textId="77777777" w:rsidR="00C25644" w:rsidRPr="00C25644" w:rsidRDefault="00C25644" w:rsidP="009B6CC4">
            <w:pPr>
              <w:rPr>
                <w:noProof/>
              </w:rPr>
            </w:pPr>
            <w:r w:rsidRPr="00C25644">
              <w:rPr>
                <w:noProof/>
              </w:rPr>
              <w:t>Талаб қилиб олингунча банк ҳисобварағини юритиш</w:t>
            </w:r>
          </w:p>
        </w:tc>
        <w:tc>
          <w:tcPr>
            <w:tcW w:w="2351" w:type="dxa"/>
            <w:tcMar>
              <w:top w:w="80" w:type="dxa"/>
              <w:left w:w="80" w:type="dxa"/>
              <w:bottom w:w="80" w:type="dxa"/>
              <w:right w:w="80" w:type="dxa"/>
            </w:tcMar>
          </w:tcPr>
          <w:p w14:paraId="0B349C11" w14:textId="77777777" w:rsidR="00C25644" w:rsidRPr="00C25644" w:rsidRDefault="00C25644" w:rsidP="009B6CC4">
            <w:pPr>
              <w:rPr>
                <w:noProof/>
              </w:rPr>
            </w:pPr>
          </w:p>
        </w:tc>
        <w:tc>
          <w:tcPr>
            <w:tcW w:w="2351" w:type="dxa"/>
            <w:tcMar>
              <w:top w:w="80" w:type="dxa"/>
              <w:left w:w="80" w:type="dxa"/>
              <w:bottom w:w="80" w:type="dxa"/>
              <w:right w:w="80" w:type="dxa"/>
            </w:tcMar>
          </w:tcPr>
          <w:p w14:paraId="7C53F949" w14:textId="77777777" w:rsidR="00C25644" w:rsidRPr="00C25644" w:rsidRDefault="00C25644" w:rsidP="009B6CC4">
            <w:pPr>
              <w:rPr>
                <w:noProof/>
              </w:rPr>
            </w:pPr>
            <w:r w:rsidRPr="00C25644">
              <w:rPr>
                <w:noProof/>
              </w:rPr>
              <w:t>Ундирилмайди / амалдаги тариф бўйича</w:t>
            </w:r>
          </w:p>
        </w:tc>
        <w:tc>
          <w:tcPr>
            <w:tcW w:w="2351" w:type="dxa"/>
            <w:tcMar>
              <w:top w:w="80" w:type="dxa"/>
              <w:left w:w="80" w:type="dxa"/>
              <w:bottom w:w="80" w:type="dxa"/>
              <w:right w:w="80" w:type="dxa"/>
            </w:tcMar>
          </w:tcPr>
          <w:p w14:paraId="3C8F5FCE" w14:textId="77777777" w:rsidR="00C25644" w:rsidRPr="00C25644" w:rsidRDefault="00C25644" w:rsidP="009B6CC4">
            <w:pPr>
              <w:rPr>
                <w:noProof/>
              </w:rPr>
            </w:pPr>
          </w:p>
        </w:tc>
      </w:tr>
      <w:tr w:rsidR="00C25644" w:rsidRPr="00C25644" w14:paraId="622FFB1C" w14:textId="77777777" w:rsidTr="009B6CC4">
        <w:trPr>
          <w:jc w:val="center"/>
        </w:trPr>
        <w:tc>
          <w:tcPr>
            <w:tcW w:w="2351" w:type="dxa"/>
            <w:tcMar>
              <w:top w:w="80" w:type="dxa"/>
              <w:left w:w="80" w:type="dxa"/>
              <w:bottom w:w="80" w:type="dxa"/>
              <w:right w:w="80" w:type="dxa"/>
            </w:tcMar>
          </w:tcPr>
          <w:p w14:paraId="3AD152C4" w14:textId="77777777" w:rsidR="00C25644" w:rsidRPr="00C25644" w:rsidRDefault="00C25644" w:rsidP="009B6CC4">
            <w:pPr>
              <w:rPr>
                <w:noProof/>
              </w:rPr>
            </w:pPr>
            <w:r w:rsidRPr="00C25644">
              <w:rPr>
                <w:noProof/>
              </w:rPr>
              <w:t>Қўшимча маълумотнома / кўчирма</w:t>
            </w:r>
          </w:p>
        </w:tc>
        <w:tc>
          <w:tcPr>
            <w:tcW w:w="2351" w:type="dxa"/>
            <w:tcMar>
              <w:top w:w="80" w:type="dxa"/>
              <w:left w:w="80" w:type="dxa"/>
              <w:bottom w:w="80" w:type="dxa"/>
              <w:right w:w="80" w:type="dxa"/>
            </w:tcMar>
          </w:tcPr>
          <w:p w14:paraId="0B610033" w14:textId="77777777" w:rsidR="00C25644" w:rsidRPr="00C25644" w:rsidRDefault="00C25644" w:rsidP="009B6CC4">
            <w:pPr>
              <w:rPr>
                <w:noProof/>
              </w:rPr>
            </w:pPr>
          </w:p>
        </w:tc>
        <w:tc>
          <w:tcPr>
            <w:tcW w:w="2351" w:type="dxa"/>
            <w:tcMar>
              <w:top w:w="80" w:type="dxa"/>
              <w:left w:w="80" w:type="dxa"/>
              <w:bottom w:w="80" w:type="dxa"/>
              <w:right w:w="80" w:type="dxa"/>
            </w:tcMar>
          </w:tcPr>
          <w:p w14:paraId="23515396" w14:textId="77777777" w:rsidR="00C25644" w:rsidRPr="00C25644" w:rsidRDefault="00C25644" w:rsidP="009B6CC4">
            <w:pPr>
              <w:rPr>
                <w:noProof/>
              </w:rPr>
            </w:pPr>
            <w:r w:rsidRPr="00C25644">
              <w:rPr>
                <w:noProof/>
              </w:rPr>
              <w:t>Ариза асосида</w:t>
            </w:r>
          </w:p>
        </w:tc>
        <w:tc>
          <w:tcPr>
            <w:tcW w:w="2351" w:type="dxa"/>
            <w:tcMar>
              <w:top w:w="80" w:type="dxa"/>
              <w:left w:w="80" w:type="dxa"/>
              <w:bottom w:w="80" w:type="dxa"/>
              <w:right w:w="80" w:type="dxa"/>
            </w:tcMar>
          </w:tcPr>
          <w:p w14:paraId="020057AB" w14:textId="77777777" w:rsidR="00C25644" w:rsidRPr="00C25644" w:rsidRDefault="00C25644" w:rsidP="009B6CC4">
            <w:pPr>
              <w:rPr>
                <w:noProof/>
              </w:rPr>
            </w:pPr>
          </w:p>
        </w:tc>
      </w:tr>
    </w:tbl>
    <w:p w14:paraId="65C13FA8" w14:textId="77777777" w:rsidR="00C25644" w:rsidRPr="00C25644" w:rsidRDefault="00C25644" w:rsidP="00C25644">
      <w:pPr>
        <w:spacing w:after="40" w:line="240" w:lineRule="auto"/>
        <w:jc w:val="both"/>
        <w:rPr>
          <w:noProof/>
        </w:rPr>
      </w:pPr>
    </w:p>
    <w:p w14:paraId="41B402BF" w14:textId="77777777" w:rsidR="00C25644" w:rsidRPr="00C25644" w:rsidRDefault="00C25644" w:rsidP="00C25644">
      <w:pPr>
        <w:spacing w:after="0" w:line="240" w:lineRule="auto"/>
        <w:jc w:val="both"/>
        <w:rPr>
          <w:noProof/>
        </w:rPr>
      </w:pPr>
      <w:r w:rsidRPr="00C25644">
        <w:rPr>
          <w:b/>
          <w:noProof/>
        </w:rPr>
        <w:t>6-ИЛОВА. МУРОЖААТЛАРНИ ЮБОРИШ ВА КЎРИБ ЧИҚИШ ТАРТИБИ БЎЙИЧА АХБОРОТ</w:t>
      </w:r>
    </w:p>
    <w:p w14:paraId="31DA36C0" w14:textId="77777777" w:rsidR="00C25644" w:rsidRPr="00C25644" w:rsidRDefault="00C25644" w:rsidP="00C25644">
      <w:pPr>
        <w:spacing w:after="0" w:line="240" w:lineRule="auto"/>
        <w:jc w:val="both"/>
        <w:rPr>
          <w:noProof/>
        </w:rPr>
      </w:pPr>
      <w:r w:rsidRPr="00C25644">
        <w:rPr>
          <w:noProof/>
        </w:rPr>
        <w:t>1. Мижоз мурожаат, шикоят, таклиф ёки эътирозини Банк офислари, алоқа маркази, расмий веб-сайт, мобил илова, электрон почта ёки қонунчиликда рухсат этилган бошқа каналлар орқали юбориши мумкин.</w:t>
      </w:r>
    </w:p>
    <w:p w14:paraId="1B7323AB" w14:textId="77777777" w:rsidR="00C25644" w:rsidRPr="00C25644" w:rsidRDefault="00C25644" w:rsidP="00C25644">
      <w:pPr>
        <w:spacing w:after="0" w:line="240" w:lineRule="auto"/>
        <w:jc w:val="both"/>
        <w:rPr>
          <w:noProof/>
        </w:rPr>
      </w:pPr>
      <w:r w:rsidRPr="00C25644">
        <w:rPr>
          <w:noProof/>
        </w:rPr>
        <w:t>2. Банк мурожаатни амалдаги қонунчилик ва ички қоидаларга мувофиқ қабул қилади, рўйхатга олади ва кўриб чиқади.</w:t>
      </w:r>
    </w:p>
    <w:p w14:paraId="2B2C0847" w14:textId="77777777" w:rsidR="00C25644" w:rsidRPr="00C25644" w:rsidRDefault="00C25644" w:rsidP="00C25644">
      <w:pPr>
        <w:spacing w:after="0" w:line="240" w:lineRule="auto"/>
        <w:jc w:val="both"/>
        <w:rPr>
          <w:noProof/>
        </w:rPr>
      </w:pPr>
      <w:r w:rsidRPr="00C25644">
        <w:rPr>
          <w:noProof/>
        </w:rPr>
        <w:t>3. Зарур ҳолларда Мижозга қўшимча ҳужжат ёки маълумот тақдим этиш сўралиши мумкин.</w:t>
      </w:r>
    </w:p>
    <w:p w14:paraId="53464543" w14:textId="77777777" w:rsidR="00C25644" w:rsidRPr="00C25644" w:rsidRDefault="00C25644" w:rsidP="00C25644">
      <w:pPr>
        <w:spacing w:after="0" w:line="240" w:lineRule="auto"/>
        <w:jc w:val="both"/>
        <w:rPr>
          <w:noProof/>
        </w:rPr>
      </w:pPr>
      <w:r w:rsidRPr="00C25644">
        <w:rPr>
          <w:noProof/>
        </w:rPr>
        <w:t>4. Мижоз мурожаат натижасидан норози бўлган тақдирда, қонунчиликда назарда тутилган тартибда ваколатли органларга ёки судга мурожаат қилиш ҳуқуқига эга.</w:t>
      </w:r>
    </w:p>
    <w:p w14:paraId="49DC0164" w14:textId="77777777" w:rsidR="00C25644" w:rsidRPr="00C25644" w:rsidRDefault="00C25644" w:rsidP="00C25644">
      <w:pPr>
        <w:rPr>
          <w:noProof/>
        </w:rPr>
      </w:pPr>
    </w:p>
    <w:p w14:paraId="0F17199F" w14:textId="77777777" w:rsidR="00C25644" w:rsidRPr="00C25644" w:rsidRDefault="00C25644">
      <w:pPr>
        <w:spacing w:after="0" w:line="240" w:lineRule="auto"/>
        <w:jc w:val="both"/>
      </w:pPr>
    </w:p>
    <w:sectPr w:rsidR="00C25644" w:rsidRPr="00C25644" w:rsidSect="00034616">
      <w:pgSz w:w="12240" w:h="15840"/>
      <w:pgMar w:top="1417" w:right="1134"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941257561">
    <w:abstractNumId w:val="8"/>
  </w:num>
  <w:num w:numId="2" w16cid:durableId="441270851">
    <w:abstractNumId w:val="6"/>
  </w:num>
  <w:num w:numId="3" w16cid:durableId="1355182746">
    <w:abstractNumId w:val="5"/>
  </w:num>
  <w:num w:numId="4" w16cid:durableId="1431467184">
    <w:abstractNumId w:val="4"/>
  </w:num>
  <w:num w:numId="5" w16cid:durableId="1379207451">
    <w:abstractNumId w:val="7"/>
  </w:num>
  <w:num w:numId="6" w16cid:durableId="2065329551">
    <w:abstractNumId w:val="3"/>
  </w:num>
  <w:num w:numId="7" w16cid:durableId="1845171365">
    <w:abstractNumId w:val="2"/>
  </w:num>
  <w:num w:numId="8" w16cid:durableId="1931619636">
    <w:abstractNumId w:val="1"/>
  </w:num>
  <w:num w:numId="9" w16cid:durableId="2000771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7439E"/>
    <w:rsid w:val="00406F7C"/>
    <w:rsid w:val="00540608"/>
    <w:rsid w:val="0077367A"/>
    <w:rsid w:val="00AA1D8D"/>
    <w:rsid w:val="00B47730"/>
    <w:rsid w:val="00C25644"/>
    <w:rsid w:val="00C91A8C"/>
    <w:rsid w:val="00CB0664"/>
    <w:rsid w:val="00CC0EB9"/>
    <w:rsid w:val="00FC693F"/>
    <w:rsid w:val="00FE3F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34DB8B"/>
  <w14:defaultImageDpi w14:val="300"/>
  <w15:docId w15:val="{AA5816E9-8C18-435F-963A-D06F4532B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eastAsia="Arial" w:hAnsi="Arial"/>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42</Pages>
  <Words>14380</Words>
  <Characters>81968</Characters>
  <Application>Microsoft Office Word</Application>
  <DocSecurity>0</DocSecurity>
  <Lines>683</Lines>
  <Paragraphs>192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96156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Kaxramon Yodgorov Valiyevich</cp:lastModifiedBy>
  <cp:revision>5</cp:revision>
  <cp:lastPrinted>2026-05-15T05:47:00Z</cp:lastPrinted>
  <dcterms:created xsi:type="dcterms:W3CDTF">2026-04-27T14:28:00Z</dcterms:created>
  <dcterms:modified xsi:type="dcterms:W3CDTF">2026-08-19T13:25:00Z</dcterms:modified>
  <cp:category/>
</cp:coreProperties>
</file>