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B5B42" w14:textId="77777777" w:rsidR="00FE79E5" w:rsidRPr="00585726" w:rsidRDefault="00357484" w:rsidP="00FE79E5">
      <w:pPr>
        <w:jc w:val="center"/>
        <w:rPr>
          <w:rFonts w:cs="Arial"/>
          <w:b/>
          <w:sz w:val="24"/>
          <w:szCs w:val="24"/>
        </w:rPr>
      </w:pPr>
      <w:r w:rsidRPr="00585726">
        <w:rPr>
          <w:rFonts w:cs="Arial"/>
          <w:b/>
          <w:sz w:val="24"/>
          <w:szCs w:val="24"/>
        </w:rPr>
        <w:t>YURIDIK SHAXSLAR VA YAKKA TARTIBDAGI TADBIRKORLARGA</w:t>
      </w:r>
      <w:r w:rsidRPr="00585726">
        <w:rPr>
          <w:rFonts w:cs="Arial"/>
          <w:b/>
          <w:sz w:val="24"/>
          <w:szCs w:val="24"/>
        </w:rPr>
        <w:br/>
        <w:t>KORPORATIV BANK KARTALARINI CHIQARISH</w:t>
      </w:r>
    </w:p>
    <w:p w14:paraId="33E8DEA6" w14:textId="77777777" w:rsidR="00FE79E5" w:rsidRPr="00585726" w:rsidRDefault="00357484" w:rsidP="00FE79E5">
      <w:pPr>
        <w:jc w:val="center"/>
        <w:rPr>
          <w:rFonts w:cs="Arial"/>
          <w:b/>
          <w:sz w:val="24"/>
          <w:szCs w:val="24"/>
        </w:rPr>
      </w:pPr>
      <w:r w:rsidRPr="00585726">
        <w:rPr>
          <w:rFonts w:cs="Arial"/>
          <w:b/>
          <w:sz w:val="24"/>
          <w:szCs w:val="24"/>
        </w:rPr>
        <w:t xml:space="preserve">VA ULARDAN FOYDALANISH </w:t>
      </w:r>
      <w:proofErr w:type="gramStart"/>
      <w:r w:rsidRPr="00585726">
        <w:rPr>
          <w:rFonts w:cs="Arial"/>
          <w:b/>
          <w:sz w:val="24"/>
          <w:szCs w:val="24"/>
        </w:rPr>
        <w:t>B</w:t>
      </w:r>
      <w:r w:rsidR="008841C6" w:rsidRPr="00585726">
        <w:rPr>
          <w:rFonts w:cs="Arial"/>
          <w:b/>
          <w:sz w:val="24"/>
          <w:szCs w:val="24"/>
        </w:rPr>
        <w:t>O‘</w:t>
      </w:r>
      <w:proofErr w:type="gramEnd"/>
      <w:r w:rsidRPr="00585726">
        <w:rPr>
          <w:rFonts w:cs="Arial"/>
          <w:b/>
          <w:sz w:val="24"/>
          <w:szCs w:val="24"/>
        </w:rPr>
        <w:t>YICHA</w:t>
      </w:r>
      <w:r w:rsidRPr="00585726">
        <w:rPr>
          <w:rFonts w:cs="Arial"/>
          <w:b/>
          <w:sz w:val="24"/>
          <w:szCs w:val="24"/>
        </w:rPr>
        <w:br/>
        <w:t>OMMAVIY OFERTA SHARTNOMASI</w:t>
      </w:r>
    </w:p>
    <w:p w14:paraId="07B260D2" w14:textId="77777777" w:rsidR="00FE79E5" w:rsidRPr="00585726" w:rsidRDefault="00FE79E5" w:rsidP="00FE79E5">
      <w:pPr>
        <w:jc w:val="center"/>
        <w:rPr>
          <w:rFonts w:cs="Arial"/>
          <w:b/>
          <w:sz w:val="24"/>
          <w:szCs w:val="24"/>
        </w:rPr>
      </w:pPr>
    </w:p>
    <w:p w14:paraId="61391BF3" w14:textId="77777777" w:rsidR="008F00AB" w:rsidRPr="00585726" w:rsidRDefault="00357484" w:rsidP="00FE79E5">
      <w:pPr>
        <w:ind w:firstLine="567"/>
        <w:jc w:val="both"/>
        <w:rPr>
          <w:rFonts w:cs="Arial"/>
          <w:sz w:val="24"/>
          <w:szCs w:val="24"/>
        </w:rPr>
      </w:pPr>
      <w:r w:rsidRPr="00585726">
        <w:rPr>
          <w:rFonts w:cs="Arial"/>
          <w:sz w:val="24"/>
          <w:szCs w:val="24"/>
        </w:rPr>
        <w:t>“</w:t>
      </w:r>
      <w:proofErr w:type="spellStart"/>
      <w:r w:rsidRPr="00585726">
        <w:rPr>
          <w:rFonts w:cs="Arial"/>
          <w:sz w:val="24"/>
          <w:szCs w:val="24"/>
        </w:rPr>
        <w:t>Poytaxt</w:t>
      </w:r>
      <w:proofErr w:type="spellEnd"/>
      <w:r w:rsidRPr="00585726">
        <w:rPr>
          <w:rFonts w:cs="Arial"/>
          <w:sz w:val="24"/>
          <w:szCs w:val="24"/>
        </w:rPr>
        <w:t xml:space="preserve"> Bank” </w:t>
      </w:r>
      <w:r w:rsidR="00FE79E5" w:rsidRPr="00585726">
        <w:rPr>
          <w:rFonts w:cs="Arial"/>
          <w:sz w:val="24"/>
          <w:szCs w:val="24"/>
        </w:rPr>
        <w:t xml:space="preserve">AJ </w:t>
      </w:r>
      <w:r w:rsidRPr="00585726">
        <w:rPr>
          <w:rFonts w:cs="Arial"/>
          <w:sz w:val="24"/>
          <w:szCs w:val="24"/>
        </w:rPr>
        <w:t>(</w:t>
      </w:r>
      <w:proofErr w:type="spellStart"/>
      <w:r w:rsidRPr="00585726">
        <w:rPr>
          <w:rFonts w:cs="Arial"/>
          <w:sz w:val="24"/>
          <w:szCs w:val="24"/>
        </w:rPr>
        <w:t>bundan</w:t>
      </w:r>
      <w:proofErr w:type="spellEnd"/>
      <w:r w:rsidRPr="00585726">
        <w:rPr>
          <w:rFonts w:cs="Arial"/>
          <w:sz w:val="24"/>
          <w:szCs w:val="24"/>
        </w:rPr>
        <w:t xml:space="preserve"> </w:t>
      </w:r>
      <w:proofErr w:type="spellStart"/>
      <w:r w:rsidRPr="00585726">
        <w:rPr>
          <w:rFonts w:cs="Arial"/>
          <w:sz w:val="24"/>
          <w:szCs w:val="24"/>
        </w:rPr>
        <w:t>buyon</w:t>
      </w:r>
      <w:proofErr w:type="spellEnd"/>
      <w:r w:rsidRPr="00585726">
        <w:rPr>
          <w:rFonts w:cs="Arial"/>
          <w:sz w:val="24"/>
          <w:szCs w:val="24"/>
        </w:rPr>
        <w:t xml:space="preserve"> </w:t>
      </w:r>
      <w:proofErr w:type="spellStart"/>
      <w:r w:rsidRPr="00585726">
        <w:rPr>
          <w:rFonts w:cs="Arial"/>
          <w:sz w:val="24"/>
          <w:szCs w:val="24"/>
        </w:rPr>
        <w:t>matnda</w:t>
      </w:r>
      <w:proofErr w:type="spellEnd"/>
      <w:r w:rsidRPr="00585726">
        <w:rPr>
          <w:rFonts w:cs="Arial"/>
          <w:sz w:val="24"/>
          <w:szCs w:val="24"/>
        </w:rPr>
        <w:t xml:space="preserve"> “Bank” deb </w:t>
      </w:r>
      <w:proofErr w:type="spellStart"/>
      <w:r w:rsidRPr="00585726">
        <w:rPr>
          <w:rFonts w:cs="Arial"/>
          <w:sz w:val="24"/>
          <w:szCs w:val="24"/>
        </w:rPr>
        <w:t>yuritiladi</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zbekiston</w:t>
      </w:r>
      <w:proofErr w:type="spellEnd"/>
      <w:r w:rsidRPr="00585726">
        <w:rPr>
          <w:rFonts w:cs="Arial"/>
          <w:sz w:val="24"/>
          <w:szCs w:val="24"/>
        </w:rPr>
        <w:t xml:space="preserve"> </w:t>
      </w:r>
      <w:proofErr w:type="spellStart"/>
      <w:r w:rsidRPr="00585726">
        <w:rPr>
          <w:rFonts w:cs="Arial"/>
          <w:sz w:val="24"/>
          <w:szCs w:val="24"/>
        </w:rPr>
        <w:t>Respublikasining</w:t>
      </w:r>
      <w:proofErr w:type="spellEnd"/>
      <w:r w:rsidRPr="00585726">
        <w:rPr>
          <w:rFonts w:cs="Arial"/>
          <w:sz w:val="24"/>
          <w:szCs w:val="24"/>
        </w:rPr>
        <w:t xml:space="preserve"> </w:t>
      </w:r>
      <w:proofErr w:type="spellStart"/>
      <w:r w:rsidRPr="00585726">
        <w:rPr>
          <w:rFonts w:cs="Arial"/>
          <w:sz w:val="24"/>
          <w:szCs w:val="24"/>
        </w:rPr>
        <w:t>Fuqarolik</w:t>
      </w:r>
      <w:proofErr w:type="spellEnd"/>
      <w:r w:rsidRPr="00585726">
        <w:rPr>
          <w:rFonts w:cs="Arial"/>
          <w:sz w:val="24"/>
          <w:szCs w:val="24"/>
        </w:rPr>
        <w:t xml:space="preserve"> </w:t>
      </w:r>
      <w:proofErr w:type="spellStart"/>
      <w:r w:rsidRPr="00585726">
        <w:rPr>
          <w:rFonts w:cs="Arial"/>
          <w:sz w:val="24"/>
          <w:szCs w:val="24"/>
        </w:rPr>
        <w:t>kodeksi</w:t>
      </w:r>
      <w:proofErr w:type="spellEnd"/>
      <w:r w:rsidRPr="00585726">
        <w:rPr>
          <w:rFonts w:cs="Arial"/>
          <w:sz w:val="24"/>
          <w:szCs w:val="24"/>
        </w:rPr>
        <w:t>, “</w:t>
      </w:r>
      <w:proofErr w:type="spellStart"/>
      <w:r w:rsidRPr="00585726">
        <w:rPr>
          <w:rFonts w:cs="Arial"/>
          <w:sz w:val="24"/>
          <w:szCs w:val="24"/>
        </w:rPr>
        <w:t>Banklar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bank </w:t>
      </w:r>
      <w:proofErr w:type="spellStart"/>
      <w:r w:rsidRPr="00585726">
        <w:rPr>
          <w:rFonts w:cs="Arial"/>
          <w:sz w:val="24"/>
          <w:szCs w:val="24"/>
        </w:rPr>
        <w:t>faoliyati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risida”gi</w:t>
      </w:r>
      <w:proofErr w:type="spellEnd"/>
      <w:r w:rsidRPr="00585726">
        <w:rPr>
          <w:rFonts w:cs="Arial"/>
          <w:sz w:val="24"/>
          <w:szCs w:val="24"/>
        </w:rPr>
        <w:t>,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tizimlari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risida”gi</w:t>
      </w:r>
      <w:proofErr w:type="spellEnd"/>
      <w:r w:rsidRPr="00585726">
        <w:rPr>
          <w:rFonts w:cs="Arial"/>
          <w:sz w:val="24"/>
          <w:szCs w:val="24"/>
        </w:rPr>
        <w:t xml:space="preserve">, “Bank </w:t>
      </w:r>
      <w:proofErr w:type="spellStart"/>
      <w:r w:rsidRPr="00585726">
        <w:rPr>
          <w:rFonts w:cs="Arial"/>
          <w:sz w:val="24"/>
          <w:szCs w:val="24"/>
        </w:rPr>
        <w:t>siri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risida”gi</w:t>
      </w:r>
      <w:proofErr w:type="spellEnd"/>
      <w:r w:rsidRPr="00585726">
        <w:rPr>
          <w:rFonts w:cs="Arial"/>
          <w:sz w:val="24"/>
          <w:szCs w:val="24"/>
        </w:rPr>
        <w:t>, “</w:t>
      </w:r>
      <w:proofErr w:type="spellStart"/>
      <w:r w:rsidRPr="00585726">
        <w:rPr>
          <w:rFonts w:cs="Arial"/>
          <w:sz w:val="24"/>
          <w:szCs w:val="24"/>
        </w:rPr>
        <w:t>Jinoiy</w:t>
      </w:r>
      <w:proofErr w:type="spellEnd"/>
      <w:r w:rsidRPr="00585726">
        <w:rPr>
          <w:rFonts w:cs="Arial"/>
          <w:sz w:val="24"/>
          <w:szCs w:val="24"/>
        </w:rPr>
        <w:t xml:space="preserve"> </w:t>
      </w:r>
      <w:proofErr w:type="spellStart"/>
      <w:r w:rsidRPr="00585726">
        <w:rPr>
          <w:rFonts w:cs="Arial"/>
          <w:sz w:val="24"/>
          <w:szCs w:val="24"/>
        </w:rPr>
        <w:t>faoliyatdan</w:t>
      </w:r>
      <w:proofErr w:type="spellEnd"/>
      <w:r w:rsidRPr="00585726">
        <w:rPr>
          <w:rFonts w:cs="Arial"/>
          <w:sz w:val="24"/>
          <w:szCs w:val="24"/>
        </w:rPr>
        <w:t xml:space="preserve"> </w:t>
      </w:r>
      <w:proofErr w:type="spellStart"/>
      <w:r w:rsidRPr="00585726">
        <w:rPr>
          <w:rFonts w:cs="Arial"/>
          <w:sz w:val="24"/>
          <w:szCs w:val="24"/>
        </w:rPr>
        <w:t>olingan</w:t>
      </w:r>
      <w:proofErr w:type="spellEnd"/>
      <w:r w:rsidRPr="00585726">
        <w:rPr>
          <w:rFonts w:cs="Arial"/>
          <w:sz w:val="24"/>
          <w:szCs w:val="24"/>
        </w:rPr>
        <w:t xml:space="preserve"> </w:t>
      </w:r>
      <w:proofErr w:type="spellStart"/>
      <w:r w:rsidRPr="00585726">
        <w:rPr>
          <w:rFonts w:cs="Arial"/>
          <w:sz w:val="24"/>
          <w:szCs w:val="24"/>
        </w:rPr>
        <w:t>daromadlarni</w:t>
      </w:r>
      <w:proofErr w:type="spellEnd"/>
      <w:r w:rsidRPr="00585726">
        <w:rPr>
          <w:rFonts w:cs="Arial"/>
          <w:sz w:val="24"/>
          <w:szCs w:val="24"/>
        </w:rPr>
        <w:t xml:space="preserve"> </w:t>
      </w:r>
      <w:proofErr w:type="spellStart"/>
      <w:r w:rsidRPr="00585726">
        <w:rPr>
          <w:rFonts w:cs="Arial"/>
          <w:sz w:val="24"/>
          <w:szCs w:val="24"/>
        </w:rPr>
        <w:t>legallashtirishga</w:t>
      </w:r>
      <w:proofErr w:type="spellEnd"/>
      <w:r w:rsidRPr="00585726">
        <w:rPr>
          <w:rFonts w:cs="Arial"/>
          <w:sz w:val="24"/>
          <w:szCs w:val="24"/>
        </w:rPr>
        <w:t xml:space="preserve">, </w:t>
      </w:r>
      <w:proofErr w:type="spellStart"/>
      <w:r w:rsidRPr="00585726">
        <w:rPr>
          <w:rFonts w:cs="Arial"/>
          <w:sz w:val="24"/>
          <w:szCs w:val="24"/>
        </w:rPr>
        <w:t>terrorizmni</w:t>
      </w:r>
      <w:proofErr w:type="spellEnd"/>
      <w:r w:rsidRPr="00585726">
        <w:rPr>
          <w:rFonts w:cs="Arial"/>
          <w:sz w:val="24"/>
          <w:szCs w:val="24"/>
        </w:rPr>
        <w:t xml:space="preserve"> </w:t>
      </w:r>
      <w:proofErr w:type="spellStart"/>
      <w:r w:rsidRPr="00585726">
        <w:rPr>
          <w:rFonts w:cs="Arial"/>
          <w:sz w:val="24"/>
          <w:szCs w:val="24"/>
        </w:rPr>
        <w:t>moliyalashtirishga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ommaviy</w:t>
      </w:r>
      <w:proofErr w:type="spellEnd"/>
      <w:r w:rsidRPr="00585726">
        <w:rPr>
          <w:rFonts w:cs="Arial"/>
          <w:sz w:val="24"/>
          <w:szCs w:val="24"/>
        </w:rPr>
        <w:t xml:space="preserve"> </w:t>
      </w:r>
      <w:proofErr w:type="spellStart"/>
      <w:r w:rsidRPr="00585726">
        <w:rPr>
          <w:rFonts w:cs="Arial"/>
          <w:sz w:val="24"/>
          <w:szCs w:val="24"/>
        </w:rPr>
        <w:t>qir</w:t>
      </w:r>
      <w:r w:rsidR="008841C6" w:rsidRPr="00585726">
        <w:rPr>
          <w:rFonts w:cs="Arial"/>
          <w:sz w:val="24"/>
          <w:szCs w:val="24"/>
        </w:rPr>
        <w:t>g‘</w:t>
      </w:r>
      <w:r w:rsidRPr="00585726">
        <w:rPr>
          <w:rFonts w:cs="Arial"/>
          <w:sz w:val="24"/>
          <w:szCs w:val="24"/>
        </w:rPr>
        <w:t>in</w:t>
      </w:r>
      <w:proofErr w:type="spellEnd"/>
      <w:r w:rsidRPr="00585726">
        <w:rPr>
          <w:rFonts w:cs="Arial"/>
          <w:sz w:val="24"/>
          <w:szCs w:val="24"/>
        </w:rPr>
        <w:t xml:space="preserve"> </w:t>
      </w:r>
      <w:proofErr w:type="spellStart"/>
      <w:r w:rsidRPr="00585726">
        <w:rPr>
          <w:rFonts w:cs="Arial"/>
          <w:sz w:val="24"/>
          <w:szCs w:val="24"/>
        </w:rPr>
        <w:t>qurolini</w:t>
      </w:r>
      <w:proofErr w:type="spellEnd"/>
      <w:r w:rsidRPr="00585726">
        <w:rPr>
          <w:rFonts w:cs="Arial"/>
          <w:sz w:val="24"/>
          <w:szCs w:val="24"/>
        </w:rPr>
        <w:t xml:space="preserve"> </w:t>
      </w:r>
      <w:proofErr w:type="spellStart"/>
      <w:r w:rsidRPr="00585726">
        <w:rPr>
          <w:rFonts w:cs="Arial"/>
          <w:sz w:val="24"/>
          <w:szCs w:val="24"/>
        </w:rPr>
        <w:t>tarqatishni</w:t>
      </w:r>
      <w:proofErr w:type="spellEnd"/>
      <w:r w:rsidRPr="00585726">
        <w:rPr>
          <w:rFonts w:cs="Arial"/>
          <w:sz w:val="24"/>
          <w:szCs w:val="24"/>
        </w:rPr>
        <w:t xml:space="preserve"> </w:t>
      </w:r>
      <w:proofErr w:type="spellStart"/>
      <w:r w:rsidRPr="00585726">
        <w:rPr>
          <w:rFonts w:cs="Arial"/>
          <w:sz w:val="24"/>
          <w:szCs w:val="24"/>
        </w:rPr>
        <w:t>moliyalashtirishga</w:t>
      </w:r>
      <w:proofErr w:type="spellEnd"/>
      <w:r w:rsidRPr="00585726">
        <w:rPr>
          <w:rFonts w:cs="Arial"/>
          <w:sz w:val="24"/>
          <w:szCs w:val="24"/>
        </w:rPr>
        <w:t xml:space="preserve"> </w:t>
      </w:r>
      <w:proofErr w:type="spellStart"/>
      <w:r w:rsidRPr="00585726">
        <w:rPr>
          <w:rFonts w:cs="Arial"/>
          <w:sz w:val="24"/>
          <w:szCs w:val="24"/>
        </w:rPr>
        <w:t>qarshi</w:t>
      </w:r>
      <w:proofErr w:type="spellEnd"/>
      <w:r w:rsidRPr="00585726">
        <w:rPr>
          <w:rFonts w:cs="Arial"/>
          <w:sz w:val="24"/>
          <w:szCs w:val="24"/>
        </w:rPr>
        <w:t xml:space="preserve"> </w:t>
      </w:r>
      <w:proofErr w:type="spellStart"/>
      <w:r w:rsidRPr="00585726">
        <w:rPr>
          <w:rFonts w:cs="Arial"/>
          <w:sz w:val="24"/>
          <w:szCs w:val="24"/>
        </w:rPr>
        <w:t>kurashish</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risida”gi</w:t>
      </w:r>
      <w:proofErr w:type="spellEnd"/>
      <w:r w:rsidRPr="00585726">
        <w:rPr>
          <w:rFonts w:cs="Arial"/>
          <w:sz w:val="24"/>
          <w:szCs w:val="24"/>
        </w:rPr>
        <w:t xml:space="preserve"> </w:t>
      </w:r>
      <w:proofErr w:type="spellStart"/>
      <w:r w:rsidRPr="00585726">
        <w:rPr>
          <w:rFonts w:cs="Arial"/>
          <w:sz w:val="24"/>
          <w:szCs w:val="24"/>
        </w:rPr>
        <w:t>qonunlari</w:t>
      </w:r>
      <w:proofErr w:type="spellEnd"/>
      <w:r w:rsidRPr="00585726">
        <w:rPr>
          <w:rFonts w:cs="Arial"/>
          <w:sz w:val="24"/>
          <w:szCs w:val="24"/>
        </w:rPr>
        <w:t xml:space="preserve">, </w:t>
      </w:r>
      <w:proofErr w:type="spellStart"/>
      <w:r w:rsidRPr="00585726">
        <w:rPr>
          <w:rFonts w:cs="Arial"/>
          <w:sz w:val="24"/>
          <w:szCs w:val="24"/>
        </w:rPr>
        <w:t>shuningdek</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zbekiston</w:t>
      </w:r>
      <w:proofErr w:type="spellEnd"/>
      <w:r w:rsidRPr="00585726">
        <w:rPr>
          <w:rFonts w:cs="Arial"/>
          <w:sz w:val="24"/>
          <w:szCs w:val="24"/>
        </w:rPr>
        <w:t xml:space="preserve"> </w:t>
      </w:r>
      <w:proofErr w:type="spellStart"/>
      <w:r w:rsidRPr="00585726">
        <w:rPr>
          <w:rFonts w:cs="Arial"/>
          <w:sz w:val="24"/>
          <w:szCs w:val="24"/>
        </w:rPr>
        <w:t>Respublikasi</w:t>
      </w:r>
      <w:proofErr w:type="spellEnd"/>
      <w:r w:rsidRPr="00585726">
        <w:rPr>
          <w:rFonts w:cs="Arial"/>
          <w:sz w:val="24"/>
          <w:szCs w:val="24"/>
        </w:rPr>
        <w:t xml:space="preserve"> </w:t>
      </w:r>
      <w:proofErr w:type="spellStart"/>
      <w:r w:rsidRPr="00585726">
        <w:rPr>
          <w:rFonts w:cs="Arial"/>
          <w:sz w:val="24"/>
          <w:szCs w:val="24"/>
        </w:rPr>
        <w:t>hududida</w:t>
      </w:r>
      <w:proofErr w:type="spellEnd"/>
      <w:r w:rsidRPr="00585726">
        <w:rPr>
          <w:rFonts w:cs="Arial"/>
          <w:sz w:val="24"/>
          <w:szCs w:val="24"/>
        </w:rPr>
        <w:t xml:space="preserve"> bank </w:t>
      </w:r>
      <w:proofErr w:type="spellStart"/>
      <w:r w:rsidRPr="00585726">
        <w:rPr>
          <w:rFonts w:cs="Arial"/>
          <w:sz w:val="24"/>
          <w:szCs w:val="24"/>
        </w:rPr>
        <w:t>kartalarining</w:t>
      </w:r>
      <w:proofErr w:type="spellEnd"/>
      <w:r w:rsidRPr="00585726">
        <w:rPr>
          <w:rFonts w:cs="Arial"/>
          <w:sz w:val="24"/>
          <w:szCs w:val="24"/>
        </w:rPr>
        <w:t xml:space="preserve"> </w:t>
      </w:r>
      <w:proofErr w:type="spellStart"/>
      <w:r w:rsidRPr="00585726">
        <w:rPr>
          <w:rFonts w:cs="Arial"/>
          <w:sz w:val="24"/>
          <w:szCs w:val="24"/>
        </w:rPr>
        <w:t>chiqarilishi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muomalada</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lishi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risidagi</w:t>
      </w:r>
      <w:proofErr w:type="spellEnd"/>
      <w:r w:rsidRPr="00585726">
        <w:rPr>
          <w:rFonts w:cs="Arial"/>
          <w:sz w:val="24"/>
          <w:szCs w:val="24"/>
        </w:rPr>
        <w:t xml:space="preserve"> </w:t>
      </w:r>
      <w:proofErr w:type="spellStart"/>
      <w:r w:rsidRPr="00585726">
        <w:rPr>
          <w:rFonts w:cs="Arial"/>
          <w:sz w:val="24"/>
          <w:szCs w:val="24"/>
        </w:rPr>
        <w:t>nizom</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w:t>
      </w:r>
      <w:proofErr w:type="spellStart"/>
      <w:r w:rsidRPr="00585726">
        <w:rPr>
          <w:rFonts w:cs="Arial"/>
          <w:sz w:val="24"/>
          <w:szCs w:val="24"/>
        </w:rPr>
        <w:t>tijorat</w:t>
      </w:r>
      <w:proofErr w:type="spellEnd"/>
      <w:r w:rsidRPr="00585726">
        <w:rPr>
          <w:rFonts w:cs="Arial"/>
          <w:sz w:val="24"/>
          <w:szCs w:val="24"/>
        </w:rPr>
        <w:t xml:space="preserve"> </w:t>
      </w:r>
      <w:proofErr w:type="spellStart"/>
      <w:r w:rsidRPr="00585726">
        <w:rPr>
          <w:rFonts w:cs="Arial"/>
          <w:sz w:val="24"/>
          <w:szCs w:val="24"/>
        </w:rPr>
        <w:t>banklarida</w:t>
      </w:r>
      <w:proofErr w:type="spellEnd"/>
      <w:r w:rsidRPr="00585726">
        <w:rPr>
          <w:rFonts w:cs="Arial"/>
          <w:sz w:val="24"/>
          <w:szCs w:val="24"/>
        </w:rPr>
        <w:t xml:space="preserve"> AML/CFT/CPF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nazorat</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talablariga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yuridik</w:t>
      </w:r>
      <w:proofErr w:type="spellEnd"/>
      <w:r w:rsidRPr="00585726">
        <w:rPr>
          <w:rFonts w:cs="Arial"/>
          <w:sz w:val="24"/>
          <w:szCs w:val="24"/>
        </w:rPr>
        <w:t xml:space="preserve"> </w:t>
      </w:r>
      <w:proofErr w:type="spellStart"/>
      <w:r w:rsidRPr="00585726">
        <w:rPr>
          <w:rFonts w:cs="Arial"/>
          <w:sz w:val="24"/>
          <w:szCs w:val="24"/>
        </w:rPr>
        <w:t>shaxslar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yakka</w:t>
      </w:r>
      <w:proofErr w:type="spellEnd"/>
      <w:r w:rsidRPr="00585726">
        <w:rPr>
          <w:rFonts w:cs="Arial"/>
          <w:sz w:val="24"/>
          <w:szCs w:val="24"/>
        </w:rPr>
        <w:t xml:space="preserve"> </w:t>
      </w:r>
      <w:proofErr w:type="spellStart"/>
      <w:r w:rsidRPr="00585726">
        <w:rPr>
          <w:rFonts w:cs="Arial"/>
          <w:sz w:val="24"/>
          <w:szCs w:val="24"/>
        </w:rPr>
        <w:t>tartibdagi</w:t>
      </w:r>
      <w:proofErr w:type="spellEnd"/>
      <w:r w:rsidRPr="00585726">
        <w:rPr>
          <w:rFonts w:cs="Arial"/>
          <w:sz w:val="24"/>
          <w:szCs w:val="24"/>
        </w:rPr>
        <w:t xml:space="preserve"> </w:t>
      </w:r>
      <w:proofErr w:type="spellStart"/>
      <w:r w:rsidRPr="00585726">
        <w:rPr>
          <w:rFonts w:cs="Arial"/>
          <w:sz w:val="24"/>
          <w:szCs w:val="24"/>
        </w:rPr>
        <w:t>tadbirkorlarga</w:t>
      </w:r>
      <w:proofErr w:type="spellEnd"/>
      <w:r w:rsidRPr="00585726">
        <w:rPr>
          <w:rFonts w:cs="Arial"/>
          <w:sz w:val="24"/>
          <w:szCs w:val="24"/>
        </w:rPr>
        <w:t xml:space="preserve"> (</w:t>
      </w:r>
      <w:proofErr w:type="spellStart"/>
      <w:r w:rsidRPr="00585726">
        <w:rPr>
          <w:rFonts w:cs="Arial"/>
          <w:sz w:val="24"/>
          <w:szCs w:val="24"/>
        </w:rPr>
        <w:t>bundan</w:t>
      </w:r>
      <w:proofErr w:type="spellEnd"/>
      <w:r w:rsidRPr="00585726">
        <w:rPr>
          <w:rFonts w:cs="Arial"/>
          <w:sz w:val="24"/>
          <w:szCs w:val="24"/>
        </w:rPr>
        <w:t xml:space="preserve"> </w:t>
      </w:r>
      <w:proofErr w:type="spellStart"/>
      <w:r w:rsidRPr="00585726">
        <w:rPr>
          <w:rFonts w:cs="Arial"/>
          <w:sz w:val="24"/>
          <w:szCs w:val="24"/>
        </w:rPr>
        <w:t>buyon</w:t>
      </w:r>
      <w:proofErr w:type="spellEnd"/>
      <w:r w:rsidRPr="00585726">
        <w:rPr>
          <w:rFonts w:cs="Arial"/>
          <w:sz w:val="24"/>
          <w:szCs w:val="24"/>
        </w:rPr>
        <w:t xml:space="preserve"> </w:t>
      </w:r>
      <w:proofErr w:type="spellStart"/>
      <w:r w:rsidRPr="00585726">
        <w:rPr>
          <w:rFonts w:cs="Arial"/>
          <w:sz w:val="24"/>
          <w:szCs w:val="24"/>
        </w:rPr>
        <w:t>matnda</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deb </w:t>
      </w:r>
      <w:proofErr w:type="spellStart"/>
      <w:r w:rsidRPr="00585726">
        <w:rPr>
          <w:rFonts w:cs="Arial"/>
          <w:sz w:val="24"/>
          <w:szCs w:val="24"/>
        </w:rPr>
        <w:t>yuritiladi</w:t>
      </w:r>
      <w:proofErr w:type="spellEnd"/>
      <w:r w:rsidRPr="00585726">
        <w:rPr>
          <w:rFonts w:cs="Arial"/>
          <w:sz w:val="24"/>
          <w:szCs w:val="24"/>
        </w:rPr>
        <w:t xml:space="preserve">) </w:t>
      </w:r>
      <w:proofErr w:type="spellStart"/>
      <w:r w:rsidRPr="00585726">
        <w:rPr>
          <w:rFonts w:cs="Arial"/>
          <w:sz w:val="24"/>
          <w:szCs w:val="24"/>
        </w:rPr>
        <w:t>korporativ</w:t>
      </w:r>
      <w:proofErr w:type="spellEnd"/>
      <w:r w:rsidRPr="00585726">
        <w:rPr>
          <w:rFonts w:cs="Arial"/>
          <w:sz w:val="24"/>
          <w:szCs w:val="24"/>
        </w:rPr>
        <w:t xml:space="preserve"> bank </w:t>
      </w:r>
      <w:proofErr w:type="spellStart"/>
      <w:r w:rsidRPr="00585726">
        <w:rPr>
          <w:rFonts w:cs="Arial"/>
          <w:sz w:val="24"/>
          <w:szCs w:val="24"/>
        </w:rPr>
        <w:t>kartalarini</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ulardan</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ommaviy</w:t>
      </w:r>
      <w:proofErr w:type="spellEnd"/>
      <w:r w:rsidRPr="00585726">
        <w:rPr>
          <w:rFonts w:cs="Arial"/>
          <w:sz w:val="24"/>
          <w:szCs w:val="24"/>
        </w:rPr>
        <w:t xml:space="preserve"> </w:t>
      </w:r>
      <w:proofErr w:type="spellStart"/>
      <w:r w:rsidRPr="00585726">
        <w:rPr>
          <w:rFonts w:cs="Arial"/>
          <w:sz w:val="24"/>
          <w:szCs w:val="24"/>
        </w:rPr>
        <w:t>oferta</w:t>
      </w:r>
      <w:proofErr w:type="spellEnd"/>
      <w:r w:rsidRPr="00585726">
        <w:rPr>
          <w:rFonts w:cs="Arial"/>
          <w:sz w:val="24"/>
          <w:szCs w:val="24"/>
        </w:rPr>
        <w:t xml:space="preserve"> </w:t>
      </w:r>
      <w:proofErr w:type="spellStart"/>
      <w:r w:rsidRPr="00585726">
        <w:rPr>
          <w:rFonts w:cs="Arial"/>
          <w:sz w:val="24"/>
          <w:szCs w:val="24"/>
        </w:rPr>
        <w:t>shartnomasini</w:t>
      </w:r>
      <w:proofErr w:type="spellEnd"/>
      <w:r w:rsidRPr="00585726">
        <w:rPr>
          <w:rFonts w:cs="Arial"/>
          <w:sz w:val="24"/>
          <w:szCs w:val="24"/>
        </w:rPr>
        <w:t xml:space="preserve"> (</w:t>
      </w:r>
      <w:proofErr w:type="spellStart"/>
      <w:r w:rsidRPr="00585726">
        <w:rPr>
          <w:rFonts w:cs="Arial"/>
          <w:sz w:val="24"/>
          <w:szCs w:val="24"/>
        </w:rPr>
        <w:t>bundan</w:t>
      </w:r>
      <w:proofErr w:type="spellEnd"/>
      <w:r w:rsidRPr="00585726">
        <w:rPr>
          <w:rFonts w:cs="Arial"/>
          <w:sz w:val="24"/>
          <w:szCs w:val="24"/>
        </w:rPr>
        <w:t xml:space="preserve"> </w:t>
      </w:r>
      <w:proofErr w:type="spellStart"/>
      <w:r w:rsidRPr="00585726">
        <w:rPr>
          <w:rFonts w:cs="Arial"/>
          <w:sz w:val="24"/>
          <w:szCs w:val="24"/>
        </w:rPr>
        <w:t>buyon</w:t>
      </w:r>
      <w:proofErr w:type="spellEnd"/>
      <w:r w:rsidRPr="00585726">
        <w:rPr>
          <w:rFonts w:cs="Arial"/>
          <w:sz w:val="24"/>
          <w:szCs w:val="24"/>
        </w:rPr>
        <w:t xml:space="preserve"> </w:t>
      </w:r>
      <w:proofErr w:type="spellStart"/>
      <w:r w:rsidRPr="00585726">
        <w:rPr>
          <w:rFonts w:cs="Arial"/>
          <w:sz w:val="24"/>
          <w:szCs w:val="24"/>
        </w:rPr>
        <w:t>matnda</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deb </w:t>
      </w:r>
      <w:proofErr w:type="spellStart"/>
      <w:r w:rsidRPr="00585726">
        <w:rPr>
          <w:rFonts w:cs="Arial"/>
          <w:sz w:val="24"/>
          <w:szCs w:val="24"/>
        </w:rPr>
        <w:t>yuritiladi</w:t>
      </w:r>
      <w:proofErr w:type="spellEnd"/>
      <w:r w:rsidRPr="00585726">
        <w:rPr>
          <w:rFonts w:cs="Arial"/>
          <w:sz w:val="24"/>
          <w:szCs w:val="24"/>
        </w:rPr>
        <w:t xml:space="preserve">) </w:t>
      </w:r>
      <w:proofErr w:type="spellStart"/>
      <w:r w:rsidRPr="00585726">
        <w:rPr>
          <w:rFonts w:cs="Arial"/>
          <w:sz w:val="24"/>
          <w:szCs w:val="24"/>
        </w:rPr>
        <w:t>tuzishni</w:t>
      </w:r>
      <w:proofErr w:type="spellEnd"/>
      <w:r w:rsidRPr="00585726">
        <w:rPr>
          <w:rFonts w:cs="Arial"/>
          <w:sz w:val="24"/>
          <w:szCs w:val="24"/>
        </w:rPr>
        <w:t xml:space="preserve"> </w:t>
      </w:r>
      <w:proofErr w:type="spellStart"/>
      <w:r w:rsidRPr="00585726">
        <w:rPr>
          <w:rFonts w:cs="Arial"/>
          <w:sz w:val="24"/>
          <w:szCs w:val="24"/>
        </w:rPr>
        <w:t>taklif</w:t>
      </w:r>
      <w:proofErr w:type="spellEnd"/>
      <w:r w:rsidRPr="00585726">
        <w:rPr>
          <w:rFonts w:cs="Arial"/>
          <w:sz w:val="24"/>
          <w:szCs w:val="24"/>
        </w:rPr>
        <w:t xml:space="preserve"> </w:t>
      </w:r>
      <w:proofErr w:type="spellStart"/>
      <w:r w:rsidRPr="00585726">
        <w:rPr>
          <w:rFonts w:cs="Arial"/>
          <w:sz w:val="24"/>
          <w:szCs w:val="24"/>
        </w:rPr>
        <w:t>qiladi</w:t>
      </w:r>
      <w:proofErr w:type="spellEnd"/>
      <w:r w:rsidRPr="00585726">
        <w:rPr>
          <w:rFonts w:cs="Arial"/>
          <w:sz w:val="24"/>
          <w:szCs w:val="24"/>
        </w:rPr>
        <w:t>.</w:t>
      </w:r>
    </w:p>
    <w:p w14:paraId="66F213F0" w14:textId="77777777" w:rsidR="008F00AB" w:rsidRPr="00585726" w:rsidRDefault="00357484" w:rsidP="00FE79E5">
      <w:pPr>
        <w:ind w:firstLine="567"/>
        <w:jc w:val="both"/>
        <w:rPr>
          <w:rFonts w:cs="Arial"/>
          <w:sz w:val="24"/>
          <w:szCs w:val="24"/>
        </w:rPr>
      </w:pP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zbekiston</w:t>
      </w:r>
      <w:proofErr w:type="spellEnd"/>
      <w:r w:rsidRPr="00585726">
        <w:rPr>
          <w:rFonts w:cs="Arial"/>
          <w:sz w:val="24"/>
          <w:szCs w:val="24"/>
        </w:rPr>
        <w:t xml:space="preserve"> </w:t>
      </w:r>
      <w:proofErr w:type="spellStart"/>
      <w:r w:rsidRPr="00585726">
        <w:rPr>
          <w:rFonts w:cs="Arial"/>
          <w:sz w:val="24"/>
          <w:szCs w:val="24"/>
        </w:rPr>
        <w:t>Respublikasi</w:t>
      </w:r>
      <w:proofErr w:type="spellEnd"/>
      <w:r w:rsidRPr="00585726">
        <w:rPr>
          <w:rFonts w:cs="Arial"/>
          <w:sz w:val="24"/>
          <w:szCs w:val="24"/>
        </w:rPr>
        <w:t xml:space="preserve"> </w:t>
      </w:r>
      <w:proofErr w:type="spellStart"/>
      <w:r w:rsidRPr="00585726">
        <w:rPr>
          <w:rFonts w:cs="Arial"/>
          <w:sz w:val="24"/>
          <w:szCs w:val="24"/>
        </w:rPr>
        <w:t>Fuqarolik</w:t>
      </w:r>
      <w:proofErr w:type="spellEnd"/>
      <w:r w:rsidRPr="00585726">
        <w:rPr>
          <w:rFonts w:cs="Arial"/>
          <w:sz w:val="24"/>
          <w:szCs w:val="24"/>
        </w:rPr>
        <w:t xml:space="preserve"> </w:t>
      </w:r>
      <w:proofErr w:type="spellStart"/>
      <w:r w:rsidRPr="00585726">
        <w:rPr>
          <w:rFonts w:cs="Arial"/>
          <w:sz w:val="24"/>
          <w:szCs w:val="24"/>
        </w:rPr>
        <w:t>kodeksining</w:t>
      </w:r>
      <w:proofErr w:type="spellEnd"/>
      <w:r w:rsidRPr="00585726">
        <w:rPr>
          <w:rFonts w:cs="Arial"/>
          <w:sz w:val="24"/>
          <w:szCs w:val="24"/>
        </w:rPr>
        <w:t xml:space="preserve"> </w:t>
      </w:r>
      <w:proofErr w:type="spellStart"/>
      <w:r w:rsidRPr="00585726">
        <w:rPr>
          <w:rFonts w:cs="Arial"/>
          <w:sz w:val="24"/>
          <w:szCs w:val="24"/>
        </w:rPr>
        <w:t>oferta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akseptga oid qoidalariga muvofiq tuziladi.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Bankka</w:t>
      </w:r>
      <w:proofErr w:type="spellEnd"/>
      <w:r w:rsidRPr="00585726">
        <w:rPr>
          <w:rFonts w:cs="Arial"/>
          <w:sz w:val="24"/>
          <w:szCs w:val="24"/>
        </w:rPr>
        <w:t xml:space="preserve"> </w:t>
      </w:r>
      <w:proofErr w:type="spellStart"/>
      <w:r w:rsidRPr="00585726">
        <w:rPr>
          <w:rFonts w:cs="Arial"/>
          <w:sz w:val="24"/>
          <w:szCs w:val="24"/>
        </w:rPr>
        <w:t>korporativ</w:t>
      </w:r>
      <w:proofErr w:type="spellEnd"/>
      <w:r w:rsidRPr="00585726">
        <w:rPr>
          <w:rFonts w:cs="Arial"/>
          <w:sz w:val="24"/>
          <w:szCs w:val="24"/>
        </w:rPr>
        <w:t xml:space="preserve"> bank </w:t>
      </w:r>
      <w:proofErr w:type="spellStart"/>
      <w:r w:rsidRPr="00585726">
        <w:rPr>
          <w:rFonts w:cs="Arial"/>
          <w:sz w:val="24"/>
          <w:szCs w:val="24"/>
        </w:rPr>
        <w:t>kartasini</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008841C6" w:rsidRPr="00585726">
        <w:rPr>
          <w:rFonts w:cs="Arial"/>
          <w:sz w:val="24"/>
          <w:szCs w:val="24"/>
        </w:rPr>
        <w:t>g‘</w:t>
      </w:r>
      <w:r w:rsidRPr="00585726">
        <w:rPr>
          <w:rFonts w:cs="Arial"/>
          <w:sz w:val="24"/>
          <w:szCs w:val="24"/>
        </w:rPr>
        <w:t>risidagi</w:t>
      </w:r>
      <w:proofErr w:type="spellEnd"/>
      <w:r w:rsidRPr="00585726">
        <w:rPr>
          <w:rFonts w:cs="Arial"/>
          <w:sz w:val="24"/>
          <w:szCs w:val="24"/>
        </w:rPr>
        <w:t xml:space="preserve"> </w:t>
      </w:r>
      <w:proofErr w:type="spellStart"/>
      <w:r w:rsidRPr="00585726">
        <w:rPr>
          <w:rFonts w:cs="Arial"/>
          <w:sz w:val="24"/>
          <w:szCs w:val="24"/>
        </w:rPr>
        <w:t>ariza</w:t>
      </w:r>
      <w:proofErr w:type="spellEnd"/>
      <w:r w:rsidRPr="00585726">
        <w:rPr>
          <w:rFonts w:cs="Arial"/>
          <w:sz w:val="24"/>
          <w:szCs w:val="24"/>
        </w:rPr>
        <w:t xml:space="preserve">, </w:t>
      </w:r>
      <w:proofErr w:type="spellStart"/>
      <w:r w:rsidRPr="00585726">
        <w:rPr>
          <w:rFonts w:cs="Arial"/>
          <w:sz w:val="24"/>
          <w:szCs w:val="24"/>
        </w:rPr>
        <w:t>s</w:t>
      </w:r>
      <w:r w:rsidR="008841C6" w:rsidRPr="00585726">
        <w:rPr>
          <w:rFonts w:cs="Arial"/>
          <w:sz w:val="24"/>
          <w:szCs w:val="24"/>
        </w:rPr>
        <w:t>o‘</w:t>
      </w:r>
      <w:r w:rsidRPr="00585726">
        <w:rPr>
          <w:rFonts w:cs="Arial"/>
          <w:sz w:val="24"/>
          <w:szCs w:val="24"/>
        </w:rPr>
        <w:t>rovnoma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talab </w:t>
      </w:r>
      <w:proofErr w:type="spellStart"/>
      <w:r w:rsidRPr="00585726">
        <w:rPr>
          <w:rFonts w:cs="Arial"/>
          <w:sz w:val="24"/>
          <w:szCs w:val="24"/>
        </w:rPr>
        <w:t>etilgan</w:t>
      </w:r>
      <w:proofErr w:type="spellEnd"/>
      <w:r w:rsidRPr="00585726">
        <w:rPr>
          <w:rFonts w:cs="Arial"/>
          <w:sz w:val="24"/>
          <w:szCs w:val="24"/>
        </w:rPr>
        <w:t xml:space="preserve"> </w:t>
      </w:r>
      <w:proofErr w:type="spellStart"/>
      <w:r w:rsidRPr="00585726">
        <w:rPr>
          <w:rFonts w:cs="Arial"/>
          <w:sz w:val="24"/>
          <w:szCs w:val="24"/>
        </w:rPr>
        <w:t>hujjatlarning</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etilishi</w:t>
      </w:r>
      <w:proofErr w:type="spellEnd"/>
      <w:r w:rsidRPr="00585726">
        <w:rPr>
          <w:rFonts w:cs="Arial"/>
          <w:sz w:val="24"/>
          <w:szCs w:val="24"/>
        </w:rPr>
        <w:t xml:space="preserve">, </w:t>
      </w:r>
      <w:proofErr w:type="spellStart"/>
      <w:r w:rsidRPr="00585726">
        <w:rPr>
          <w:rFonts w:cs="Arial"/>
          <w:sz w:val="24"/>
          <w:szCs w:val="24"/>
        </w:rPr>
        <w:t>shuningdek</w:t>
      </w:r>
      <w:proofErr w:type="spellEnd"/>
      <w:r w:rsidRPr="00585726">
        <w:rPr>
          <w:rFonts w:cs="Arial"/>
          <w:sz w:val="24"/>
          <w:szCs w:val="24"/>
        </w:rPr>
        <w:t xml:space="preserve"> Bankning mazkur Shartnomaga muvofiq kartani rasmiylashtirishga kirishishi yoxud kartani berishga tayyor holga keltirishi mazkur oferta aksepti sifatida e’tirof etiladi.</w:t>
      </w:r>
    </w:p>
    <w:p w14:paraId="6FF3D625" w14:textId="77777777" w:rsidR="008F00AB" w:rsidRPr="00585726" w:rsidRDefault="00357484" w:rsidP="00FE79E5">
      <w:pPr>
        <w:ind w:firstLine="567"/>
        <w:jc w:val="both"/>
        <w:rPr>
          <w:rFonts w:cs="Arial"/>
          <w:sz w:val="24"/>
          <w:szCs w:val="24"/>
        </w:rPr>
      </w:pPr>
      <w:r w:rsidRPr="00585726">
        <w:rPr>
          <w:rFonts w:cs="Arial"/>
          <w:sz w:val="24"/>
          <w:szCs w:val="24"/>
        </w:rPr>
        <w:t xml:space="preserve">Mijoz mazkur Shartnoma matni bilan Bankning rasmiy veb-saytida, mobil ilovasida va Bank ofislarida tanishishi mumkin.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Shartnomani</w:t>
      </w:r>
      <w:proofErr w:type="spellEnd"/>
      <w:r w:rsidRPr="00585726">
        <w:rPr>
          <w:rFonts w:cs="Arial"/>
          <w:sz w:val="24"/>
          <w:szCs w:val="24"/>
        </w:rPr>
        <w:t xml:space="preserve"> </w:t>
      </w:r>
      <w:proofErr w:type="spellStart"/>
      <w:r w:rsidRPr="00585726">
        <w:rPr>
          <w:rFonts w:cs="Arial"/>
          <w:sz w:val="24"/>
          <w:szCs w:val="24"/>
        </w:rPr>
        <w:t>akseptlash</w:t>
      </w:r>
      <w:proofErr w:type="spellEnd"/>
      <w:r w:rsidRPr="00585726">
        <w:rPr>
          <w:rFonts w:cs="Arial"/>
          <w:sz w:val="24"/>
          <w:szCs w:val="24"/>
        </w:rPr>
        <w:t xml:space="preserve"> </w:t>
      </w:r>
      <w:proofErr w:type="spellStart"/>
      <w:r w:rsidRPr="00585726">
        <w:rPr>
          <w:rFonts w:cs="Arial"/>
          <w:sz w:val="24"/>
          <w:szCs w:val="24"/>
        </w:rPr>
        <w:t>orqali</w:t>
      </w:r>
      <w:proofErr w:type="spellEnd"/>
      <w:r w:rsidRPr="00585726">
        <w:rPr>
          <w:rFonts w:cs="Arial"/>
          <w:sz w:val="24"/>
          <w:szCs w:val="24"/>
        </w:rPr>
        <w:t xml:space="preserve"> </w:t>
      </w:r>
      <w:proofErr w:type="spellStart"/>
      <w:r w:rsidRPr="00585726">
        <w:rPr>
          <w:rFonts w:cs="Arial"/>
          <w:sz w:val="24"/>
          <w:szCs w:val="24"/>
        </w:rPr>
        <w:t>undagi</w:t>
      </w:r>
      <w:proofErr w:type="spellEnd"/>
      <w:r w:rsidRPr="00585726">
        <w:rPr>
          <w:rFonts w:cs="Arial"/>
          <w:sz w:val="24"/>
          <w:szCs w:val="24"/>
        </w:rPr>
        <w:t xml:space="preserve"> </w:t>
      </w:r>
      <w:proofErr w:type="spellStart"/>
      <w:r w:rsidRPr="00585726">
        <w:rPr>
          <w:rFonts w:cs="Arial"/>
          <w:sz w:val="24"/>
          <w:szCs w:val="24"/>
        </w:rPr>
        <w:t>barcha</w:t>
      </w:r>
      <w:proofErr w:type="spellEnd"/>
      <w:r w:rsidRPr="00585726">
        <w:rPr>
          <w:rFonts w:cs="Arial"/>
          <w:sz w:val="24"/>
          <w:szCs w:val="24"/>
        </w:rPr>
        <w:t xml:space="preserve"> </w:t>
      </w:r>
      <w:proofErr w:type="spellStart"/>
      <w:r w:rsidRPr="00585726">
        <w:rPr>
          <w:rFonts w:cs="Arial"/>
          <w:sz w:val="24"/>
          <w:szCs w:val="24"/>
        </w:rPr>
        <w:t>shartlar</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liq</w:t>
      </w:r>
      <w:proofErr w:type="spellEnd"/>
      <w:r w:rsidRPr="00585726">
        <w:rPr>
          <w:rFonts w:cs="Arial"/>
          <w:sz w:val="24"/>
          <w:szCs w:val="24"/>
        </w:rPr>
        <w:t xml:space="preserve"> </w:t>
      </w:r>
      <w:proofErr w:type="spellStart"/>
      <w:r w:rsidRPr="00585726">
        <w:rPr>
          <w:rFonts w:cs="Arial"/>
          <w:sz w:val="24"/>
          <w:szCs w:val="24"/>
        </w:rPr>
        <w:t>tanishganligini</w:t>
      </w:r>
      <w:proofErr w:type="spellEnd"/>
      <w:r w:rsidRPr="00585726">
        <w:rPr>
          <w:rFonts w:cs="Arial"/>
          <w:sz w:val="24"/>
          <w:szCs w:val="24"/>
        </w:rPr>
        <w:t xml:space="preserve">, </w:t>
      </w:r>
      <w:proofErr w:type="spellStart"/>
      <w:r w:rsidRPr="00585726">
        <w:rPr>
          <w:rFonts w:cs="Arial"/>
          <w:sz w:val="24"/>
          <w:szCs w:val="24"/>
        </w:rPr>
        <w:t>ularni</w:t>
      </w:r>
      <w:proofErr w:type="spellEnd"/>
      <w:r w:rsidRPr="00585726">
        <w:rPr>
          <w:rFonts w:cs="Arial"/>
          <w:sz w:val="24"/>
          <w:szCs w:val="24"/>
        </w:rPr>
        <w:t xml:space="preserve"> </w:t>
      </w:r>
      <w:proofErr w:type="spellStart"/>
      <w:r w:rsidRPr="00585726">
        <w:rPr>
          <w:rFonts w:cs="Arial"/>
          <w:sz w:val="24"/>
          <w:szCs w:val="24"/>
        </w:rPr>
        <w:t>hech</w:t>
      </w:r>
      <w:proofErr w:type="spellEnd"/>
      <w:r w:rsidRPr="00585726">
        <w:rPr>
          <w:rFonts w:cs="Arial"/>
          <w:sz w:val="24"/>
          <w:szCs w:val="24"/>
        </w:rPr>
        <w:t xml:space="preserve"> </w:t>
      </w:r>
      <w:proofErr w:type="spellStart"/>
      <w:r w:rsidRPr="00585726">
        <w:rPr>
          <w:rFonts w:cs="Arial"/>
          <w:sz w:val="24"/>
          <w:szCs w:val="24"/>
        </w:rPr>
        <w:t>qanday</w:t>
      </w:r>
      <w:proofErr w:type="spellEnd"/>
      <w:r w:rsidRPr="00585726">
        <w:rPr>
          <w:rFonts w:cs="Arial"/>
          <w:sz w:val="24"/>
          <w:szCs w:val="24"/>
        </w:rPr>
        <w:t xml:space="preserve"> </w:t>
      </w:r>
      <w:proofErr w:type="spellStart"/>
      <w:r w:rsidRPr="00585726">
        <w:rPr>
          <w:rFonts w:cs="Arial"/>
          <w:sz w:val="24"/>
          <w:szCs w:val="24"/>
        </w:rPr>
        <w:t>istisno</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cheklovlarsiz</w:t>
      </w:r>
      <w:proofErr w:type="spellEnd"/>
      <w:r w:rsidRPr="00585726">
        <w:rPr>
          <w:rFonts w:cs="Arial"/>
          <w:sz w:val="24"/>
          <w:szCs w:val="24"/>
        </w:rPr>
        <w:t xml:space="preserve"> </w:t>
      </w:r>
      <w:proofErr w:type="spellStart"/>
      <w:r w:rsidRPr="00585726">
        <w:rPr>
          <w:rFonts w:cs="Arial"/>
          <w:sz w:val="24"/>
          <w:szCs w:val="24"/>
        </w:rPr>
        <w:t>qabul</w:t>
      </w:r>
      <w:proofErr w:type="spellEnd"/>
      <w:r w:rsidRPr="00585726">
        <w:rPr>
          <w:rFonts w:cs="Arial"/>
          <w:sz w:val="24"/>
          <w:szCs w:val="24"/>
        </w:rPr>
        <w:t xml:space="preserve"> </w:t>
      </w:r>
      <w:proofErr w:type="spellStart"/>
      <w:r w:rsidRPr="00585726">
        <w:rPr>
          <w:rFonts w:cs="Arial"/>
          <w:sz w:val="24"/>
          <w:szCs w:val="24"/>
        </w:rPr>
        <w:t>qilganligini</w:t>
      </w:r>
      <w:proofErr w:type="spellEnd"/>
      <w:r w:rsidRPr="00585726">
        <w:rPr>
          <w:rFonts w:cs="Arial"/>
          <w:sz w:val="24"/>
          <w:szCs w:val="24"/>
        </w:rPr>
        <w:t xml:space="preserve"> </w:t>
      </w:r>
      <w:proofErr w:type="spellStart"/>
      <w:r w:rsidRPr="00585726">
        <w:rPr>
          <w:rFonts w:cs="Arial"/>
          <w:sz w:val="24"/>
          <w:szCs w:val="24"/>
        </w:rPr>
        <w:t>tasdiqlaydi</w:t>
      </w:r>
      <w:proofErr w:type="spellEnd"/>
      <w:r w:rsidRPr="00585726">
        <w:rPr>
          <w:rFonts w:cs="Arial"/>
          <w:sz w:val="24"/>
          <w:szCs w:val="24"/>
        </w:rPr>
        <w:t>.</w:t>
      </w:r>
    </w:p>
    <w:p w14:paraId="786B4239" w14:textId="77777777" w:rsidR="00FE79E5" w:rsidRPr="00585726" w:rsidRDefault="00FE79E5" w:rsidP="00FE79E5">
      <w:pPr>
        <w:ind w:firstLine="567"/>
        <w:jc w:val="both"/>
        <w:rPr>
          <w:rFonts w:cs="Arial"/>
          <w:sz w:val="24"/>
          <w:szCs w:val="24"/>
        </w:rPr>
      </w:pPr>
    </w:p>
    <w:p w14:paraId="45D87D6B" w14:textId="77777777" w:rsidR="008F00AB" w:rsidRPr="00585726" w:rsidRDefault="00357484" w:rsidP="00F24377">
      <w:pPr>
        <w:ind w:firstLine="567"/>
        <w:jc w:val="both"/>
        <w:rPr>
          <w:rFonts w:cs="Arial"/>
          <w:sz w:val="24"/>
          <w:szCs w:val="24"/>
        </w:rPr>
      </w:pPr>
      <w:r w:rsidRPr="00585726">
        <w:rPr>
          <w:rFonts w:cs="Arial"/>
          <w:b/>
          <w:sz w:val="24"/>
          <w:szCs w:val="24"/>
        </w:rPr>
        <w:t>I. ATAMALAR VA TA’RIFLAR</w:t>
      </w:r>
    </w:p>
    <w:p w14:paraId="1D503D54" w14:textId="77777777" w:rsidR="008F00AB" w:rsidRPr="00585726" w:rsidRDefault="00357484" w:rsidP="00F24377">
      <w:pPr>
        <w:ind w:firstLine="567"/>
        <w:jc w:val="both"/>
        <w:rPr>
          <w:rFonts w:cs="Arial"/>
          <w:sz w:val="24"/>
          <w:szCs w:val="24"/>
        </w:rPr>
      </w:pPr>
      <w:r w:rsidRPr="00585726">
        <w:rPr>
          <w:rFonts w:cs="Arial"/>
          <w:b/>
          <w:bCs/>
          <w:sz w:val="24"/>
          <w:szCs w:val="24"/>
        </w:rPr>
        <w:t>Korporativ bank kartasi</w:t>
      </w:r>
      <w:r w:rsidRPr="00585726">
        <w:rPr>
          <w:rFonts w:cs="Arial"/>
          <w:sz w:val="24"/>
          <w:szCs w:val="24"/>
        </w:rPr>
        <w:t xml:space="preserve"> (bundan buyon matnda “Karta”) –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yuridik</w:t>
      </w:r>
      <w:proofErr w:type="spellEnd"/>
      <w:r w:rsidRPr="00585726">
        <w:rPr>
          <w:rFonts w:cs="Arial"/>
          <w:sz w:val="24"/>
          <w:szCs w:val="24"/>
        </w:rPr>
        <w:t xml:space="preserve"> </w:t>
      </w:r>
      <w:proofErr w:type="spellStart"/>
      <w:r w:rsidRPr="00585726">
        <w:rPr>
          <w:rFonts w:cs="Arial"/>
          <w:sz w:val="24"/>
          <w:szCs w:val="24"/>
        </w:rPr>
        <w:t>shaxs</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yakka</w:t>
      </w:r>
      <w:proofErr w:type="spellEnd"/>
      <w:r w:rsidRPr="00585726">
        <w:rPr>
          <w:rFonts w:cs="Arial"/>
          <w:sz w:val="24"/>
          <w:szCs w:val="24"/>
        </w:rPr>
        <w:t xml:space="preserve"> </w:t>
      </w:r>
      <w:proofErr w:type="spellStart"/>
      <w:r w:rsidRPr="00585726">
        <w:rPr>
          <w:rFonts w:cs="Arial"/>
          <w:sz w:val="24"/>
          <w:szCs w:val="24"/>
        </w:rPr>
        <w:t>tartibdagi</w:t>
      </w:r>
      <w:proofErr w:type="spellEnd"/>
      <w:r w:rsidRPr="00585726">
        <w:rPr>
          <w:rFonts w:cs="Arial"/>
          <w:sz w:val="24"/>
          <w:szCs w:val="24"/>
        </w:rPr>
        <w:t xml:space="preserve"> </w:t>
      </w:r>
      <w:proofErr w:type="spellStart"/>
      <w:r w:rsidRPr="00585726">
        <w:rPr>
          <w:rFonts w:cs="Arial"/>
          <w:sz w:val="24"/>
          <w:szCs w:val="24"/>
        </w:rPr>
        <w:t>tadbirkorning</w:t>
      </w:r>
      <w:proofErr w:type="spellEnd"/>
      <w:r w:rsidRPr="00585726">
        <w:rPr>
          <w:rFonts w:cs="Arial"/>
          <w:sz w:val="24"/>
          <w:szCs w:val="24"/>
        </w:rPr>
        <w:t xml:space="preserve"> </w:t>
      </w:r>
      <w:proofErr w:type="spellStart"/>
      <w:proofErr w:type="gramStart"/>
      <w:r w:rsidRPr="00585726">
        <w:rPr>
          <w:rFonts w:cs="Arial"/>
          <w:sz w:val="24"/>
          <w:szCs w:val="24"/>
        </w:rPr>
        <w:t>hisobvara</w:t>
      </w:r>
      <w:r w:rsidR="008841C6" w:rsidRPr="00585726">
        <w:rPr>
          <w:rFonts w:cs="Arial"/>
          <w:sz w:val="24"/>
          <w:szCs w:val="24"/>
        </w:rPr>
        <w:t>g‘</w:t>
      </w:r>
      <w:proofErr w:type="gramEnd"/>
      <w:r w:rsidRPr="00585726">
        <w:rPr>
          <w:rFonts w:cs="Arial"/>
          <w:sz w:val="24"/>
          <w:szCs w:val="24"/>
        </w:rPr>
        <w:t>i</w:t>
      </w:r>
      <w:proofErr w:type="spellEnd"/>
      <w:r w:rsidRPr="00585726">
        <w:rPr>
          <w:rFonts w:cs="Arial"/>
          <w:sz w:val="24"/>
          <w:szCs w:val="24"/>
        </w:rPr>
        <w:t xml:space="preserve"> </w:t>
      </w:r>
      <w:proofErr w:type="spellStart"/>
      <w:r w:rsidRPr="00585726">
        <w:rPr>
          <w:rFonts w:cs="Arial"/>
          <w:sz w:val="24"/>
          <w:szCs w:val="24"/>
        </w:rPr>
        <w:t>doirasida</w:t>
      </w:r>
      <w:proofErr w:type="spellEnd"/>
      <w:r w:rsidRPr="00585726">
        <w:rPr>
          <w:rFonts w:cs="Arial"/>
          <w:sz w:val="24"/>
          <w:szCs w:val="24"/>
        </w:rPr>
        <w:t xml:space="preserve">,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vakolatli</w:t>
      </w:r>
      <w:proofErr w:type="spellEnd"/>
      <w:r w:rsidRPr="00585726">
        <w:rPr>
          <w:rFonts w:cs="Arial"/>
          <w:sz w:val="24"/>
          <w:szCs w:val="24"/>
        </w:rPr>
        <w:t xml:space="preserve"> </w:t>
      </w:r>
      <w:proofErr w:type="spellStart"/>
      <w:r w:rsidRPr="00585726">
        <w:rPr>
          <w:rFonts w:cs="Arial"/>
          <w:sz w:val="24"/>
          <w:szCs w:val="24"/>
        </w:rPr>
        <w:t>xodimi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vakolatli</w:t>
      </w:r>
      <w:proofErr w:type="spellEnd"/>
      <w:r w:rsidRPr="00585726">
        <w:rPr>
          <w:rFonts w:cs="Arial"/>
          <w:sz w:val="24"/>
          <w:szCs w:val="24"/>
        </w:rPr>
        <w:t xml:space="preserve"> </w:t>
      </w:r>
      <w:proofErr w:type="spellStart"/>
      <w:r w:rsidRPr="00585726">
        <w:rPr>
          <w:rFonts w:cs="Arial"/>
          <w:sz w:val="24"/>
          <w:szCs w:val="24"/>
        </w:rPr>
        <w:t>shaxsi</w:t>
      </w:r>
      <w:proofErr w:type="spellEnd"/>
      <w:r w:rsidRPr="00585726">
        <w:rPr>
          <w:rFonts w:cs="Arial"/>
          <w:sz w:val="24"/>
          <w:szCs w:val="24"/>
        </w:rPr>
        <w:t xml:space="preserve"> </w:t>
      </w:r>
      <w:proofErr w:type="spellStart"/>
      <w:r w:rsidRPr="00585726">
        <w:rPr>
          <w:rFonts w:cs="Arial"/>
          <w:sz w:val="24"/>
          <w:szCs w:val="24"/>
        </w:rPr>
        <w:t>nomiga</w:t>
      </w:r>
      <w:proofErr w:type="spellEnd"/>
      <w:r w:rsidRPr="00585726">
        <w:rPr>
          <w:rFonts w:cs="Arial"/>
          <w:sz w:val="24"/>
          <w:szCs w:val="24"/>
        </w:rPr>
        <w:t xml:space="preserve"> </w:t>
      </w:r>
      <w:proofErr w:type="spellStart"/>
      <w:r w:rsidRPr="00585726">
        <w:rPr>
          <w:rFonts w:cs="Arial"/>
          <w:sz w:val="24"/>
          <w:szCs w:val="24"/>
        </w:rPr>
        <w:t>chiqariladigan</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qonuniy</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oshirishga</w:t>
      </w:r>
      <w:proofErr w:type="spellEnd"/>
      <w:r w:rsidRPr="00585726">
        <w:rPr>
          <w:rFonts w:cs="Arial"/>
          <w:sz w:val="24"/>
          <w:szCs w:val="24"/>
        </w:rPr>
        <w:t xml:space="preserve"> </w:t>
      </w:r>
      <w:proofErr w:type="spellStart"/>
      <w:r w:rsidRPr="00585726">
        <w:rPr>
          <w:rFonts w:cs="Arial"/>
          <w:sz w:val="24"/>
          <w:szCs w:val="24"/>
        </w:rPr>
        <w:t>m</w:t>
      </w:r>
      <w:r w:rsidR="008841C6" w:rsidRPr="00585726">
        <w:rPr>
          <w:rFonts w:cs="Arial"/>
          <w:sz w:val="24"/>
          <w:szCs w:val="24"/>
        </w:rPr>
        <w:t>o‘</w:t>
      </w:r>
      <w:r w:rsidRPr="00585726">
        <w:rPr>
          <w:rFonts w:cs="Arial"/>
          <w:sz w:val="24"/>
          <w:szCs w:val="24"/>
        </w:rPr>
        <w:t>ljallangan</w:t>
      </w:r>
      <w:proofErr w:type="spellEnd"/>
      <w:r w:rsidRPr="00585726">
        <w:rPr>
          <w:rFonts w:cs="Arial"/>
          <w:sz w:val="24"/>
          <w:szCs w:val="24"/>
        </w:rPr>
        <w:t xml:space="preserve"> </w:t>
      </w:r>
      <w:proofErr w:type="spellStart"/>
      <w:r w:rsidRPr="00585726">
        <w:rPr>
          <w:rFonts w:cs="Arial"/>
          <w:sz w:val="24"/>
          <w:szCs w:val="24"/>
        </w:rPr>
        <w:t>elektron</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vositasidir</w:t>
      </w:r>
      <w:proofErr w:type="spellEnd"/>
      <w:r w:rsidRPr="00585726">
        <w:rPr>
          <w:rFonts w:cs="Arial"/>
          <w:sz w:val="24"/>
          <w:szCs w:val="24"/>
        </w:rPr>
        <w:t>.</w:t>
      </w:r>
    </w:p>
    <w:p w14:paraId="2A4D6F9F" w14:textId="77777777" w:rsidR="008F00AB" w:rsidRPr="00585726" w:rsidRDefault="00357484" w:rsidP="00F24377">
      <w:pPr>
        <w:ind w:firstLine="567"/>
        <w:jc w:val="both"/>
        <w:rPr>
          <w:rFonts w:cs="Arial"/>
          <w:sz w:val="24"/>
          <w:szCs w:val="24"/>
        </w:rPr>
      </w:pPr>
      <w:r w:rsidRPr="00585726">
        <w:rPr>
          <w:rFonts w:cs="Arial"/>
          <w:b/>
          <w:bCs/>
          <w:sz w:val="24"/>
          <w:szCs w:val="24"/>
        </w:rPr>
        <w:t>Karta egasi</w:t>
      </w:r>
      <w:r w:rsidRPr="00585726">
        <w:rPr>
          <w:rFonts w:cs="Arial"/>
          <w:sz w:val="24"/>
          <w:szCs w:val="24"/>
        </w:rPr>
        <w:t xml:space="preserve"> – Mijozning arizasiga asosan Bank tomonidan nomiga Karta chiqarilgan jismoniy shaxs.</w:t>
      </w:r>
    </w:p>
    <w:p w14:paraId="77BFF1C3" w14:textId="77777777" w:rsidR="008F00AB" w:rsidRPr="00585726" w:rsidRDefault="00357484" w:rsidP="00F24377">
      <w:pPr>
        <w:ind w:firstLine="567"/>
        <w:jc w:val="both"/>
        <w:rPr>
          <w:rFonts w:cs="Arial"/>
          <w:sz w:val="24"/>
          <w:szCs w:val="24"/>
        </w:rPr>
      </w:pPr>
      <w:r w:rsidRPr="00585726">
        <w:rPr>
          <w:rFonts w:cs="Arial"/>
          <w:b/>
          <w:bCs/>
          <w:sz w:val="24"/>
          <w:szCs w:val="24"/>
        </w:rPr>
        <w:t xml:space="preserve">Karta </w:t>
      </w:r>
      <w:proofErr w:type="spellStart"/>
      <w:proofErr w:type="gramStart"/>
      <w:r w:rsidRPr="00585726">
        <w:rPr>
          <w:rFonts w:cs="Arial"/>
          <w:b/>
          <w:bCs/>
          <w:sz w:val="24"/>
          <w:szCs w:val="24"/>
        </w:rPr>
        <w:t>hisobvara</w:t>
      </w:r>
      <w:r w:rsidR="008841C6" w:rsidRPr="00585726">
        <w:rPr>
          <w:rFonts w:cs="Arial"/>
          <w:b/>
          <w:bCs/>
          <w:sz w:val="24"/>
          <w:szCs w:val="24"/>
        </w:rPr>
        <w:t>g‘</w:t>
      </w:r>
      <w:proofErr w:type="gramEnd"/>
      <w:r w:rsidRPr="00585726">
        <w:rPr>
          <w:rFonts w:cs="Arial"/>
          <w:b/>
          <w:bCs/>
          <w:sz w:val="24"/>
          <w:szCs w:val="24"/>
        </w:rPr>
        <w:t>i</w:t>
      </w:r>
      <w:proofErr w:type="spellEnd"/>
      <w:r w:rsidRPr="00585726">
        <w:rPr>
          <w:rFonts w:cs="Arial"/>
          <w:sz w:val="24"/>
          <w:szCs w:val="24"/>
        </w:rPr>
        <w:t xml:space="preserve"> – Karta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hisobga</w:t>
      </w:r>
      <w:proofErr w:type="spellEnd"/>
      <w:r w:rsidRPr="00585726">
        <w:rPr>
          <w:rFonts w:cs="Arial"/>
          <w:sz w:val="24"/>
          <w:szCs w:val="24"/>
        </w:rPr>
        <w:t xml:space="preserve"> </w:t>
      </w:r>
      <w:proofErr w:type="spellStart"/>
      <w:r w:rsidRPr="00585726">
        <w:rPr>
          <w:rFonts w:cs="Arial"/>
          <w:sz w:val="24"/>
          <w:szCs w:val="24"/>
        </w:rPr>
        <w:t>olish</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Bankda</w:t>
      </w:r>
      <w:proofErr w:type="spellEnd"/>
      <w:r w:rsidRPr="00585726">
        <w:rPr>
          <w:rFonts w:cs="Arial"/>
          <w:sz w:val="24"/>
          <w:szCs w:val="24"/>
        </w:rPr>
        <w:t xml:space="preserve"> </w:t>
      </w:r>
      <w:proofErr w:type="spellStart"/>
      <w:r w:rsidRPr="00585726">
        <w:rPr>
          <w:rFonts w:cs="Arial"/>
          <w:sz w:val="24"/>
          <w:szCs w:val="24"/>
        </w:rPr>
        <w:t>ochiladigan</w:t>
      </w:r>
      <w:proofErr w:type="spellEnd"/>
      <w:r w:rsidRPr="00585726">
        <w:rPr>
          <w:rFonts w:cs="Arial"/>
          <w:sz w:val="24"/>
          <w:szCs w:val="24"/>
        </w:rPr>
        <w:t xml:space="preserve"> </w:t>
      </w:r>
      <w:proofErr w:type="spellStart"/>
      <w:r w:rsidRPr="00585726">
        <w:rPr>
          <w:rFonts w:cs="Arial"/>
          <w:sz w:val="24"/>
          <w:szCs w:val="24"/>
        </w:rPr>
        <w:t>hisobvaraq</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tegishli</w:t>
      </w:r>
      <w:proofErr w:type="spellEnd"/>
      <w:r w:rsidRPr="00585726">
        <w:rPr>
          <w:rFonts w:cs="Arial"/>
          <w:sz w:val="24"/>
          <w:szCs w:val="24"/>
        </w:rPr>
        <w:t xml:space="preserve"> </w:t>
      </w:r>
      <w:proofErr w:type="spellStart"/>
      <w:r w:rsidRPr="00585726">
        <w:rPr>
          <w:rFonts w:cs="Arial"/>
          <w:sz w:val="24"/>
          <w:szCs w:val="24"/>
        </w:rPr>
        <w:t>asosiy</w:t>
      </w:r>
      <w:proofErr w:type="spellEnd"/>
      <w:r w:rsidRPr="00585726">
        <w:rPr>
          <w:rFonts w:cs="Arial"/>
          <w:sz w:val="24"/>
          <w:szCs w:val="24"/>
        </w:rPr>
        <w:t xml:space="preserve"> </w:t>
      </w:r>
      <w:proofErr w:type="spellStart"/>
      <w:r w:rsidRPr="00585726">
        <w:rPr>
          <w:rFonts w:cs="Arial"/>
          <w:sz w:val="24"/>
          <w:szCs w:val="24"/>
        </w:rPr>
        <w:t>hisobvara</w:t>
      </w:r>
      <w:r w:rsidR="008841C6" w:rsidRPr="00585726">
        <w:rPr>
          <w:rFonts w:cs="Arial"/>
          <w:sz w:val="24"/>
          <w:szCs w:val="24"/>
        </w:rPr>
        <w:t>g‘</w:t>
      </w:r>
      <w:r w:rsidRPr="00585726">
        <w:rPr>
          <w:rFonts w:cs="Arial"/>
          <w:sz w:val="24"/>
          <w:szCs w:val="24"/>
        </w:rPr>
        <w:t>iga</w:t>
      </w:r>
      <w:proofErr w:type="spellEnd"/>
      <w:r w:rsidRPr="00585726">
        <w:rPr>
          <w:rFonts w:cs="Arial"/>
          <w:sz w:val="24"/>
          <w:szCs w:val="24"/>
        </w:rPr>
        <w:t xml:space="preserve"> </w:t>
      </w:r>
      <w:proofErr w:type="spellStart"/>
      <w:r w:rsidRPr="00585726">
        <w:rPr>
          <w:rFonts w:cs="Arial"/>
          <w:sz w:val="24"/>
          <w:szCs w:val="24"/>
        </w:rPr>
        <w:t>bo</w:t>
      </w:r>
      <w:r w:rsidR="008841C6" w:rsidRPr="00585726">
        <w:rPr>
          <w:rFonts w:cs="Arial"/>
          <w:sz w:val="24"/>
          <w:szCs w:val="24"/>
        </w:rPr>
        <w:t>g‘</w:t>
      </w:r>
      <w:r w:rsidRPr="00585726">
        <w:rPr>
          <w:rFonts w:cs="Arial"/>
          <w:sz w:val="24"/>
          <w:szCs w:val="24"/>
        </w:rPr>
        <w:t>langan</w:t>
      </w:r>
      <w:proofErr w:type="spellEnd"/>
      <w:r w:rsidRPr="00585726">
        <w:rPr>
          <w:rFonts w:cs="Arial"/>
          <w:sz w:val="24"/>
          <w:szCs w:val="24"/>
        </w:rPr>
        <w:t xml:space="preserve"> </w:t>
      </w:r>
      <w:proofErr w:type="spellStart"/>
      <w:r w:rsidRPr="00585726">
        <w:rPr>
          <w:rFonts w:cs="Arial"/>
          <w:sz w:val="24"/>
          <w:szCs w:val="24"/>
        </w:rPr>
        <w:t>maxsus</w:t>
      </w:r>
      <w:proofErr w:type="spellEnd"/>
      <w:r w:rsidRPr="00585726">
        <w:rPr>
          <w:rFonts w:cs="Arial"/>
          <w:sz w:val="24"/>
          <w:szCs w:val="24"/>
        </w:rPr>
        <w:t xml:space="preserve"> </w:t>
      </w:r>
      <w:proofErr w:type="spellStart"/>
      <w:r w:rsidRPr="00585726">
        <w:rPr>
          <w:rFonts w:cs="Arial"/>
          <w:sz w:val="24"/>
          <w:szCs w:val="24"/>
        </w:rPr>
        <w:t>hisobvaraqqa</w:t>
      </w:r>
      <w:proofErr w:type="spellEnd"/>
      <w:r w:rsidRPr="00585726">
        <w:rPr>
          <w:rFonts w:cs="Arial"/>
          <w:sz w:val="24"/>
          <w:szCs w:val="24"/>
        </w:rPr>
        <w:t xml:space="preserve"> </w:t>
      </w:r>
      <w:proofErr w:type="spellStart"/>
      <w:r w:rsidRPr="00585726">
        <w:rPr>
          <w:rFonts w:cs="Arial"/>
          <w:sz w:val="24"/>
          <w:szCs w:val="24"/>
        </w:rPr>
        <w:t>oid</w:t>
      </w:r>
      <w:proofErr w:type="spellEnd"/>
      <w:r w:rsidRPr="00585726">
        <w:rPr>
          <w:rFonts w:cs="Arial"/>
          <w:sz w:val="24"/>
          <w:szCs w:val="24"/>
        </w:rPr>
        <w:t xml:space="preserve"> </w:t>
      </w:r>
      <w:proofErr w:type="spellStart"/>
      <w:r w:rsidRPr="00585726">
        <w:rPr>
          <w:rFonts w:cs="Arial"/>
          <w:sz w:val="24"/>
          <w:szCs w:val="24"/>
        </w:rPr>
        <w:t>hisob</w:t>
      </w:r>
      <w:proofErr w:type="spellEnd"/>
      <w:r w:rsidRPr="00585726">
        <w:rPr>
          <w:rFonts w:cs="Arial"/>
          <w:sz w:val="24"/>
          <w:szCs w:val="24"/>
        </w:rPr>
        <w:t xml:space="preserve"> </w:t>
      </w:r>
      <w:proofErr w:type="spellStart"/>
      <w:r w:rsidRPr="00585726">
        <w:rPr>
          <w:rFonts w:cs="Arial"/>
          <w:sz w:val="24"/>
          <w:szCs w:val="24"/>
        </w:rPr>
        <w:t>yuritish</w:t>
      </w:r>
      <w:proofErr w:type="spellEnd"/>
      <w:r w:rsidRPr="00585726">
        <w:rPr>
          <w:rFonts w:cs="Arial"/>
          <w:sz w:val="24"/>
          <w:szCs w:val="24"/>
        </w:rPr>
        <w:t xml:space="preserve"> </w:t>
      </w:r>
      <w:proofErr w:type="spellStart"/>
      <w:r w:rsidRPr="00585726">
        <w:rPr>
          <w:rFonts w:cs="Arial"/>
          <w:sz w:val="24"/>
          <w:szCs w:val="24"/>
        </w:rPr>
        <w:t>rejimi</w:t>
      </w:r>
      <w:proofErr w:type="spellEnd"/>
      <w:r w:rsidRPr="00585726">
        <w:rPr>
          <w:rFonts w:cs="Arial"/>
          <w:sz w:val="24"/>
          <w:szCs w:val="24"/>
        </w:rPr>
        <w:t>.</w:t>
      </w:r>
    </w:p>
    <w:p w14:paraId="19AABF3A" w14:textId="77777777" w:rsidR="008F00AB" w:rsidRPr="00585726" w:rsidRDefault="00357484" w:rsidP="00F24377">
      <w:pPr>
        <w:ind w:firstLine="567"/>
        <w:jc w:val="both"/>
        <w:rPr>
          <w:rFonts w:cs="Arial"/>
          <w:sz w:val="24"/>
          <w:szCs w:val="24"/>
        </w:rPr>
      </w:pPr>
      <w:proofErr w:type="spellStart"/>
      <w:r w:rsidRPr="00585726">
        <w:rPr>
          <w:rFonts w:cs="Arial"/>
          <w:b/>
          <w:bCs/>
          <w:sz w:val="24"/>
          <w:szCs w:val="24"/>
        </w:rPr>
        <w:t>Xarajat</w:t>
      </w:r>
      <w:proofErr w:type="spellEnd"/>
      <w:r w:rsidRPr="00585726">
        <w:rPr>
          <w:rFonts w:cs="Arial"/>
          <w:b/>
          <w:bCs/>
          <w:sz w:val="24"/>
          <w:szCs w:val="24"/>
        </w:rPr>
        <w:t xml:space="preserve"> </w:t>
      </w:r>
      <w:proofErr w:type="spellStart"/>
      <w:r w:rsidRPr="00585726">
        <w:rPr>
          <w:rFonts w:cs="Arial"/>
          <w:b/>
          <w:bCs/>
          <w:sz w:val="24"/>
          <w:szCs w:val="24"/>
        </w:rPr>
        <w:t>limiti</w:t>
      </w:r>
      <w:proofErr w:type="spellEnd"/>
      <w:r w:rsidRPr="00585726">
        <w:rPr>
          <w:rFonts w:cs="Arial"/>
          <w:sz w:val="24"/>
          <w:szCs w:val="24"/>
        </w:rPr>
        <w:t xml:space="preserve"> –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tomonidan</w:t>
      </w:r>
      <w:proofErr w:type="spellEnd"/>
      <w:r w:rsidRPr="00585726">
        <w:rPr>
          <w:rFonts w:cs="Arial"/>
          <w:sz w:val="24"/>
          <w:szCs w:val="24"/>
        </w:rPr>
        <w:t xml:space="preserve"> 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oshirish</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belgilangan</w:t>
      </w:r>
      <w:proofErr w:type="spellEnd"/>
      <w:r w:rsidRPr="00585726">
        <w:rPr>
          <w:rFonts w:cs="Arial"/>
          <w:sz w:val="24"/>
          <w:szCs w:val="24"/>
        </w:rPr>
        <w:t xml:space="preserve"> maksimal miqdor.</w:t>
      </w:r>
    </w:p>
    <w:p w14:paraId="4676D170" w14:textId="77777777" w:rsidR="008F00AB" w:rsidRPr="00585726" w:rsidRDefault="00357484" w:rsidP="00F24377">
      <w:pPr>
        <w:ind w:firstLine="567"/>
        <w:jc w:val="both"/>
        <w:rPr>
          <w:rFonts w:cs="Arial"/>
          <w:sz w:val="24"/>
          <w:szCs w:val="24"/>
        </w:rPr>
      </w:pPr>
      <w:r w:rsidRPr="00585726">
        <w:rPr>
          <w:rFonts w:cs="Arial"/>
          <w:b/>
          <w:bCs/>
          <w:sz w:val="24"/>
          <w:szCs w:val="24"/>
        </w:rPr>
        <w:t>Ruxsatsiz operatsiya</w:t>
      </w:r>
      <w:r w:rsidRPr="00585726">
        <w:rPr>
          <w:rFonts w:cs="Arial"/>
          <w:sz w:val="24"/>
          <w:szCs w:val="24"/>
        </w:rPr>
        <w:t xml:space="preserve"> – Mijoz, Karta egasi yoki ular vakolat bergan shaxs tomonidan tasdiqlanmagan, ammo Karta, PIN-kod, rekvizitlar yoki boshqa autentifikatsiya vositalaridan foydalangan holda amalga oshirilgan operatsiya.</w:t>
      </w:r>
    </w:p>
    <w:p w14:paraId="574D8676" w14:textId="77777777" w:rsidR="008F00AB" w:rsidRPr="00585726" w:rsidRDefault="00357484" w:rsidP="00F24377">
      <w:pPr>
        <w:ind w:firstLine="567"/>
        <w:jc w:val="both"/>
        <w:rPr>
          <w:rFonts w:cs="Arial"/>
          <w:sz w:val="24"/>
          <w:szCs w:val="24"/>
        </w:rPr>
      </w:pPr>
      <w:proofErr w:type="spellStart"/>
      <w:r w:rsidRPr="00585726">
        <w:rPr>
          <w:rFonts w:cs="Arial"/>
          <w:b/>
          <w:bCs/>
          <w:sz w:val="24"/>
          <w:szCs w:val="24"/>
        </w:rPr>
        <w:t>Bloklash</w:t>
      </w:r>
      <w:proofErr w:type="spellEnd"/>
      <w:r w:rsidRPr="00585726">
        <w:rPr>
          <w:rFonts w:cs="Arial"/>
          <w:sz w:val="24"/>
          <w:szCs w:val="24"/>
        </w:rPr>
        <w:t xml:space="preserve"> – 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vaqtincha</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doimiy</w:t>
      </w:r>
      <w:proofErr w:type="spellEnd"/>
      <w:r w:rsidRPr="00585726">
        <w:rPr>
          <w:rFonts w:cs="Arial"/>
          <w:sz w:val="24"/>
          <w:szCs w:val="24"/>
        </w:rPr>
        <w:t xml:space="preserve"> </w:t>
      </w:r>
      <w:proofErr w:type="spellStart"/>
      <w:r w:rsidRPr="00585726">
        <w:rPr>
          <w:rFonts w:cs="Arial"/>
          <w:sz w:val="24"/>
          <w:szCs w:val="24"/>
        </w:rPr>
        <w:t>ravishda</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xtatish</w:t>
      </w:r>
      <w:proofErr w:type="spellEnd"/>
      <w:r w:rsidRPr="00585726">
        <w:rPr>
          <w:rFonts w:cs="Arial"/>
          <w:sz w:val="24"/>
          <w:szCs w:val="24"/>
        </w:rPr>
        <w:t>.</w:t>
      </w:r>
    </w:p>
    <w:p w14:paraId="542C2F5D" w14:textId="77777777" w:rsidR="008F00AB" w:rsidRPr="00585726" w:rsidRDefault="00357484" w:rsidP="00F24377">
      <w:pPr>
        <w:ind w:firstLine="567"/>
        <w:jc w:val="both"/>
        <w:rPr>
          <w:rFonts w:cs="Arial"/>
          <w:sz w:val="24"/>
          <w:szCs w:val="24"/>
        </w:rPr>
      </w:pPr>
      <w:proofErr w:type="spellStart"/>
      <w:r w:rsidRPr="00585726">
        <w:rPr>
          <w:rFonts w:cs="Arial"/>
          <w:b/>
          <w:bCs/>
          <w:sz w:val="24"/>
          <w:szCs w:val="24"/>
        </w:rPr>
        <w:lastRenderedPageBreak/>
        <w:t>Tariflar</w:t>
      </w:r>
      <w:proofErr w:type="spellEnd"/>
      <w:r w:rsidRPr="00585726">
        <w:rPr>
          <w:rFonts w:cs="Arial"/>
          <w:sz w:val="24"/>
          <w:szCs w:val="24"/>
        </w:rPr>
        <w:t xml:space="preserve"> –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tasdiqlangan</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rasmiy</w:t>
      </w:r>
      <w:proofErr w:type="spellEnd"/>
      <w:r w:rsidRPr="00585726">
        <w:rPr>
          <w:rFonts w:cs="Arial"/>
          <w:sz w:val="24"/>
          <w:szCs w:val="24"/>
        </w:rPr>
        <w:t xml:space="preserve"> </w:t>
      </w:r>
      <w:proofErr w:type="spellStart"/>
      <w:r w:rsidRPr="00585726">
        <w:rPr>
          <w:rFonts w:cs="Arial"/>
          <w:sz w:val="24"/>
          <w:szCs w:val="24"/>
        </w:rPr>
        <w:t>kanallarda</w:t>
      </w:r>
      <w:proofErr w:type="spellEnd"/>
      <w:r w:rsidRPr="00585726">
        <w:rPr>
          <w:rFonts w:cs="Arial"/>
          <w:sz w:val="24"/>
          <w:szCs w:val="24"/>
        </w:rPr>
        <w:t xml:space="preserve"> </w:t>
      </w:r>
      <w:proofErr w:type="spellStart"/>
      <w:r w:rsidRPr="00585726">
        <w:rPr>
          <w:rFonts w:cs="Arial"/>
          <w:sz w:val="24"/>
          <w:szCs w:val="24"/>
        </w:rPr>
        <w:t>e’lon</w:t>
      </w:r>
      <w:proofErr w:type="spellEnd"/>
      <w:r w:rsidRPr="00585726">
        <w:rPr>
          <w:rFonts w:cs="Arial"/>
          <w:sz w:val="24"/>
          <w:szCs w:val="24"/>
        </w:rPr>
        <w:t xml:space="preserve"> </w:t>
      </w:r>
      <w:proofErr w:type="spellStart"/>
      <w:r w:rsidRPr="00585726">
        <w:rPr>
          <w:rFonts w:cs="Arial"/>
          <w:sz w:val="24"/>
          <w:szCs w:val="24"/>
        </w:rPr>
        <w:t>qilinadigan</w:t>
      </w:r>
      <w:proofErr w:type="spellEnd"/>
      <w:r w:rsidRPr="00585726">
        <w:rPr>
          <w:rFonts w:cs="Arial"/>
          <w:sz w:val="24"/>
          <w:szCs w:val="24"/>
        </w:rPr>
        <w:t xml:space="preserve"> </w:t>
      </w:r>
      <w:proofErr w:type="spellStart"/>
      <w:r w:rsidRPr="00585726">
        <w:rPr>
          <w:rFonts w:cs="Arial"/>
          <w:sz w:val="24"/>
          <w:szCs w:val="24"/>
        </w:rPr>
        <w:t>komissiyalar</w:t>
      </w:r>
      <w:proofErr w:type="spellEnd"/>
      <w:r w:rsidRPr="00585726">
        <w:rPr>
          <w:rFonts w:cs="Arial"/>
          <w:sz w:val="24"/>
          <w:szCs w:val="24"/>
        </w:rPr>
        <w:t xml:space="preserve">, </w:t>
      </w:r>
      <w:proofErr w:type="spellStart"/>
      <w:proofErr w:type="gramStart"/>
      <w:r w:rsidRPr="00585726">
        <w:rPr>
          <w:rFonts w:cs="Arial"/>
          <w:sz w:val="24"/>
          <w:szCs w:val="24"/>
        </w:rPr>
        <w:t>yi</w:t>
      </w:r>
      <w:r w:rsidR="008841C6" w:rsidRPr="00585726">
        <w:rPr>
          <w:rFonts w:cs="Arial"/>
          <w:sz w:val="24"/>
          <w:szCs w:val="24"/>
        </w:rPr>
        <w:t>g‘</w:t>
      </w:r>
      <w:proofErr w:type="gramEnd"/>
      <w:r w:rsidRPr="00585726">
        <w:rPr>
          <w:rFonts w:cs="Arial"/>
          <w:sz w:val="24"/>
          <w:szCs w:val="24"/>
        </w:rPr>
        <w:t>imlar</w:t>
      </w:r>
      <w:proofErr w:type="spellEnd"/>
      <w:r w:rsidRPr="00585726">
        <w:rPr>
          <w:rFonts w:cs="Arial"/>
          <w:sz w:val="24"/>
          <w:szCs w:val="24"/>
        </w:rPr>
        <w:t xml:space="preserve">, </w:t>
      </w:r>
      <w:proofErr w:type="spellStart"/>
      <w:r w:rsidRPr="00585726">
        <w:rPr>
          <w:rFonts w:cs="Arial"/>
          <w:sz w:val="24"/>
          <w:szCs w:val="24"/>
        </w:rPr>
        <w:t>jarimalar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w:t>
      </w:r>
      <w:proofErr w:type="spellStart"/>
      <w:r w:rsidRPr="00585726">
        <w:rPr>
          <w:rFonts w:cs="Arial"/>
          <w:sz w:val="24"/>
          <w:szCs w:val="24"/>
        </w:rPr>
        <w:t>r</w:t>
      </w:r>
      <w:r w:rsidR="008841C6" w:rsidRPr="00585726">
        <w:rPr>
          <w:rFonts w:cs="Arial"/>
          <w:sz w:val="24"/>
          <w:szCs w:val="24"/>
        </w:rPr>
        <w:t>o‘</w:t>
      </w:r>
      <w:r w:rsidRPr="00585726">
        <w:rPr>
          <w:rFonts w:cs="Arial"/>
          <w:sz w:val="24"/>
          <w:szCs w:val="24"/>
        </w:rPr>
        <w:t>yxati</w:t>
      </w:r>
      <w:proofErr w:type="spellEnd"/>
      <w:r w:rsidRPr="00585726">
        <w:rPr>
          <w:rFonts w:cs="Arial"/>
          <w:sz w:val="24"/>
          <w:szCs w:val="24"/>
        </w:rPr>
        <w:t>.</w:t>
      </w:r>
    </w:p>
    <w:p w14:paraId="3E21DC1A" w14:textId="77777777" w:rsidR="00FE79E5" w:rsidRPr="00585726" w:rsidRDefault="00FE79E5" w:rsidP="00F24377">
      <w:pPr>
        <w:ind w:firstLine="567"/>
        <w:jc w:val="both"/>
        <w:rPr>
          <w:rFonts w:cs="Arial"/>
          <w:sz w:val="24"/>
          <w:szCs w:val="24"/>
        </w:rPr>
      </w:pPr>
    </w:p>
    <w:p w14:paraId="340598B4" w14:textId="77777777" w:rsidR="008F00AB" w:rsidRPr="00585726" w:rsidRDefault="00357484" w:rsidP="00F24377">
      <w:pPr>
        <w:ind w:firstLine="567"/>
        <w:jc w:val="both"/>
        <w:rPr>
          <w:rFonts w:cs="Arial"/>
          <w:sz w:val="24"/>
          <w:szCs w:val="24"/>
        </w:rPr>
      </w:pPr>
      <w:r w:rsidRPr="00585726">
        <w:rPr>
          <w:rFonts w:cs="Arial"/>
          <w:b/>
          <w:sz w:val="24"/>
          <w:szCs w:val="24"/>
        </w:rPr>
        <w:t>II. SHARTNOMA PREDMETI</w:t>
      </w:r>
    </w:p>
    <w:p w14:paraId="55C00143"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Ushbu</w:t>
      </w:r>
      <w:proofErr w:type="spellEnd"/>
      <w:r w:rsidRPr="00585726">
        <w:rPr>
          <w:rFonts w:cs="Arial"/>
          <w:sz w:val="24"/>
          <w:szCs w:val="24"/>
        </w:rPr>
        <w:t xml:space="preserve"> </w:t>
      </w:r>
      <w:proofErr w:type="spellStart"/>
      <w:r w:rsidRPr="00585726">
        <w:rPr>
          <w:rFonts w:cs="Arial"/>
          <w:sz w:val="24"/>
          <w:szCs w:val="24"/>
        </w:rPr>
        <w:t>Shartnomaga</w:t>
      </w:r>
      <w:proofErr w:type="spellEnd"/>
      <w:r w:rsidRPr="00585726">
        <w:rPr>
          <w:rFonts w:cs="Arial"/>
          <w:sz w:val="24"/>
          <w:szCs w:val="24"/>
        </w:rPr>
        <w:t xml:space="preserve"> </w:t>
      </w:r>
      <w:proofErr w:type="spellStart"/>
      <w:r w:rsidRPr="00585726">
        <w:rPr>
          <w:rFonts w:cs="Arial"/>
          <w:sz w:val="24"/>
          <w:szCs w:val="24"/>
        </w:rPr>
        <w:t>asosan</w:t>
      </w:r>
      <w:proofErr w:type="spellEnd"/>
      <w:r w:rsidRPr="00585726">
        <w:rPr>
          <w:rFonts w:cs="Arial"/>
          <w:sz w:val="24"/>
          <w:szCs w:val="24"/>
        </w:rPr>
        <w:t xml:space="preserve"> Bank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arizasiga</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ra</w:t>
      </w:r>
      <w:proofErr w:type="spellEnd"/>
      <w:r w:rsidRPr="00585726">
        <w:rPr>
          <w:rFonts w:cs="Arial"/>
          <w:sz w:val="24"/>
          <w:szCs w:val="24"/>
        </w:rPr>
        <w:t xml:space="preserve"> </w:t>
      </w:r>
      <w:proofErr w:type="spellStart"/>
      <w:r w:rsidRPr="00585726">
        <w:rPr>
          <w:rFonts w:cs="Arial"/>
          <w:sz w:val="24"/>
          <w:szCs w:val="24"/>
        </w:rPr>
        <w:t>korporativ</w:t>
      </w:r>
      <w:proofErr w:type="spellEnd"/>
      <w:r w:rsidRPr="00585726">
        <w:rPr>
          <w:rFonts w:cs="Arial"/>
          <w:sz w:val="24"/>
          <w:szCs w:val="24"/>
        </w:rPr>
        <w:t xml:space="preserve"> bank </w:t>
      </w:r>
      <w:proofErr w:type="spellStart"/>
      <w:r w:rsidRPr="00585726">
        <w:rPr>
          <w:rFonts w:cs="Arial"/>
          <w:sz w:val="24"/>
          <w:szCs w:val="24"/>
        </w:rPr>
        <w:t>kartasini</w:t>
      </w:r>
      <w:proofErr w:type="spellEnd"/>
      <w:r w:rsidRPr="00585726">
        <w:rPr>
          <w:rFonts w:cs="Arial"/>
          <w:sz w:val="24"/>
          <w:szCs w:val="24"/>
        </w:rPr>
        <w:t xml:space="preserve"> </w:t>
      </w:r>
      <w:proofErr w:type="spellStart"/>
      <w:r w:rsidRPr="00585726">
        <w:rPr>
          <w:rFonts w:cs="Arial"/>
          <w:sz w:val="24"/>
          <w:szCs w:val="24"/>
        </w:rPr>
        <w:t>chiqaradi</w:t>
      </w:r>
      <w:proofErr w:type="spellEnd"/>
      <w:r w:rsidRPr="00585726">
        <w:rPr>
          <w:rFonts w:cs="Arial"/>
          <w:sz w:val="24"/>
          <w:szCs w:val="24"/>
        </w:rPr>
        <w:t xml:space="preserve">, </w:t>
      </w:r>
      <w:proofErr w:type="spellStart"/>
      <w:r w:rsidRPr="00585726">
        <w:rPr>
          <w:rFonts w:cs="Arial"/>
          <w:sz w:val="24"/>
          <w:szCs w:val="24"/>
        </w:rPr>
        <w:t>unga</w:t>
      </w:r>
      <w:proofErr w:type="spellEnd"/>
      <w:r w:rsidRPr="00585726">
        <w:rPr>
          <w:rFonts w:cs="Arial"/>
          <w:sz w:val="24"/>
          <w:szCs w:val="24"/>
        </w:rPr>
        <w:t xml:space="preserve"> </w:t>
      </w:r>
      <w:proofErr w:type="spellStart"/>
      <w:r w:rsidRPr="00585726">
        <w:rPr>
          <w:rFonts w:cs="Arial"/>
          <w:sz w:val="24"/>
          <w:szCs w:val="24"/>
        </w:rPr>
        <w:t>xizmat</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rsatadi</w:t>
      </w:r>
      <w:proofErr w:type="spellEnd"/>
      <w:r w:rsidRPr="00585726">
        <w:rPr>
          <w:rFonts w:cs="Arial"/>
          <w:sz w:val="24"/>
          <w:szCs w:val="24"/>
        </w:rPr>
        <w:t xml:space="preserve">, </w:t>
      </w:r>
      <w:proofErr w:type="spellStart"/>
      <w:r w:rsidRPr="00585726">
        <w:rPr>
          <w:rFonts w:cs="Arial"/>
          <w:sz w:val="24"/>
          <w:szCs w:val="24"/>
        </w:rPr>
        <w:t>karta</w:t>
      </w:r>
      <w:proofErr w:type="spellEnd"/>
      <w:r w:rsidRPr="00585726">
        <w:rPr>
          <w:rFonts w:cs="Arial"/>
          <w:sz w:val="24"/>
          <w:szCs w:val="24"/>
        </w:rPr>
        <w:t xml:space="preserve"> </w:t>
      </w:r>
      <w:proofErr w:type="spellStart"/>
      <w:r w:rsidRPr="00585726">
        <w:rPr>
          <w:rFonts w:cs="Arial"/>
          <w:sz w:val="24"/>
          <w:szCs w:val="24"/>
        </w:rPr>
        <w:t>hisobvara</w:t>
      </w:r>
      <w:r w:rsidR="008841C6" w:rsidRPr="00585726">
        <w:rPr>
          <w:rFonts w:cs="Arial"/>
          <w:sz w:val="24"/>
          <w:szCs w:val="24"/>
        </w:rPr>
        <w:t>g‘</w:t>
      </w:r>
      <w:r w:rsidRPr="00585726">
        <w:rPr>
          <w:rFonts w:cs="Arial"/>
          <w:sz w:val="24"/>
          <w:szCs w:val="24"/>
        </w:rPr>
        <w:t>i</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hisobga</w:t>
      </w:r>
      <w:proofErr w:type="spellEnd"/>
      <w:r w:rsidRPr="00585726">
        <w:rPr>
          <w:rFonts w:cs="Arial"/>
          <w:sz w:val="24"/>
          <w:szCs w:val="24"/>
        </w:rPr>
        <w:t xml:space="preserve"> </w:t>
      </w:r>
      <w:proofErr w:type="spellStart"/>
      <w:r w:rsidRPr="00585726">
        <w:rPr>
          <w:rFonts w:cs="Arial"/>
          <w:sz w:val="24"/>
          <w:szCs w:val="24"/>
        </w:rPr>
        <w:t>oladi</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w:t>
      </w:r>
      <w:proofErr w:type="spellStart"/>
      <w:r w:rsidRPr="00585726">
        <w:rPr>
          <w:rFonts w:cs="Arial"/>
          <w:sz w:val="24"/>
          <w:szCs w:val="24"/>
        </w:rPr>
        <w:t>amaldagi</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Bankning</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w:t>
      </w:r>
      <w:proofErr w:type="spellStart"/>
      <w:r w:rsidRPr="00585726">
        <w:rPr>
          <w:rFonts w:cs="Arial"/>
          <w:sz w:val="24"/>
          <w:szCs w:val="24"/>
        </w:rPr>
        <w:t>doirasida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xizmatlarni</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rsatadi</w:t>
      </w:r>
      <w:proofErr w:type="spellEnd"/>
      <w:r w:rsidRPr="00585726">
        <w:rPr>
          <w:rFonts w:cs="Arial"/>
          <w:sz w:val="24"/>
          <w:szCs w:val="24"/>
        </w:rPr>
        <w:t>.</w:t>
      </w:r>
    </w:p>
    <w:p w14:paraId="41FD594E"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esa</w:t>
      </w:r>
      <w:proofErr w:type="spellEnd"/>
      <w:r w:rsidRPr="00585726">
        <w:rPr>
          <w:rFonts w:cs="Arial"/>
          <w:sz w:val="24"/>
          <w:szCs w:val="24"/>
        </w:rPr>
        <w:t xml:space="preserve"> </w:t>
      </w:r>
      <w:proofErr w:type="spellStart"/>
      <w:r w:rsidRPr="00585726">
        <w:rPr>
          <w:rFonts w:cs="Arial"/>
          <w:sz w:val="24"/>
          <w:szCs w:val="24"/>
        </w:rPr>
        <w:t>Kartadan</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belgilangan</w:t>
      </w:r>
      <w:proofErr w:type="spellEnd"/>
      <w:r w:rsidRPr="00585726">
        <w:rPr>
          <w:rFonts w:cs="Arial"/>
          <w:sz w:val="24"/>
          <w:szCs w:val="24"/>
        </w:rPr>
        <w:t xml:space="preserve"> </w:t>
      </w:r>
      <w:proofErr w:type="spellStart"/>
      <w:r w:rsidRPr="00585726">
        <w:rPr>
          <w:rFonts w:cs="Arial"/>
          <w:sz w:val="24"/>
          <w:szCs w:val="24"/>
        </w:rPr>
        <w:t>tartibga</w:t>
      </w:r>
      <w:proofErr w:type="spellEnd"/>
      <w:r w:rsidRPr="00585726">
        <w:rPr>
          <w:rFonts w:cs="Arial"/>
          <w:sz w:val="24"/>
          <w:szCs w:val="24"/>
        </w:rPr>
        <w:t xml:space="preserve"> </w:t>
      </w:r>
      <w:proofErr w:type="spellStart"/>
      <w:r w:rsidRPr="00585726">
        <w:rPr>
          <w:rFonts w:cs="Arial"/>
          <w:sz w:val="24"/>
          <w:szCs w:val="24"/>
        </w:rPr>
        <w:t>rioya</w:t>
      </w:r>
      <w:proofErr w:type="spellEnd"/>
      <w:r w:rsidRPr="00585726">
        <w:rPr>
          <w:rFonts w:cs="Arial"/>
          <w:sz w:val="24"/>
          <w:szCs w:val="24"/>
        </w:rPr>
        <w:t xml:space="preserve"> </w:t>
      </w:r>
      <w:proofErr w:type="spellStart"/>
      <w:r w:rsidRPr="00585726">
        <w:rPr>
          <w:rFonts w:cs="Arial"/>
          <w:sz w:val="24"/>
          <w:szCs w:val="24"/>
        </w:rPr>
        <w:t>etish</w:t>
      </w:r>
      <w:proofErr w:type="spellEnd"/>
      <w:r w:rsidRPr="00585726">
        <w:rPr>
          <w:rFonts w:cs="Arial"/>
          <w:sz w:val="24"/>
          <w:szCs w:val="24"/>
        </w:rPr>
        <w:t xml:space="preserve">, </w:t>
      </w:r>
      <w:proofErr w:type="spellStart"/>
      <w:r w:rsidRPr="00585726">
        <w:rPr>
          <w:rFonts w:cs="Arial"/>
          <w:sz w:val="24"/>
          <w:szCs w:val="24"/>
        </w:rPr>
        <w:t>Bankka</w:t>
      </w:r>
      <w:proofErr w:type="spellEnd"/>
      <w:r w:rsidRPr="00585726">
        <w:rPr>
          <w:rFonts w:cs="Arial"/>
          <w:sz w:val="24"/>
          <w:szCs w:val="24"/>
        </w:rPr>
        <w:t xml:space="preserve"> </w:t>
      </w:r>
      <w:proofErr w:type="spellStart"/>
      <w:r w:rsidRPr="00585726">
        <w:rPr>
          <w:rFonts w:cs="Arial"/>
          <w:sz w:val="24"/>
          <w:szCs w:val="24"/>
        </w:rPr>
        <w:t>zarur</w:t>
      </w:r>
      <w:proofErr w:type="spellEnd"/>
      <w:r w:rsidRPr="00585726">
        <w:rPr>
          <w:rFonts w:cs="Arial"/>
          <w:sz w:val="24"/>
          <w:szCs w:val="24"/>
        </w:rPr>
        <w:t xml:space="preserve"> </w:t>
      </w:r>
      <w:proofErr w:type="spellStart"/>
      <w:r w:rsidRPr="00585726">
        <w:rPr>
          <w:rFonts w:cs="Arial"/>
          <w:sz w:val="24"/>
          <w:szCs w:val="24"/>
        </w:rPr>
        <w:t>hujjat</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ma’lumotlarni</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etish</w:t>
      </w:r>
      <w:proofErr w:type="spellEnd"/>
      <w:r w:rsidRPr="00585726">
        <w:rPr>
          <w:rFonts w:cs="Arial"/>
          <w:sz w:val="24"/>
          <w:szCs w:val="24"/>
        </w:rPr>
        <w:t xml:space="preserve">, </w:t>
      </w:r>
      <w:proofErr w:type="spellStart"/>
      <w:r w:rsidRPr="00585726">
        <w:rPr>
          <w:rFonts w:cs="Arial"/>
          <w:sz w:val="24"/>
          <w:szCs w:val="24"/>
        </w:rPr>
        <w:t>Kartadan</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bo</w:t>
      </w:r>
      <w:r w:rsidR="008841C6" w:rsidRPr="00585726">
        <w:rPr>
          <w:rFonts w:cs="Arial"/>
          <w:sz w:val="24"/>
          <w:szCs w:val="24"/>
        </w:rPr>
        <w:t>g‘</w:t>
      </w:r>
      <w:r w:rsidRPr="00585726">
        <w:rPr>
          <w:rFonts w:cs="Arial"/>
          <w:sz w:val="24"/>
          <w:szCs w:val="24"/>
        </w:rPr>
        <w:t>liq</w:t>
      </w:r>
      <w:proofErr w:type="spellEnd"/>
      <w:r w:rsidRPr="00585726">
        <w:rPr>
          <w:rFonts w:cs="Arial"/>
          <w:sz w:val="24"/>
          <w:szCs w:val="24"/>
        </w:rPr>
        <w:t xml:space="preserve"> </w:t>
      </w:r>
      <w:proofErr w:type="spellStart"/>
      <w:r w:rsidRPr="00585726">
        <w:rPr>
          <w:rFonts w:cs="Arial"/>
          <w:sz w:val="24"/>
          <w:szCs w:val="24"/>
        </w:rPr>
        <w:t>xavfsizlik</w:t>
      </w:r>
      <w:proofErr w:type="spellEnd"/>
      <w:r w:rsidRPr="00585726">
        <w:rPr>
          <w:rFonts w:cs="Arial"/>
          <w:sz w:val="24"/>
          <w:szCs w:val="24"/>
        </w:rPr>
        <w:t xml:space="preserve"> </w:t>
      </w:r>
      <w:proofErr w:type="spellStart"/>
      <w:r w:rsidRPr="00585726">
        <w:rPr>
          <w:rFonts w:cs="Arial"/>
          <w:sz w:val="24"/>
          <w:szCs w:val="24"/>
        </w:rPr>
        <w:t>talablariga</w:t>
      </w:r>
      <w:proofErr w:type="spellEnd"/>
      <w:r w:rsidRPr="00585726">
        <w:rPr>
          <w:rFonts w:cs="Arial"/>
          <w:sz w:val="24"/>
          <w:szCs w:val="24"/>
        </w:rPr>
        <w:t xml:space="preserve"> </w:t>
      </w:r>
      <w:proofErr w:type="spellStart"/>
      <w:r w:rsidRPr="00585726">
        <w:rPr>
          <w:rFonts w:cs="Arial"/>
          <w:sz w:val="24"/>
          <w:szCs w:val="24"/>
        </w:rPr>
        <w:t>rioya</w:t>
      </w:r>
      <w:proofErr w:type="spellEnd"/>
      <w:r w:rsidRPr="00585726">
        <w:rPr>
          <w:rFonts w:cs="Arial"/>
          <w:sz w:val="24"/>
          <w:szCs w:val="24"/>
        </w:rPr>
        <w:t xml:space="preserve"> </w:t>
      </w:r>
      <w:proofErr w:type="spellStart"/>
      <w:r w:rsidRPr="00585726">
        <w:rPr>
          <w:rFonts w:cs="Arial"/>
          <w:sz w:val="24"/>
          <w:szCs w:val="24"/>
        </w:rPr>
        <w:t>etish</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Bank </w:t>
      </w:r>
      <w:proofErr w:type="spellStart"/>
      <w:r w:rsidRPr="00585726">
        <w:rPr>
          <w:rFonts w:cs="Arial"/>
          <w:sz w:val="24"/>
          <w:szCs w:val="24"/>
        </w:rPr>
        <w:t>Tariflariga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lovlarni</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oshirish</w:t>
      </w:r>
      <w:proofErr w:type="spellEnd"/>
      <w:r w:rsidRPr="00585726">
        <w:rPr>
          <w:rFonts w:cs="Arial"/>
          <w:sz w:val="24"/>
          <w:szCs w:val="24"/>
        </w:rPr>
        <w:t xml:space="preserve"> </w:t>
      </w:r>
      <w:proofErr w:type="spellStart"/>
      <w:r w:rsidRPr="00585726">
        <w:rPr>
          <w:rFonts w:cs="Arial"/>
          <w:sz w:val="24"/>
          <w:szCs w:val="24"/>
        </w:rPr>
        <w:t>majburiyatini</w:t>
      </w:r>
      <w:proofErr w:type="spellEnd"/>
      <w:r w:rsidRPr="00585726">
        <w:rPr>
          <w:rFonts w:cs="Arial"/>
          <w:sz w:val="24"/>
          <w:szCs w:val="24"/>
        </w:rPr>
        <w:t xml:space="preserve"> </w:t>
      </w:r>
      <w:proofErr w:type="spellStart"/>
      <w:r w:rsidRPr="00585726">
        <w:rPr>
          <w:rFonts w:cs="Arial"/>
          <w:sz w:val="24"/>
          <w:szCs w:val="24"/>
        </w:rPr>
        <w:t>oladi</w:t>
      </w:r>
      <w:proofErr w:type="spellEnd"/>
      <w:r w:rsidRPr="00585726">
        <w:rPr>
          <w:rFonts w:cs="Arial"/>
          <w:sz w:val="24"/>
          <w:szCs w:val="24"/>
        </w:rPr>
        <w:t>.</w:t>
      </w:r>
    </w:p>
    <w:p w14:paraId="2F57E9BE"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r w:rsidRPr="00585726">
        <w:rPr>
          <w:rFonts w:cs="Arial"/>
          <w:sz w:val="24"/>
          <w:szCs w:val="24"/>
        </w:rPr>
        <w:t>faqat</w:t>
      </w:r>
      <w:proofErr w:type="spellEnd"/>
      <w:r w:rsidRPr="00585726">
        <w:rPr>
          <w:rFonts w:cs="Arial"/>
          <w:sz w:val="24"/>
          <w:szCs w:val="24"/>
        </w:rPr>
        <w:t xml:space="preserve"> </w:t>
      </w:r>
      <w:proofErr w:type="spellStart"/>
      <w:r w:rsidRPr="00585726">
        <w:rPr>
          <w:rFonts w:cs="Arial"/>
          <w:sz w:val="24"/>
          <w:szCs w:val="24"/>
        </w:rPr>
        <w:t>qonunchilikda</w:t>
      </w:r>
      <w:proofErr w:type="spellEnd"/>
      <w:r w:rsidRPr="00585726">
        <w:rPr>
          <w:rFonts w:cs="Arial"/>
          <w:sz w:val="24"/>
          <w:szCs w:val="24"/>
        </w:rPr>
        <w:t xml:space="preserve"> </w:t>
      </w:r>
      <w:proofErr w:type="spellStart"/>
      <w:r w:rsidRPr="00585726">
        <w:rPr>
          <w:rFonts w:cs="Arial"/>
          <w:sz w:val="24"/>
          <w:szCs w:val="24"/>
        </w:rPr>
        <w:t>taqiqlanmagan</w:t>
      </w:r>
      <w:proofErr w:type="spellEnd"/>
      <w:r w:rsidRPr="00585726">
        <w:rPr>
          <w:rFonts w:cs="Arial"/>
          <w:sz w:val="24"/>
          <w:szCs w:val="24"/>
        </w:rPr>
        <w:t xml:space="preserve"> </w:t>
      </w:r>
      <w:proofErr w:type="spellStart"/>
      <w:r w:rsidRPr="00585726">
        <w:rPr>
          <w:rFonts w:cs="Arial"/>
          <w:sz w:val="24"/>
          <w:szCs w:val="24"/>
        </w:rPr>
        <w:t>maqsadlar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Kartaning</w:t>
      </w:r>
      <w:proofErr w:type="spellEnd"/>
      <w:r w:rsidRPr="00585726">
        <w:rPr>
          <w:rFonts w:cs="Arial"/>
          <w:sz w:val="24"/>
          <w:szCs w:val="24"/>
        </w:rPr>
        <w:t xml:space="preserve"> </w:t>
      </w:r>
      <w:proofErr w:type="spellStart"/>
      <w:r w:rsidRPr="00585726">
        <w:rPr>
          <w:rFonts w:cs="Arial"/>
          <w:sz w:val="24"/>
          <w:szCs w:val="24"/>
        </w:rPr>
        <w:t>funksional</w:t>
      </w:r>
      <w:proofErr w:type="spellEnd"/>
      <w:r w:rsidRPr="00585726">
        <w:rPr>
          <w:rFonts w:cs="Arial"/>
          <w:sz w:val="24"/>
          <w:szCs w:val="24"/>
        </w:rPr>
        <w:t xml:space="preserve"> </w:t>
      </w:r>
      <w:proofErr w:type="spellStart"/>
      <w:r w:rsidRPr="00585726">
        <w:rPr>
          <w:rFonts w:cs="Arial"/>
          <w:sz w:val="24"/>
          <w:szCs w:val="24"/>
        </w:rPr>
        <w:t>imkoniyatlari</w:t>
      </w:r>
      <w:proofErr w:type="spellEnd"/>
      <w:r w:rsidRPr="00585726">
        <w:rPr>
          <w:rFonts w:cs="Arial"/>
          <w:sz w:val="24"/>
          <w:szCs w:val="24"/>
        </w:rPr>
        <w:t xml:space="preserve"> </w:t>
      </w:r>
      <w:proofErr w:type="spellStart"/>
      <w:r w:rsidRPr="00585726">
        <w:rPr>
          <w:rFonts w:cs="Arial"/>
          <w:sz w:val="24"/>
          <w:szCs w:val="24"/>
        </w:rPr>
        <w:t>doirasida</w:t>
      </w:r>
      <w:proofErr w:type="spellEnd"/>
      <w:r w:rsidRPr="00585726">
        <w:rPr>
          <w:rFonts w:cs="Arial"/>
          <w:sz w:val="24"/>
          <w:szCs w:val="24"/>
        </w:rPr>
        <w:t xml:space="preserve"> </w:t>
      </w:r>
      <w:proofErr w:type="spellStart"/>
      <w:proofErr w:type="gramStart"/>
      <w:r w:rsidRPr="00585726">
        <w:rPr>
          <w:rFonts w:cs="Arial"/>
          <w:sz w:val="24"/>
          <w:szCs w:val="24"/>
        </w:rPr>
        <w:t>q</w:t>
      </w:r>
      <w:r w:rsidR="008841C6" w:rsidRPr="00585726">
        <w:rPr>
          <w:rFonts w:cs="Arial"/>
          <w:sz w:val="24"/>
          <w:szCs w:val="24"/>
        </w:rPr>
        <w:t>o‘</w:t>
      </w:r>
      <w:proofErr w:type="gramEnd"/>
      <w:r w:rsidRPr="00585726">
        <w:rPr>
          <w:rFonts w:cs="Arial"/>
          <w:sz w:val="24"/>
          <w:szCs w:val="24"/>
        </w:rPr>
        <w:t>llaniladi</w:t>
      </w:r>
      <w:proofErr w:type="spellEnd"/>
      <w:r w:rsidRPr="00585726">
        <w:rPr>
          <w:rFonts w:cs="Arial"/>
          <w:sz w:val="24"/>
          <w:szCs w:val="24"/>
        </w:rPr>
        <w:t xml:space="preserve">. 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amaldagi</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operatori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Bankning</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tartib-taomillariga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oshiriladi</w:t>
      </w:r>
      <w:proofErr w:type="spellEnd"/>
      <w:r w:rsidRPr="00585726">
        <w:rPr>
          <w:rFonts w:cs="Arial"/>
          <w:sz w:val="24"/>
          <w:szCs w:val="24"/>
        </w:rPr>
        <w:t>.</w:t>
      </w:r>
    </w:p>
    <w:p w14:paraId="5AAEE0C9" w14:textId="77777777" w:rsidR="007D24A2" w:rsidRPr="00585726" w:rsidRDefault="007D24A2" w:rsidP="00F24377">
      <w:pPr>
        <w:ind w:firstLine="567"/>
        <w:jc w:val="both"/>
        <w:rPr>
          <w:rFonts w:cs="Arial"/>
          <w:sz w:val="24"/>
          <w:szCs w:val="24"/>
        </w:rPr>
      </w:pPr>
    </w:p>
    <w:p w14:paraId="01F252CB" w14:textId="77777777" w:rsidR="008F00AB" w:rsidRPr="00585726" w:rsidRDefault="00357484" w:rsidP="00F24377">
      <w:pPr>
        <w:ind w:firstLine="567"/>
        <w:jc w:val="both"/>
        <w:rPr>
          <w:rFonts w:cs="Arial"/>
          <w:sz w:val="24"/>
          <w:szCs w:val="24"/>
        </w:rPr>
      </w:pPr>
      <w:r w:rsidRPr="00585726">
        <w:rPr>
          <w:rFonts w:cs="Arial"/>
          <w:b/>
          <w:sz w:val="24"/>
          <w:szCs w:val="24"/>
        </w:rPr>
        <w:t>III. SHARTNOMANI AKSEPTLASH VA TUZISH TARTIBI</w:t>
      </w:r>
    </w:p>
    <w:p w14:paraId="485EEC12"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Shartnomani</w:t>
      </w:r>
      <w:proofErr w:type="spellEnd"/>
      <w:r w:rsidRPr="00585726">
        <w:rPr>
          <w:rFonts w:cs="Arial"/>
          <w:sz w:val="24"/>
          <w:szCs w:val="24"/>
        </w:rPr>
        <w:t xml:space="preserve"> </w:t>
      </w:r>
      <w:proofErr w:type="spellStart"/>
      <w:r w:rsidRPr="00585726">
        <w:rPr>
          <w:rFonts w:cs="Arial"/>
          <w:sz w:val="24"/>
          <w:szCs w:val="24"/>
        </w:rPr>
        <w:t>akseptlash</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Bankka</w:t>
      </w:r>
      <w:proofErr w:type="spellEnd"/>
      <w:r w:rsidRPr="00585726">
        <w:rPr>
          <w:rFonts w:cs="Arial"/>
          <w:sz w:val="24"/>
          <w:szCs w:val="24"/>
        </w:rPr>
        <w:t xml:space="preserve"> </w:t>
      </w:r>
      <w:proofErr w:type="spellStart"/>
      <w:r w:rsidRPr="00585726">
        <w:rPr>
          <w:rFonts w:cs="Arial"/>
          <w:sz w:val="24"/>
          <w:szCs w:val="24"/>
        </w:rPr>
        <w:t>korporativ</w:t>
      </w:r>
      <w:proofErr w:type="spellEnd"/>
      <w:r w:rsidRPr="00585726">
        <w:rPr>
          <w:rFonts w:cs="Arial"/>
          <w:sz w:val="24"/>
          <w:szCs w:val="24"/>
        </w:rPr>
        <w:t xml:space="preserve"> bank </w:t>
      </w:r>
      <w:proofErr w:type="spellStart"/>
      <w:r w:rsidRPr="00585726">
        <w:rPr>
          <w:rFonts w:cs="Arial"/>
          <w:sz w:val="24"/>
          <w:szCs w:val="24"/>
        </w:rPr>
        <w:t>kartasini</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ariza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Bank talab </w:t>
      </w:r>
      <w:proofErr w:type="spellStart"/>
      <w:r w:rsidRPr="00585726">
        <w:rPr>
          <w:rFonts w:cs="Arial"/>
          <w:sz w:val="24"/>
          <w:szCs w:val="24"/>
        </w:rPr>
        <w:t>etgan</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hujjatlarni</w:t>
      </w:r>
      <w:proofErr w:type="spellEnd"/>
      <w:r w:rsidRPr="00585726">
        <w:rPr>
          <w:rFonts w:cs="Arial"/>
          <w:sz w:val="24"/>
          <w:szCs w:val="24"/>
        </w:rPr>
        <w:t xml:space="preserve"> </w:t>
      </w:r>
      <w:proofErr w:type="spellStart"/>
      <w:r w:rsidRPr="00585726">
        <w:rPr>
          <w:rFonts w:cs="Arial"/>
          <w:sz w:val="24"/>
          <w:szCs w:val="24"/>
        </w:rPr>
        <w:t>qo</w:t>
      </w:r>
      <w:r w:rsidR="008841C6" w:rsidRPr="00585726">
        <w:rPr>
          <w:rFonts w:cs="Arial"/>
          <w:sz w:val="24"/>
          <w:szCs w:val="24"/>
        </w:rPr>
        <w:t>g‘</w:t>
      </w:r>
      <w:r w:rsidRPr="00585726">
        <w:rPr>
          <w:rFonts w:cs="Arial"/>
          <w:sz w:val="24"/>
          <w:szCs w:val="24"/>
        </w:rPr>
        <w:t>oz</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elektron</w:t>
      </w:r>
      <w:proofErr w:type="spellEnd"/>
      <w:r w:rsidRPr="00585726">
        <w:rPr>
          <w:rFonts w:cs="Arial"/>
          <w:sz w:val="24"/>
          <w:szCs w:val="24"/>
        </w:rPr>
        <w:t xml:space="preserve"> </w:t>
      </w:r>
      <w:proofErr w:type="spellStart"/>
      <w:r w:rsidRPr="00585726">
        <w:rPr>
          <w:rFonts w:cs="Arial"/>
          <w:sz w:val="24"/>
          <w:szCs w:val="24"/>
        </w:rPr>
        <w:t>shaklda</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etish</w:t>
      </w:r>
      <w:proofErr w:type="spellEnd"/>
      <w:r w:rsidRPr="00585726">
        <w:rPr>
          <w:rFonts w:cs="Arial"/>
          <w:sz w:val="24"/>
          <w:szCs w:val="24"/>
        </w:rPr>
        <w:t xml:space="preserve"> </w:t>
      </w:r>
      <w:proofErr w:type="spellStart"/>
      <w:r w:rsidRPr="00585726">
        <w:rPr>
          <w:rFonts w:cs="Arial"/>
          <w:sz w:val="24"/>
          <w:szCs w:val="24"/>
        </w:rPr>
        <w:t>orqali</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oshiriladi</w:t>
      </w:r>
      <w:proofErr w:type="spellEnd"/>
      <w:r w:rsidRPr="00585726">
        <w:rPr>
          <w:rFonts w:cs="Arial"/>
          <w:sz w:val="24"/>
          <w:szCs w:val="24"/>
        </w:rPr>
        <w:t>.</w:t>
      </w:r>
    </w:p>
    <w:p w14:paraId="7C933C77" w14:textId="77777777" w:rsidR="008F00AB" w:rsidRPr="00585726" w:rsidRDefault="00357484" w:rsidP="00F24377">
      <w:pPr>
        <w:ind w:firstLine="567"/>
        <w:jc w:val="both"/>
        <w:rPr>
          <w:rFonts w:cs="Arial"/>
          <w:sz w:val="24"/>
          <w:szCs w:val="24"/>
        </w:rPr>
      </w:pPr>
      <w:r w:rsidRPr="00585726">
        <w:rPr>
          <w:rFonts w:cs="Arial"/>
          <w:sz w:val="24"/>
          <w:szCs w:val="24"/>
        </w:rPr>
        <w:t>Agar ariza masofadan turib yuborilsa, Mijozni identifikatsiya qilish, vakolatlarni tekshirish hamda zarur holatlarda KYC, e-KYC va/yoki video-KYC tartiblari Bankning ichki qoidalari va amaldagi normativ hujjatlar asosida amalga oshiriladi.</w:t>
      </w:r>
    </w:p>
    <w:p w14:paraId="37838E7A"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arizasi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hujjatlarini</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rib</w:t>
      </w:r>
      <w:proofErr w:type="spellEnd"/>
      <w:r w:rsidRPr="00585726">
        <w:rPr>
          <w:rFonts w:cs="Arial"/>
          <w:sz w:val="24"/>
          <w:szCs w:val="24"/>
        </w:rPr>
        <w:t xml:space="preserve"> </w:t>
      </w:r>
      <w:proofErr w:type="spellStart"/>
      <w:r w:rsidRPr="00585726">
        <w:rPr>
          <w:rFonts w:cs="Arial"/>
          <w:sz w:val="24"/>
          <w:szCs w:val="24"/>
        </w:rPr>
        <w:t>chiqish</w:t>
      </w:r>
      <w:proofErr w:type="spellEnd"/>
      <w:r w:rsidRPr="00585726">
        <w:rPr>
          <w:rFonts w:cs="Arial"/>
          <w:sz w:val="24"/>
          <w:szCs w:val="24"/>
        </w:rPr>
        <w:t xml:space="preserve"> </w:t>
      </w:r>
      <w:proofErr w:type="spellStart"/>
      <w:r w:rsidRPr="00585726">
        <w:rPr>
          <w:rFonts w:cs="Arial"/>
          <w:sz w:val="24"/>
          <w:szCs w:val="24"/>
        </w:rPr>
        <w:t>natijasida</w:t>
      </w:r>
      <w:proofErr w:type="spellEnd"/>
      <w:r w:rsidRPr="00585726">
        <w:rPr>
          <w:rFonts w:cs="Arial"/>
          <w:sz w:val="24"/>
          <w:szCs w:val="24"/>
        </w:rPr>
        <w:t xml:space="preserve"> </w:t>
      </w:r>
      <w:proofErr w:type="spellStart"/>
      <w:r w:rsidRPr="00585726">
        <w:rPr>
          <w:rFonts w:cs="Arial"/>
          <w:sz w:val="24"/>
          <w:szCs w:val="24"/>
        </w:rPr>
        <w:t>Kartani</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rad </w:t>
      </w:r>
      <w:proofErr w:type="spellStart"/>
      <w:r w:rsidRPr="00585726">
        <w:rPr>
          <w:rFonts w:cs="Arial"/>
          <w:sz w:val="24"/>
          <w:szCs w:val="24"/>
        </w:rPr>
        <w:t>etish</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w:t>
      </w:r>
      <w:proofErr w:type="spellEnd"/>
      <w:r w:rsidRPr="00585726">
        <w:rPr>
          <w:rFonts w:cs="Arial"/>
          <w:sz w:val="24"/>
          <w:szCs w:val="24"/>
        </w:rPr>
        <w:t xml:space="preserve"> </w:t>
      </w:r>
      <w:proofErr w:type="spellStart"/>
      <w:r w:rsidRPr="00585726">
        <w:rPr>
          <w:rFonts w:cs="Arial"/>
          <w:sz w:val="24"/>
          <w:szCs w:val="24"/>
        </w:rPr>
        <w:t>ma’lumotlar</w:t>
      </w:r>
      <w:proofErr w:type="spellEnd"/>
      <w:r w:rsidRPr="00585726">
        <w:rPr>
          <w:rFonts w:cs="Arial"/>
          <w:sz w:val="24"/>
          <w:szCs w:val="24"/>
        </w:rPr>
        <w:t xml:space="preserve"> talab </w:t>
      </w:r>
      <w:proofErr w:type="spellStart"/>
      <w:r w:rsidRPr="00585726">
        <w:rPr>
          <w:rFonts w:cs="Arial"/>
          <w:sz w:val="24"/>
          <w:szCs w:val="24"/>
        </w:rPr>
        <w:t>qilish</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w:t>
      </w:r>
      <w:proofErr w:type="spellEnd"/>
      <w:r w:rsidRPr="00585726">
        <w:rPr>
          <w:rFonts w:cs="Arial"/>
          <w:sz w:val="24"/>
          <w:szCs w:val="24"/>
        </w:rPr>
        <w:t xml:space="preserve"> </w:t>
      </w:r>
      <w:proofErr w:type="spellStart"/>
      <w:r w:rsidRPr="00585726">
        <w:rPr>
          <w:rFonts w:cs="Arial"/>
          <w:sz w:val="24"/>
          <w:szCs w:val="24"/>
        </w:rPr>
        <w:t>qaror</w:t>
      </w:r>
      <w:proofErr w:type="spellEnd"/>
      <w:r w:rsidRPr="00585726">
        <w:rPr>
          <w:rFonts w:cs="Arial"/>
          <w:sz w:val="24"/>
          <w:szCs w:val="24"/>
        </w:rPr>
        <w:t xml:space="preserve"> </w:t>
      </w:r>
      <w:proofErr w:type="spellStart"/>
      <w:r w:rsidRPr="00585726">
        <w:rPr>
          <w:rFonts w:cs="Arial"/>
          <w:sz w:val="24"/>
          <w:szCs w:val="24"/>
        </w:rPr>
        <w:t>qabul</w:t>
      </w:r>
      <w:proofErr w:type="spellEnd"/>
      <w:r w:rsidRPr="00585726">
        <w:rPr>
          <w:rFonts w:cs="Arial"/>
          <w:sz w:val="24"/>
          <w:szCs w:val="24"/>
        </w:rPr>
        <w:t xml:space="preserve"> </w:t>
      </w:r>
      <w:proofErr w:type="spellStart"/>
      <w:r w:rsidRPr="00585726">
        <w:rPr>
          <w:rFonts w:cs="Arial"/>
          <w:sz w:val="24"/>
          <w:szCs w:val="24"/>
        </w:rPr>
        <w:t>qiladi</w:t>
      </w:r>
      <w:proofErr w:type="spellEnd"/>
      <w:r w:rsidRPr="00585726">
        <w:rPr>
          <w:rFonts w:cs="Arial"/>
          <w:sz w:val="24"/>
          <w:szCs w:val="24"/>
        </w:rPr>
        <w:t>.</w:t>
      </w:r>
    </w:p>
    <w:p w14:paraId="4CFDB1DD"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Shartnoma</w:t>
      </w:r>
      <w:proofErr w:type="spellEnd"/>
      <w:r w:rsidRPr="00585726">
        <w:rPr>
          <w:rFonts w:cs="Arial"/>
          <w:sz w:val="24"/>
          <w:szCs w:val="24"/>
        </w:rPr>
        <w:t xml:space="preserve">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arizasi</w:t>
      </w:r>
      <w:proofErr w:type="spellEnd"/>
      <w:r w:rsidRPr="00585726">
        <w:rPr>
          <w:rFonts w:cs="Arial"/>
          <w:sz w:val="24"/>
          <w:szCs w:val="24"/>
        </w:rPr>
        <w:t xml:space="preserve"> </w:t>
      </w:r>
      <w:proofErr w:type="spellStart"/>
      <w:r w:rsidRPr="00585726">
        <w:rPr>
          <w:rFonts w:cs="Arial"/>
          <w:sz w:val="24"/>
          <w:szCs w:val="24"/>
        </w:rPr>
        <w:t>qabul</w:t>
      </w:r>
      <w:proofErr w:type="spellEnd"/>
      <w:r w:rsidRPr="00585726">
        <w:rPr>
          <w:rFonts w:cs="Arial"/>
          <w:sz w:val="24"/>
          <w:szCs w:val="24"/>
        </w:rPr>
        <w:t xml:space="preserve"> </w:t>
      </w:r>
      <w:proofErr w:type="spellStart"/>
      <w:r w:rsidRPr="00585726">
        <w:rPr>
          <w:rFonts w:cs="Arial"/>
          <w:sz w:val="24"/>
          <w:szCs w:val="24"/>
        </w:rPr>
        <w:t>qilingan</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Kartani</w:t>
      </w:r>
      <w:proofErr w:type="spellEnd"/>
      <w:r w:rsidRPr="00585726">
        <w:rPr>
          <w:rFonts w:cs="Arial"/>
          <w:sz w:val="24"/>
          <w:szCs w:val="24"/>
        </w:rPr>
        <w:t xml:space="preserve"> </w:t>
      </w:r>
      <w:proofErr w:type="spellStart"/>
      <w:r w:rsidRPr="00585726">
        <w:rPr>
          <w:rFonts w:cs="Arial"/>
          <w:sz w:val="24"/>
          <w:szCs w:val="24"/>
        </w:rPr>
        <w:t>rasmiylashtirish</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ijobiy</w:t>
      </w:r>
      <w:proofErr w:type="spellEnd"/>
      <w:r w:rsidRPr="00585726">
        <w:rPr>
          <w:rFonts w:cs="Arial"/>
          <w:sz w:val="24"/>
          <w:szCs w:val="24"/>
        </w:rPr>
        <w:t xml:space="preserve"> </w:t>
      </w:r>
      <w:proofErr w:type="spellStart"/>
      <w:r w:rsidRPr="00585726">
        <w:rPr>
          <w:rFonts w:cs="Arial"/>
          <w:sz w:val="24"/>
          <w:szCs w:val="24"/>
        </w:rPr>
        <w:t>qaror</w:t>
      </w:r>
      <w:proofErr w:type="spellEnd"/>
      <w:r w:rsidRPr="00585726">
        <w:rPr>
          <w:rFonts w:cs="Arial"/>
          <w:sz w:val="24"/>
          <w:szCs w:val="24"/>
        </w:rPr>
        <w:t xml:space="preserve"> </w:t>
      </w:r>
      <w:proofErr w:type="spellStart"/>
      <w:r w:rsidRPr="00585726">
        <w:rPr>
          <w:rFonts w:cs="Arial"/>
          <w:sz w:val="24"/>
          <w:szCs w:val="24"/>
        </w:rPr>
        <w:t>qabul</w:t>
      </w:r>
      <w:proofErr w:type="spellEnd"/>
      <w:r w:rsidRPr="00585726">
        <w:rPr>
          <w:rFonts w:cs="Arial"/>
          <w:sz w:val="24"/>
          <w:szCs w:val="24"/>
        </w:rPr>
        <w:t xml:space="preserve"> </w:t>
      </w:r>
      <w:proofErr w:type="spellStart"/>
      <w:r w:rsidRPr="00585726">
        <w:rPr>
          <w:rFonts w:cs="Arial"/>
          <w:sz w:val="24"/>
          <w:szCs w:val="24"/>
        </w:rPr>
        <w:t>qilingan</w:t>
      </w:r>
      <w:proofErr w:type="spellEnd"/>
      <w:r w:rsidRPr="00585726">
        <w:rPr>
          <w:rFonts w:cs="Arial"/>
          <w:sz w:val="24"/>
          <w:szCs w:val="24"/>
        </w:rPr>
        <w:t xml:space="preserve"> </w:t>
      </w:r>
      <w:proofErr w:type="spellStart"/>
      <w:r w:rsidRPr="00585726">
        <w:rPr>
          <w:rFonts w:cs="Arial"/>
          <w:sz w:val="24"/>
          <w:szCs w:val="24"/>
        </w:rPr>
        <w:t>paytdan</w:t>
      </w:r>
      <w:proofErr w:type="spellEnd"/>
      <w:r w:rsidRPr="00585726">
        <w:rPr>
          <w:rFonts w:cs="Arial"/>
          <w:sz w:val="24"/>
          <w:szCs w:val="24"/>
        </w:rPr>
        <w:t xml:space="preserve"> </w:t>
      </w:r>
      <w:proofErr w:type="spellStart"/>
      <w:r w:rsidRPr="00585726">
        <w:rPr>
          <w:rFonts w:cs="Arial"/>
          <w:sz w:val="24"/>
          <w:szCs w:val="24"/>
        </w:rPr>
        <w:t>boshlab</w:t>
      </w:r>
      <w:proofErr w:type="spellEnd"/>
      <w:r w:rsidRPr="00585726">
        <w:rPr>
          <w:rFonts w:cs="Arial"/>
          <w:sz w:val="24"/>
          <w:szCs w:val="24"/>
        </w:rPr>
        <w:t xml:space="preserve"> </w:t>
      </w:r>
      <w:proofErr w:type="spellStart"/>
      <w:r w:rsidRPr="00585726">
        <w:rPr>
          <w:rFonts w:cs="Arial"/>
          <w:sz w:val="24"/>
          <w:szCs w:val="24"/>
        </w:rPr>
        <w:t>tuzilgan</w:t>
      </w:r>
      <w:proofErr w:type="spellEnd"/>
      <w:r w:rsidRPr="00585726">
        <w:rPr>
          <w:rFonts w:cs="Arial"/>
          <w:sz w:val="24"/>
          <w:szCs w:val="24"/>
        </w:rPr>
        <w:t xml:space="preserve"> </w:t>
      </w:r>
      <w:proofErr w:type="spellStart"/>
      <w:r w:rsidRPr="00585726">
        <w:rPr>
          <w:rFonts w:cs="Arial"/>
          <w:sz w:val="24"/>
          <w:szCs w:val="24"/>
        </w:rPr>
        <w:t>hisoblanadi</w:t>
      </w:r>
      <w:proofErr w:type="spellEnd"/>
      <w:r w:rsidRPr="00585726">
        <w:rPr>
          <w:rFonts w:cs="Arial"/>
          <w:sz w:val="24"/>
          <w:szCs w:val="24"/>
        </w:rPr>
        <w:t>.</w:t>
      </w:r>
    </w:p>
    <w:p w14:paraId="3B9D596E" w14:textId="77777777" w:rsidR="007D24A2" w:rsidRPr="00585726" w:rsidRDefault="007D24A2" w:rsidP="00F24377">
      <w:pPr>
        <w:ind w:firstLine="567"/>
        <w:jc w:val="both"/>
        <w:rPr>
          <w:rFonts w:cs="Arial"/>
          <w:sz w:val="24"/>
          <w:szCs w:val="24"/>
        </w:rPr>
      </w:pPr>
    </w:p>
    <w:p w14:paraId="1E7CAB40" w14:textId="77777777" w:rsidR="008F00AB" w:rsidRPr="00585726" w:rsidRDefault="00357484" w:rsidP="00F24377">
      <w:pPr>
        <w:ind w:firstLine="567"/>
        <w:jc w:val="both"/>
        <w:rPr>
          <w:rFonts w:cs="Arial"/>
          <w:sz w:val="24"/>
          <w:szCs w:val="24"/>
        </w:rPr>
      </w:pPr>
      <w:r w:rsidRPr="00585726">
        <w:rPr>
          <w:rFonts w:cs="Arial"/>
          <w:b/>
          <w:sz w:val="24"/>
          <w:szCs w:val="24"/>
        </w:rPr>
        <w:t>IV. KARTANI CHIQARISH TARTIBI</w:t>
      </w:r>
    </w:p>
    <w:p w14:paraId="2FC28B5F" w14:textId="77777777" w:rsidR="008F00AB" w:rsidRPr="00585726" w:rsidRDefault="00357484" w:rsidP="00F24377">
      <w:pPr>
        <w:ind w:firstLine="567"/>
        <w:jc w:val="both"/>
        <w:rPr>
          <w:rFonts w:cs="Arial"/>
          <w:sz w:val="24"/>
          <w:szCs w:val="24"/>
        </w:rPr>
      </w:pPr>
      <w:r w:rsidRPr="00585726">
        <w:rPr>
          <w:rFonts w:cs="Arial"/>
          <w:sz w:val="24"/>
          <w:szCs w:val="24"/>
        </w:rPr>
        <w:t>Korporativ Kartani chiqarish uchun Mijoz quyidagi hujjat va ma’lumotlarni taqdim etadi:</w:t>
      </w:r>
    </w:p>
    <w:p w14:paraId="55697C2D"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korporativ</w:t>
      </w:r>
      <w:proofErr w:type="spellEnd"/>
      <w:r w:rsidRPr="00585726">
        <w:rPr>
          <w:rFonts w:cs="Arial"/>
          <w:sz w:val="24"/>
          <w:szCs w:val="24"/>
        </w:rPr>
        <w:t xml:space="preserve"> bank </w:t>
      </w:r>
      <w:proofErr w:type="spellStart"/>
      <w:r w:rsidRPr="00585726">
        <w:rPr>
          <w:rFonts w:cs="Arial"/>
          <w:sz w:val="24"/>
          <w:szCs w:val="24"/>
        </w:rPr>
        <w:t>kartasini</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008841C6" w:rsidRPr="00585726">
        <w:rPr>
          <w:rFonts w:cs="Arial"/>
          <w:sz w:val="24"/>
          <w:szCs w:val="24"/>
        </w:rPr>
        <w:t>g‘</w:t>
      </w:r>
      <w:r w:rsidRPr="00585726">
        <w:rPr>
          <w:rFonts w:cs="Arial"/>
          <w:sz w:val="24"/>
          <w:szCs w:val="24"/>
        </w:rPr>
        <w:t>risidagi</w:t>
      </w:r>
      <w:proofErr w:type="spellEnd"/>
      <w:r w:rsidRPr="00585726">
        <w:rPr>
          <w:rFonts w:cs="Arial"/>
          <w:sz w:val="24"/>
          <w:szCs w:val="24"/>
        </w:rPr>
        <w:t xml:space="preserve"> </w:t>
      </w:r>
      <w:proofErr w:type="spellStart"/>
      <w:r w:rsidRPr="00585726">
        <w:rPr>
          <w:rFonts w:cs="Arial"/>
          <w:sz w:val="24"/>
          <w:szCs w:val="24"/>
        </w:rPr>
        <w:t>ariza</w:t>
      </w:r>
      <w:proofErr w:type="spellEnd"/>
      <w:r w:rsidRPr="00585726">
        <w:rPr>
          <w:rFonts w:cs="Arial"/>
          <w:sz w:val="24"/>
          <w:szCs w:val="24"/>
        </w:rPr>
        <w:t>;</w:t>
      </w:r>
    </w:p>
    <w:p w14:paraId="4ACD9AD2"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vakolatli</w:t>
      </w:r>
      <w:proofErr w:type="spellEnd"/>
      <w:r w:rsidRPr="00585726">
        <w:rPr>
          <w:rFonts w:cs="Arial"/>
          <w:sz w:val="24"/>
          <w:szCs w:val="24"/>
        </w:rPr>
        <w:t xml:space="preserve"> </w:t>
      </w:r>
      <w:proofErr w:type="spellStart"/>
      <w:r w:rsidRPr="00585726">
        <w:rPr>
          <w:rFonts w:cs="Arial"/>
          <w:sz w:val="24"/>
          <w:szCs w:val="24"/>
        </w:rPr>
        <w:t>shaxs</w:t>
      </w:r>
      <w:proofErr w:type="spellEnd"/>
      <w:r w:rsidRPr="00585726">
        <w:rPr>
          <w:rFonts w:cs="Arial"/>
          <w:sz w:val="24"/>
          <w:szCs w:val="24"/>
        </w:rPr>
        <w:t xml:space="preserve">(lar) </w:t>
      </w:r>
      <w:proofErr w:type="spellStart"/>
      <w:r w:rsidRPr="00585726">
        <w:rPr>
          <w:rFonts w:cs="Arial"/>
          <w:sz w:val="24"/>
          <w:szCs w:val="24"/>
        </w:rPr>
        <w:t>va</w:t>
      </w:r>
      <w:proofErr w:type="spellEnd"/>
      <w:r w:rsidRPr="00585726">
        <w:rPr>
          <w:rFonts w:cs="Arial"/>
          <w:sz w:val="24"/>
          <w:szCs w:val="24"/>
        </w:rPr>
        <w:t xml:space="preserve"> Karta </w:t>
      </w:r>
      <w:proofErr w:type="spellStart"/>
      <w:r w:rsidRPr="00585726">
        <w:rPr>
          <w:rFonts w:cs="Arial"/>
          <w:sz w:val="24"/>
          <w:szCs w:val="24"/>
        </w:rPr>
        <w:t>egasi</w:t>
      </w:r>
      <w:proofErr w:type="spellEnd"/>
      <w:r w:rsidRPr="00585726">
        <w:rPr>
          <w:rFonts w:cs="Arial"/>
          <w:sz w:val="24"/>
          <w:szCs w:val="24"/>
        </w:rPr>
        <w:t>(lar)</w:t>
      </w:r>
      <w:proofErr w:type="spellStart"/>
      <w:r w:rsidRPr="00585726">
        <w:rPr>
          <w:rFonts w:cs="Arial"/>
          <w:sz w:val="24"/>
          <w:szCs w:val="24"/>
        </w:rPr>
        <w:t>i</w:t>
      </w:r>
      <w:proofErr w:type="spellEnd"/>
      <w:r w:rsidRPr="00585726">
        <w:rPr>
          <w:rFonts w:cs="Arial"/>
          <w:sz w:val="24"/>
          <w:szCs w:val="24"/>
        </w:rPr>
        <w:t xml:space="preserve"> </w:t>
      </w:r>
      <w:proofErr w:type="spellStart"/>
      <w:proofErr w:type="gramStart"/>
      <w:r w:rsidRPr="00585726">
        <w:rPr>
          <w:rFonts w:cs="Arial"/>
          <w:sz w:val="24"/>
          <w:szCs w:val="24"/>
        </w:rPr>
        <w:t>r</w:t>
      </w:r>
      <w:r w:rsidR="008841C6" w:rsidRPr="00585726">
        <w:rPr>
          <w:rFonts w:cs="Arial"/>
          <w:sz w:val="24"/>
          <w:szCs w:val="24"/>
        </w:rPr>
        <w:t>o‘</w:t>
      </w:r>
      <w:proofErr w:type="gramEnd"/>
      <w:r w:rsidRPr="00585726">
        <w:rPr>
          <w:rFonts w:cs="Arial"/>
          <w:sz w:val="24"/>
          <w:szCs w:val="24"/>
        </w:rPr>
        <w:t>yxati</w:t>
      </w:r>
      <w:proofErr w:type="spellEnd"/>
      <w:r w:rsidRPr="00585726">
        <w:rPr>
          <w:rFonts w:cs="Arial"/>
          <w:sz w:val="24"/>
          <w:szCs w:val="24"/>
        </w:rPr>
        <w:t>;</w:t>
      </w:r>
    </w:p>
    <w:p w14:paraId="4CB94746" w14:textId="77777777" w:rsidR="008F00AB" w:rsidRPr="00585726" w:rsidRDefault="00357484" w:rsidP="00F24377">
      <w:pPr>
        <w:pStyle w:val="a0"/>
        <w:ind w:left="0" w:firstLine="567"/>
        <w:jc w:val="both"/>
        <w:rPr>
          <w:rFonts w:cs="Arial"/>
          <w:sz w:val="24"/>
          <w:szCs w:val="24"/>
        </w:rPr>
      </w:pPr>
      <w:proofErr w:type="spellStart"/>
      <w:proofErr w:type="gramStart"/>
      <w:r w:rsidRPr="00585726">
        <w:rPr>
          <w:rFonts w:cs="Arial"/>
          <w:sz w:val="24"/>
          <w:szCs w:val="24"/>
        </w:rPr>
        <w:t>r</w:t>
      </w:r>
      <w:r w:rsidR="008841C6" w:rsidRPr="00585726">
        <w:rPr>
          <w:rFonts w:cs="Arial"/>
          <w:sz w:val="24"/>
          <w:szCs w:val="24"/>
        </w:rPr>
        <w:t>o‘</w:t>
      </w:r>
      <w:proofErr w:type="gramEnd"/>
      <w:r w:rsidRPr="00585726">
        <w:rPr>
          <w:rFonts w:cs="Arial"/>
          <w:sz w:val="24"/>
          <w:szCs w:val="24"/>
        </w:rPr>
        <w:t>yxatda</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rsatilgan</w:t>
      </w:r>
      <w:proofErr w:type="spellEnd"/>
      <w:r w:rsidRPr="00585726">
        <w:rPr>
          <w:rFonts w:cs="Arial"/>
          <w:sz w:val="24"/>
          <w:szCs w:val="24"/>
        </w:rPr>
        <w:t xml:space="preserve"> </w:t>
      </w:r>
      <w:proofErr w:type="spellStart"/>
      <w:r w:rsidRPr="00585726">
        <w:rPr>
          <w:rFonts w:cs="Arial"/>
          <w:sz w:val="24"/>
          <w:szCs w:val="24"/>
        </w:rPr>
        <w:t>shaxslarning</w:t>
      </w:r>
      <w:proofErr w:type="spellEnd"/>
      <w:r w:rsidRPr="00585726">
        <w:rPr>
          <w:rFonts w:cs="Arial"/>
          <w:sz w:val="24"/>
          <w:szCs w:val="24"/>
        </w:rPr>
        <w:t xml:space="preserve"> </w:t>
      </w:r>
      <w:proofErr w:type="spellStart"/>
      <w:r w:rsidRPr="00585726">
        <w:rPr>
          <w:rFonts w:cs="Arial"/>
          <w:sz w:val="24"/>
          <w:szCs w:val="24"/>
        </w:rPr>
        <w:t>shaxsini</w:t>
      </w:r>
      <w:proofErr w:type="spellEnd"/>
      <w:r w:rsidRPr="00585726">
        <w:rPr>
          <w:rFonts w:cs="Arial"/>
          <w:sz w:val="24"/>
          <w:szCs w:val="24"/>
        </w:rPr>
        <w:t xml:space="preserve"> tasdiqlovchi hujjat nusxalari;</w:t>
      </w:r>
    </w:p>
    <w:p w14:paraId="7AF0323A"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ishonchnoma</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vakolatni</w:t>
      </w:r>
      <w:proofErr w:type="spellEnd"/>
      <w:r w:rsidRPr="00585726">
        <w:rPr>
          <w:rFonts w:cs="Arial"/>
          <w:sz w:val="24"/>
          <w:szCs w:val="24"/>
        </w:rPr>
        <w:t xml:space="preserve"> </w:t>
      </w:r>
      <w:proofErr w:type="spellStart"/>
      <w:r w:rsidRPr="00585726">
        <w:rPr>
          <w:rFonts w:cs="Arial"/>
          <w:sz w:val="24"/>
          <w:szCs w:val="24"/>
        </w:rPr>
        <w:t>tasdiqlovchi</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hujjat</w:t>
      </w:r>
      <w:proofErr w:type="spellEnd"/>
      <w:r w:rsidRPr="00585726">
        <w:rPr>
          <w:rFonts w:cs="Arial"/>
          <w:sz w:val="24"/>
          <w:szCs w:val="24"/>
        </w:rPr>
        <w:t xml:space="preserve">, agar </w:t>
      </w:r>
      <w:proofErr w:type="spellStart"/>
      <w:r w:rsidRPr="00585726">
        <w:rPr>
          <w:rFonts w:cs="Arial"/>
          <w:sz w:val="24"/>
          <w:szCs w:val="24"/>
        </w:rPr>
        <w:t>zarur</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lsa</w:t>
      </w:r>
      <w:proofErr w:type="spellEnd"/>
      <w:r w:rsidRPr="00585726">
        <w:rPr>
          <w:rFonts w:cs="Arial"/>
          <w:sz w:val="24"/>
          <w:szCs w:val="24"/>
        </w:rPr>
        <w:t>;</w:t>
      </w:r>
    </w:p>
    <w:p w14:paraId="6BC3C731" w14:textId="77777777" w:rsidR="008F00AB" w:rsidRPr="00585726" w:rsidRDefault="00357484" w:rsidP="00F24377">
      <w:pPr>
        <w:pStyle w:val="a0"/>
        <w:ind w:left="0" w:firstLine="567"/>
        <w:jc w:val="both"/>
        <w:rPr>
          <w:rFonts w:cs="Arial"/>
          <w:sz w:val="24"/>
          <w:szCs w:val="24"/>
        </w:rPr>
      </w:pPr>
      <w:r w:rsidRPr="00585726">
        <w:rPr>
          <w:rFonts w:cs="Arial"/>
          <w:sz w:val="24"/>
          <w:szCs w:val="24"/>
        </w:rPr>
        <w:t>Bank tomonidan talab etilgan boshqa hujjatlar va ma’lumotlar.</w:t>
      </w:r>
    </w:p>
    <w:p w14:paraId="50BD80D6" w14:textId="77777777" w:rsidR="008F00AB" w:rsidRPr="00585726" w:rsidRDefault="00357484" w:rsidP="00F24377">
      <w:pPr>
        <w:ind w:firstLine="567"/>
        <w:jc w:val="both"/>
        <w:rPr>
          <w:rFonts w:cs="Arial"/>
          <w:sz w:val="24"/>
          <w:szCs w:val="24"/>
        </w:rPr>
      </w:pPr>
      <w:r w:rsidRPr="00585726">
        <w:rPr>
          <w:rFonts w:cs="Arial"/>
          <w:sz w:val="24"/>
          <w:szCs w:val="24"/>
        </w:rPr>
        <w:t xml:space="preserve">Ariza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unga</w:t>
      </w:r>
      <w:proofErr w:type="spellEnd"/>
      <w:r w:rsidRPr="00585726">
        <w:rPr>
          <w:rFonts w:cs="Arial"/>
          <w:sz w:val="24"/>
          <w:szCs w:val="24"/>
        </w:rPr>
        <w:t xml:space="preserve"> </w:t>
      </w:r>
      <w:proofErr w:type="spellStart"/>
      <w:r w:rsidRPr="00585726">
        <w:rPr>
          <w:rFonts w:cs="Arial"/>
          <w:sz w:val="24"/>
          <w:szCs w:val="24"/>
        </w:rPr>
        <w:t>ilova</w:t>
      </w:r>
      <w:proofErr w:type="spellEnd"/>
      <w:r w:rsidRPr="00585726">
        <w:rPr>
          <w:rFonts w:cs="Arial"/>
          <w:sz w:val="24"/>
          <w:szCs w:val="24"/>
        </w:rPr>
        <w:t xml:space="preserve"> </w:t>
      </w:r>
      <w:proofErr w:type="spellStart"/>
      <w:r w:rsidRPr="00585726">
        <w:rPr>
          <w:rFonts w:cs="Arial"/>
          <w:sz w:val="24"/>
          <w:szCs w:val="24"/>
        </w:rPr>
        <w:t>qilinadigan</w:t>
      </w:r>
      <w:proofErr w:type="spellEnd"/>
      <w:r w:rsidRPr="00585726">
        <w:rPr>
          <w:rFonts w:cs="Arial"/>
          <w:sz w:val="24"/>
          <w:szCs w:val="24"/>
        </w:rPr>
        <w:t xml:space="preserve"> forma </w:t>
      </w:r>
      <w:proofErr w:type="spellStart"/>
      <w:r w:rsidRPr="00585726">
        <w:rPr>
          <w:rFonts w:cs="Arial"/>
          <w:sz w:val="24"/>
          <w:szCs w:val="24"/>
        </w:rPr>
        <w:t>hamda</w:t>
      </w:r>
      <w:proofErr w:type="spellEnd"/>
      <w:r w:rsidRPr="00585726">
        <w:rPr>
          <w:rFonts w:cs="Arial"/>
          <w:sz w:val="24"/>
          <w:szCs w:val="24"/>
        </w:rPr>
        <w:t xml:space="preserve"> </w:t>
      </w:r>
      <w:proofErr w:type="spellStart"/>
      <w:proofErr w:type="gramStart"/>
      <w:r w:rsidRPr="00585726">
        <w:rPr>
          <w:rFonts w:cs="Arial"/>
          <w:sz w:val="24"/>
          <w:szCs w:val="24"/>
        </w:rPr>
        <w:t>s</w:t>
      </w:r>
      <w:r w:rsidR="008841C6" w:rsidRPr="00585726">
        <w:rPr>
          <w:rFonts w:cs="Arial"/>
          <w:sz w:val="24"/>
          <w:szCs w:val="24"/>
        </w:rPr>
        <w:t>o‘</w:t>
      </w:r>
      <w:proofErr w:type="gramEnd"/>
      <w:r w:rsidRPr="00585726">
        <w:rPr>
          <w:rFonts w:cs="Arial"/>
          <w:sz w:val="24"/>
          <w:szCs w:val="24"/>
        </w:rPr>
        <w:t>rovnomalar</w:t>
      </w:r>
      <w:proofErr w:type="spellEnd"/>
      <w:r w:rsidRPr="00585726">
        <w:rPr>
          <w:rFonts w:cs="Arial"/>
          <w:sz w:val="24"/>
          <w:szCs w:val="24"/>
        </w:rPr>
        <w:t xml:space="preserve">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belgilangan</w:t>
      </w:r>
      <w:proofErr w:type="spellEnd"/>
      <w:r w:rsidRPr="00585726">
        <w:rPr>
          <w:rFonts w:cs="Arial"/>
          <w:sz w:val="24"/>
          <w:szCs w:val="24"/>
        </w:rPr>
        <w:t xml:space="preserve"> </w:t>
      </w:r>
      <w:proofErr w:type="spellStart"/>
      <w:r w:rsidRPr="00585726">
        <w:rPr>
          <w:rFonts w:cs="Arial"/>
          <w:sz w:val="24"/>
          <w:szCs w:val="24"/>
        </w:rPr>
        <w:t>shaklda</w:t>
      </w:r>
      <w:proofErr w:type="spellEnd"/>
      <w:r w:rsidRPr="00585726">
        <w:rPr>
          <w:rFonts w:cs="Arial"/>
          <w:sz w:val="24"/>
          <w:szCs w:val="24"/>
        </w:rPr>
        <w:t xml:space="preserve"> </w:t>
      </w:r>
      <w:proofErr w:type="spellStart"/>
      <w:r w:rsidRPr="00585726">
        <w:rPr>
          <w:rFonts w:cs="Arial"/>
          <w:sz w:val="24"/>
          <w:szCs w:val="24"/>
        </w:rPr>
        <w:t>rasmiylashtiriladi</w:t>
      </w:r>
      <w:proofErr w:type="spellEnd"/>
      <w:r w:rsidRPr="00585726">
        <w:rPr>
          <w:rFonts w:cs="Arial"/>
          <w:sz w:val="24"/>
          <w:szCs w:val="24"/>
        </w:rPr>
        <w:t xml:space="preserve">. Bank </w:t>
      </w:r>
      <w:proofErr w:type="spellStart"/>
      <w:r w:rsidRPr="00585726">
        <w:rPr>
          <w:rFonts w:cs="Arial"/>
          <w:sz w:val="24"/>
          <w:szCs w:val="24"/>
        </w:rPr>
        <w:t>zaruratga</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ra</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w:t>
      </w:r>
      <w:proofErr w:type="spellEnd"/>
      <w:r w:rsidRPr="00585726">
        <w:rPr>
          <w:rFonts w:cs="Arial"/>
          <w:sz w:val="24"/>
          <w:szCs w:val="24"/>
        </w:rPr>
        <w:t xml:space="preserve"> </w:t>
      </w:r>
      <w:proofErr w:type="spellStart"/>
      <w:r w:rsidRPr="00585726">
        <w:rPr>
          <w:rFonts w:cs="Arial"/>
          <w:sz w:val="24"/>
          <w:szCs w:val="24"/>
        </w:rPr>
        <w:t>ma’lumotlar</w:t>
      </w:r>
      <w:proofErr w:type="spellEnd"/>
      <w:r w:rsidRPr="00585726">
        <w:rPr>
          <w:rFonts w:cs="Arial"/>
          <w:sz w:val="24"/>
          <w:szCs w:val="24"/>
        </w:rPr>
        <w:t xml:space="preserve">, </w:t>
      </w:r>
      <w:proofErr w:type="spellStart"/>
      <w:r w:rsidRPr="00585726">
        <w:rPr>
          <w:rFonts w:cs="Arial"/>
          <w:sz w:val="24"/>
          <w:szCs w:val="24"/>
        </w:rPr>
        <w:t>tasdiqlovchi</w:t>
      </w:r>
      <w:proofErr w:type="spellEnd"/>
      <w:r w:rsidRPr="00585726">
        <w:rPr>
          <w:rFonts w:cs="Arial"/>
          <w:sz w:val="24"/>
          <w:szCs w:val="24"/>
        </w:rPr>
        <w:t xml:space="preserve"> </w:t>
      </w:r>
      <w:proofErr w:type="spellStart"/>
      <w:r w:rsidRPr="00585726">
        <w:rPr>
          <w:rFonts w:cs="Arial"/>
          <w:sz w:val="24"/>
          <w:szCs w:val="24"/>
        </w:rPr>
        <w:t>hujjatlar</w:t>
      </w:r>
      <w:proofErr w:type="spellEnd"/>
      <w:r w:rsidRPr="00585726">
        <w:rPr>
          <w:rFonts w:cs="Arial"/>
          <w:sz w:val="24"/>
          <w:szCs w:val="24"/>
        </w:rPr>
        <w:t xml:space="preserve">, </w:t>
      </w:r>
      <w:proofErr w:type="spellStart"/>
      <w:r w:rsidRPr="00585726">
        <w:rPr>
          <w:rFonts w:cs="Arial"/>
          <w:sz w:val="24"/>
          <w:szCs w:val="24"/>
        </w:rPr>
        <w:t>vakolatlarni</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rsatuvchi</w:t>
      </w:r>
      <w:proofErr w:type="spellEnd"/>
      <w:r w:rsidRPr="00585726">
        <w:rPr>
          <w:rFonts w:cs="Arial"/>
          <w:sz w:val="24"/>
          <w:szCs w:val="24"/>
        </w:rPr>
        <w:t xml:space="preserve"> </w:t>
      </w:r>
      <w:proofErr w:type="spellStart"/>
      <w:r w:rsidRPr="00585726">
        <w:rPr>
          <w:rFonts w:cs="Arial"/>
          <w:sz w:val="24"/>
          <w:szCs w:val="24"/>
        </w:rPr>
        <w:t>hujjatlar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axborotlarni</w:t>
      </w:r>
      <w:proofErr w:type="spellEnd"/>
      <w:r w:rsidRPr="00585726">
        <w:rPr>
          <w:rFonts w:cs="Arial"/>
          <w:sz w:val="24"/>
          <w:szCs w:val="24"/>
        </w:rPr>
        <w:t xml:space="preserve"> talab qilishga haqli.</w:t>
      </w:r>
    </w:p>
    <w:p w14:paraId="11046A16" w14:textId="77777777" w:rsidR="008F00AB" w:rsidRPr="00585726" w:rsidRDefault="00357484" w:rsidP="00F24377">
      <w:pPr>
        <w:ind w:firstLine="567"/>
        <w:jc w:val="both"/>
        <w:rPr>
          <w:rFonts w:cs="Arial"/>
          <w:sz w:val="24"/>
          <w:szCs w:val="24"/>
        </w:rPr>
      </w:pPr>
      <w:r w:rsidRPr="00585726">
        <w:rPr>
          <w:rFonts w:cs="Arial"/>
          <w:sz w:val="24"/>
          <w:szCs w:val="24"/>
        </w:rPr>
        <w:t>Bank Kartani belgilangan tartibda rasmiylashtiradi va uni Karta egasiga yoxud Mijozning yozma vakolati asosida vakolatli shaxsga topshiradi.</w:t>
      </w:r>
    </w:p>
    <w:p w14:paraId="71668762" w14:textId="77777777" w:rsidR="008F00AB" w:rsidRPr="00585726" w:rsidRDefault="00357484" w:rsidP="00F24377">
      <w:pPr>
        <w:ind w:firstLine="567"/>
        <w:jc w:val="both"/>
        <w:rPr>
          <w:rFonts w:cs="Arial"/>
          <w:sz w:val="24"/>
          <w:szCs w:val="24"/>
        </w:rPr>
      </w:pPr>
      <w:r w:rsidRPr="00585726">
        <w:rPr>
          <w:rFonts w:cs="Arial"/>
          <w:sz w:val="24"/>
          <w:szCs w:val="24"/>
        </w:rPr>
        <w:lastRenderedPageBreak/>
        <w:t xml:space="preserve">Karta </w:t>
      </w:r>
      <w:proofErr w:type="spellStart"/>
      <w:r w:rsidRPr="00585726">
        <w:rPr>
          <w:rFonts w:cs="Arial"/>
          <w:sz w:val="24"/>
          <w:szCs w:val="24"/>
        </w:rPr>
        <w:t>topshirilgan</w:t>
      </w:r>
      <w:proofErr w:type="spellEnd"/>
      <w:r w:rsidRPr="00585726">
        <w:rPr>
          <w:rFonts w:cs="Arial"/>
          <w:sz w:val="24"/>
          <w:szCs w:val="24"/>
        </w:rPr>
        <w:t xml:space="preserve"> </w:t>
      </w:r>
      <w:proofErr w:type="spellStart"/>
      <w:r w:rsidRPr="00585726">
        <w:rPr>
          <w:rFonts w:cs="Arial"/>
          <w:sz w:val="24"/>
          <w:szCs w:val="24"/>
        </w:rPr>
        <w:t>paytdan</w:t>
      </w:r>
      <w:proofErr w:type="spellEnd"/>
      <w:r w:rsidRPr="00585726">
        <w:rPr>
          <w:rFonts w:cs="Arial"/>
          <w:sz w:val="24"/>
          <w:szCs w:val="24"/>
        </w:rPr>
        <w:t xml:space="preserve"> </w:t>
      </w:r>
      <w:proofErr w:type="spellStart"/>
      <w:r w:rsidRPr="00585726">
        <w:rPr>
          <w:rFonts w:cs="Arial"/>
          <w:sz w:val="24"/>
          <w:szCs w:val="24"/>
        </w:rPr>
        <w:t>boshlab</w:t>
      </w:r>
      <w:proofErr w:type="spellEnd"/>
      <w:r w:rsidRPr="00585726">
        <w:rPr>
          <w:rFonts w:cs="Arial"/>
          <w:sz w:val="24"/>
          <w:szCs w:val="24"/>
        </w:rPr>
        <w:t xml:space="preserve">, agar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Shartnomada</w:t>
      </w:r>
      <w:proofErr w:type="spellEnd"/>
      <w:r w:rsidRPr="00585726">
        <w:rPr>
          <w:rFonts w:cs="Arial"/>
          <w:sz w:val="24"/>
          <w:szCs w:val="24"/>
        </w:rPr>
        <w:t xml:space="preserve"> </w:t>
      </w:r>
      <w:proofErr w:type="spellStart"/>
      <w:r w:rsidRPr="00585726">
        <w:rPr>
          <w:rFonts w:cs="Arial"/>
          <w:sz w:val="24"/>
          <w:szCs w:val="24"/>
        </w:rPr>
        <w:t>boshqacha</w:t>
      </w:r>
      <w:proofErr w:type="spellEnd"/>
      <w:r w:rsidRPr="00585726">
        <w:rPr>
          <w:rFonts w:cs="Arial"/>
          <w:sz w:val="24"/>
          <w:szCs w:val="24"/>
        </w:rPr>
        <w:t xml:space="preserve"> </w:t>
      </w:r>
      <w:proofErr w:type="spellStart"/>
      <w:r w:rsidRPr="00585726">
        <w:rPr>
          <w:rFonts w:cs="Arial"/>
          <w:sz w:val="24"/>
          <w:szCs w:val="24"/>
        </w:rPr>
        <w:t>qoida</w:t>
      </w:r>
      <w:proofErr w:type="spellEnd"/>
      <w:r w:rsidRPr="00585726">
        <w:rPr>
          <w:rFonts w:cs="Arial"/>
          <w:sz w:val="24"/>
          <w:szCs w:val="24"/>
        </w:rPr>
        <w:t xml:space="preserve"> </w:t>
      </w:r>
      <w:proofErr w:type="spellStart"/>
      <w:r w:rsidRPr="00585726">
        <w:rPr>
          <w:rFonts w:cs="Arial"/>
          <w:sz w:val="24"/>
          <w:szCs w:val="24"/>
        </w:rPr>
        <w:t>nazarda</w:t>
      </w:r>
      <w:proofErr w:type="spellEnd"/>
      <w:r w:rsidRPr="00585726">
        <w:rPr>
          <w:rFonts w:cs="Arial"/>
          <w:sz w:val="24"/>
          <w:szCs w:val="24"/>
        </w:rPr>
        <w:t xml:space="preserve"> </w:t>
      </w:r>
      <w:proofErr w:type="spellStart"/>
      <w:r w:rsidRPr="00585726">
        <w:rPr>
          <w:rFonts w:cs="Arial"/>
          <w:sz w:val="24"/>
          <w:szCs w:val="24"/>
        </w:rPr>
        <w:t>tutilmagan</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lsa</w:t>
      </w:r>
      <w:proofErr w:type="spellEnd"/>
      <w:r w:rsidRPr="00585726">
        <w:rPr>
          <w:rFonts w:cs="Arial"/>
          <w:sz w:val="24"/>
          <w:szCs w:val="24"/>
        </w:rPr>
        <w:t xml:space="preserve">, </w:t>
      </w:r>
      <w:proofErr w:type="spellStart"/>
      <w:r w:rsidRPr="00585726">
        <w:rPr>
          <w:rFonts w:cs="Arial"/>
          <w:sz w:val="24"/>
          <w:szCs w:val="24"/>
        </w:rPr>
        <w:t>Kartadan</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bo</w:t>
      </w:r>
      <w:r w:rsidR="008841C6" w:rsidRPr="00585726">
        <w:rPr>
          <w:rFonts w:cs="Arial"/>
          <w:sz w:val="24"/>
          <w:szCs w:val="24"/>
        </w:rPr>
        <w:t>g‘</w:t>
      </w:r>
      <w:r w:rsidRPr="00585726">
        <w:rPr>
          <w:rFonts w:cs="Arial"/>
          <w:sz w:val="24"/>
          <w:szCs w:val="24"/>
        </w:rPr>
        <w:t>liq</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javobgar</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ladi</w:t>
      </w:r>
      <w:proofErr w:type="spellEnd"/>
      <w:r w:rsidRPr="00585726">
        <w:rPr>
          <w:rFonts w:cs="Arial"/>
          <w:sz w:val="24"/>
          <w:szCs w:val="24"/>
        </w:rPr>
        <w:t>.</w:t>
      </w:r>
    </w:p>
    <w:p w14:paraId="0564C00E" w14:textId="77777777" w:rsidR="008F00AB" w:rsidRPr="00585726" w:rsidRDefault="00357484" w:rsidP="00F24377">
      <w:pPr>
        <w:ind w:firstLine="567"/>
        <w:jc w:val="both"/>
        <w:rPr>
          <w:rFonts w:cs="Arial"/>
          <w:sz w:val="24"/>
          <w:szCs w:val="24"/>
        </w:rPr>
      </w:pPr>
      <w:r w:rsidRPr="00585726">
        <w:rPr>
          <w:rFonts w:cs="Arial"/>
          <w:sz w:val="24"/>
          <w:szCs w:val="24"/>
        </w:rPr>
        <w:t xml:space="preserve">Karta Bank </w:t>
      </w:r>
      <w:proofErr w:type="spellStart"/>
      <w:r w:rsidRPr="00585726">
        <w:rPr>
          <w:rFonts w:cs="Arial"/>
          <w:sz w:val="24"/>
          <w:szCs w:val="24"/>
        </w:rPr>
        <w:t>mulki</w:t>
      </w:r>
      <w:proofErr w:type="spellEnd"/>
      <w:r w:rsidRPr="00585726">
        <w:rPr>
          <w:rFonts w:cs="Arial"/>
          <w:sz w:val="24"/>
          <w:szCs w:val="24"/>
        </w:rPr>
        <w:t xml:space="preserve"> </w:t>
      </w:r>
      <w:proofErr w:type="spellStart"/>
      <w:r w:rsidRPr="00585726">
        <w:rPr>
          <w:rFonts w:cs="Arial"/>
          <w:sz w:val="24"/>
          <w:szCs w:val="24"/>
        </w:rPr>
        <w:t>hisoblanadi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Mijozga</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Karta </w:t>
      </w:r>
      <w:proofErr w:type="spellStart"/>
      <w:r w:rsidRPr="00585726">
        <w:rPr>
          <w:rFonts w:cs="Arial"/>
          <w:sz w:val="24"/>
          <w:szCs w:val="24"/>
        </w:rPr>
        <w:t>egasiga</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beriladi</w:t>
      </w:r>
      <w:proofErr w:type="spellEnd"/>
      <w:r w:rsidRPr="00585726">
        <w:rPr>
          <w:rFonts w:cs="Arial"/>
          <w:sz w:val="24"/>
          <w:szCs w:val="24"/>
        </w:rPr>
        <w:t>.</w:t>
      </w:r>
    </w:p>
    <w:p w14:paraId="05287989" w14:textId="77777777" w:rsidR="007D24A2" w:rsidRPr="00585726" w:rsidRDefault="007D24A2" w:rsidP="00F24377">
      <w:pPr>
        <w:ind w:firstLine="567"/>
        <w:jc w:val="both"/>
        <w:rPr>
          <w:rFonts w:cs="Arial"/>
          <w:sz w:val="24"/>
          <w:szCs w:val="24"/>
        </w:rPr>
      </w:pPr>
    </w:p>
    <w:p w14:paraId="7CCB22D4" w14:textId="77777777" w:rsidR="008F00AB" w:rsidRPr="00585726" w:rsidRDefault="00357484" w:rsidP="00F24377">
      <w:pPr>
        <w:ind w:firstLine="567"/>
        <w:jc w:val="both"/>
        <w:rPr>
          <w:rFonts w:cs="Arial"/>
          <w:sz w:val="24"/>
          <w:szCs w:val="24"/>
        </w:rPr>
      </w:pPr>
      <w:r w:rsidRPr="00585726">
        <w:rPr>
          <w:rFonts w:cs="Arial"/>
          <w:b/>
          <w:sz w:val="24"/>
          <w:szCs w:val="24"/>
        </w:rPr>
        <w:t>V. KARTADAN FOYDALANISH TARTIBI</w:t>
      </w:r>
    </w:p>
    <w:p w14:paraId="180429B6"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faqat</w:t>
      </w:r>
      <w:proofErr w:type="spellEnd"/>
      <w:r w:rsidRPr="00585726">
        <w:rPr>
          <w:rFonts w:cs="Arial"/>
          <w:sz w:val="24"/>
          <w:szCs w:val="24"/>
        </w:rPr>
        <w:t xml:space="preserve">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qonuniy</w:t>
      </w:r>
      <w:proofErr w:type="spellEnd"/>
      <w:r w:rsidRPr="00585726">
        <w:rPr>
          <w:rFonts w:cs="Arial"/>
          <w:sz w:val="24"/>
          <w:szCs w:val="24"/>
        </w:rPr>
        <w:t xml:space="preserve"> </w:t>
      </w:r>
      <w:proofErr w:type="spellStart"/>
      <w:r w:rsidRPr="00585726">
        <w:rPr>
          <w:rFonts w:cs="Arial"/>
          <w:sz w:val="24"/>
          <w:szCs w:val="24"/>
        </w:rPr>
        <w:t>faoliyati</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bo</w:t>
      </w:r>
      <w:r w:rsidR="008841C6" w:rsidRPr="00585726">
        <w:rPr>
          <w:rFonts w:cs="Arial"/>
          <w:sz w:val="24"/>
          <w:szCs w:val="24"/>
        </w:rPr>
        <w:t>g‘</w:t>
      </w:r>
      <w:r w:rsidRPr="00585726">
        <w:rPr>
          <w:rFonts w:cs="Arial"/>
          <w:sz w:val="24"/>
          <w:szCs w:val="24"/>
        </w:rPr>
        <w:t>liq</w:t>
      </w:r>
      <w:proofErr w:type="spellEnd"/>
      <w:r w:rsidRPr="00585726">
        <w:rPr>
          <w:rFonts w:cs="Arial"/>
          <w:sz w:val="24"/>
          <w:szCs w:val="24"/>
        </w:rPr>
        <w:t xml:space="preserve"> </w:t>
      </w:r>
      <w:proofErr w:type="spellStart"/>
      <w:r w:rsidRPr="00585726">
        <w:rPr>
          <w:rFonts w:cs="Arial"/>
          <w:sz w:val="24"/>
          <w:szCs w:val="24"/>
        </w:rPr>
        <w:t>maqsadlarda</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oshirilishi</w:t>
      </w:r>
      <w:proofErr w:type="spellEnd"/>
      <w:r w:rsidRPr="00585726">
        <w:rPr>
          <w:rFonts w:cs="Arial"/>
          <w:sz w:val="24"/>
          <w:szCs w:val="24"/>
        </w:rPr>
        <w:t xml:space="preserve"> </w:t>
      </w:r>
      <w:proofErr w:type="spellStart"/>
      <w:r w:rsidRPr="00585726">
        <w:rPr>
          <w:rFonts w:cs="Arial"/>
          <w:sz w:val="24"/>
          <w:szCs w:val="24"/>
        </w:rPr>
        <w:t>mumkin</w:t>
      </w:r>
      <w:proofErr w:type="spellEnd"/>
      <w:r w:rsidRPr="00585726">
        <w:rPr>
          <w:rFonts w:cs="Arial"/>
          <w:sz w:val="24"/>
          <w:szCs w:val="24"/>
        </w:rPr>
        <w:t>.</w:t>
      </w:r>
    </w:p>
    <w:p w14:paraId="72C0E6FB"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naqd</w:t>
      </w:r>
      <w:proofErr w:type="spellEnd"/>
      <w:r w:rsidRPr="00585726">
        <w:rPr>
          <w:rFonts w:cs="Arial"/>
          <w:sz w:val="24"/>
          <w:szCs w:val="24"/>
        </w:rPr>
        <w:t xml:space="preserve"> </w:t>
      </w:r>
      <w:proofErr w:type="spellStart"/>
      <w:r w:rsidRPr="00585726">
        <w:rPr>
          <w:rFonts w:cs="Arial"/>
          <w:sz w:val="24"/>
          <w:szCs w:val="24"/>
        </w:rPr>
        <w:t>pulsiz</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w:t>
      </w:r>
      <w:proofErr w:type="spellStart"/>
      <w:r w:rsidRPr="00585726">
        <w:rPr>
          <w:rFonts w:cs="Arial"/>
          <w:sz w:val="24"/>
          <w:szCs w:val="24"/>
        </w:rPr>
        <w:t>tovarlar</w:t>
      </w:r>
      <w:proofErr w:type="spellEnd"/>
      <w:r w:rsidRPr="00585726">
        <w:rPr>
          <w:rFonts w:cs="Arial"/>
          <w:sz w:val="24"/>
          <w:szCs w:val="24"/>
        </w:rPr>
        <w:t xml:space="preserve">, </w:t>
      </w:r>
      <w:proofErr w:type="spellStart"/>
      <w:r w:rsidRPr="00585726">
        <w:rPr>
          <w:rFonts w:cs="Arial"/>
          <w:sz w:val="24"/>
          <w:szCs w:val="24"/>
        </w:rPr>
        <w:t>ishlar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xizmatlar</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haq</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lash</w:t>
      </w:r>
      <w:proofErr w:type="spellEnd"/>
      <w:r w:rsidRPr="00585726">
        <w:rPr>
          <w:rFonts w:cs="Arial"/>
          <w:sz w:val="24"/>
          <w:szCs w:val="24"/>
        </w:rPr>
        <w:t xml:space="preserve">, </w:t>
      </w:r>
      <w:proofErr w:type="spellStart"/>
      <w:r w:rsidRPr="00585726">
        <w:rPr>
          <w:rFonts w:cs="Arial"/>
          <w:sz w:val="24"/>
          <w:szCs w:val="24"/>
        </w:rPr>
        <w:t>xizmat</w:t>
      </w:r>
      <w:proofErr w:type="spellEnd"/>
      <w:r w:rsidRPr="00585726">
        <w:rPr>
          <w:rFonts w:cs="Arial"/>
          <w:sz w:val="24"/>
          <w:szCs w:val="24"/>
        </w:rPr>
        <w:t xml:space="preserve"> safari, </w:t>
      </w:r>
      <w:proofErr w:type="spellStart"/>
      <w:r w:rsidRPr="00585726">
        <w:rPr>
          <w:rFonts w:cs="Arial"/>
          <w:sz w:val="24"/>
          <w:szCs w:val="24"/>
        </w:rPr>
        <w:t>vakillik</w:t>
      </w:r>
      <w:proofErr w:type="spellEnd"/>
      <w:r w:rsidRPr="00585726">
        <w:rPr>
          <w:rFonts w:cs="Arial"/>
          <w:sz w:val="24"/>
          <w:szCs w:val="24"/>
        </w:rPr>
        <w:t xml:space="preserve">, </w:t>
      </w:r>
      <w:proofErr w:type="spellStart"/>
      <w:r w:rsidRPr="00585726">
        <w:rPr>
          <w:rFonts w:cs="Arial"/>
          <w:sz w:val="24"/>
          <w:szCs w:val="24"/>
        </w:rPr>
        <w:t>ma’muriy-x</w:t>
      </w:r>
      <w:r w:rsidR="008841C6" w:rsidRPr="00585726">
        <w:rPr>
          <w:rFonts w:cs="Arial"/>
          <w:sz w:val="24"/>
          <w:szCs w:val="24"/>
        </w:rPr>
        <w:t>o‘</w:t>
      </w:r>
      <w:r w:rsidRPr="00585726">
        <w:rPr>
          <w:rFonts w:cs="Arial"/>
          <w:sz w:val="24"/>
          <w:szCs w:val="24"/>
        </w:rPr>
        <w:t>jalik</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qonuniy</w:t>
      </w:r>
      <w:proofErr w:type="spellEnd"/>
      <w:r w:rsidRPr="00585726">
        <w:rPr>
          <w:rFonts w:cs="Arial"/>
          <w:sz w:val="24"/>
          <w:szCs w:val="24"/>
        </w:rPr>
        <w:t xml:space="preserve"> </w:t>
      </w:r>
      <w:proofErr w:type="spellStart"/>
      <w:r w:rsidRPr="00585726">
        <w:rPr>
          <w:rFonts w:cs="Arial"/>
          <w:sz w:val="24"/>
          <w:szCs w:val="24"/>
        </w:rPr>
        <w:t>xarajatlarni</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oshirish</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llanilishi</w:t>
      </w:r>
      <w:proofErr w:type="spellEnd"/>
      <w:r w:rsidRPr="00585726">
        <w:rPr>
          <w:rFonts w:cs="Arial"/>
          <w:sz w:val="24"/>
          <w:szCs w:val="24"/>
        </w:rPr>
        <w:t xml:space="preserve"> </w:t>
      </w:r>
      <w:proofErr w:type="spellStart"/>
      <w:r w:rsidRPr="00585726">
        <w:rPr>
          <w:rFonts w:cs="Arial"/>
          <w:sz w:val="24"/>
          <w:szCs w:val="24"/>
        </w:rPr>
        <w:t>mumkin</w:t>
      </w:r>
      <w:proofErr w:type="spellEnd"/>
      <w:r w:rsidRPr="00585726">
        <w:rPr>
          <w:rFonts w:cs="Arial"/>
          <w:sz w:val="24"/>
          <w:szCs w:val="24"/>
        </w:rPr>
        <w:t xml:space="preserve">, agar </w:t>
      </w:r>
      <w:proofErr w:type="spellStart"/>
      <w:r w:rsidRPr="00585726">
        <w:rPr>
          <w:rFonts w:cs="Arial"/>
          <w:sz w:val="24"/>
          <w:szCs w:val="24"/>
        </w:rPr>
        <w:t>bunday</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amaldagi</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Bankning</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tartib-taomillariga</w:t>
      </w:r>
      <w:proofErr w:type="spellEnd"/>
      <w:r w:rsidRPr="00585726">
        <w:rPr>
          <w:rFonts w:cs="Arial"/>
          <w:sz w:val="24"/>
          <w:szCs w:val="24"/>
        </w:rPr>
        <w:t xml:space="preserve"> </w:t>
      </w:r>
      <w:proofErr w:type="spellStart"/>
      <w:r w:rsidRPr="00585726">
        <w:rPr>
          <w:rFonts w:cs="Arial"/>
          <w:sz w:val="24"/>
          <w:szCs w:val="24"/>
        </w:rPr>
        <w:t>zid</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lmasa</w:t>
      </w:r>
      <w:proofErr w:type="spellEnd"/>
      <w:r w:rsidRPr="00585726">
        <w:rPr>
          <w:rFonts w:cs="Arial"/>
          <w:sz w:val="24"/>
          <w:szCs w:val="24"/>
        </w:rPr>
        <w:t>.</w:t>
      </w:r>
    </w:p>
    <w:p w14:paraId="6D6A3067"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naqd</w:t>
      </w:r>
      <w:proofErr w:type="spellEnd"/>
      <w:r w:rsidRPr="00585726">
        <w:rPr>
          <w:rFonts w:cs="Arial"/>
          <w:sz w:val="24"/>
          <w:szCs w:val="24"/>
        </w:rPr>
        <w:t xml:space="preserve"> </w:t>
      </w:r>
      <w:proofErr w:type="spellStart"/>
      <w:r w:rsidRPr="00585726">
        <w:rPr>
          <w:rFonts w:cs="Arial"/>
          <w:sz w:val="24"/>
          <w:szCs w:val="24"/>
        </w:rPr>
        <w:t>pul</w:t>
      </w:r>
      <w:proofErr w:type="spellEnd"/>
      <w:r w:rsidRPr="00585726">
        <w:rPr>
          <w:rFonts w:cs="Arial"/>
          <w:sz w:val="24"/>
          <w:szCs w:val="24"/>
        </w:rPr>
        <w:t xml:space="preserve"> </w:t>
      </w:r>
      <w:proofErr w:type="spellStart"/>
      <w:r w:rsidRPr="00585726">
        <w:rPr>
          <w:rFonts w:cs="Arial"/>
          <w:sz w:val="24"/>
          <w:szCs w:val="24"/>
        </w:rPr>
        <w:t>yechish</w:t>
      </w:r>
      <w:proofErr w:type="spellEnd"/>
      <w:r w:rsidRPr="00585726">
        <w:rPr>
          <w:rFonts w:cs="Arial"/>
          <w:sz w:val="24"/>
          <w:szCs w:val="24"/>
        </w:rPr>
        <w:t xml:space="preserve">, </w:t>
      </w:r>
      <w:proofErr w:type="spellStart"/>
      <w:r w:rsidRPr="00585726">
        <w:rPr>
          <w:rFonts w:cs="Arial"/>
          <w:sz w:val="24"/>
          <w:szCs w:val="24"/>
        </w:rPr>
        <w:t>valyuta</w:t>
      </w:r>
      <w:proofErr w:type="spellEnd"/>
      <w:r w:rsidRPr="00585726">
        <w:rPr>
          <w:rFonts w:cs="Arial"/>
          <w:sz w:val="24"/>
          <w:szCs w:val="24"/>
        </w:rPr>
        <w:t xml:space="preserve"> </w:t>
      </w:r>
      <w:proofErr w:type="spellStart"/>
      <w:r w:rsidRPr="00585726">
        <w:rPr>
          <w:rFonts w:cs="Arial"/>
          <w:sz w:val="24"/>
          <w:szCs w:val="24"/>
        </w:rPr>
        <w:t>operatsiyalari</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tkazmalar</w:t>
      </w:r>
      <w:proofErr w:type="spellEnd"/>
      <w:r w:rsidRPr="00585726">
        <w:rPr>
          <w:rFonts w:cs="Arial"/>
          <w:sz w:val="24"/>
          <w:szCs w:val="24"/>
        </w:rPr>
        <w:t xml:space="preserve">, </w:t>
      </w:r>
      <w:proofErr w:type="spellStart"/>
      <w:r w:rsidRPr="00585726">
        <w:rPr>
          <w:rFonts w:cs="Arial"/>
          <w:sz w:val="24"/>
          <w:szCs w:val="24"/>
        </w:rPr>
        <w:t>onlayn</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alohida</w:t>
      </w:r>
      <w:proofErr w:type="spellEnd"/>
      <w:r w:rsidRPr="00585726">
        <w:rPr>
          <w:rFonts w:cs="Arial"/>
          <w:sz w:val="24"/>
          <w:szCs w:val="24"/>
        </w:rPr>
        <w:t xml:space="preserve"> turdagi operatsiyalar faqat Bank tomonidan ruxsat etilgan mahsulot parametrlari va amaldagi qonunchilik doirasida amalga oshiriladi.</w:t>
      </w:r>
    </w:p>
    <w:p w14:paraId="1DCFDE20"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Kartadan</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umumiy</w:t>
      </w:r>
      <w:proofErr w:type="spellEnd"/>
      <w:r w:rsidRPr="00585726">
        <w:rPr>
          <w:rFonts w:cs="Arial"/>
          <w:sz w:val="24"/>
          <w:szCs w:val="24"/>
        </w:rPr>
        <w:t xml:space="preserve"> limit, </w:t>
      </w:r>
      <w:proofErr w:type="spellStart"/>
      <w:r w:rsidRPr="00585726">
        <w:rPr>
          <w:rFonts w:cs="Arial"/>
          <w:sz w:val="24"/>
          <w:szCs w:val="24"/>
        </w:rPr>
        <w:t>bir</w:t>
      </w:r>
      <w:proofErr w:type="spellEnd"/>
      <w:r w:rsidRPr="00585726">
        <w:rPr>
          <w:rFonts w:cs="Arial"/>
          <w:sz w:val="24"/>
          <w:szCs w:val="24"/>
        </w:rPr>
        <w:t xml:space="preserve"> </w:t>
      </w:r>
      <w:proofErr w:type="spellStart"/>
      <w:r w:rsidRPr="00585726">
        <w:rPr>
          <w:rFonts w:cs="Arial"/>
          <w:sz w:val="24"/>
          <w:szCs w:val="24"/>
        </w:rPr>
        <w:t>martalik</w:t>
      </w:r>
      <w:proofErr w:type="spellEnd"/>
      <w:r w:rsidRPr="00585726">
        <w:rPr>
          <w:rFonts w:cs="Arial"/>
          <w:sz w:val="24"/>
          <w:szCs w:val="24"/>
        </w:rPr>
        <w:t xml:space="preserve"> limit, </w:t>
      </w:r>
      <w:proofErr w:type="spellStart"/>
      <w:r w:rsidRPr="00585726">
        <w:rPr>
          <w:rFonts w:cs="Arial"/>
          <w:sz w:val="24"/>
          <w:szCs w:val="24"/>
        </w:rPr>
        <w:t>kunlik</w:t>
      </w:r>
      <w:proofErr w:type="spellEnd"/>
      <w:r w:rsidRPr="00585726">
        <w:rPr>
          <w:rFonts w:cs="Arial"/>
          <w:sz w:val="24"/>
          <w:szCs w:val="24"/>
        </w:rPr>
        <w:t xml:space="preserve"> limit, </w:t>
      </w:r>
      <w:proofErr w:type="spellStart"/>
      <w:r w:rsidRPr="00585726">
        <w:rPr>
          <w:rFonts w:cs="Arial"/>
          <w:sz w:val="24"/>
          <w:szCs w:val="24"/>
        </w:rPr>
        <w:t>oylik</w:t>
      </w:r>
      <w:proofErr w:type="spellEnd"/>
      <w:r w:rsidRPr="00585726">
        <w:rPr>
          <w:rFonts w:cs="Arial"/>
          <w:sz w:val="24"/>
          <w:szCs w:val="24"/>
        </w:rPr>
        <w:t xml:space="preserve"> limit </w:t>
      </w:r>
      <w:proofErr w:type="spellStart"/>
      <w:r w:rsidRPr="00585726">
        <w:rPr>
          <w:rFonts w:cs="Arial"/>
          <w:sz w:val="24"/>
          <w:szCs w:val="24"/>
        </w:rPr>
        <w:t>hamda</w:t>
      </w:r>
      <w:proofErr w:type="spellEnd"/>
      <w:r w:rsidRPr="00585726">
        <w:rPr>
          <w:rFonts w:cs="Arial"/>
          <w:sz w:val="24"/>
          <w:szCs w:val="24"/>
        </w:rPr>
        <w:t xml:space="preserve"> </w:t>
      </w:r>
      <w:proofErr w:type="spellStart"/>
      <w:r w:rsidRPr="00585726">
        <w:rPr>
          <w:rFonts w:cs="Arial"/>
          <w:sz w:val="24"/>
          <w:szCs w:val="24"/>
        </w:rPr>
        <w:t>alohida</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cheklovlarni</w:t>
      </w:r>
      <w:proofErr w:type="spellEnd"/>
      <w:r w:rsidRPr="00585726">
        <w:rPr>
          <w:rFonts w:cs="Arial"/>
          <w:sz w:val="24"/>
          <w:szCs w:val="24"/>
        </w:rPr>
        <w:t xml:space="preserve"> </w:t>
      </w:r>
      <w:proofErr w:type="spellStart"/>
      <w:r w:rsidRPr="00585726">
        <w:rPr>
          <w:rFonts w:cs="Arial"/>
          <w:sz w:val="24"/>
          <w:szCs w:val="24"/>
        </w:rPr>
        <w:t>belgilashni</w:t>
      </w:r>
      <w:proofErr w:type="spellEnd"/>
      <w:r w:rsidRPr="00585726">
        <w:rPr>
          <w:rFonts w:cs="Arial"/>
          <w:sz w:val="24"/>
          <w:szCs w:val="24"/>
        </w:rPr>
        <w:t xml:space="preserve"> </w:t>
      </w:r>
      <w:proofErr w:type="spellStart"/>
      <w:r w:rsidRPr="00585726">
        <w:rPr>
          <w:rFonts w:cs="Arial"/>
          <w:sz w:val="24"/>
          <w:szCs w:val="24"/>
        </w:rPr>
        <w:t>s</w:t>
      </w:r>
      <w:r w:rsidR="008841C6" w:rsidRPr="00585726">
        <w:rPr>
          <w:rFonts w:cs="Arial"/>
          <w:sz w:val="24"/>
          <w:szCs w:val="24"/>
        </w:rPr>
        <w:t>o‘</w:t>
      </w:r>
      <w:r w:rsidRPr="00585726">
        <w:rPr>
          <w:rFonts w:cs="Arial"/>
          <w:sz w:val="24"/>
          <w:szCs w:val="24"/>
        </w:rPr>
        <w:t>rashga</w:t>
      </w:r>
      <w:proofErr w:type="spellEnd"/>
      <w:r w:rsidRPr="00585726">
        <w:rPr>
          <w:rFonts w:cs="Arial"/>
          <w:sz w:val="24"/>
          <w:szCs w:val="24"/>
        </w:rPr>
        <w:t xml:space="preserve"> </w:t>
      </w:r>
      <w:proofErr w:type="spellStart"/>
      <w:r w:rsidRPr="00585726">
        <w:rPr>
          <w:rFonts w:cs="Arial"/>
          <w:sz w:val="24"/>
          <w:szCs w:val="24"/>
        </w:rPr>
        <w:t>haqli</w:t>
      </w:r>
      <w:proofErr w:type="spellEnd"/>
      <w:r w:rsidRPr="00585726">
        <w:rPr>
          <w:rFonts w:cs="Arial"/>
          <w:sz w:val="24"/>
          <w:szCs w:val="24"/>
        </w:rPr>
        <w:t>. Bank ushbu limitlarni texnik va mahsulot shartlari doirasida tatbiq etadi.</w:t>
      </w:r>
    </w:p>
    <w:p w14:paraId="4A892B18"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hisobvara</w:t>
      </w:r>
      <w:r w:rsidR="008841C6" w:rsidRPr="00585726">
        <w:rPr>
          <w:rFonts w:cs="Arial"/>
          <w:sz w:val="24"/>
          <w:szCs w:val="24"/>
        </w:rPr>
        <w:t>g‘</w:t>
      </w:r>
      <w:proofErr w:type="gramEnd"/>
      <w:r w:rsidRPr="00585726">
        <w:rPr>
          <w:rFonts w:cs="Arial"/>
          <w:sz w:val="24"/>
          <w:szCs w:val="24"/>
        </w:rPr>
        <w:t>idagi</w:t>
      </w:r>
      <w:proofErr w:type="spellEnd"/>
      <w:r w:rsidRPr="00585726">
        <w:rPr>
          <w:rFonts w:cs="Arial"/>
          <w:sz w:val="24"/>
          <w:szCs w:val="24"/>
        </w:rPr>
        <w:t xml:space="preserve"> </w:t>
      </w:r>
      <w:proofErr w:type="spellStart"/>
      <w:r w:rsidRPr="00585726">
        <w:rPr>
          <w:rFonts w:cs="Arial"/>
          <w:sz w:val="24"/>
          <w:szCs w:val="24"/>
        </w:rPr>
        <w:t>mabla</w:t>
      </w:r>
      <w:r w:rsidR="008841C6" w:rsidRPr="00585726">
        <w:rPr>
          <w:rFonts w:cs="Arial"/>
          <w:sz w:val="24"/>
          <w:szCs w:val="24"/>
        </w:rPr>
        <w:t>g‘</w:t>
      </w:r>
      <w:r w:rsidRPr="00585726">
        <w:rPr>
          <w:rFonts w:cs="Arial"/>
          <w:sz w:val="24"/>
          <w:szCs w:val="24"/>
        </w:rPr>
        <w:t>lar</w:t>
      </w:r>
      <w:proofErr w:type="spellEnd"/>
      <w:r w:rsidRPr="00585726">
        <w:rPr>
          <w:rFonts w:cs="Arial"/>
          <w:sz w:val="24"/>
          <w:szCs w:val="24"/>
        </w:rPr>
        <w:t xml:space="preserve"> </w:t>
      </w:r>
      <w:proofErr w:type="spellStart"/>
      <w:r w:rsidRPr="00585726">
        <w:rPr>
          <w:rFonts w:cs="Arial"/>
          <w:sz w:val="24"/>
          <w:szCs w:val="24"/>
        </w:rPr>
        <w:t>yetarli</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lmagan</w:t>
      </w:r>
      <w:proofErr w:type="spellEnd"/>
      <w:r w:rsidRPr="00585726">
        <w:rPr>
          <w:rFonts w:cs="Arial"/>
          <w:sz w:val="24"/>
          <w:szCs w:val="24"/>
        </w:rPr>
        <w:t xml:space="preserve"> </w:t>
      </w:r>
      <w:proofErr w:type="spellStart"/>
      <w:r w:rsidRPr="00585726">
        <w:rPr>
          <w:rFonts w:cs="Arial"/>
          <w:sz w:val="24"/>
          <w:szCs w:val="24"/>
        </w:rPr>
        <w:t>taqdirda</w:t>
      </w:r>
      <w:proofErr w:type="spellEnd"/>
      <w:r w:rsidRPr="00585726">
        <w:rPr>
          <w:rFonts w:cs="Arial"/>
          <w:sz w:val="24"/>
          <w:szCs w:val="24"/>
        </w:rPr>
        <w:t xml:space="preserve"> </w:t>
      </w:r>
      <w:proofErr w:type="spellStart"/>
      <w:r w:rsidRPr="00585726">
        <w:rPr>
          <w:rFonts w:cs="Arial"/>
          <w:sz w:val="24"/>
          <w:szCs w:val="24"/>
        </w:rPr>
        <w:t>operatsiya</w:t>
      </w:r>
      <w:proofErr w:type="spellEnd"/>
      <w:r w:rsidRPr="00585726">
        <w:rPr>
          <w:rFonts w:cs="Arial"/>
          <w:sz w:val="24"/>
          <w:szCs w:val="24"/>
        </w:rPr>
        <w:t xml:space="preserve"> rad </w:t>
      </w:r>
      <w:proofErr w:type="spellStart"/>
      <w:r w:rsidRPr="00585726">
        <w:rPr>
          <w:rFonts w:cs="Arial"/>
          <w:sz w:val="24"/>
          <w:szCs w:val="24"/>
        </w:rPr>
        <w:t>etilishi</w:t>
      </w:r>
      <w:proofErr w:type="spellEnd"/>
      <w:r w:rsidRPr="00585726">
        <w:rPr>
          <w:rFonts w:cs="Arial"/>
          <w:sz w:val="24"/>
          <w:szCs w:val="24"/>
        </w:rPr>
        <w:t xml:space="preserve"> mumkin.</w:t>
      </w:r>
    </w:p>
    <w:p w14:paraId="0B471DC6"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ayrim</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xavfsizlik</w:t>
      </w:r>
      <w:proofErr w:type="spellEnd"/>
      <w:r w:rsidRPr="00585726">
        <w:rPr>
          <w:rFonts w:cs="Arial"/>
          <w:sz w:val="24"/>
          <w:szCs w:val="24"/>
        </w:rPr>
        <w:t xml:space="preserve">, AML/CFT/CPF, </w:t>
      </w:r>
      <w:proofErr w:type="spellStart"/>
      <w:r w:rsidRPr="00585726">
        <w:rPr>
          <w:rFonts w:cs="Arial"/>
          <w:sz w:val="24"/>
          <w:szCs w:val="24"/>
        </w:rPr>
        <w:t>sanksiya</w:t>
      </w:r>
      <w:proofErr w:type="spellEnd"/>
      <w:r w:rsidRPr="00585726">
        <w:rPr>
          <w:rFonts w:cs="Arial"/>
          <w:sz w:val="24"/>
          <w:szCs w:val="24"/>
        </w:rPr>
        <w:t xml:space="preserve"> </w:t>
      </w:r>
      <w:proofErr w:type="spellStart"/>
      <w:r w:rsidRPr="00585726">
        <w:rPr>
          <w:rFonts w:cs="Arial"/>
          <w:sz w:val="24"/>
          <w:szCs w:val="24"/>
        </w:rPr>
        <w:t>nazorati</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texnik</w:t>
      </w:r>
      <w:proofErr w:type="spellEnd"/>
      <w:r w:rsidRPr="00585726">
        <w:rPr>
          <w:rFonts w:cs="Arial"/>
          <w:sz w:val="24"/>
          <w:szCs w:val="24"/>
        </w:rPr>
        <w:t xml:space="preserve"> </w:t>
      </w:r>
      <w:proofErr w:type="spellStart"/>
      <w:r w:rsidRPr="00585726">
        <w:rPr>
          <w:rFonts w:cs="Arial"/>
          <w:sz w:val="24"/>
          <w:szCs w:val="24"/>
        </w:rPr>
        <w:t>sabablarga</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ra</w:t>
      </w:r>
      <w:proofErr w:type="spellEnd"/>
      <w:r w:rsidRPr="00585726">
        <w:rPr>
          <w:rFonts w:cs="Arial"/>
          <w:sz w:val="24"/>
          <w:szCs w:val="24"/>
        </w:rPr>
        <w:t xml:space="preserve"> rad </w:t>
      </w:r>
      <w:proofErr w:type="spellStart"/>
      <w:r w:rsidRPr="00585726">
        <w:rPr>
          <w:rFonts w:cs="Arial"/>
          <w:sz w:val="24"/>
          <w:szCs w:val="24"/>
        </w:rPr>
        <w:t>etishga</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xtatib</w:t>
      </w:r>
      <w:proofErr w:type="spellEnd"/>
      <w:r w:rsidRPr="00585726">
        <w:rPr>
          <w:rFonts w:cs="Arial"/>
          <w:sz w:val="24"/>
          <w:szCs w:val="24"/>
        </w:rPr>
        <w:t xml:space="preserve"> </w:t>
      </w:r>
      <w:proofErr w:type="spellStart"/>
      <w:r w:rsidRPr="00585726">
        <w:rPr>
          <w:rFonts w:cs="Arial"/>
          <w:sz w:val="24"/>
          <w:szCs w:val="24"/>
        </w:rPr>
        <w:t>turishga</w:t>
      </w:r>
      <w:proofErr w:type="spellEnd"/>
      <w:r w:rsidRPr="00585726">
        <w:rPr>
          <w:rFonts w:cs="Arial"/>
          <w:sz w:val="24"/>
          <w:szCs w:val="24"/>
        </w:rPr>
        <w:t xml:space="preserve"> </w:t>
      </w:r>
      <w:proofErr w:type="spellStart"/>
      <w:r w:rsidRPr="00585726">
        <w:rPr>
          <w:rFonts w:cs="Arial"/>
          <w:sz w:val="24"/>
          <w:szCs w:val="24"/>
        </w:rPr>
        <w:t>yoxud</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w:t>
      </w:r>
      <w:proofErr w:type="spellEnd"/>
      <w:r w:rsidRPr="00585726">
        <w:rPr>
          <w:rFonts w:cs="Arial"/>
          <w:sz w:val="24"/>
          <w:szCs w:val="24"/>
        </w:rPr>
        <w:t xml:space="preserve"> </w:t>
      </w:r>
      <w:proofErr w:type="spellStart"/>
      <w:r w:rsidRPr="00585726">
        <w:rPr>
          <w:rFonts w:cs="Arial"/>
          <w:sz w:val="24"/>
          <w:szCs w:val="24"/>
        </w:rPr>
        <w:t>tekshiruvga</w:t>
      </w:r>
      <w:proofErr w:type="spellEnd"/>
      <w:r w:rsidRPr="00585726">
        <w:rPr>
          <w:rFonts w:cs="Arial"/>
          <w:sz w:val="24"/>
          <w:szCs w:val="24"/>
        </w:rPr>
        <w:t xml:space="preserve"> </w:t>
      </w:r>
      <w:proofErr w:type="spellStart"/>
      <w:r w:rsidRPr="00585726">
        <w:rPr>
          <w:rFonts w:cs="Arial"/>
          <w:sz w:val="24"/>
          <w:szCs w:val="24"/>
        </w:rPr>
        <w:t>yuborishga</w:t>
      </w:r>
      <w:proofErr w:type="spellEnd"/>
      <w:r w:rsidRPr="00585726">
        <w:rPr>
          <w:rFonts w:cs="Arial"/>
          <w:sz w:val="24"/>
          <w:szCs w:val="24"/>
        </w:rPr>
        <w:t xml:space="preserve"> </w:t>
      </w:r>
      <w:proofErr w:type="spellStart"/>
      <w:r w:rsidRPr="00585726">
        <w:rPr>
          <w:rFonts w:cs="Arial"/>
          <w:sz w:val="24"/>
          <w:szCs w:val="24"/>
        </w:rPr>
        <w:t>haqli</w:t>
      </w:r>
      <w:proofErr w:type="spellEnd"/>
      <w:r w:rsidRPr="00585726">
        <w:rPr>
          <w:rFonts w:cs="Arial"/>
          <w:sz w:val="24"/>
          <w:szCs w:val="24"/>
        </w:rPr>
        <w:t>.</w:t>
      </w:r>
    </w:p>
    <w:p w14:paraId="424DF78B" w14:textId="77777777" w:rsidR="007D24A2" w:rsidRPr="00585726" w:rsidRDefault="007D24A2" w:rsidP="00F24377">
      <w:pPr>
        <w:ind w:firstLine="567"/>
        <w:jc w:val="both"/>
        <w:rPr>
          <w:rFonts w:cs="Arial"/>
          <w:sz w:val="24"/>
          <w:szCs w:val="24"/>
        </w:rPr>
      </w:pPr>
    </w:p>
    <w:p w14:paraId="441E5554" w14:textId="77777777" w:rsidR="008F00AB" w:rsidRPr="00585726" w:rsidRDefault="00357484" w:rsidP="00F24377">
      <w:pPr>
        <w:ind w:firstLine="567"/>
        <w:jc w:val="both"/>
        <w:rPr>
          <w:rFonts w:cs="Arial"/>
          <w:sz w:val="24"/>
          <w:szCs w:val="24"/>
        </w:rPr>
      </w:pPr>
      <w:r w:rsidRPr="00585726">
        <w:rPr>
          <w:rFonts w:cs="Arial"/>
          <w:b/>
          <w:sz w:val="24"/>
          <w:szCs w:val="24"/>
        </w:rPr>
        <w:t>VI. TARAFLARNING HUQUQ VA MAJBURIYATLARI</w:t>
      </w:r>
    </w:p>
    <w:p w14:paraId="5ABC5C71" w14:textId="77777777" w:rsidR="008F00AB" w:rsidRPr="00585726" w:rsidRDefault="00357484" w:rsidP="00F24377">
      <w:pPr>
        <w:ind w:firstLine="567"/>
        <w:jc w:val="both"/>
        <w:rPr>
          <w:rFonts w:cs="Arial"/>
          <w:sz w:val="24"/>
          <w:szCs w:val="24"/>
        </w:rPr>
      </w:pPr>
      <w:r w:rsidRPr="00585726">
        <w:rPr>
          <w:rFonts w:cs="Arial"/>
          <w:sz w:val="24"/>
          <w:szCs w:val="24"/>
        </w:rPr>
        <w:t>Bankning majburiyatlari:</w:t>
      </w:r>
    </w:p>
    <w:p w14:paraId="07334E98" w14:textId="77777777" w:rsidR="008F00AB" w:rsidRPr="00585726" w:rsidRDefault="00357484" w:rsidP="00F24377">
      <w:pPr>
        <w:pStyle w:val="a0"/>
        <w:ind w:left="0" w:firstLine="567"/>
        <w:jc w:val="both"/>
        <w:rPr>
          <w:rFonts w:cs="Arial"/>
          <w:sz w:val="24"/>
          <w:szCs w:val="24"/>
        </w:rPr>
      </w:pPr>
      <w:r w:rsidRPr="00585726">
        <w:rPr>
          <w:rFonts w:cs="Arial"/>
          <w:sz w:val="24"/>
          <w:szCs w:val="24"/>
        </w:rPr>
        <w:t>Kartani belgilangan tartibda chiqarish, rasmiylashtirish va topshirish;</w:t>
      </w:r>
    </w:p>
    <w:p w14:paraId="565AD424"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hisobvara</w:t>
      </w:r>
      <w:r w:rsidR="008841C6" w:rsidRPr="00585726">
        <w:rPr>
          <w:rFonts w:cs="Arial"/>
          <w:sz w:val="24"/>
          <w:szCs w:val="24"/>
        </w:rPr>
        <w:t>g‘</w:t>
      </w:r>
      <w:proofErr w:type="gramEnd"/>
      <w:r w:rsidRPr="00585726">
        <w:rPr>
          <w:rFonts w:cs="Arial"/>
          <w:sz w:val="24"/>
          <w:szCs w:val="24"/>
        </w:rPr>
        <w:t>i</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operatsiyalarni</w:t>
      </w:r>
      <w:proofErr w:type="spellEnd"/>
      <w:r w:rsidRPr="00585726">
        <w:rPr>
          <w:rFonts w:cs="Arial"/>
          <w:sz w:val="24"/>
          <w:szCs w:val="24"/>
        </w:rPr>
        <w:t xml:space="preserve"> </w:t>
      </w:r>
      <w:proofErr w:type="spellStart"/>
      <w:r w:rsidRPr="00585726">
        <w:rPr>
          <w:rFonts w:cs="Arial"/>
          <w:sz w:val="24"/>
          <w:szCs w:val="24"/>
        </w:rPr>
        <w:t>hisobga</w:t>
      </w:r>
      <w:proofErr w:type="spellEnd"/>
      <w:r w:rsidRPr="00585726">
        <w:rPr>
          <w:rFonts w:cs="Arial"/>
          <w:sz w:val="24"/>
          <w:szCs w:val="24"/>
        </w:rPr>
        <w:t xml:space="preserve"> </w:t>
      </w:r>
      <w:proofErr w:type="spellStart"/>
      <w:r w:rsidRPr="00585726">
        <w:rPr>
          <w:rFonts w:cs="Arial"/>
          <w:sz w:val="24"/>
          <w:szCs w:val="24"/>
        </w:rPr>
        <w:t>olish</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chirmalarni</w:t>
      </w:r>
      <w:proofErr w:type="spellEnd"/>
      <w:r w:rsidRPr="00585726">
        <w:rPr>
          <w:rFonts w:cs="Arial"/>
          <w:sz w:val="24"/>
          <w:szCs w:val="24"/>
        </w:rPr>
        <w:t xml:space="preserve"> </w:t>
      </w:r>
      <w:proofErr w:type="spellStart"/>
      <w:r w:rsidRPr="00585726">
        <w:rPr>
          <w:rFonts w:cs="Arial"/>
          <w:sz w:val="24"/>
          <w:szCs w:val="24"/>
        </w:rPr>
        <w:t>shakllantirish</w:t>
      </w:r>
      <w:proofErr w:type="spellEnd"/>
      <w:r w:rsidRPr="00585726">
        <w:rPr>
          <w:rFonts w:cs="Arial"/>
          <w:sz w:val="24"/>
          <w:szCs w:val="24"/>
        </w:rPr>
        <w:t>;</w:t>
      </w:r>
    </w:p>
    <w:p w14:paraId="75894862" w14:textId="77777777" w:rsidR="008F00AB" w:rsidRPr="00585726" w:rsidRDefault="00357484" w:rsidP="00F24377">
      <w:pPr>
        <w:pStyle w:val="a0"/>
        <w:ind w:left="0" w:firstLine="567"/>
        <w:jc w:val="both"/>
        <w:rPr>
          <w:rFonts w:cs="Arial"/>
          <w:sz w:val="24"/>
          <w:szCs w:val="24"/>
        </w:rPr>
      </w:pPr>
      <w:r w:rsidRPr="00585726">
        <w:rPr>
          <w:rFonts w:cs="Arial"/>
          <w:sz w:val="24"/>
          <w:szCs w:val="24"/>
        </w:rPr>
        <w:t>xavfsizlik talablari, Kartadan foydalanish qoidalari va Tariflar haqida axborot berish;</w:t>
      </w:r>
    </w:p>
    <w:p w14:paraId="2EAAD99B" w14:textId="77777777" w:rsidR="008F00AB" w:rsidRPr="00585726" w:rsidRDefault="00357484" w:rsidP="00F24377">
      <w:pPr>
        <w:pStyle w:val="a0"/>
        <w:ind w:left="0" w:firstLine="567"/>
        <w:jc w:val="both"/>
        <w:rPr>
          <w:rFonts w:cs="Arial"/>
          <w:sz w:val="24"/>
          <w:szCs w:val="24"/>
        </w:rPr>
      </w:pPr>
      <w:r w:rsidRPr="00585726">
        <w:rPr>
          <w:rFonts w:cs="Arial"/>
          <w:sz w:val="24"/>
          <w:szCs w:val="24"/>
        </w:rPr>
        <w:t>qonunchilikda nazarda tutilgan hollarda bank sirini saqlash;</w:t>
      </w:r>
    </w:p>
    <w:p w14:paraId="6B6AC87A"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murojaatlarini</w:t>
      </w:r>
      <w:proofErr w:type="spellEnd"/>
      <w:r w:rsidRPr="00585726">
        <w:rPr>
          <w:rFonts w:cs="Arial"/>
          <w:sz w:val="24"/>
          <w:szCs w:val="24"/>
        </w:rPr>
        <w:t xml:space="preserve"> </w:t>
      </w:r>
      <w:proofErr w:type="spellStart"/>
      <w:r w:rsidRPr="00585726">
        <w:rPr>
          <w:rFonts w:cs="Arial"/>
          <w:sz w:val="24"/>
          <w:szCs w:val="24"/>
        </w:rPr>
        <w:t>belgilangan</w:t>
      </w:r>
      <w:proofErr w:type="spellEnd"/>
      <w:r w:rsidRPr="00585726">
        <w:rPr>
          <w:rFonts w:cs="Arial"/>
          <w:sz w:val="24"/>
          <w:szCs w:val="24"/>
        </w:rPr>
        <w:t xml:space="preserve"> </w:t>
      </w:r>
      <w:proofErr w:type="spellStart"/>
      <w:r w:rsidRPr="00585726">
        <w:rPr>
          <w:rFonts w:cs="Arial"/>
          <w:sz w:val="24"/>
          <w:szCs w:val="24"/>
        </w:rPr>
        <w:t>tartibda</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rib</w:t>
      </w:r>
      <w:proofErr w:type="spellEnd"/>
      <w:r w:rsidRPr="00585726">
        <w:rPr>
          <w:rFonts w:cs="Arial"/>
          <w:sz w:val="24"/>
          <w:szCs w:val="24"/>
        </w:rPr>
        <w:t xml:space="preserve"> </w:t>
      </w:r>
      <w:proofErr w:type="spellStart"/>
      <w:r w:rsidRPr="00585726">
        <w:rPr>
          <w:rFonts w:cs="Arial"/>
          <w:sz w:val="24"/>
          <w:szCs w:val="24"/>
        </w:rPr>
        <w:t>chiqish</w:t>
      </w:r>
      <w:proofErr w:type="spellEnd"/>
      <w:r w:rsidRPr="00585726">
        <w:rPr>
          <w:rFonts w:cs="Arial"/>
          <w:sz w:val="24"/>
          <w:szCs w:val="24"/>
        </w:rPr>
        <w:t>.</w:t>
      </w:r>
    </w:p>
    <w:p w14:paraId="7A99E0DC" w14:textId="77777777" w:rsidR="008F00AB" w:rsidRPr="00585726" w:rsidRDefault="00357484" w:rsidP="00F24377">
      <w:pPr>
        <w:ind w:firstLine="567"/>
        <w:jc w:val="both"/>
        <w:rPr>
          <w:rFonts w:cs="Arial"/>
          <w:sz w:val="24"/>
          <w:szCs w:val="24"/>
        </w:rPr>
      </w:pPr>
      <w:r w:rsidRPr="00585726">
        <w:rPr>
          <w:rFonts w:cs="Arial"/>
          <w:sz w:val="24"/>
          <w:szCs w:val="24"/>
        </w:rPr>
        <w:t>Mijozning huquqlari:</w:t>
      </w:r>
    </w:p>
    <w:p w14:paraId="7C545187"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Kartani</w:t>
      </w:r>
      <w:proofErr w:type="spellEnd"/>
      <w:r w:rsidRPr="00585726">
        <w:rPr>
          <w:rFonts w:cs="Arial"/>
          <w:sz w:val="24"/>
          <w:szCs w:val="24"/>
        </w:rPr>
        <w:t xml:space="preserve"> </w:t>
      </w:r>
      <w:proofErr w:type="spellStart"/>
      <w:r w:rsidRPr="00585726">
        <w:rPr>
          <w:rFonts w:cs="Arial"/>
          <w:sz w:val="24"/>
          <w:szCs w:val="24"/>
        </w:rPr>
        <w:t>chiqarishni</w:t>
      </w:r>
      <w:proofErr w:type="spellEnd"/>
      <w:r w:rsidRPr="00585726">
        <w:rPr>
          <w:rFonts w:cs="Arial"/>
          <w:sz w:val="24"/>
          <w:szCs w:val="24"/>
        </w:rPr>
        <w:t xml:space="preserve"> </w:t>
      </w:r>
      <w:proofErr w:type="spellStart"/>
      <w:proofErr w:type="gramStart"/>
      <w:r w:rsidRPr="00585726">
        <w:rPr>
          <w:rFonts w:cs="Arial"/>
          <w:sz w:val="24"/>
          <w:szCs w:val="24"/>
        </w:rPr>
        <w:t>s</w:t>
      </w:r>
      <w:r w:rsidR="008841C6" w:rsidRPr="00585726">
        <w:rPr>
          <w:rFonts w:cs="Arial"/>
          <w:sz w:val="24"/>
          <w:szCs w:val="24"/>
        </w:rPr>
        <w:t>o‘</w:t>
      </w:r>
      <w:proofErr w:type="gramEnd"/>
      <w:r w:rsidRPr="00585726">
        <w:rPr>
          <w:rFonts w:cs="Arial"/>
          <w:sz w:val="24"/>
          <w:szCs w:val="24"/>
        </w:rPr>
        <w:t>rash</w:t>
      </w:r>
      <w:proofErr w:type="spellEnd"/>
      <w:r w:rsidRPr="00585726">
        <w:rPr>
          <w:rFonts w:cs="Arial"/>
          <w:sz w:val="24"/>
          <w:szCs w:val="24"/>
        </w:rPr>
        <w:t xml:space="preserve">, limit </w:t>
      </w:r>
      <w:proofErr w:type="spellStart"/>
      <w:r w:rsidRPr="00585726">
        <w:rPr>
          <w:rFonts w:cs="Arial"/>
          <w:sz w:val="24"/>
          <w:szCs w:val="24"/>
        </w:rPr>
        <w:t>belgilash</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Bank </w:t>
      </w:r>
      <w:proofErr w:type="spellStart"/>
      <w:r w:rsidRPr="00585726">
        <w:rPr>
          <w:rFonts w:cs="Arial"/>
          <w:sz w:val="24"/>
          <w:szCs w:val="24"/>
        </w:rPr>
        <w:t>qoidalariga</w:t>
      </w:r>
      <w:proofErr w:type="spellEnd"/>
      <w:r w:rsidRPr="00585726">
        <w:rPr>
          <w:rFonts w:cs="Arial"/>
          <w:sz w:val="24"/>
          <w:szCs w:val="24"/>
        </w:rPr>
        <w:t xml:space="preserve"> </w:t>
      </w:r>
      <w:proofErr w:type="spellStart"/>
      <w:r w:rsidRPr="00585726">
        <w:rPr>
          <w:rFonts w:cs="Arial"/>
          <w:sz w:val="24"/>
          <w:szCs w:val="24"/>
        </w:rPr>
        <w:t>zid</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lmagan</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w:t>
      </w:r>
      <w:proofErr w:type="spellEnd"/>
      <w:r w:rsidRPr="00585726">
        <w:rPr>
          <w:rFonts w:cs="Arial"/>
          <w:sz w:val="24"/>
          <w:szCs w:val="24"/>
        </w:rPr>
        <w:t xml:space="preserve"> </w:t>
      </w:r>
      <w:proofErr w:type="spellStart"/>
      <w:r w:rsidRPr="00585726">
        <w:rPr>
          <w:rFonts w:cs="Arial"/>
          <w:sz w:val="24"/>
          <w:szCs w:val="24"/>
        </w:rPr>
        <w:t>xizmatlarni</w:t>
      </w:r>
      <w:proofErr w:type="spellEnd"/>
      <w:r w:rsidRPr="00585726">
        <w:rPr>
          <w:rFonts w:cs="Arial"/>
          <w:sz w:val="24"/>
          <w:szCs w:val="24"/>
        </w:rPr>
        <w:t xml:space="preserve"> talab </w:t>
      </w:r>
      <w:proofErr w:type="spellStart"/>
      <w:r w:rsidRPr="00585726">
        <w:rPr>
          <w:rFonts w:cs="Arial"/>
          <w:sz w:val="24"/>
          <w:szCs w:val="24"/>
        </w:rPr>
        <w:t>qilish</w:t>
      </w:r>
      <w:proofErr w:type="spellEnd"/>
      <w:r w:rsidRPr="00585726">
        <w:rPr>
          <w:rFonts w:cs="Arial"/>
          <w:sz w:val="24"/>
          <w:szCs w:val="24"/>
        </w:rPr>
        <w:t>;</w:t>
      </w:r>
    </w:p>
    <w:p w14:paraId="49C8A0C1"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yuzasidan</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chirma</w:t>
      </w:r>
      <w:proofErr w:type="spellEnd"/>
      <w:r w:rsidRPr="00585726">
        <w:rPr>
          <w:rFonts w:cs="Arial"/>
          <w:sz w:val="24"/>
          <w:szCs w:val="24"/>
        </w:rPr>
        <w:t xml:space="preserve"> va ma’lumotlarni olish;</w:t>
      </w:r>
    </w:p>
    <w:p w14:paraId="30CBD791"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y</w:t>
      </w:r>
      <w:r w:rsidR="008841C6" w:rsidRPr="00585726">
        <w:rPr>
          <w:rFonts w:cs="Arial"/>
          <w:sz w:val="24"/>
          <w:szCs w:val="24"/>
        </w:rPr>
        <w:t>o‘</w:t>
      </w:r>
      <w:proofErr w:type="gramEnd"/>
      <w:r w:rsidRPr="00585726">
        <w:rPr>
          <w:rFonts w:cs="Arial"/>
          <w:sz w:val="24"/>
          <w:szCs w:val="24"/>
        </w:rPr>
        <w:t>qolganida</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rekvizitlari</w:t>
      </w:r>
      <w:proofErr w:type="spellEnd"/>
      <w:r w:rsidRPr="00585726">
        <w:rPr>
          <w:rFonts w:cs="Arial"/>
          <w:sz w:val="24"/>
          <w:szCs w:val="24"/>
        </w:rPr>
        <w:t xml:space="preserve"> </w:t>
      </w:r>
      <w:proofErr w:type="spellStart"/>
      <w:r w:rsidRPr="00585726">
        <w:rPr>
          <w:rFonts w:cs="Arial"/>
          <w:sz w:val="24"/>
          <w:szCs w:val="24"/>
        </w:rPr>
        <w:t>fosh</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lganida</w:t>
      </w:r>
      <w:proofErr w:type="spellEnd"/>
      <w:r w:rsidRPr="00585726">
        <w:rPr>
          <w:rFonts w:cs="Arial"/>
          <w:sz w:val="24"/>
          <w:szCs w:val="24"/>
        </w:rPr>
        <w:t xml:space="preserve"> </w:t>
      </w:r>
      <w:proofErr w:type="spellStart"/>
      <w:r w:rsidRPr="00585726">
        <w:rPr>
          <w:rFonts w:cs="Arial"/>
          <w:sz w:val="24"/>
          <w:szCs w:val="24"/>
        </w:rPr>
        <w:t>uni</w:t>
      </w:r>
      <w:proofErr w:type="spellEnd"/>
      <w:r w:rsidRPr="00585726">
        <w:rPr>
          <w:rFonts w:cs="Arial"/>
          <w:sz w:val="24"/>
          <w:szCs w:val="24"/>
        </w:rPr>
        <w:t xml:space="preserve"> </w:t>
      </w:r>
      <w:proofErr w:type="spellStart"/>
      <w:r w:rsidRPr="00585726">
        <w:rPr>
          <w:rFonts w:cs="Arial"/>
          <w:sz w:val="24"/>
          <w:szCs w:val="24"/>
        </w:rPr>
        <w:t>bloklashni</w:t>
      </w:r>
      <w:proofErr w:type="spellEnd"/>
      <w:r w:rsidRPr="00585726">
        <w:rPr>
          <w:rFonts w:cs="Arial"/>
          <w:sz w:val="24"/>
          <w:szCs w:val="24"/>
        </w:rPr>
        <w:t xml:space="preserve"> talab qilish;</w:t>
      </w:r>
    </w:p>
    <w:p w14:paraId="1719AC25" w14:textId="77777777" w:rsidR="008F00AB" w:rsidRPr="00585726" w:rsidRDefault="00357484" w:rsidP="00F24377">
      <w:pPr>
        <w:pStyle w:val="a0"/>
        <w:ind w:left="0" w:firstLine="567"/>
        <w:jc w:val="both"/>
        <w:rPr>
          <w:rFonts w:cs="Arial"/>
          <w:sz w:val="24"/>
          <w:szCs w:val="24"/>
        </w:rPr>
      </w:pPr>
      <w:r w:rsidRPr="00585726">
        <w:rPr>
          <w:rFonts w:cs="Arial"/>
          <w:sz w:val="24"/>
          <w:szCs w:val="24"/>
        </w:rPr>
        <w:t>Shartnomani qonunchilik va Bank qoidalariga muvofiq bekor qilish.</w:t>
      </w:r>
    </w:p>
    <w:p w14:paraId="4EEDD272" w14:textId="77777777" w:rsidR="008F00AB" w:rsidRPr="00585726" w:rsidRDefault="00357484" w:rsidP="00F24377">
      <w:pPr>
        <w:ind w:firstLine="567"/>
        <w:jc w:val="both"/>
        <w:rPr>
          <w:rFonts w:cs="Arial"/>
          <w:sz w:val="24"/>
          <w:szCs w:val="24"/>
        </w:rPr>
      </w:pPr>
      <w:r w:rsidRPr="00585726">
        <w:rPr>
          <w:rFonts w:cs="Arial"/>
          <w:sz w:val="24"/>
          <w:szCs w:val="24"/>
        </w:rPr>
        <w:t>Mijozning majburiyatlari:</w:t>
      </w:r>
    </w:p>
    <w:p w14:paraId="14AF3270" w14:textId="77777777" w:rsidR="008F00AB" w:rsidRPr="00585726" w:rsidRDefault="00357484" w:rsidP="00F24377">
      <w:pPr>
        <w:pStyle w:val="a0"/>
        <w:ind w:left="0" w:firstLine="567"/>
        <w:jc w:val="both"/>
        <w:rPr>
          <w:rFonts w:cs="Arial"/>
          <w:sz w:val="24"/>
          <w:szCs w:val="24"/>
        </w:rPr>
      </w:pPr>
      <w:r w:rsidRPr="00585726">
        <w:rPr>
          <w:rFonts w:cs="Arial"/>
          <w:sz w:val="24"/>
          <w:szCs w:val="24"/>
        </w:rPr>
        <w:t>Bankka zarur hujjatlar va dolzarb ma’lumotlarni taqdim etish;</w:t>
      </w:r>
    </w:p>
    <w:p w14:paraId="202EB00E" w14:textId="77777777" w:rsidR="008F00AB" w:rsidRPr="00585726" w:rsidRDefault="00357484" w:rsidP="00F24377">
      <w:pPr>
        <w:pStyle w:val="a0"/>
        <w:ind w:left="0" w:firstLine="567"/>
        <w:jc w:val="both"/>
        <w:rPr>
          <w:rFonts w:cs="Arial"/>
          <w:sz w:val="24"/>
          <w:szCs w:val="24"/>
        </w:rPr>
      </w:pPr>
      <w:r w:rsidRPr="00585726">
        <w:rPr>
          <w:rFonts w:cs="Arial"/>
          <w:sz w:val="24"/>
          <w:szCs w:val="24"/>
        </w:rPr>
        <w:t>Karta va undan foydalanish vositalarining saqlanishini ta’minlash;</w:t>
      </w:r>
    </w:p>
    <w:p w14:paraId="3A24D9DC" w14:textId="77777777" w:rsidR="008F00AB" w:rsidRPr="00585726" w:rsidRDefault="00357484" w:rsidP="00F24377">
      <w:pPr>
        <w:pStyle w:val="a0"/>
        <w:ind w:left="0" w:firstLine="567"/>
        <w:jc w:val="both"/>
        <w:rPr>
          <w:rFonts w:cs="Arial"/>
          <w:sz w:val="24"/>
          <w:szCs w:val="24"/>
        </w:rPr>
      </w:pPr>
      <w:r w:rsidRPr="00585726">
        <w:rPr>
          <w:rFonts w:cs="Arial"/>
          <w:sz w:val="24"/>
          <w:szCs w:val="24"/>
        </w:rPr>
        <w:lastRenderedPageBreak/>
        <w:t>Karta faqat qonuniy maqsadlarda va vakolat doirasida ishlatilishini nazorat qilish;</w:t>
      </w:r>
    </w:p>
    <w:p w14:paraId="32C69F6B" w14:textId="77777777" w:rsidR="008F00AB" w:rsidRPr="00585726" w:rsidRDefault="00357484" w:rsidP="00F24377">
      <w:pPr>
        <w:pStyle w:val="a0"/>
        <w:ind w:left="0" w:firstLine="567"/>
        <w:jc w:val="both"/>
        <w:rPr>
          <w:rFonts w:cs="Arial"/>
          <w:sz w:val="24"/>
          <w:szCs w:val="24"/>
        </w:rPr>
      </w:pPr>
      <w:proofErr w:type="spellStart"/>
      <w:proofErr w:type="gramStart"/>
      <w:r w:rsidRPr="00585726">
        <w:rPr>
          <w:rFonts w:cs="Arial"/>
          <w:sz w:val="24"/>
          <w:szCs w:val="24"/>
        </w:rPr>
        <w:t>y</w:t>
      </w:r>
      <w:r w:rsidR="008841C6" w:rsidRPr="00585726">
        <w:rPr>
          <w:rFonts w:cs="Arial"/>
          <w:sz w:val="24"/>
          <w:szCs w:val="24"/>
        </w:rPr>
        <w:t>o‘</w:t>
      </w:r>
      <w:proofErr w:type="gramEnd"/>
      <w:r w:rsidRPr="00585726">
        <w:rPr>
          <w:rFonts w:cs="Arial"/>
          <w:sz w:val="24"/>
          <w:szCs w:val="24"/>
        </w:rPr>
        <w:t>qolish</w:t>
      </w:r>
      <w:proofErr w:type="spellEnd"/>
      <w:r w:rsidRPr="00585726">
        <w:rPr>
          <w:rFonts w:cs="Arial"/>
          <w:sz w:val="24"/>
          <w:szCs w:val="24"/>
        </w:rPr>
        <w:t xml:space="preserve">, </w:t>
      </w:r>
      <w:proofErr w:type="spellStart"/>
      <w:r w:rsidR="008841C6" w:rsidRPr="00585726">
        <w:rPr>
          <w:rFonts w:cs="Arial"/>
          <w:sz w:val="24"/>
          <w:szCs w:val="24"/>
        </w:rPr>
        <w:t>o‘g‘</w:t>
      </w:r>
      <w:r w:rsidRPr="00585726">
        <w:rPr>
          <w:rFonts w:cs="Arial"/>
          <w:sz w:val="24"/>
          <w:szCs w:val="24"/>
        </w:rPr>
        <w:t>irlanish</w:t>
      </w:r>
      <w:proofErr w:type="spellEnd"/>
      <w:r w:rsidRPr="00585726">
        <w:rPr>
          <w:rFonts w:cs="Arial"/>
          <w:sz w:val="24"/>
          <w:szCs w:val="24"/>
        </w:rPr>
        <w:t xml:space="preserve">, </w:t>
      </w:r>
      <w:proofErr w:type="spellStart"/>
      <w:r w:rsidRPr="00585726">
        <w:rPr>
          <w:rFonts w:cs="Arial"/>
          <w:sz w:val="24"/>
          <w:szCs w:val="24"/>
        </w:rPr>
        <w:t>rekvizitlar</w:t>
      </w:r>
      <w:proofErr w:type="spellEnd"/>
      <w:r w:rsidRPr="00585726">
        <w:rPr>
          <w:rFonts w:cs="Arial"/>
          <w:sz w:val="24"/>
          <w:szCs w:val="24"/>
        </w:rPr>
        <w:t xml:space="preserve"> </w:t>
      </w:r>
      <w:proofErr w:type="spellStart"/>
      <w:r w:rsidRPr="00585726">
        <w:rPr>
          <w:rFonts w:cs="Arial"/>
          <w:sz w:val="24"/>
          <w:szCs w:val="24"/>
        </w:rPr>
        <w:t>oshkor</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lishi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ruxsatsiz</w:t>
      </w:r>
      <w:proofErr w:type="spellEnd"/>
      <w:r w:rsidRPr="00585726">
        <w:rPr>
          <w:rFonts w:cs="Arial"/>
          <w:sz w:val="24"/>
          <w:szCs w:val="24"/>
        </w:rPr>
        <w:t xml:space="preserve"> </w:t>
      </w:r>
      <w:proofErr w:type="spellStart"/>
      <w:r w:rsidRPr="00585726">
        <w:rPr>
          <w:rFonts w:cs="Arial"/>
          <w:sz w:val="24"/>
          <w:szCs w:val="24"/>
        </w:rPr>
        <w:t>operatsiya</w:t>
      </w:r>
      <w:proofErr w:type="spellEnd"/>
      <w:r w:rsidRPr="00585726">
        <w:rPr>
          <w:rFonts w:cs="Arial"/>
          <w:sz w:val="24"/>
          <w:szCs w:val="24"/>
        </w:rPr>
        <w:t xml:space="preserve"> </w:t>
      </w:r>
      <w:proofErr w:type="spellStart"/>
      <w:r w:rsidRPr="00585726">
        <w:rPr>
          <w:rFonts w:cs="Arial"/>
          <w:sz w:val="24"/>
          <w:szCs w:val="24"/>
        </w:rPr>
        <w:t>xavfi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w:t>
      </w:r>
      <w:proofErr w:type="spellEnd"/>
      <w:r w:rsidRPr="00585726">
        <w:rPr>
          <w:rFonts w:cs="Arial"/>
          <w:sz w:val="24"/>
          <w:szCs w:val="24"/>
        </w:rPr>
        <w:t xml:space="preserve"> </w:t>
      </w:r>
      <w:proofErr w:type="spellStart"/>
      <w:r w:rsidRPr="00585726">
        <w:rPr>
          <w:rFonts w:cs="Arial"/>
          <w:sz w:val="24"/>
          <w:szCs w:val="24"/>
        </w:rPr>
        <w:t>darhol</w:t>
      </w:r>
      <w:proofErr w:type="spellEnd"/>
      <w:r w:rsidRPr="00585726">
        <w:rPr>
          <w:rFonts w:cs="Arial"/>
          <w:sz w:val="24"/>
          <w:szCs w:val="24"/>
        </w:rPr>
        <w:t xml:space="preserve"> </w:t>
      </w:r>
      <w:proofErr w:type="spellStart"/>
      <w:r w:rsidRPr="00585726">
        <w:rPr>
          <w:rFonts w:cs="Arial"/>
          <w:sz w:val="24"/>
          <w:szCs w:val="24"/>
        </w:rPr>
        <w:t>Bankni</w:t>
      </w:r>
      <w:proofErr w:type="spellEnd"/>
      <w:r w:rsidRPr="00585726">
        <w:rPr>
          <w:rFonts w:cs="Arial"/>
          <w:sz w:val="24"/>
          <w:szCs w:val="24"/>
        </w:rPr>
        <w:t xml:space="preserve"> </w:t>
      </w:r>
      <w:proofErr w:type="spellStart"/>
      <w:r w:rsidRPr="00585726">
        <w:rPr>
          <w:rFonts w:cs="Arial"/>
          <w:sz w:val="24"/>
          <w:szCs w:val="24"/>
        </w:rPr>
        <w:t>xabardor</w:t>
      </w:r>
      <w:proofErr w:type="spellEnd"/>
      <w:r w:rsidRPr="00585726">
        <w:rPr>
          <w:rFonts w:cs="Arial"/>
          <w:sz w:val="24"/>
          <w:szCs w:val="24"/>
        </w:rPr>
        <w:t xml:space="preserve"> </w:t>
      </w:r>
      <w:proofErr w:type="spellStart"/>
      <w:r w:rsidRPr="00585726">
        <w:rPr>
          <w:rFonts w:cs="Arial"/>
          <w:sz w:val="24"/>
          <w:szCs w:val="24"/>
        </w:rPr>
        <w:t>qilish</w:t>
      </w:r>
      <w:proofErr w:type="spellEnd"/>
      <w:r w:rsidRPr="00585726">
        <w:rPr>
          <w:rFonts w:cs="Arial"/>
          <w:sz w:val="24"/>
          <w:szCs w:val="24"/>
        </w:rPr>
        <w:t>;</w:t>
      </w:r>
    </w:p>
    <w:p w14:paraId="08DEA530"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Tariflariga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lovlarni</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w:t>
      </w:r>
      <w:proofErr w:type="spellEnd"/>
      <w:r w:rsidRPr="00585726">
        <w:rPr>
          <w:rFonts w:cs="Arial"/>
          <w:sz w:val="24"/>
          <w:szCs w:val="24"/>
        </w:rPr>
        <w:t xml:space="preserve"> </w:t>
      </w:r>
      <w:proofErr w:type="spellStart"/>
      <w:r w:rsidRPr="00585726">
        <w:rPr>
          <w:rFonts w:cs="Arial"/>
          <w:sz w:val="24"/>
          <w:szCs w:val="24"/>
        </w:rPr>
        <w:t>vaqtida</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oshirish</w:t>
      </w:r>
      <w:proofErr w:type="spellEnd"/>
      <w:r w:rsidRPr="00585726">
        <w:rPr>
          <w:rFonts w:cs="Arial"/>
          <w:sz w:val="24"/>
          <w:szCs w:val="24"/>
        </w:rPr>
        <w:t>;</w:t>
      </w:r>
    </w:p>
    <w:p w14:paraId="6073E9B1"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AML/CFT/CPF, </w:t>
      </w:r>
      <w:proofErr w:type="spellStart"/>
      <w:r w:rsidRPr="00585726">
        <w:rPr>
          <w:rFonts w:cs="Arial"/>
          <w:sz w:val="24"/>
          <w:szCs w:val="24"/>
        </w:rPr>
        <w:t>komplaens</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sanksiya</w:t>
      </w:r>
      <w:proofErr w:type="spellEnd"/>
      <w:r w:rsidRPr="00585726">
        <w:rPr>
          <w:rFonts w:cs="Arial"/>
          <w:sz w:val="24"/>
          <w:szCs w:val="24"/>
        </w:rPr>
        <w:t xml:space="preserve"> </w:t>
      </w:r>
      <w:proofErr w:type="spellStart"/>
      <w:r w:rsidRPr="00585726">
        <w:rPr>
          <w:rFonts w:cs="Arial"/>
          <w:sz w:val="24"/>
          <w:szCs w:val="24"/>
        </w:rPr>
        <w:t>nazorati</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proofErr w:type="gramStart"/>
      <w:r w:rsidRPr="00585726">
        <w:rPr>
          <w:rFonts w:cs="Arial"/>
          <w:sz w:val="24"/>
          <w:szCs w:val="24"/>
        </w:rPr>
        <w:t>s</w:t>
      </w:r>
      <w:r w:rsidR="008841C6" w:rsidRPr="00585726">
        <w:rPr>
          <w:rFonts w:cs="Arial"/>
          <w:sz w:val="24"/>
          <w:szCs w:val="24"/>
        </w:rPr>
        <w:t>o‘</w:t>
      </w:r>
      <w:proofErr w:type="gramEnd"/>
      <w:r w:rsidRPr="00585726">
        <w:rPr>
          <w:rFonts w:cs="Arial"/>
          <w:sz w:val="24"/>
          <w:szCs w:val="24"/>
        </w:rPr>
        <w:t>ralgan</w:t>
      </w:r>
      <w:proofErr w:type="spellEnd"/>
      <w:r w:rsidRPr="00585726">
        <w:rPr>
          <w:rFonts w:cs="Arial"/>
          <w:sz w:val="24"/>
          <w:szCs w:val="24"/>
        </w:rPr>
        <w:t xml:space="preserve"> </w:t>
      </w:r>
      <w:proofErr w:type="spellStart"/>
      <w:r w:rsidRPr="00585726">
        <w:rPr>
          <w:rFonts w:cs="Arial"/>
          <w:sz w:val="24"/>
          <w:szCs w:val="24"/>
        </w:rPr>
        <w:t>ma’lumotlarni</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w:t>
      </w:r>
      <w:proofErr w:type="spellEnd"/>
      <w:r w:rsidRPr="00585726">
        <w:rPr>
          <w:rFonts w:cs="Arial"/>
          <w:sz w:val="24"/>
          <w:szCs w:val="24"/>
        </w:rPr>
        <w:t xml:space="preserve"> </w:t>
      </w:r>
      <w:proofErr w:type="spellStart"/>
      <w:r w:rsidRPr="00585726">
        <w:rPr>
          <w:rFonts w:cs="Arial"/>
          <w:sz w:val="24"/>
          <w:szCs w:val="24"/>
        </w:rPr>
        <w:t>vaqtida</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etish</w:t>
      </w:r>
      <w:proofErr w:type="spellEnd"/>
      <w:r w:rsidRPr="00585726">
        <w:rPr>
          <w:rFonts w:cs="Arial"/>
          <w:sz w:val="24"/>
          <w:szCs w:val="24"/>
        </w:rPr>
        <w:t>.</w:t>
      </w:r>
    </w:p>
    <w:p w14:paraId="59D92189" w14:textId="77777777" w:rsidR="007D24A2" w:rsidRPr="00585726" w:rsidRDefault="007D24A2" w:rsidP="007D24A2">
      <w:pPr>
        <w:pStyle w:val="a0"/>
        <w:numPr>
          <w:ilvl w:val="0"/>
          <w:numId w:val="0"/>
        </w:numPr>
        <w:ind w:left="567"/>
        <w:jc w:val="both"/>
        <w:rPr>
          <w:rFonts w:cs="Arial"/>
          <w:sz w:val="24"/>
          <w:szCs w:val="24"/>
        </w:rPr>
      </w:pPr>
    </w:p>
    <w:p w14:paraId="79E876BB" w14:textId="77777777" w:rsidR="008F00AB" w:rsidRPr="00585726" w:rsidRDefault="00357484" w:rsidP="00F24377">
      <w:pPr>
        <w:ind w:firstLine="567"/>
        <w:jc w:val="both"/>
        <w:rPr>
          <w:rFonts w:cs="Arial"/>
          <w:sz w:val="24"/>
          <w:szCs w:val="24"/>
        </w:rPr>
      </w:pPr>
      <w:r w:rsidRPr="00585726">
        <w:rPr>
          <w:rFonts w:cs="Arial"/>
          <w:b/>
          <w:sz w:val="24"/>
          <w:szCs w:val="24"/>
        </w:rPr>
        <w:t>VII. XAVFSIZLIK, BLOKLASH VA QAYTA CHIQARISH</w:t>
      </w:r>
    </w:p>
    <w:p w14:paraId="661FEEB3" w14:textId="77777777" w:rsidR="008F00AB" w:rsidRPr="00585726" w:rsidRDefault="00357484" w:rsidP="00F24377">
      <w:pPr>
        <w:ind w:firstLine="567"/>
        <w:jc w:val="both"/>
        <w:rPr>
          <w:rFonts w:cs="Arial"/>
          <w:sz w:val="24"/>
          <w:szCs w:val="24"/>
        </w:rPr>
      </w:pPr>
      <w:r w:rsidRPr="00585726">
        <w:rPr>
          <w:rFonts w:cs="Arial"/>
          <w:sz w:val="24"/>
          <w:szCs w:val="24"/>
        </w:rPr>
        <w:t>Mijoz va Karta egasi PIN-kod, parol, SMS-kod, push-tasdiqlar, Karta rekvizitlari va boshqa autentifikatsiya vositalarining sir saqlanishini ta’minlashi shart.</w:t>
      </w:r>
    </w:p>
    <w:p w14:paraId="72153226"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proofErr w:type="gramStart"/>
      <w:r w:rsidRPr="00585726">
        <w:rPr>
          <w:rFonts w:cs="Arial"/>
          <w:sz w:val="24"/>
          <w:szCs w:val="24"/>
        </w:rPr>
        <w:t>y</w:t>
      </w:r>
      <w:r w:rsidR="008841C6" w:rsidRPr="00585726">
        <w:rPr>
          <w:rFonts w:cs="Arial"/>
          <w:sz w:val="24"/>
          <w:szCs w:val="24"/>
        </w:rPr>
        <w:t>o‘</w:t>
      </w:r>
      <w:proofErr w:type="gramEnd"/>
      <w:r w:rsidRPr="00585726">
        <w:rPr>
          <w:rFonts w:cs="Arial"/>
          <w:sz w:val="24"/>
          <w:szCs w:val="24"/>
        </w:rPr>
        <w:t>qolgan</w:t>
      </w:r>
      <w:proofErr w:type="spellEnd"/>
      <w:r w:rsidRPr="00585726">
        <w:rPr>
          <w:rFonts w:cs="Arial"/>
          <w:sz w:val="24"/>
          <w:szCs w:val="24"/>
        </w:rPr>
        <w:t xml:space="preserve">, </w:t>
      </w:r>
      <w:proofErr w:type="spellStart"/>
      <w:r w:rsidR="008841C6" w:rsidRPr="00585726">
        <w:rPr>
          <w:rFonts w:cs="Arial"/>
          <w:sz w:val="24"/>
          <w:szCs w:val="24"/>
        </w:rPr>
        <w:t>o‘g‘</w:t>
      </w:r>
      <w:r w:rsidRPr="00585726">
        <w:rPr>
          <w:rFonts w:cs="Arial"/>
          <w:sz w:val="24"/>
          <w:szCs w:val="24"/>
        </w:rPr>
        <w:t>irlangan</w:t>
      </w:r>
      <w:proofErr w:type="spellEnd"/>
      <w:r w:rsidRPr="00585726">
        <w:rPr>
          <w:rFonts w:cs="Arial"/>
          <w:sz w:val="24"/>
          <w:szCs w:val="24"/>
        </w:rPr>
        <w:t xml:space="preserve">, </w:t>
      </w:r>
      <w:proofErr w:type="spellStart"/>
      <w:r w:rsidRPr="00585726">
        <w:rPr>
          <w:rFonts w:cs="Arial"/>
          <w:sz w:val="24"/>
          <w:szCs w:val="24"/>
        </w:rPr>
        <w:t>rekvizitlari</w:t>
      </w:r>
      <w:proofErr w:type="spellEnd"/>
      <w:r w:rsidRPr="00585726">
        <w:rPr>
          <w:rFonts w:cs="Arial"/>
          <w:sz w:val="24"/>
          <w:szCs w:val="24"/>
        </w:rPr>
        <w:t xml:space="preserve"> </w:t>
      </w:r>
      <w:proofErr w:type="spellStart"/>
      <w:r w:rsidRPr="00585726">
        <w:rPr>
          <w:rFonts w:cs="Arial"/>
          <w:sz w:val="24"/>
          <w:szCs w:val="24"/>
        </w:rPr>
        <w:t>fosh</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lgan</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ruxsatsiz</w:t>
      </w:r>
      <w:proofErr w:type="spellEnd"/>
      <w:r w:rsidRPr="00585726">
        <w:rPr>
          <w:rFonts w:cs="Arial"/>
          <w:sz w:val="24"/>
          <w:szCs w:val="24"/>
        </w:rPr>
        <w:t xml:space="preserve"> </w:t>
      </w:r>
      <w:proofErr w:type="spellStart"/>
      <w:r w:rsidRPr="00585726">
        <w:rPr>
          <w:rFonts w:cs="Arial"/>
          <w:sz w:val="24"/>
          <w:szCs w:val="24"/>
        </w:rPr>
        <w:t>foydalanish</w:t>
      </w:r>
      <w:proofErr w:type="spellEnd"/>
      <w:r w:rsidRPr="00585726">
        <w:rPr>
          <w:rFonts w:cs="Arial"/>
          <w:sz w:val="24"/>
          <w:szCs w:val="24"/>
        </w:rPr>
        <w:t xml:space="preserve"> xavfi yuzaga kelgan taqdirda Mijoz yoxud Karta egasi bu haqda darhol Bankka xabar berishi va Kartani bloklashni talab qilishi shart.</w:t>
      </w:r>
    </w:p>
    <w:p w14:paraId="3231D5F0"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bunday</w:t>
      </w:r>
      <w:proofErr w:type="spellEnd"/>
      <w:r w:rsidRPr="00585726">
        <w:rPr>
          <w:rFonts w:cs="Arial"/>
          <w:sz w:val="24"/>
          <w:szCs w:val="24"/>
        </w:rPr>
        <w:t xml:space="preserve"> </w:t>
      </w:r>
      <w:proofErr w:type="spellStart"/>
      <w:r w:rsidRPr="00585726">
        <w:rPr>
          <w:rFonts w:cs="Arial"/>
          <w:sz w:val="24"/>
          <w:szCs w:val="24"/>
        </w:rPr>
        <w:t>xabarni</w:t>
      </w:r>
      <w:proofErr w:type="spellEnd"/>
      <w:r w:rsidRPr="00585726">
        <w:rPr>
          <w:rFonts w:cs="Arial"/>
          <w:sz w:val="24"/>
          <w:szCs w:val="24"/>
        </w:rPr>
        <w:t xml:space="preserve"> </w:t>
      </w:r>
      <w:proofErr w:type="spellStart"/>
      <w:r w:rsidRPr="00585726">
        <w:rPr>
          <w:rFonts w:cs="Arial"/>
          <w:sz w:val="24"/>
          <w:szCs w:val="24"/>
        </w:rPr>
        <w:t>olganidan</w:t>
      </w:r>
      <w:proofErr w:type="spellEnd"/>
      <w:r w:rsidRPr="00585726">
        <w:rPr>
          <w:rFonts w:cs="Arial"/>
          <w:sz w:val="24"/>
          <w:szCs w:val="24"/>
        </w:rPr>
        <w:t xml:space="preserve"> </w:t>
      </w:r>
      <w:proofErr w:type="spellStart"/>
      <w:proofErr w:type="gramStart"/>
      <w:r w:rsidRPr="00585726">
        <w:rPr>
          <w:rFonts w:cs="Arial"/>
          <w:sz w:val="24"/>
          <w:szCs w:val="24"/>
        </w:rPr>
        <w:t>s</w:t>
      </w:r>
      <w:r w:rsidR="008841C6" w:rsidRPr="00585726">
        <w:rPr>
          <w:rFonts w:cs="Arial"/>
          <w:sz w:val="24"/>
          <w:szCs w:val="24"/>
        </w:rPr>
        <w:t>o‘</w:t>
      </w:r>
      <w:proofErr w:type="gramEnd"/>
      <w:r w:rsidRPr="00585726">
        <w:rPr>
          <w:rFonts w:cs="Arial"/>
          <w:sz w:val="24"/>
          <w:szCs w:val="24"/>
        </w:rPr>
        <w:t>ng</w:t>
      </w:r>
      <w:proofErr w:type="spellEnd"/>
      <w:r w:rsidRPr="00585726">
        <w:rPr>
          <w:rFonts w:cs="Arial"/>
          <w:sz w:val="24"/>
          <w:szCs w:val="24"/>
        </w:rPr>
        <w:t xml:space="preserve"> </w:t>
      </w:r>
      <w:proofErr w:type="spellStart"/>
      <w:r w:rsidRPr="00585726">
        <w:rPr>
          <w:rFonts w:cs="Arial"/>
          <w:sz w:val="24"/>
          <w:szCs w:val="24"/>
        </w:rPr>
        <w:t>amaldagi</w:t>
      </w:r>
      <w:proofErr w:type="spellEnd"/>
      <w:r w:rsidRPr="00585726">
        <w:rPr>
          <w:rFonts w:cs="Arial"/>
          <w:sz w:val="24"/>
          <w:szCs w:val="24"/>
        </w:rPr>
        <w:t xml:space="preserve"> </w:t>
      </w:r>
      <w:proofErr w:type="spellStart"/>
      <w:r w:rsidRPr="00585726">
        <w:rPr>
          <w:rFonts w:cs="Arial"/>
          <w:sz w:val="24"/>
          <w:szCs w:val="24"/>
        </w:rPr>
        <w:t>tartibga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Kartani</w:t>
      </w:r>
      <w:proofErr w:type="spellEnd"/>
      <w:r w:rsidRPr="00585726">
        <w:rPr>
          <w:rFonts w:cs="Arial"/>
          <w:sz w:val="24"/>
          <w:szCs w:val="24"/>
        </w:rPr>
        <w:t xml:space="preserve"> </w:t>
      </w:r>
      <w:proofErr w:type="spellStart"/>
      <w:r w:rsidRPr="00585726">
        <w:rPr>
          <w:rFonts w:cs="Arial"/>
          <w:sz w:val="24"/>
          <w:szCs w:val="24"/>
        </w:rPr>
        <w:t>bloklash</w:t>
      </w:r>
      <w:proofErr w:type="spellEnd"/>
      <w:r w:rsidRPr="00585726">
        <w:rPr>
          <w:rFonts w:cs="Arial"/>
          <w:sz w:val="24"/>
          <w:szCs w:val="24"/>
        </w:rPr>
        <w:t xml:space="preserve"> </w:t>
      </w:r>
      <w:proofErr w:type="spellStart"/>
      <w:r w:rsidRPr="00585726">
        <w:rPr>
          <w:rFonts w:cs="Arial"/>
          <w:sz w:val="24"/>
          <w:szCs w:val="24"/>
        </w:rPr>
        <w:t>choralarini</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radi</w:t>
      </w:r>
      <w:proofErr w:type="spellEnd"/>
      <w:r w:rsidRPr="00585726">
        <w:rPr>
          <w:rFonts w:cs="Arial"/>
          <w:sz w:val="24"/>
          <w:szCs w:val="24"/>
        </w:rPr>
        <w:t>.</w:t>
      </w:r>
    </w:p>
    <w:p w14:paraId="3CE93506"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r w:rsidRPr="00585726">
        <w:rPr>
          <w:rFonts w:cs="Arial"/>
          <w:sz w:val="24"/>
          <w:szCs w:val="24"/>
        </w:rPr>
        <w:t>amal</w:t>
      </w:r>
      <w:proofErr w:type="spellEnd"/>
      <w:r w:rsidRPr="00585726">
        <w:rPr>
          <w:rFonts w:cs="Arial"/>
          <w:sz w:val="24"/>
          <w:szCs w:val="24"/>
        </w:rPr>
        <w:t xml:space="preserve"> </w:t>
      </w:r>
      <w:proofErr w:type="spellStart"/>
      <w:r w:rsidRPr="00585726">
        <w:rPr>
          <w:rFonts w:cs="Arial"/>
          <w:sz w:val="24"/>
          <w:szCs w:val="24"/>
        </w:rPr>
        <w:t>qilish</w:t>
      </w:r>
      <w:proofErr w:type="spellEnd"/>
      <w:r w:rsidRPr="00585726">
        <w:rPr>
          <w:rFonts w:cs="Arial"/>
          <w:sz w:val="24"/>
          <w:szCs w:val="24"/>
        </w:rPr>
        <w:t xml:space="preserve"> </w:t>
      </w:r>
      <w:proofErr w:type="spellStart"/>
      <w:r w:rsidRPr="00585726">
        <w:rPr>
          <w:rFonts w:cs="Arial"/>
          <w:sz w:val="24"/>
          <w:szCs w:val="24"/>
        </w:rPr>
        <w:t>muddati</w:t>
      </w:r>
      <w:proofErr w:type="spellEnd"/>
      <w:r w:rsidRPr="00585726">
        <w:rPr>
          <w:rFonts w:cs="Arial"/>
          <w:sz w:val="24"/>
          <w:szCs w:val="24"/>
        </w:rPr>
        <w:t xml:space="preserve"> </w:t>
      </w:r>
      <w:proofErr w:type="spellStart"/>
      <w:r w:rsidRPr="00585726">
        <w:rPr>
          <w:rFonts w:cs="Arial"/>
          <w:sz w:val="24"/>
          <w:szCs w:val="24"/>
        </w:rPr>
        <w:t>tugaganida</w:t>
      </w:r>
      <w:proofErr w:type="spellEnd"/>
      <w:r w:rsidRPr="00585726">
        <w:rPr>
          <w:rFonts w:cs="Arial"/>
          <w:sz w:val="24"/>
          <w:szCs w:val="24"/>
        </w:rPr>
        <w:t xml:space="preserve">, </w:t>
      </w:r>
      <w:proofErr w:type="spellStart"/>
      <w:proofErr w:type="gramStart"/>
      <w:r w:rsidRPr="00585726">
        <w:rPr>
          <w:rFonts w:cs="Arial"/>
          <w:sz w:val="24"/>
          <w:szCs w:val="24"/>
        </w:rPr>
        <w:t>y</w:t>
      </w:r>
      <w:r w:rsidR="008841C6" w:rsidRPr="00585726">
        <w:rPr>
          <w:rFonts w:cs="Arial"/>
          <w:sz w:val="24"/>
          <w:szCs w:val="24"/>
        </w:rPr>
        <w:t>o‘</w:t>
      </w:r>
      <w:proofErr w:type="gramEnd"/>
      <w:r w:rsidRPr="00585726">
        <w:rPr>
          <w:rFonts w:cs="Arial"/>
          <w:sz w:val="24"/>
          <w:szCs w:val="24"/>
        </w:rPr>
        <w:t>qolganida</w:t>
      </w:r>
      <w:proofErr w:type="spellEnd"/>
      <w:r w:rsidRPr="00585726">
        <w:rPr>
          <w:rFonts w:cs="Arial"/>
          <w:sz w:val="24"/>
          <w:szCs w:val="24"/>
        </w:rPr>
        <w:t xml:space="preserve">, </w:t>
      </w:r>
      <w:proofErr w:type="spellStart"/>
      <w:r w:rsidRPr="00585726">
        <w:rPr>
          <w:rFonts w:cs="Arial"/>
          <w:sz w:val="24"/>
          <w:szCs w:val="24"/>
        </w:rPr>
        <w:t>yaroqsiz</w:t>
      </w:r>
      <w:proofErr w:type="spellEnd"/>
      <w:r w:rsidRPr="00585726">
        <w:rPr>
          <w:rFonts w:cs="Arial"/>
          <w:sz w:val="24"/>
          <w:szCs w:val="24"/>
        </w:rPr>
        <w:t xml:space="preserve"> </w:t>
      </w:r>
      <w:proofErr w:type="spellStart"/>
      <w:r w:rsidRPr="00585726">
        <w:rPr>
          <w:rFonts w:cs="Arial"/>
          <w:sz w:val="24"/>
          <w:szCs w:val="24"/>
        </w:rPr>
        <w:t>holga</w:t>
      </w:r>
      <w:proofErr w:type="spellEnd"/>
      <w:r w:rsidRPr="00585726">
        <w:rPr>
          <w:rFonts w:cs="Arial"/>
          <w:sz w:val="24"/>
          <w:szCs w:val="24"/>
        </w:rPr>
        <w:t xml:space="preserve"> </w:t>
      </w:r>
      <w:proofErr w:type="spellStart"/>
      <w:r w:rsidRPr="00585726">
        <w:rPr>
          <w:rFonts w:cs="Arial"/>
          <w:sz w:val="24"/>
          <w:szCs w:val="24"/>
        </w:rPr>
        <w:t>kelganida</w:t>
      </w:r>
      <w:proofErr w:type="spellEnd"/>
      <w:r w:rsidRPr="00585726">
        <w:rPr>
          <w:rFonts w:cs="Arial"/>
          <w:sz w:val="24"/>
          <w:szCs w:val="24"/>
        </w:rPr>
        <w:t>, PIN-</w:t>
      </w:r>
      <w:proofErr w:type="spellStart"/>
      <w:r w:rsidRPr="00585726">
        <w:rPr>
          <w:rFonts w:cs="Arial"/>
          <w:sz w:val="24"/>
          <w:szCs w:val="24"/>
        </w:rPr>
        <w:t>kod</w:t>
      </w:r>
      <w:proofErr w:type="spellEnd"/>
      <w:r w:rsidRPr="00585726">
        <w:rPr>
          <w:rFonts w:cs="Arial"/>
          <w:sz w:val="24"/>
          <w:szCs w:val="24"/>
        </w:rPr>
        <w:t xml:space="preserve"> </w:t>
      </w:r>
      <w:proofErr w:type="spellStart"/>
      <w:r w:rsidRPr="00585726">
        <w:rPr>
          <w:rFonts w:cs="Arial"/>
          <w:sz w:val="24"/>
          <w:szCs w:val="24"/>
        </w:rPr>
        <w:t>komprometatsiyasi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asoslar</w:t>
      </w:r>
      <w:proofErr w:type="spellEnd"/>
      <w:r w:rsidRPr="00585726">
        <w:rPr>
          <w:rFonts w:cs="Arial"/>
          <w:sz w:val="24"/>
          <w:szCs w:val="24"/>
        </w:rPr>
        <w:t xml:space="preserve"> </w:t>
      </w:r>
      <w:proofErr w:type="spellStart"/>
      <w:r w:rsidRPr="00585726">
        <w:rPr>
          <w:rFonts w:cs="Arial"/>
          <w:sz w:val="24"/>
          <w:szCs w:val="24"/>
        </w:rPr>
        <w:t>mavjud</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lganda</w:t>
      </w:r>
      <w:proofErr w:type="spellEnd"/>
      <w:r w:rsidRPr="00585726">
        <w:rPr>
          <w:rFonts w:cs="Arial"/>
          <w:sz w:val="24"/>
          <w:szCs w:val="24"/>
        </w:rPr>
        <w:t xml:space="preserve"> Bank </w:t>
      </w:r>
      <w:proofErr w:type="spellStart"/>
      <w:r w:rsidRPr="00585726">
        <w:rPr>
          <w:rFonts w:cs="Arial"/>
          <w:sz w:val="24"/>
          <w:szCs w:val="24"/>
        </w:rPr>
        <w:t>Tariflariga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qoidalarga</w:t>
      </w:r>
      <w:proofErr w:type="spellEnd"/>
      <w:r w:rsidRPr="00585726">
        <w:rPr>
          <w:rFonts w:cs="Arial"/>
          <w:sz w:val="24"/>
          <w:szCs w:val="24"/>
        </w:rPr>
        <w:t xml:space="preserve"> muvofiq qayta chiqarilishi mumkin.</w:t>
      </w:r>
    </w:p>
    <w:p w14:paraId="59A4030A"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xavfsizlik</w:t>
      </w:r>
      <w:proofErr w:type="spellEnd"/>
      <w:r w:rsidRPr="00585726">
        <w:rPr>
          <w:rFonts w:cs="Arial"/>
          <w:sz w:val="24"/>
          <w:szCs w:val="24"/>
        </w:rPr>
        <w:t xml:space="preserve"> </w:t>
      </w:r>
      <w:proofErr w:type="spellStart"/>
      <w:r w:rsidRPr="00585726">
        <w:rPr>
          <w:rFonts w:cs="Arial"/>
          <w:sz w:val="24"/>
          <w:szCs w:val="24"/>
        </w:rPr>
        <w:t>maqsadida</w:t>
      </w:r>
      <w:proofErr w:type="spellEnd"/>
      <w:r w:rsidRPr="00585726">
        <w:rPr>
          <w:rFonts w:cs="Arial"/>
          <w:sz w:val="24"/>
          <w:szCs w:val="24"/>
        </w:rPr>
        <w:t xml:space="preserve">, </w:t>
      </w:r>
      <w:proofErr w:type="spellStart"/>
      <w:r w:rsidRPr="00585726">
        <w:rPr>
          <w:rFonts w:cs="Arial"/>
          <w:sz w:val="24"/>
          <w:szCs w:val="24"/>
        </w:rPr>
        <w:t>shubhali</w:t>
      </w:r>
      <w:proofErr w:type="spellEnd"/>
      <w:r w:rsidRPr="00585726">
        <w:rPr>
          <w:rFonts w:cs="Arial"/>
          <w:sz w:val="24"/>
          <w:szCs w:val="24"/>
        </w:rPr>
        <w:t xml:space="preserve"> </w:t>
      </w:r>
      <w:proofErr w:type="spellStart"/>
      <w:r w:rsidRPr="00585726">
        <w:rPr>
          <w:rFonts w:cs="Arial"/>
          <w:sz w:val="24"/>
          <w:szCs w:val="24"/>
        </w:rPr>
        <w:t>operatsiyalar</w:t>
      </w:r>
      <w:proofErr w:type="spellEnd"/>
      <w:r w:rsidRPr="00585726">
        <w:rPr>
          <w:rFonts w:cs="Arial"/>
          <w:sz w:val="24"/>
          <w:szCs w:val="24"/>
        </w:rPr>
        <w:t xml:space="preserve"> </w:t>
      </w:r>
      <w:proofErr w:type="spellStart"/>
      <w:r w:rsidRPr="00585726">
        <w:rPr>
          <w:rFonts w:cs="Arial"/>
          <w:sz w:val="24"/>
          <w:szCs w:val="24"/>
        </w:rPr>
        <w:t>aniqlanganda</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proofErr w:type="gramStart"/>
      <w:r w:rsidRPr="00585726">
        <w:rPr>
          <w:rFonts w:cs="Arial"/>
          <w:sz w:val="24"/>
          <w:szCs w:val="24"/>
        </w:rPr>
        <w:t>bo</w:t>
      </w:r>
      <w:r w:rsidR="008841C6" w:rsidRPr="00585726">
        <w:rPr>
          <w:rFonts w:cs="Arial"/>
          <w:sz w:val="24"/>
          <w:szCs w:val="24"/>
        </w:rPr>
        <w:t>g‘</w:t>
      </w:r>
      <w:proofErr w:type="gramEnd"/>
      <w:r w:rsidRPr="00585726">
        <w:rPr>
          <w:rFonts w:cs="Arial"/>
          <w:sz w:val="24"/>
          <w:szCs w:val="24"/>
        </w:rPr>
        <w:t>lana</w:t>
      </w:r>
      <w:proofErr w:type="spellEnd"/>
      <w:r w:rsidRPr="00585726">
        <w:rPr>
          <w:rFonts w:cs="Arial"/>
          <w:sz w:val="24"/>
          <w:szCs w:val="24"/>
        </w:rPr>
        <w:t xml:space="preserve"> </w:t>
      </w:r>
      <w:proofErr w:type="spellStart"/>
      <w:r w:rsidRPr="00585726">
        <w:rPr>
          <w:rFonts w:cs="Arial"/>
          <w:sz w:val="24"/>
          <w:szCs w:val="24"/>
        </w:rPr>
        <w:t>olmaganda</w:t>
      </w:r>
      <w:proofErr w:type="spellEnd"/>
      <w:r w:rsidRPr="00585726">
        <w:rPr>
          <w:rFonts w:cs="Arial"/>
          <w:sz w:val="24"/>
          <w:szCs w:val="24"/>
        </w:rPr>
        <w:t xml:space="preserve">, </w:t>
      </w:r>
      <w:proofErr w:type="spellStart"/>
      <w:r w:rsidRPr="00585726">
        <w:rPr>
          <w:rFonts w:cs="Arial"/>
          <w:sz w:val="24"/>
          <w:szCs w:val="24"/>
        </w:rPr>
        <w:t>sanksiya</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AML/CFT/CPF </w:t>
      </w:r>
      <w:proofErr w:type="spellStart"/>
      <w:r w:rsidRPr="00585726">
        <w:rPr>
          <w:rFonts w:cs="Arial"/>
          <w:sz w:val="24"/>
          <w:szCs w:val="24"/>
        </w:rPr>
        <w:t>risklari</w:t>
      </w:r>
      <w:proofErr w:type="spellEnd"/>
      <w:r w:rsidRPr="00585726">
        <w:rPr>
          <w:rFonts w:cs="Arial"/>
          <w:sz w:val="24"/>
          <w:szCs w:val="24"/>
        </w:rPr>
        <w:t xml:space="preserve"> </w:t>
      </w:r>
      <w:proofErr w:type="spellStart"/>
      <w:r w:rsidRPr="00585726">
        <w:rPr>
          <w:rFonts w:cs="Arial"/>
          <w:sz w:val="24"/>
          <w:szCs w:val="24"/>
        </w:rPr>
        <w:t>yuzaga</w:t>
      </w:r>
      <w:proofErr w:type="spellEnd"/>
      <w:r w:rsidRPr="00585726">
        <w:rPr>
          <w:rFonts w:cs="Arial"/>
          <w:sz w:val="24"/>
          <w:szCs w:val="24"/>
        </w:rPr>
        <w:t xml:space="preserve"> </w:t>
      </w:r>
      <w:proofErr w:type="spellStart"/>
      <w:r w:rsidRPr="00585726">
        <w:rPr>
          <w:rFonts w:cs="Arial"/>
          <w:sz w:val="24"/>
          <w:szCs w:val="24"/>
        </w:rPr>
        <w:t>kelganida</w:t>
      </w:r>
      <w:proofErr w:type="spellEnd"/>
      <w:r w:rsidRPr="00585726">
        <w:rPr>
          <w:rFonts w:cs="Arial"/>
          <w:sz w:val="24"/>
          <w:szCs w:val="24"/>
        </w:rPr>
        <w:t xml:space="preserve"> </w:t>
      </w:r>
      <w:proofErr w:type="spellStart"/>
      <w:r w:rsidRPr="00585726">
        <w:rPr>
          <w:rFonts w:cs="Arial"/>
          <w:sz w:val="24"/>
          <w:szCs w:val="24"/>
        </w:rPr>
        <w:t>Kartani</w:t>
      </w:r>
      <w:proofErr w:type="spellEnd"/>
      <w:r w:rsidRPr="00585726">
        <w:rPr>
          <w:rFonts w:cs="Arial"/>
          <w:sz w:val="24"/>
          <w:szCs w:val="24"/>
        </w:rPr>
        <w:t xml:space="preserve"> oldindan xabardor qilgan holda yoki qonunchilik ruxsat bergan hollarda oldindan xabardor qilmasdan bloklashga haqli.</w:t>
      </w:r>
    </w:p>
    <w:p w14:paraId="04158B00" w14:textId="77777777" w:rsidR="007D24A2" w:rsidRPr="00585726" w:rsidRDefault="007D24A2" w:rsidP="00F24377">
      <w:pPr>
        <w:ind w:firstLine="567"/>
        <w:jc w:val="both"/>
        <w:rPr>
          <w:rFonts w:cs="Arial"/>
          <w:b/>
          <w:sz w:val="24"/>
          <w:szCs w:val="24"/>
        </w:rPr>
      </w:pPr>
    </w:p>
    <w:p w14:paraId="498235D9" w14:textId="77777777" w:rsidR="008F00AB" w:rsidRPr="00585726" w:rsidRDefault="00357484" w:rsidP="00F24377">
      <w:pPr>
        <w:ind w:firstLine="567"/>
        <w:jc w:val="both"/>
        <w:rPr>
          <w:rFonts w:cs="Arial"/>
          <w:sz w:val="24"/>
          <w:szCs w:val="24"/>
        </w:rPr>
      </w:pPr>
      <w:r w:rsidRPr="00585726">
        <w:rPr>
          <w:rFonts w:cs="Arial"/>
          <w:b/>
          <w:sz w:val="24"/>
          <w:szCs w:val="24"/>
        </w:rPr>
        <w:t>VIII. AML/CFT/CPF, KOMPLAENS VA SANKSIYA NAZORATI</w:t>
      </w:r>
    </w:p>
    <w:p w14:paraId="23589E2D" w14:textId="77777777" w:rsidR="008F00AB" w:rsidRPr="00585726" w:rsidRDefault="00357484" w:rsidP="00F24377">
      <w:pPr>
        <w:ind w:firstLine="567"/>
        <w:jc w:val="both"/>
        <w:rPr>
          <w:rFonts w:cs="Arial"/>
          <w:sz w:val="24"/>
          <w:szCs w:val="24"/>
        </w:rPr>
      </w:pPr>
      <w:r w:rsidRPr="00585726">
        <w:rPr>
          <w:rFonts w:cs="Arial"/>
          <w:sz w:val="24"/>
          <w:szCs w:val="24"/>
        </w:rPr>
        <w:t>Bank mijozni lozim darajada tekshirish, identifikatsiya, verifikatsiya, operatsiyalar monitoringi, shubhali operatsiyalarni aniqlash va boshqa komplaens tadbirlarini amaldagi qonunchilik va Bankning ichki qoidalariga muvofiq amalga oshiradi.</w:t>
      </w:r>
    </w:p>
    <w:p w14:paraId="19B8DDBF"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Mijozdan</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Karta </w:t>
      </w:r>
      <w:proofErr w:type="spellStart"/>
      <w:r w:rsidRPr="00585726">
        <w:rPr>
          <w:rFonts w:cs="Arial"/>
          <w:sz w:val="24"/>
          <w:szCs w:val="24"/>
        </w:rPr>
        <w:t>egasidan</w:t>
      </w:r>
      <w:proofErr w:type="spellEnd"/>
      <w:r w:rsidRPr="00585726">
        <w:rPr>
          <w:rFonts w:cs="Arial"/>
          <w:sz w:val="24"/>
          <w:szCs w:val="24"/>
        </w:rPr>
        <w:t xml:space="preserve"> </w:t>
      </w:r>
      <w:proofErr w:type="spellStart"/>
      <w:r w:rsidRPr="00585726">
        <w:rPr>
          <w:rFonts w:cs="Arial"/>
          <w:sz w:val="24"/>
          <w:szCs w:val="24"/>
        </w:rPr>
        <w:t>operatsiyaning</w:t>
      </w:r>
      <w:proofErr w:type="spellEnd"/>
      <w:r w:rsidRPr="00585726">
        <w:rPr>
          <w:rFonts w:cs="Arial"/>
          <w:sz w:val="24"/>
          <w:szCs w:val="24"/>
        </w:rPr>
        <w:t xml:space="preserve"> </w:t>
      </w:r>
      <w:proofErr w:type="spellStart"/>
      <w:r w:rsidRPr="00585726">
        <w:rPr>
          <w:rFonts w:cs="Arial"/>
          <w:sz w:val="24"/>
          <w:szCs w:val="24"/>
        </w:rPr>
        <w:t>iqtisodiy</w:t>
      </w:r>
      <w:proofErr w:type="spellEnd"/>
      <w:r w:rsidRPr="00585726">
        <w:rPr>
          <w:rFonts w:cs="Arial"/>
          <w:sz w:val="24"/>
          <w:szCs w:val="24"/>
        </w:rPr>
        <w:t xml:space="preserve"> </w:t>
      </w:r>
      <w:proofErr w:type="spellStart"/>
      <w:r w:rsidRPr="00585726">
        <w:rPr>
          <w:rFonts w:cs="Arial"/>
          <w:sz w:val="24"/>
          <w:szCs w:val="24"/>
        </w:rPr>
        <w:t>mazmunini</w:t>
      </w:r>
      <w:proofErr w:type="spellEnd"/>
      <w:r w:rsidRPr="00585726">
        <w:rPr>
          <w:rFonts w:cs="Arial"/>
          <w:sz w:val="24"/>
          <w:szCs w:val="24"/>
        </w:rPr>
        <w:t xml:space="preserve">, </w:t>
      </w:r>
      <w:proofErr w:type="spellStart"/>
      <w:proofErr w:type="gramStart"/>
      <w:r w:rsidRPr="00585726">
        <w:rPr>
          <w:rFonts w:cs="Arial"/>
          <w:sz w:val="24"/>
          <w:szCs w:val="24"/>
        </w:rPr>
        <w:t>mabla</w:t>
      </w:r>
      <w:r w:rsidR="008841C6" w:rsidRPr="00585726">
        <w:rPr>
          <w:rFonts w:cs="Arial"/>
          <w:sz w:val="24"/>
          <w:szCs w:val="24"/>
        </w:rPr>
        <w:t>g‘</w:t>
      </w:r>
      <w:proofErr w:type="gramEnd"/>
      <w:r w:rsidRPr="00585726">
        <w:rPr>
          <w:rFonts w:cs="Arial"/>
          <w:sz w:val="24"/>
          <w:szCs w:val="24"/>
        </w:rPr>
        <w:t>lar</w:t>
      </w:r>
      <w:proofErr w:type="spellEnd"/>
      <w:r w:rsidRPr="00585726">
        <w:rPr>
          <w:rFonts w:cs="Arial"/>
          <w:sz w:val="24"/>
          <w:szCs w:val="24"/>
        </w:rPr>
        <w:t xml:space="preserve"> </w:t>
      </w:r>
      <w:proofErr w:type="spellStart"/>
      <w:r w:rsidRPr="00585726">
        <w:rPr>
          <w:rFonts w:cs="Arial"/>
          <w:sz w:val="24"/>
          <w:szCs w:val="24"/>
        </w:rPr>
        <w:t>manbasini</w:t>
      </w:r>
      <w:proofErr w:type="spellEnd"/>
      <w:r w:rsidRPr="00585726">
        <w:rPr>
          <w:rFonts w:cs="Arial"/>
          <w:sz w:val="24"/>
          <w:szCs w:val="24"/>
        </w:rPr>
        <w:t xml:space="preserve">, </w:t>
      </w:r>
      <w:proofErr w:type="spellStart"/>
      <w:r w:rsidRPr="00585726">
        <w:rPr>
          <w:rFonts w:cs="Arial"/>
          <w:sz w:val="24"/>
          <w:szCs w:val="24"/>
        </w:rPr>
        <w:t>kontragentlarni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maqsadini</w:t>
      </w:r>
      <w:proofErr w:type="spellEnd"/>
      <w:r w:rsidRPr="00585726">
        <w:rPr>
          <w:rFonts w:cs="Arial"/>
          <w:sz w:val="24"/>
          <w:szCs w:val="24"/>
        </w:rPr>
        <w:t xml:space="preserve">, </w:t>
      </w:r>
      <w:proofErr w:type="spellStart"/>
      <w:r w:rsidRPr="00585726">
        <w:rPr>
          <w:rFonts w:cs="Arial"/>
          <w:sz w:val="24"/>
          <w:szCs w:val="24"/>
        </w:rPr>
        <w:t>tegishli</w:t>
      </w:r>
      <w:proofErr w:type="spellEnd"/>
      <w:r w:rsidRPr="00585726">
        <w:rPr>
          <w:rFonts w:cs="Arial"/>
          <w:sz w:val="24"/>
          <w:szCs w:val="24"/>
        </w:rPr>
        <w:t xml:space="preserve"> </w:t>
      </w:r>
      <w:proofErr w:type="spellStart"/>
      <w:r w:rsidRPr="00585726">
        <w:rPr>
          <w:rFonts w:cs="Arial"/>
          <w:sz w:val="24"/>
          <w:szCs w:val="24"/>
        </w:rPr>
        <w:t>shartnomalar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tasdiqlovchi</w:t>
      </w:r>
      <w:proofErr w:type="spellEnd"/>
      <w:r w:rsidRPr="00585726">
        <w:rPr>
          <w:rFonts w:cs="Arial"/>
          <w:sz w:val="24"/>
          <w:szCs w:val="24"/>
        </w:rPr>
        <w:t xml:space="preserve"> </w:t>
      </w:r>
      <w:proofErr w:type="spellStart"/>
      <w:r w:rsidRPr="00585726">
        <w:rPr>
          <w:rFonts w:cs="Arial"/>
          <w:sz w:val="24"/>
          <w:szCs w:val="24"/>
        </w:rPr>
        <w:t>hujjatlarni</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etishni</w:t>
      </w:r>
      <w:proofErr w:type="spellEnd"/>
      <w:r w:rsidRPr="00585726">
        <w:rPr>
          <w:rFonts w:cs="Arial"/>
          <w:sz w:val="24"/>
          <w:szCs w:val="24"/>
        </w:rPr>
        <w:t xml:space="preserve"> talab qilishga haqli.</w:t>
      </w:r>
    </w:p>
    <w:p w14:paraId="641FA11B" w14:textId="77777777" w:rsidR="008F00AB" w:rsidRPr="00585726" w:rsidRDefault="00357484" w:rsidP="00F24377">
      <w:pPr>
        <w:ind w:firstLine="567"/>
        <w:jc w:val="both"/>
        <w:rPr>
          <w:rFonts w:cs="Arial"/>
          <w:sz w:val="24"/>
          <w:szCs w:val="24"/>
        </w:rPr>
      </w:pPr>
      <w:r w:rsidRPr="00585726">
        <w:rPr>
          <w:rFonts w:cs="Arial"/>
          <w:sz w:val="24"/>
          <w:szCs w:val="24"/>
        </w:rPr>
        <w:t xml:space="preserve">AML/CFT/CPF, </w:t>
      </w:r>
      <w:proofErr w:type="spellStart"/>
      <w:r w:rsidRPr="00585726">
        <w:rPr>
          <w:rFonts w:cs="Arial"/>
          <w:sz w:val="24"/>
          <w:szCs w:val="24"/>
        </w:rPr>
        <w:t>sanksion</w:t>
      </w:r>
      <w:proofErr w:type="spellEnd"/>
      <w:r w:rsidRPr="00585726">
        <w:rPr>
          <w:rFonts w:cs="Arial"/>
          <w:sz w:val="24"/>
          <w:szCs w:val="24"/>
        </w:rPr>
        <w:t xml:space="preserve"> </w:t>
      </w:r>
      <w:proofErr w:type="spellStart"/>
      <w:r w:rsidRPr="00585726">
        <w:rPr>
          <w:rFonts w:cs="Arial"/>
          <w:sz w:val="24"/>
          <w:szCs w:val="24"/>
        </w:rPr>
        <w:t>cheklovlar</w:t>
      </w:r>
      <w:proofErr w:type="spellEnd"/>
      <w:r w:rsidRPr="00585726">
        <w:rPr>
          <w:rFonts w:cs="Arial"/>
          <w:sz w:val="24"/>
          <w:szCs w:val="24"/>
        </w:rPr>
        <w:t xml:space="preserve">, </w:t>
      </w:r>
      <w:proofErr w:type="spellStart"/>
      <w:r w:rsidRPr="00585726">
        <w:rPr>
          <w:rFonts w:cs="Arial"/>
          <w:sz w:val="24"/>
          <w:szCs w:val="24"/>
        </w:rPr>
        <w:t>firibgarlik</w:t>
      </w:r>
      <w:proofErr w:type="spellEnd"/>
      <w:r w:rsidRPr="00585726">
        <w:rPr>
          <w:rFonts w:cs="Arial"/>
          <w:sz w:val="24"/>
          <w:szCs w:val="24"/>
        </w:rPr>
        <w:t xml:space="preserve"> </w:t>
      </w:r>
      <w:proofErr w:type="spellStart"/>
      <w:r w:rsidRPr="00585726">
        <w:rPr>
          <w:rFonts w:cs="Arial"/>
          <w:sz w:val="24"/>
          <w:szCs w:val="24"/>
        </w:rPr>
        <w:t>alomatlari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huquqiy</w:t>
      </w:r>
      <w:proofErr w:type="spellEnd"/>
      <w:r w:rsidRPr="00585726">
        <w:rPr>
          <w:rFonts w:cs="Arial"/>
          <w:sz w:val="24"/>
          <w:szCs w:val="24"/>
        </w:rPr>
        <w:t xml:space="preserve"> </w:t>
      </w:r>
      <w:proofErr w:type="spellStart"/>
      <w:r w:rsidRPr="00585726">
        <w:rPr>
          <w:rFonts w:cs="Arial"/>
          <w:sz w:val="24"/>
          <w:szCs w:val="24"/>
        </w:rPr>
        <w:t>risklar</w:t>
      </w:r>
      <w:proofErr w:type="spellEnd"/>
      <w:r w:rsidRPr="00585726">
        <w:rPr>
          <w:rFonts w:cs="Arial"/>
          <w:sz w:val="24"/>
          <w:szCs w:val="24"/>
        </w:rPr>
        <w:t xml:space="preserve"> </w:t>
      </w:r>
      <w:proofErr w:type="spellStart"/>
      <w:r w:rsidRPr="00585726">
        <w:rPr>
          <w:rFonts w:cs="Arial"/>
          <w:sz w:val="24"/>
          <w:szCs w:val="24"/>
        </w:rPr>
        <w:t>aniqlanganda</w:t>
      </w:r>
      <w:proofErr w:type="spellEnd"/>
      <w:r w:rsidRPr="00585726">
        <w:rPr>
          <w:rFonts w:cs="Arial"/>
          <w:sz w:val="24"/>
          <w:szCs w:val="24"/>
        </w:rPr>
        <w:t xml:space="preserve"> Bank </w:t>
      </w:r>
      <w:proofErr w:type="spellStart"/>
      <w:r w:rsidRPr="00585726">
        <w:rPr>
          <w:rFonts w:cs="Arial"/>
          <w:sz w:val="24"/>
          <w:szCs w:val="24"/>
        </w:rPr>
        <w:t>operatsiyani</w:t>
      </w:r>
      <w:proofErr w:type="spellEnd"/>
      <w:r w:rsidRPr="00585726">
        <w:rPr>
          <w:rFonts w:cs="Arial"/>
          <w:sz w:val="24"/>
          <w:szCs w:val="24"/>
        </w:rPr>
        <w:t xml:space="preserve"> rad </w:t>
      </w:r>
      <w:proofErr w:type="spellStart"/>
      <w:r w:rsidRPr="00585726">
        <w:rPr>
          <w:rFonts w:cs="Arial"/>
          <w:sz w:val="24"/>
          <w:szCs w:val="24"/>
        </w:rPr>
        <w:t>etish</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xtatib</w:t>
      </w:r>
      <w:proofErr w:type="spellEnd"/>
      <w:r w:rsidRPr="00585726">
        <w:rPr>
          <w:rFonts w:cs="Arial"/>
          <w:sz w:val="24"/>
          <w:szCs w:val="24"/>
        </w:rPr>
        <w:t xml:space="preserve"> </w:t>
      </w:r>
      <w:proofErr w:type="spellStart"/>
      <w:r w:rsidRPr="00585726">
        <w:rPr>
          <w:rFonts w:cs="Arial"/>
          <w:sz w:val="24"/>
          <w:szCs w:val="24"/>
        </w:rPr>
        <w:t>turish</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w:t>
      </w:r>
      <w:proofErr w:type="spellEnd"/>
      <w:r w:rsidRPr="00585726">
        <w:rPr>
          <w:rFonts w:cs="Arial"/>
          <w:sz w:val="24"/>
          <w:szCs w:val="24"/>
        </w:rPr>
        <w:t xml:space="preserve"> </w:t>
      </w:r>
      <w:proofErr w:type="spellStart"/>
      <w:r w:rsidRPr="00585726">
        <w:rPr>
          <w:rFonts w:cs="Arial"/>
          <w:sz w:val="24"/>
          <w:szCs w:val="24"/>
        </w:rPr>
        <w:t>tekshiruv</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tkazish</w:t>
      </w:r>
      <w:proofErr w:type="spellEnd"/>
      <w:r w:rsidRPr="00585726">
        <w:rPr>
          <w:rFonts w:cs="Arial"/>
          <w:sz w:val="24"/>
          <w:szCs w:val="24"/>
        </w:rPr>
        <w:t xml:space="preserve">, </w:t>
      </w:r>
      <w:proofErr w:type="spellStart"/>
      <w:r w:rsidRPr="00585726">
        <w:rPr>
          <w:rFonts w:cs="Arial"/>
          <w:sz w:val="24"/>
          <w:szCs w:val="24"/>
        </w:rPr>
        <w:t>Kartani</w:t>
      </w:r>
      <w:proofErr w:type="spellEnd"/>
      <w:r w:rsidRPr="00585726">
        <w:rPr>
          <w:rFonts w:cs="Arial"/>
          <w:sz w:val="24"/>
          <w:szCs w:val="24"/>
        </w:rPr>
        <w:t xml:space="preserve"> </w:t>
      </w:r>
      <w:proofErr w:type="spellStart"/>
      <w:r w:rsidRPr="00585726">
        <w:rPr>
          <w:rFonts w:cs="Arial"/>
          <w:sz w:val="24"/>
          <w:szCs w:val="24"/>
        </w:rPr>
        <w:t>bloklash</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Shartnomani</w:t>
      </w:r>
      <w:proofErr w:type="spellEnd"/>
      <w:r w:rsidRPr="00585726">
        <w:rPr>
          <w:rFonts w:cs="Arial"/>
          <w:sz w:val="24"/>
          <w:szCs w:val="24"/>
        </w:rPr>
        <w:t xml:space="preserve"> </w:t>
      </w:r>
      <w:proofErr w:type="spellStart"/>
      <w:r w:rsidRPr="00585726">
        <w:rPr>
          <w:rFonts w:cs="Arial"/>
          <w:sz w:val="24"/>
          <w:szCs w:val="24"/>
        </w:rPr>
        <w:t>qonunchilikda</w:t>
      </w:r>
      <w:proofErr w:type="spellEnd"/>
      <w:r w:rsidRPr="00585726">
        <w:rPr>
          <w:rFonts w:cs="Arial"/>
          <w:sz w:val="24"/>
          <w:szCs w:val="24"/>
        </w:rPr>
        <w:t xml:space="preserve"> </w:t>
      </w:r>
      <w:proofErr w:type="spellStart"/>
      <w:r w:rsidRPr="00585726">
        <w:rPr>
          <w:rFonts w:cs="Arial"/>
          <w:sz w:val="24"/>
          <w:szCs w:val="24"/>
        </w:rPr>
        <w:t>nazarda</w:t>
      </w:r>
      <w:proofErr w:type="spellEnd"/>
      <w:r w:rsidRPr="00585726">
        <w:rPr>
          <w:rFonts w:cs="Arial"/>
          <w:sz w:val="24"/>
          <w:szCs w:val="24"/>
        </w:rPr>
        <w:t xml:space="preserve"> </w:t>
      </w:r>
      <w:proofErr w:type="spellStart"/>
      <w:r w:rsidRPr="00585726">
        <w:rPr>
          <w:rFonts w:cs="Arial"/>
          <w:sz w:val="24"/>
          <w:szCs w:val="24"/>
        </w:rPr>
        <w:t>tutilgan</w:t>
      </w:r>
      <w:proofErr w:type="spellEnd"/>
      <w:r w:rsidRPr="00585726">
        <w:rPr>
          <w:rFonts w:cs="Arial"/>
          <w:sz w:val="24"/>
          <w:szCs w:val="24"/>
        </w:rPr>
        <w:t xml:space="preserve"> </w:t>
      </w:r>
      <w:proofErr w:type="spellStart"/>
      <w:r w:rsidRPr="00585726">
        <w:rPr>
          <w:rFonts w:cs="Arial"/>
          <w:sz w:val="24"/>
          <w:szCs w:val="24"/>
        </w:rPr>
        <w:t>tartibda</w:t>
      </w:r>
      <w:proofErr w:type="spellEnd"/>
      <w:r w:rsidRPr="00585726">
        <w:rPr>
          <w:rFonts w:cs="Arial"/>
          <w:sz w:val="24"/>
          <w:szCs w:val="24"/>
        </w:rPr>
        <w:t xml:space="preserve"> </w:t>
      </w:r>
      <w:proofErr w:type="spellStart"/>
      <w:r w:rsidRPr="00585726">
        <w:rPr>
          <w:rFonts w:cs="Arial"/>
          <w:sz w:val="24"/>
          <w:szCs w:val="24"/>
        </w:rPr>
        <w:t>bir</w:t>
      </w:r>
      <w:proofErr w:type="spellEnd"/>
      <w:r w:rsidRPr="00585726">
        <w:rPr>
          <w:rFonts w:cs="Arial"/>
          <w:sz w:val="24"/>
          <w:szCs w:val="24"/>
        </w:rPr>
        <w:t xml:space="preserve"> </w:t>
      </w:r>
      <w:proofErr w:type="spellStart"/>
      <w:r w:rsidRPr="00585726">
        <w:rPr>
          <w:rFonts w:cs="Arial"/>
          <w:sz w:val="24"/>
          <w:szCs w:val="24"/>
        </w:rPr>
        <w:t>tomonlama</w:t>
      </w:r>
      <w:proofErr w:type="spellEnd"/>
      <w:r w:rsidRPr="00585726">
        <w:rPr>
          <w:rFonts w:cs="Arial"/>
          <w:sz w:val="24"/>
          <w:szCs w:val="24"/>
        </w:rPr>
        <w:t xml:space="preserve"> bekor qilishga haqli.</w:t>
      </w:r>
    </w:p>
    <w:p w14:paraId="2C7475E8"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etilgan</w:t>
      </w:r>
      <w:proofErr w:type="spellEnd"/>
      <w:r w:rsidRPr="00585726">
        <w:rPr>
          <w:rFonts w:cs="Arial"/>
          <w:sz w:val="24"/>
          <w:szCs w:val="24"/>
        </w:rPr>
        <w:t xml:space="preserve"> </w:t>
      </w:r>
      <w:proofErr w:type="spellStart"/>
      <w:r w:rsidRPr="00585726">
        <w:rPr>
          <w:rFonts w:cs="Arial"/>
          <w:sz w:val="24"/>
          <w:szCs w:val="24"/>
        </w:rPr>
        <w:t>ma’lumotlarning</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008841C6" w:rsidRPr="00585726">
        <w:rPr>
          <w:rFonts w:cs="Arial"/>
          <w:sz w:val="24"/>
          <w:szCs w:val="24"/>
        </w:rPr>
        <w:t>g‘</w:t>
      </w:r>
      <w:r w:rsidRPr="00585726">
        <w:rPr>
          <w:rFonts w:cs="Arial"/>
          <w:sz w:val="24"/>
          <w:szCs w:val="24"/>
        </w:rPr>
        <w:t>riligi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dolzarbligi</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javobgar</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ladi</w:t>
      </w:r>
      <w:proofErr w:type="spellEnd"/>
      <w:r w:rsidRPr="00585726">
        <w:rPr>
          <w:rFonts w:cs="Arial"/>
          <w:sz w:val="24"/>
          <w:szCs w:val="24"/>
        </w:rPr>
        <w:t>.</w:t>
      </w:r>
    </w:p>
    <w:p w14:paraId="0ADC0ABE" w14:textId="77777777" w:rsidR="007D24A2" w:rsidRPr="00585726" w:rsidRDefault="007D24A2" w:rsidP="00F24377">
      <w:pPr>
        <w:ind w:firstLine="567"/>
        <w:jc w:val="both"/>
        <w:rPr>
          <w:rFonts w:cs="Arial"/>
          <w:b/>
          <w:sz w:val="24"/>
          <w:szCs w:val="24"/>
        </w:rPr>
      </w:pPr>
    </w:p>
    <w:p w14:paraId="3694DD1C" w14:textId="77777777" w:rsidR="008F00AB" w:rsidRPr="00585726" w:rsidRDefault="00357484" w:rsidP="00F24377">
      <w:pPr>
        <w:ind w:firstLine="567"/>
        <w:jc w:val="both"/>
        <w:rPr>
          <w:rFonts w:cs="Arial"/>
          <w:sz w:val="24"/>
          <w:szCs w:val="24"/>
        </w:rPr>
      </w:pPr>
      <w:r w:rsidRPr="00585726">
        <w:rPr>
          <w:rFonts w:cs="Arial"/>
          <w:b/>
          <w:sz w:val="24"/>
          <w:szCs w:val="24"/>
        </w:rPr>
        <w:t>IX. TARIFLAR VA HISOB-KITOBLAR</w:t>
      </w:r>
    </w:p>
    <w:p w14:paraId="07F35CF5" w14:textId="77777777" w:rsidR="008F00AB" w:rsidRPr="00585726" w:rsidRDefault="00357484" w:rsidP="00F24377">
      <w:pPr>
        <w:ind w:firstLine="567"/>
        <w:jc w:val="both"/>
        <w:rPr>
          <w:rFonts w:cs="Arial"/>
          <w:sz w:val="24"/>
          <w:szCs w:val="24"/>
        </w:rPr>
      </w:pPr>
      <w:r w:rsidRPr="00585726">
        <w:rPr>
          <w:rFonts w:cs="Arial"/>
          <w:sz w:val="24"/>
          <w:szCs w:val="24"/>
        </w:rPr>
        <w:t xml:space="preserve">Karta </w:t>
      </w:r>
      <w:proofErr w:type="spellStart"/>
      <w:r w:rsidRPr="00585726">
        <w:rPr>
          <w:rFonts w:cs="Arial"/>
          <w:sz w:val="24"/>
          <w:szCs w:val="24"/>
        </w:rPr>
        <w:t>chiqarish</w:t>
      </w:r>
      <w:proofErr w:type="spellEnd"/>
      <w:r w:rsidRPr="00585726">
        <w:rPr>
          <w:rFonts w:cs="Arial"/>
          <w:sz w:val="24"/>
          <w:szCs w:val="24"/>
        </w:rPr>
        <w:t xml:space="preserve">, </w:t>
      </w:r>
      <w:proofErr w:type="spellStart"/>
      <w:r w:rsidRPr="00585726">
        <w:rPr>
          <w:rFonts w:cs="Arial"/>
          <w:sz w:val="24"/>
          <w:szCs w:val="24"/>
        </w:rPr>
        <w:t>qayta</w:t>
      </w:r>
      <w:proofErr w:type="spellEnd"/>
      <w:r w:rsidRPr="00585726">
        <w:rPr>
          <w:rFonts w:cs="Arial"/>
          <w:sz w:val="24"/>
          <w:szCs w:val="24"/>
        </w:rPr>
        <w:t xml:space="preserve"> </w:t>
      </w:r>
      <w:proofErr w:type="spellStart"/>
      <w:r w:rsidRPr="00585726">
        <w:rPr>
          <w:rFonts w:cs="Arial"/>
          <w:sz w:val="24"/>
          <w:szCs w:val="24"/>
        </w:rPr>
        <w:t>chiqarish</w:t>
      </w:r>
      <w:proofErr w:type="spellEnd"/>
      <w:r w:rsidRPr="00585726">
        <w:rPr>
          <w:rFonts w:cs="Arial"/>
          <w:sz w:val="24"/>
          <w:szCs w:val="24"/>
        </w:rPr>
        <w:t xml:space="preserve">, </w:t>
      </w:r>
      <w:proofErr w:type="spellStart"/>
      <w:r w:rsidRPr="00585726">
        <w:rPr>
          <w:rFonts w:cs="Arial"/>
          <w:sz w:val="24"/>
          <w:szCs w:val="24"/>
        </w:rPr>
        <w:t>xizmat</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rsatish</w:t>
      </w:r>
      <w:proofErr w:type="spellEnd"/>
      <w:r w:rsidRPr="00585726">
        <w:rPr>
          <w:rFonts w:cs="Arial"/>
          <w:sz w:val="24"/>
          <w:szCs w:val="24"/>
        </w:rPr>
        <w:t>, SMS-</w:t>
      </w:r>
      <w:proofErr w:type="spellStart"/>
      <w:r w:rsidRPr="00585726">
        <w:rPr>
          <w:rFonts w:cs="Arial"/>
          <w:sz w:val="24"/>
          <w:szCs w:val="24"/>
        </w:rPr>
        <w:t>xabarnoma</w:t>
      </w:r>
      <w:proofErr w:type="spellEnd"/>
      <w:r w:rsidRPr="00585726">
        <w:rPr>
          <w:rFonts w:cs="Arial"/>
          <w:sz w:val="24"/>
          <w:szCs w:val="24"/>
        </w:rPr>
        <w:t xml:space="preserve">, </w:t>
      </w:r>
      <w:proofErr w:type="spellStart"/>
      <w:r w:rsidRPr="00585726">
        <w:rPr>
          <w:rFonts w:cs="Arial"/>
          <w:sz w:val="24"/>
          <w:szCs w:val="24"/>
        </w:rPr>
        <w:t>bloklash</w:t>
      </w:r>
      <w:proofErr w:type="spellEnd"/>
      <w:r w:rsidRPr="00585726">
        <w:rPr>
          <w:rFonts w:cs="Arial"/>
          <w:sz w:val="24"/>
          <w:szCs w:val="24"/>
        </w:rPr>
        <w:t xml:space="preserve">, </w:t>
      </w:r>
      <w:proofErr w:type="spellStart"/>
      <w:r w:rsidRPr="00585726">
        <w:rPr>
          <w:rFonts w:cs="Arial"/>
          <w:sz w:val="24"/>
          <w:szCs w:val="24"/>
        </w:rPr>
        <w:t>qayta</w:t>
      </w:r>
      <w:proofErr w:type="spellEnd"/>
      <w:r w:rsidRPr="00585726">
        <w:rPr>
          <w:rFonts w:cs="Arial"/>
          <w:sz w:val="24"/>
          <w:szCs w:val="24"/>
        </w:rPr>
        <w:t xml:space="preserve"> </w:t>
      </w:r>
      <w:proofErr w:type="spellStart"/>
      <w:r w:rsidRPr="00585726">
        <w:rPr>
          <w:rFonts w:cs="Arial"/>
          <w:sz w:val="24"/>
          <w:szCs w:val="24"/>
        </w:rPr>
        <w:t>aktivlashtirish</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chirma</w:t>
      </w:r>
      <w:proofErr w:type="spellEnd"/>
      <w:r w:rsidRPr="00585726">
        <w:rPr>
          <w:rFonts w:cs="Arial"/>
          <w:sz w:val="24"/>
          <w:szCs w:val="24"/>
        </w:rPr>
        <w:t xml:space="preserve"> </w:t>
      </w:r>
      <w:proofErr w:type="spellStart"/>
      <w:r w:rsidRPr="00585726">
        <w:rPr>
          <w:rFonts w:cs="Arial"/>
          <w:sz w:val="24"/>
          <w:szCs w:val="24"/>
        </w:rPr>
        <w:t>berish</w:t>
      </w:r>
      <w:proofErr w:type="spellEnd"/>
      <w:r w:rsidRPr="00585726">
        <w:rPr>
          <w:rFonts w:cs="Arial"/>
          <w:sz w:val="24"/>
          <w:szCs w:val="24"/>
        </w:rPr>
        <w:t xml:space="preserve">, </w:t>
      </w:r>
      <w:proofErr w:type="spellStart"/>
      <w:r w:rsidRPr="00585726">
        <w:rPr>
          <w:rFonts w:cs="Arial"/>
          <w:sz w:val="24"/>
          <w:szCs w:val="24"/>
        </w:rPr>
        <w:t>naqd</w:t>
      </w:r>
      <w:proofErr w:type="spellEnd"/>
      <w:r w:rsidRPr="00585726">
        <w:rPr>
          <w:rFonts w:cs="Arial"/>
          <w:sz w:val="24"/>
          <w:szCs w:val="24"/>
        </w:rPr>
        <w:t xml:space="preserve"> </w:t>
      </w:r>
      <w:proofErr w:type="spellStart"/>
      <w:r w:rsidRPr="00585726">
        <w:rPr>
          <w:rFonts w:cs="Arial"/>
          <w:sz w:val="24"/>
          <w:szCs w:val="24"/>
        </w:rPr>
        <w:t>pul</w:t>
      </w:r>
      <w:proofErr w:type="spellEnd"/>
      <w:r w:rsidRPr="00585726">
        <w:rPr>
          <w:rFonts w:cs="Arial"/>
          <w:sz w:val="24"/>
          <w:szCs w:val="24"/>
        </w:rPr>
        <w:t xml:space="preserve"> </w:t>
      </w:r>
      <w:proofErr w:type="spellStart"/>
      <w:r w:rsidRPr="00585726">
        <w:rPr>
          <w:rFonts w:cs="Arial"/>
          <w:sz w:val="24"/>
          <w:szCs w:val="24"/>
        </w:rPr>
        <w:t>yechish</w:t>
      </w:r>
      <w:proofErr w:type="spellEnd"/>
      <w:r w:rsidRPr="00585726">
        <w:rPr>
          <w:rFonts w:cs="Arial"/>
          <w:sz w:val="24"/>
          <w:szCs w:val="24"/>
        </w:rPr>
        <w:t xml:space="preserve">, </w:t>
      </w:r>
      <w:proofErr w:type="spellStart"/>
      <w:r w:rsidRPr="00585726">
        <w:rPr>
          <w:rFonts w:cs="Arial"/>
          <w:sz w:val="24"/>
          <w:szCs w:val="24"/>
        </w:rPr>
        <w:t>valyuta</w:t>
      </w:r>
      <w:proofErr w:type="spellEnd"/>
      <w:r w:rsidRPr="00585726">
        <w:rPr>
          <w:rFonts w:cs="Arial"/>
          <w:sz w:val="24"/>
          <w:szCs w:val="24"/>
        </w:rPr>
        <w:t xml:space="preserve"> </w:t>
      </w:r>
      <w:proofErr w:type="spellStart"/>
      <w:r w:rsidRPr="00585726">
        <w:rPr>
          <w:rFonts w:cs="Arial"/>
          <w:sz w:val="24"/>
          <w:szCs w:val="24"/>
        </w:rPr>
        <w:t>konvertatsiyasi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xizmatlar</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w:t>
      </w:r>
      <w:proofErr w:type="spellEnd"/>
      <w:r w:rsidRPr="00585726">
        <w:rPr>
          <w:rFonts w:cs="Arial"/>
          <w:sz w:val="24"/>
          <w:szCs w:val="24"/>
        </w:rPr>
        <w:t xml:space="preserve"> Bank </w:t>
      </w:r>
      <w:proofErr w:type="spellStart"/>
      <w:r w:rsidRPr="00585726">
        <w:rPr>
          <w:rFonts w:cs="Arial"/>
          <w:sz w:val="24"/>
          <w:szCs w:val="24"/>
        </w:rPr>
        <w:t>Tariflariga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undiriladi</w:t>
      </w:r>
      <w:proofErr w:type="spellEnd"/>
      <w:r w:rsidRPr="00585726">
        <w:rPr>
          <w:rFonts w:cs="Arial"/>
          <w:sz w:val="24"/>
          <w:szCs w:val="24"/>
        </w:rPr>
        <w:t>.</w:t>
      </w:r>
    </w:p>
    <w:p w14:paraId="1E41D80E" w14:textId="77777777" w:rsidR="008F00AB" w:rsidRPr="00585726" w:rsidRDefault="00357484" w:rsidP="00F24377">
      <w:pPr>
        <w:ind w:firstLine="567"/>
        <w:jc w:val="both"/>
        <w:rPr>
          <w:rFonts w:cs="Arial"/>
          <w:sz w:val="24"/>
          <w:szCs w:val="24"/>
        </w:rPr>
      </w:pPr>
      <w:r w:rsidRPr="00585726">
        <w:rPr>
          <w:rFonts w:cs="Arial"/>
          <w:sz w:val="24"/>
          <w:szCs w:val="24"/>
        </w:rPr>
        <w:lastRenderedPageBreak/>
        <w:t xml:space="preserve">Tariflar Bankning rasmiy veb-saytida, mobil ilovasida yoki Bank ofislarida e’lon qilinadi. </w:t>
      </w:r>
      <w:proofErr w:type="spellStart"/>
      <w:r w:rsidRPr="00585726">
        <w:rPr>
          <w:rFonts w:cs="Arial"/>
          <w:sz w:val="24"/>
          <w:szCs w:val="24"/>
        </w:rPr>
        <w:t>Tariflarga</w:t>
      </w:r>
      <w:proofErr w:type="spellEnd"/>
      <w:r w:rsidRPr="00585726">
        <w:rPr>
          <w:rFonts w:cs="Arial"/>
          <w:sz w:val="24"/>
          <w:szCs w:val="24"/>
        </w:rPr>
        <w:t xml:space="preserve"> </w:t>
      </w:r>
      <w:proofErr w:type="spellStart"/>
      <w:r w:rsidRPr="00585726">
        <w:rPr>
          <w:rFonts w:cs="Arial"/>
          <w:sz w:val="24"/>
          <w:szCs w:val="24"/>
        </w:rPr>
        <w:t>kiritiladigan</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zgartirishlar</w:t>
      </w:r>
      <w:proofErr w:type="spellEnd"/>
      <w:r w:rsidRPr="00585726">
        <w:rPr>
          <w:rFonts w:cs="Arial"/>
          <w:sz w:val="24"/>
          <w:szCs w:val="24"/>
        </w:rPr>
        <w:t xml:space="preserve">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tartib-taomillarga muvofiq e’lon qilinadi.</w:t>
      </w:r>
    </w:p>
    <w:p w14:paraId="5F0A5BA3"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Tariflarga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undirilishi</w:t>
      </w:r>
      <w:proofErr w:type="spellEnd"/>
      <w:r w:rsidRPr="00585726">
        <w:rPr>
          <w:rFonts w:cs="Arial"/>
          <w:sz w:val="24"/>
          <w:szCs w:val="24"/>
        </w:rPr>
        <w:t xml:space="preserve"> </w:t>
      </w:r>
      <w:proofErr w:type="spellStart"/>
      <w:r w:rsidRPr="00585726">
        <w:rPr>
          <w:rFonts w:cs="Arial"/>
          <w:sz w:val="24"/>
          <w:szCs w:val="24"/>
        </w:rPr>
        <w:t>lozim</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lgan</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lovlarni</w:t>
      </w:r>
      <w:proofErr w:type="spellEnd"/>
      <w:r w:rsidRPr="00585726">
        <w:rPr>
          <w:rFonts w:cs="Arial"/>
          <w:sz w:val="24"/>
          <w:szCs w:val="24"/>
        </w:rPr>
        <w:t xml:space="preserve"> </w:t>
      </w: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tegishli</w:t>
      </w:r>
      <w:proofErr w:type="spellEnd"/>
      <w:r w:rsidRPr="00585726">
        <w:rPr>
          <w:rFonts w:cs="Arial"/>
          <w:sz w:val="24"/>
          <w:szCs w:val="24"/>
        </w:rPr>
        <w:t xml:space="preserve"> </w:t>
      </w:r>
      <w:proofErr w:type="spellStart"/>
      <w:r w:rsidRPr="00585726">
        <w:rPr>
          <w:rFonts w:cs="Arial"/>
          <w:sz w:val="24"/>
          <w:szCs w:val="24"/>
        </w:rPr>
        <w:t>hisobvaraqlaridan</w:t>
      </w:r>
      <w:proofErr w:type="spellEnd"/>
      <w:r w:rsidRPr="00585726">
        <w:rPr>
          <w:rFonts w:cs="Arial"/>
          <w:sz w:val="24"/>
          <w:szCs w:val="24"/>
        </w:rPr>
        <w:t xml:space="preserve"> </w:t>
      </w:r>
      <w:proofErr w:type="spellStart"/>
      <w:r w:rsidRPr="00585726">
        <w:rPr>
          <w:rFonts w:cs="Arial"/>
          <w:sz w:val="24"/>
          <w:szCs w:val="24"/>
        </w:rPr>
        <w:t>akseptsiz</w:t>
      </w:r>
      <w:proofErr w:type="spellEnd"/>
      <w:r w:rsidRPr="00585726">
        <w:rPr>
          <w:rFonts w:cs="Arial"/>
          <w:sz w:val="24"/>
          <w:szCs w:val="24"/>
        </w:rPr>
        <w:t xml:space="preserve"> </w:t>
      </w:r>
      <w:proofErr w:type="spellStart"/>
      <w:r w:rsidRPr="00585726">
        <w:rPr>
          <w:rFonts w:cs="Arial"/>
          <w:sz w:val="24"/>
          <w:szCs w:val="24"/>
        </w:rPr>
        <w:t>tartibda</w:t>
      </w:r>
      <w:proofErr w:type="spellEnd"/>
      <w:r w:rsidRPr="00585726">
        <w:rPr>
          <w:rFonts w:cs="Arial"/>
          <w:sz w:val="24"/>
          <w:szCs w:val="24"/>
        </w:rPr>
        <w:t xml:space="preserve"> </w:t>
      </w:r>
      <w:proofErr w:type="spellStart"/>
      <w:r w:rsidRPr="00585726">
        <w:rPr>
          <w:rFonts w:cs="Arial"/>
          <w:sz w:val="24"/>
          <w:szCs w:val="24"/>
        </w:rPr>
        <w:t>hisobdan</w:t>
      </w:r>
      <w:proofErr w:type="spellEnd"/>
      <w:r w:rsidRPr="00585726">
        <w:rPr>
          <w:rFonts w:cs="Arial"/>
          <w:sz w:val="24"/>
          <w:szCs w:val="24"/>
        </w:rPr>
        <w:t xml:space="preserve"> </w:t>
      </w:r>
      <w:proofErr w:type="spellStart"/>
      <w:r w:rsidRPr="00585726">
        <w:rPr>
          <w:rFonts w:cs="Arial"/>
          <w:sz w:val="24"/>
          <w:szCs w:val="24"/>
        </w:rPr>
        <w:t>chiqarishga</w:t>
      </w:r>
      <w:proofErr w:type="spellEnd"/>
      <w:r w:rsidRPr="00585726">
        <w:rPr>
          <w:rFonts w:cs="Arial"/>
          <w:sz w:val="24"/>
          <w:szCs w:val="24"/>
        </w:rPr>
        <w:t xml:space="preserve"> </w:t>
      </w:r>
      <w:proofErr w:type="spellStart"/>
      <w:r w:rsidRPr="00585726">
        <w:rPr>
          <w:rFonts w:cs="Arial"/>
          <w:sz w:val="24"/>
          <w:szCs w:val="24"/>
        </w:rPr>
        <w:t>haqli</w:t>
      </w:r>
      <w:proofErr w:type="spellEnd"/>
      <w:r w:rsidRPr="00585726">
        <w:rPr>
          <w:rFonts w:cs="Arial"/>
          <w:sz w:val="24"/>
          <w:szCs w:val="24"/>
        </w:rPr>
        <w:t xml:space="preserve">, agar </w:t>
      </w:r>
      <w:proofErr w:type="spellStart"/>
      <w:r w:rsidRPr="00585726">
        <w:rPr>
          <w:rFonts w:cs="Arial"/>
          <w:sz w:val="24"/>
          <w:szCs w:val="24"/>
        </w:rPr>
        <w:t>bunday</w:t>
      </w:r>
      <w:proofErr w:type="spellEnd"/>
      <w:r w:rsidRPr="00585726">
        <w:rPr>
          <w:rFonts w:cs="Arial"/>
          <w:sz w:val="24"/>
          <w:szCs w:val="24"/>
        </w:rPr>
        <w:t xml:space="preserve"> </w:t>
      </w:r>
      <w:proofErr w:type="spellStart"/>
      <w:r w:rsidRPr="00585726">
        <w:rPr>
          <w:rFonts w:cs="Arial"/>
          <w:sz w:val="24"/>
          <w:szCs w:val="24"/>
        </w:rPr>
        <w:t>tartib</w:t>
      </w:r>
      <w:proofErr w:type="spellEnd"/>
      <w:r w:rsidRPr="00585726">
        <w:rPr>
          <w:rFonts w:cs="Arial"/>
          <w:sz w:val="24"/>
          <w:szCs w:val="24"/>
        </w:rPr>
        <w:t xml:space="preserve"> </w:t>
      </w:r>
      <w:proofErr w:type="spellStart"/>
      <w:r w:rsidRPr="00585726">
        <w:rPr>
          <w:rFonts w:cs="Arial"/>
          <w:sz w:val="24"/>
          <w:szCs w:val="24"/>
        </w:rPr>
        <w:t>qonunchilikka</w:t>
      </w:r>
      <w:proofErr w:type="spellEnd"/>
      <w:r w:rsidRPr="00585726">
        <w:rPr>
          <w:rFonts w:cs="Arial"/>
          <w:sz w:val="24"/>
          <w:szCs w:val="24"/>
        </w:rPr>
        <w:t xml:space="preserve"> </w:t>
      </w:r>
      <w:proofErr w:type="spellStart"/>
      <w:r w:rsidRPr="00585726">
        <w:rPr>
          <w:rFonts w:cs="Arial"/>
          <w:sz w:val="24"/>
          <w:szCs w:val="24"/>
        </w:rPr>
        <w:t>zid</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lmasa</w:t>
      </w:r>
      <w:proofErr w:type="spellEnd"/>
      <w:r w:rsidRPr="00585726">
        <w:rPr>
          <w:rFonts w:cs="Arial"/>
          <w:sz w:val="24"/>
          <w:szCs w:val="24"/>
        </w:rPr>
        <w:t>.</w:t>
      </w:r>
    </w:p>
    <w:p w14:paraId="2B6A7227" w14:textId="77777777" w:rsidR="007D24A2" w:rsidRPr="00585726" w:rsidRDefault="007D24A2" w:rsidP="00F24377">
      <w:pPr>
        <w:ind w:firstLine="567"/>
        <w:jc w:val="both"/>
        <w:rPr>
          <w:rFonts w:cs="Arial"/>
          <w:b/>
          <w:sz w:val="24"/>
          <w:szCs w:val="24"/>
        </w:rPr>
      </w:pPr>
    </w:p>
    <w:p w14:paraId="2DAA1843" w14:textId="77777777" w:rsidR="008F00AB" w:rsidRPr="00585726" w:rsidRDefault="00357484" w:rsidP="00F24377">
      <w:pPr>
        <w:ind w:firstLine="567"/>
        <w:jc w:val="both"/>
        <w:rPr>
          <w:rFonts w:cs="Arial"/>
          <w:sz w:val="24"/>
          <w:szCs w:val="24"/>
        </w:rPr>
      </w:pPr>
      <w:r w:rsidRPr="00585726">
        <w:rPr>
          <w:rFonts w:cs="Arial"/>
          <w:b/>
          <w:sz w:val="24"/>
          <w:szCs w:val="24"/>
        </w:rPr>
        <w:t>X. JAVOBGARLIK</w:t>
      </w:r>
    </w:p>
    <w:p w14:paraId="717190DD"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faqat</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w:t>
      </w:r>
      <w:proofErr w:type="spellEnd"/>
      <w:r w:rsidRPr="00585726">
        <w:rPr>
          <w:rFonts w:cs="Arial"/>
          <w:sz w:val="24"/>
          <w:szCs w:val="24"/>
        </w:rPr>
        <w:t xml:space="preserve"> </w:t>
      </w:r>
      <w:proofErr w:type="spellStart"/>
      <w:r w:rsidRPr="00585726">
        <w:rPr>
          <w:rFonts w:cs="Arial"/>
          <w:sz w:val="24"/>
          <w:szCs w:val="24"/>
        </w:rPr>
        <w:t>aybi</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bevosita</w:t>
      </w:r>
      <w:proofErr w:type="spellEnd"/>
      <w:r w:rsidRPr="00585726">
        <w:rPr>
          <w:rFonts w:cs="Arial"/>
          <w:sz w:val="24"/>
          <w:szCs w:val="24"/>
        </w:rPr>
        <w:t xml:space="preserve"> </w:t>
      </w:r>
      <w:proofErr w:type="spellStart"/>
      <w:r w:rsidRPr="00585726">
        <w:rPr>
          <w:rFonts w:cs="Arial"/>
          <w:sz w:val="24"/>
          <w:szCs w:val="24"/>
        </w:rPr>
        <w:t>yetkazilgan</w:t>
      </w:r>
      <w:proofErr w:type="spellEnd"/>
      <w:r w:rsidRPr="00585726">
        <w:rPr>
          <w:rFonts w:cs="Arial"/>
          <w:sz w:val="24"/>
          <w:szCs w:val="24"/>
        </w:rPr>
        <w:t xml:space="preserve"> </w:t>
      </w:r>
      <w:proofErr w:type="spellStart"/>
      <w:r w:rsidRPr="00585726">
        <w:rPr>
          <w:rFonts w:cs="Arial"/>
          <w:sz w:val="24"/>
          <w:szCs w:val="24"/>
        </w:rPr>
        <w:t>haqiqiy</w:t>
      </w:r>
      <w:proofErr w:type="spellEnd"/>
      <w:r w:rsidRPr="00585726">
        <w:rPr>
          <w:rFonts w:cs="Arial"/>
          <w:sz w:val="24"/>
          <w:szCs w:val="24"/>
        </w:rPr>
        <w:t xml:space="preserve"> </w:t>
      </w:r>
      <w:proofErr w:type="spellStart"/>
      <w:r w:rsidRPr="00585726">
        <w:rPr>
          <w:rFonts w:cs="Arial"/>
          <w:sz w:val="24"/>
          <w:szCs w:val="24"/>
        </w:rPr>
        <w:t>zararni</w:t>
      </w:r>
      <w:proofErr w:type="spellEnd"/>
      <w:r w:rsidRPr="00585726">
        <w:rPr>
          <w:rFonts w:cs="Arial"/>
          <w:sz w:val="24"/>
          <w:szCs w:val="24"/>
        </w:rPr>
        <w:t xml:space="preserve"> qonunchilikda belgilangan tartibda qoplaydi.</w:t>
      </w:r>
    </w:p>
    <w:p w14:paraId="2CCF55EA"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operatori</w:t>
      </w:r>
      <w:proofErr w:type="spellEnd"/>
      <w:r w:rsidRPr="00585726">
        <w:rPr>
          <w:rFonts w:cs="Arial"/>
          <w:sz w:val="24"/>
          <w:szCs w:val="24"/>
        </w:rPr>
        <w:t xml:space="preserve">, </w:t>
      </w:r>
      <w:proofErr w:type="spellStart"/>
      <w:r w:rsidRPr="00585726">
        <w:rPr>
          <w:rFonts w:cs="Arial"/>
          <w:sz w:val="24"/>
          <w:szCs w:val="24"/>
        </w:rPr>
        <w:t>aloqa</w:t>
      </w:r>
      <w:proofErr w:type="spellEnd"/>
      <w:r w:rsidRPr="00585726">
        <w:rPr>
          <w:rFonts w:cs="Arial"/>
          <w:sz w:val="24"/>
          <w:szCs w:val="24"/>
        </w:rPr>
        <w:t xml:space="preserve"> operatorlari, uchinchi shaxslarning </w:t>
      </w:r>
      <w:proofErr w:type="spellStart"/>
      <w:r w:rsidRPr="00585726">
        <w:rPr>
          <w:rFonts w:cs="Arial"/>
          <w:sz w:val="24"/>
          <w:szCs w:val="24"/>
        </w:rPr>
        <w:t>dasturiy-texnik</w:t>
      </w:r>
      <w:proofErr w:type="spellEnd"/>
      <w:r w:rsidRPr="00585726">
        <w:rPr>
          <w:rFonts w:cs="Arial"/>
          <w:sz w:val="24"/>
          <w:szCs w:val="24"/>
        </w:rPr>
        <w:t xml:space="preserve"> </w:t>
      </w:r>
      <w:proofErr w:type="spellStart"/>
      <w:r w:rsidRPr="00585726">
        <w:rPr>
          <w:rFonts w:cs="Arial"/>
          <w:sz w:val="24"/>
          <w:szCs w:val="24"/>
        </w:rPr>
        <w:t>nosozliklari</w:t>
      </w:r>
      <w:proofErr w:type="spellEnd"/>
      <w:r w:rsidRPr="00585726">
        <w:rPr>
          <w:rFonts w:cs="Arial"/>
          <w:sz w:val="24"/>
          <w:szCs w:val="24"/>
        </w:rPr>
        <w:t xml:space="preserve">, </w:t>
      </w:r>
      <w:proofErr w:type="spellStart"/>
      <w:r w:rsidRPr="00585726">
        <w:rPr>
          <w:rFonts w:cs="Arial"/>
          <w:sz w:val="24"/>
          <w:szCs w:val="24"/>
        </w:rPr>
        <w:t>elektr</w:t>
      </w:r>
      <w:proofErr w:type="spellEnd"/>
      <w:r w:rsidRPr="00585726">
        <w:rPr>
          <w:rFonts w:cs="Arial"/>
          <w:sz w:val="24"/>
          <w:szCs w:val="24"/>
        </w:rPr>
        <w:t xml:space="preserve"> </w:t>
      </w:r>
      <w:proofErr w:type="spellStart"/>
      <w:r w:rsidRPr="00585726">
        <w:rPr>
          <w:rFonts w:cs="Arial"/>
          <w:sz w:val="24"/>
          <w:szCs w:val="24"/>
        </w:rPr>
        <w:t>energiyasi</w:t>
      </w:r>
      <w:proofErr w:type="spellEnd"/>
      <w:r w:rsidRPr="00585726">
        <w:rPr>
          <w:rFonts w:cs="Arial"/>
          <w:sz w:val="24"/>
          <w:szCs w:val="24"/>
        </w:rPr>
        <w:t xml:space="preserve"> </w:t>
      </w:r>
      <w:proofErr w:type="spellStart"/>
      <w:r w:rsidRPr="00585726">
        <w:rPr>
          <w:rFonts w:cs="Arial"/>
          <w:sz w:val="24"/>
          <w:szCs w:val="24"/>
        </w:rPr>
        <w:t>uzilishi</w:t>
      </w:r>
      <w:proofErr w:type="spellEnd"/>
      <w:r w:rsidRPr="00585726">
        <w:rPr>
          <w:rFonts w:cs="Arial"/>
          <w:sz w:val="24"/>
          <w:szCs w:val="24"/>
        </w:rPr>
        <w:t xml:space="preserve">, </w:t>
      </w:r>
      <w:proofErr w:type="spellStart"/>
      <w:r w:rsidRPr="00585726">
        <w:rPr>
          <w:rFonts w:cs="Arial"/>
          <w:sz w:val="24"/>
          <w:szCs w:val="24"/>
        </w:rPr>
        <w:t>kiberhujumlar</w:t>
      </w:r>
      <w:proofErr w:type="spellEnd"/>
      <w:r w:rsidRPr="00585726">
        <w:rPr>
          <w:rFonts w:cs="Arial"/>
          <w:sz w:val="24"/>
          <w:szCs w:val="24"/>
        </w:rPr>
        <w:t xml:space="preserve">, </w:t>
      </w:r>
      <w:proofErr w:type="spellStart"/>
      <w:r w:rsidRPr="00585726">
        <w:rPr>
          <w:rFonts w:cs="Arial"/>
          <w:sz w:val="24"/>
          <w:szCs w:val="24"/>
        </w:rPr>
        <w:t>fors</w:t>
      </w:r>
      <w:proofErr w:type="spellEnd"/>
      <w:r w:rsidRPr="00585726">
        <w:rPr>
          <w:rFonts w:cs="Arial"/>
          <w:sz w:val="24"/>
          <w:szCs w:val="24"/>
        </w:rPr>
        <w:t xml:space="preserve">-major </w:t>
      </w:r>
      <w:proofErr w:type="spellStart"/>
      <w:r w:rsidRPr="00585726">
        <w:rPr>
          <w:rFonts w:cs="Arial"/>
          <w:sz w:val="24"/>
          <w:szCs w:val="24"/>
        </w:rPr>
        <w:t>holatlari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/Karta </w:t>
      </w:r>
      <w:proofErr w:type="spellStart"/>
      <w:r w:rsidRPr="00585726">
        <w:rPr>
          <w:rFonts w:cs="Arial"/>
          <w:sz w:val="24"/>
          <w:szCs w:val="24"/>
        </w:rPr>
        <w:t>egasi</w:t>
      </w:r>
      <w:proofErr w:type="spellEnd"/>
      <w:r w:rsidRPr="00585726">
        <w:rPr>
          <w:rFonts w:cs="Arial"/>
          <w:sz w:val="24"/>
          <w:szCs w:val="24"/>
        </w:rPr>
        <w:t xml:space="preserve"> </w:t>
      </w:r>
      <w:proofErr w:type="spellStart"/>
      <w:r w:rsidRPr="00585726">
        <w:rPr>
          <w:rFonts w:cs="Arial"/>
          <w:sz w:val="24"/>
          <w:szCs w:val="24"/>
        </w:rPr>
        <w:t>xavfsizlik</w:t>
      </w:r>
      <w:proofErr w:type="spellEnd"/>
      <w:r w:rsidRPr="00585726">
        <w:rPr>
          <w:rFonts w:cs="Arial"/>
          <w:sz w:val="24"/>
          <w:szCs w:val="24"/>
        </w:rPr>
        <w:t xml:space="preserve"> </w:t>
      </w:r>
      <w:proofErr w:type="spellStart"/>
      <w:r w:rsidRPr="00585726">
        <w:rPr>
          <w:rFonts w:cs="Arial"/>
          <w:sz w:val="24"/>
          <w:szCs w:val="24"/>
        </w:rPr>
        <w:t>qoidalariga</w:t>
      </w:r>
      <w:proofErr w:type="spellEnd"/>
      <w:r w:rsidRPr="00585726">
        <w:rPr>
          <w:rFonts w:cs="Arial"/>
          <w:sz w:val="24"/>
          <w:szCs w:val="24"/>
        </w:rPr>
        <w:t xml:space="preserve"> </w:t>
      </w:r>
      <w:proofErr w:type="spellStart"/>
      <w:r w:rsidRPr="00585726">
        <w:rPr>
          <w:rFonts w:cs="Arial"/>
          <w:sz w:val="24"/>
          <w:szCs w:val="24"/>
        </w:rPr>
        <w:t>rioya</w:t>
      </w:r>
      <w:proofErr w:type="spellEnd"/>
      <w:r w:rsidRPr="00585726">
        <w:rPr>
          <w:rFonts w:cs="Arial"/>
          <w:sz w:val="24"/>
          <w:szCs w:val="24"/>
        </w:rPr>
        <w:t xml:space="preserve"> </w:t>
      </w:r>
      <w:proofErr w:type="spellStart"/>
      <w:r w:rsidRPr="00585726">
        <w:rPr>
          <w:rFonts w:cs="Arial"/>
          <w:sz w:val="24"/>
          <w:szCs w:val="24"/>
        </w:rPr>
        <w:t>qilmaganligi</w:t>
      </w:r>
      <w:proofErr w:type="spellEnd"/>
      <w:r w:rsidRPr="00585726">
        <w:rPr>
          <w:rFonts w:cs="Arial"/>
          <w:sz w:val="24"/>
          <w:szCs w:val="24"/>
        </w:rPr>
        <w:t xml:space="preserve"> </w:t>
      </w:r>
      <w:proofErr w:type="spellStart"/>
      <w:r w:rsidRPr="00585726">
        <w:rPr>
          <w:rFonts w:cs="Arial"/>
          <w:sz w:val="24"/>
          <w:szCs w:val="24"/>
        </w:rPr>
        <w:t>oqibatida</w:t>
      </w:r>
      <w:proofErr w:type="spellEnd"/>
      <w:r w:rsidRPr="00585726">
        <w:rPr>
          <w:rFonts w:cs="Arial"/>
          <w:sz w:val="24"/>
          <w:szCs w:val="24"/>
        </w:rPr>
        <w:t xml:space="preserve"> </w:t>
      </w:r>
      <w:proofErr w:type="spellStart"/>
      <w:r w:rsidRPr="00585726">
        <w:rPr>
          <w:rFonts w:cs="Arial"/>
          <w:sz w:val="24"/>
          <w:szCs w:val="24"/>
        </w:rPr>
        <w:t>yuzaga</w:t>
      </w:r>
      <w:proofErr w:type="spellEnd"/>
      <w:r w:rsidRPr="00585726">
        <w:rPr>
          <w:rFonts w:cs="Arial"/>
          <w:sz w:val="24"/>
          <w:szCs w:val="24"/>
        </w:rPr>
        <w:t xml:space="preserve"> </w:t>
      </w:r>
      <w:proofErr w:type="spellStart"/>
      <w:r w:rsidRPr="00585726">
        <w:rPr>
          <w:rFonts w:cs="Arial"/>
          <w:sz w:val="24"/>
          <w:szCs w:val="24"/>
        </w:rPr>
        <w:t>kelgan</w:t>
      </w:r>
      <w:proofErr w:type="spellEnd"/>
      <w:r w:rsidRPr="00585726">
        <w:rPr>
          <w:rFonts w:cs="Arial"/>
          <w:sz w:val="24"/>
          <w:szCs w:val="24"/>
        </w:rPr>
        <w:t xml:space="preserve"> </w:t>
      </w:r>
      <w:proofErr w:type="spellStart"/>
      <w:r w:rsidRPr="00585726">
        <w:rPr>
          <w:rFonts w:cs="Arial"/>
          <w:sz w:val="24"/>
          <w:szCs w:val="24"/>
        </w:rPr>
        <w:t>y</w:t>
      </w:r>
      <w:r w:rsidR="008841C6" w:rsidRPr="00585726">
        <w:rPr>
          <w:rFonts w:cs="Arial"/>
          <w:sz w:val="24"/>
          <w:szCs w:val="24"/>
        </w:rPr>
        <w:t>o‘</w:t>
      </w:r>
      <w:r w:rsidRPr="00585726">
        <w:rPr>
          <w:rFonts w:cs="Arial"/>
          <w:sz w:val="24"/>
          <w:szCs w:val="24"/>
        </w:rPr>
        <w:t>qotishlar</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agar </w:t>
      </w:r>
      <w:proofErr w:type="spellStart"/>
      <w:r w:rsidRPr="00585726">
        <w:rPr>
          <w:rFonts w:cs="Arial"/>
          <w:sz w:val="24"/>
          <w:szCs w:val="24"/>
        </w:rPr>
        <w:t>qonunchilikda</w:t>
      </w:r>
      <w:proofErr w:type="spellEnd"/>
      <w:r w:rsidRPr="00585726">
        <w:rPr>
          <w:rFonts w:cs="Arial"/>
          <w:sz w:val="24"/>
          <w:szCs w:val="24"/>
        </w:rPr>
        <w:t xml:space="preserve"> </w:t>
      </w:r>
      <w:proofErr w:type="spellStart"/>
      <w:r w:rsidRPr="00585726">
        <w:rPr>
          <w:rFonts w:cs="Arial"/>
          <w:sz w:val="24"/>
          <w:szCs w:val="24"/>
        </w:rPr>
        <w:t>boshqacha</w:t>
      </w:r>
      <w:proofErr w:type="spellEnd"/>
      <w:r w:rsidRPr="00585726">
        <w:rPr>
          <w:rFonts w:cs="Arial"/>
          <w:sz w:val="24"/>
          <w:szCs w:val="24"/>
        </w:rPr>
        <w:t xml:space="preserve"> </w:t>
      </w:r>
      <w:proofErr w:type="spellStart"/>
      <w:r w:rsidRPr="00585726">
        <w:rPr>
          <w:rFonts w:cs="Arial"/>
          <w:sz w:val="24"/>
          <w:szCs w:val="24"/>
        </w:rPr>
        <w:t>qoida</w:t>
      </w:r>
      <w:proofErr w:type="spellEnd"/>
      <w:r w:rsidRPr="00585726">
        <w:rPr>
          <w:rFonts w:cs="Arial"/>
          <w:sz w:val="24"/>
          <w:szCs w:val="24"/>
        </w:rPr>
        <w:t xml:space="preserve"> </w:t>
      </w:r>
      <w:proofErr w:type="spellStart"/>
      <w:r w:rsidRPr="00585726">
        <w:rPr>
          <w:rFonts w:cs="Arial"/>
          <w:sz w:val="24"/>
          <w:szCs w:val="24"/>
        </w:rPr>
        <w:t>nazarda</w:t>
      </w:r>
      <w:proofErr w:type="spellEnd"/>
      <w:r w:rsidRPr="00585726">
        <w:rPr>
          <w:rFonts w:cs="Arial"/>
          <w:sz w:val="24"/>
          <w:szCs w:val="24"/>
        </w:rPr>
        <w:t xml:space="preserve"> </w:t>
      </w:r>
      <w:proofErr w:type="spellStart"/>
      <w:r w:rsidRPr="00585726">
        <w:rPr>
          <w:rFonts w:cs="Arial"/>
          <w:sz w:val="24"/>
          <w:szCs w:val="24"/>
        </w:rPr>
        <w:t>tutilmagan</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lsa</w:t>
      </w:r>
      <w:proofErr w:type="spellEnd"/>
      <w:r w:rsidRPr="00585726">
        <w:rPr>
          <w:rFonts w:cs="Arial"/>
          <w:sz w:val="24"/>
          <w:szCs w:val="24"/>
        </w:rPr>
        <w:t xml:space="preserve">, </w:t>
      </w:r>
      <w:proofErr w:type="spellStart"/>
      <w:r w:rsidRPr="00585726">
        <w:rPr>
          <w:rFonts w:cs="Arial"/>
          <w:sz w:val="24"/>
          <w:szCs w:val="24"/>
        </w:rPr>
        <w:t>javobgar</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lmaydi</w:t>
      </w:r>
      <w:proofErr w:type="spellEnd"/>
      <w:r w:rsidRPr="00585726">
        <w:rPr>
          <w:rFonts w:cs="Arial"/>
          <w:sz w:val="24"/>
          <w:szCs w:val="24"/>
        </w:rPr>
        <w:t>.</w:t>
      </w:r>
    </w:p>
    <w:p w14:paraId="291FAD94" w14:textId="77777777" w:rsidR="008F00AB" w:rsidRPr="00585726" w:rsidRDefault="00357484" w:rsidP="00F24377">
      <w:pPr>
        <w:ind w:firstLine="567"/>
        <w:jc w:val="both"/>
        <w:rPr>
          <w:rFonts w:cs="Arial"/>
          <w:sz w:val="24"/>
          <w:szCs w:val="24"/>
        </w:rPr>
      </w:pPr>
      <w:r w:rsidRPr="00585726">
        <w:rPr>
          <w:rFonts w:cs="Arial"/>
          <w:sz w:val="24"/>
          <w:szCs w:val="24"/>
        </w:rPr>
        <w:t xml:space="preserve">Mijoz va Karta </w:t>
      </w:r>
      <w:proofErr w:type="spellStart"/>
      <w:r w:rsidRPr="00585726">
        <w:rPr>
          <w:rFonts w:cs="Arial"/>
          <w:sz w:val="24"/>
          <w:szCs w:val="24"/>
        </w:rPr>
        <w:t>egasi</w:t>
      </w:r>
      <w:proofErr w:type="spellEnd"/>
      <w:r w:rsidRPr="00585726">
        <w:rPr>
          <w:rFonts w:cs="Arial"/>
          <w:sz w:val="24"/>
          <w:szCs w:val="24"/>
        </w:rPr>
        <w:t xml:space="preserve"> PIN-</w:t>
      </w:r>
      <w:proofErr w:type="spellStart"/>
      <w:r w:rsidRPr="00585726">
        <w:rPr>
          <w:rFonts w:cs="Arial"/>
          <w:sz w:val="24"/>
          <w:szCs w:val="24"/>
        </w:rPr>
        <w:t>kod</w:t>
      </w:r>
      <w:proofErr w:type="spellEnd"/>
      <w:r w:rsidRPr="00585726">
        <w:rPr>
          <w:rFonts w:cs="Arial"/>
          <w:sz w:val="24"/>
          <w:szCs w:val="24"/>
        </w:rPr>
        <w:t xml:space="preserve">, </w:t>
      </w:r>
      <w:proofErr w:type="spellStart"/>
      <w:r w:rsidRPr="00585726">
        <w:rPr>
          <w:rFonts w:cs="Arial"/>
          <w:sz w:val="24"/>
          <w:szCs w:val="24"/>
        </w:rPr>
        <w:t>parol</w:t>
      </w:r>
      <w:proofErr w:type="spellEnd"/>
      <w:r w:rsidRPr="00585726">
        <w:rPr>
          <w:rFonts w:cs="Arial"/>
          <w:sz w:val="24"/>
          <w:szCs w:val="24"/>
        </w:rPr>
        <w:t xml:space="preserve">, </w:t>
      </w:r>
      <w:proofErr w:type="spellStart"/>
      <w:r w:rsidRPr="00585726">
        <w:rPr>
          <w:rFonts w:cs="Arial"/>
          <w:sz w:val="24"/>
          <w:szCs w:val="24"/>
        </w:rPr>
        <w:t>tasdiqlash</w:t>
      </w:r>
      <w:proofErr w:type="spellEnd"/>
      <w:r w:rsidRPr="00585726">
        <w:rPr>
          <w:rFonts w:cs="Arial"/>
          <w:sz w:val="24"/>
          <w:szCs w:val="24"/>
        </w:rPr>
        <w:t xml:space="preserve"> </w:t>
      </w:r>
      <w:proofErr w:type="spellStart"/>
      <w:r w:rsidRPr="00585726">
        <w:rPr>
          <w:rFonts w:cs="Arial"/>
          <w:sz w:val="24"/>
          <w:szCs w:val="24"/>
        </w:rPr>
        <w:t>kodi</w:t>
      </w:r>
      <w:proofErr w:type="spellEnd"/>
      <w:r w:rsidRPr="00585726">
        <w:rPr>
          <w:rFonts w:cs="Arial"/>
          <w:sz w:val="24"/>
          <w:szCs w:val="24"/>
        </w:rPr>
        <w:t xml:space="preserve">, </w:t>
      </w:r>
      <w:proofErr w:type="spellStart"/>
      <w:r w:rsidRPr="00585726">
        <w:rPr>
          <w:rFonts w:cs="Arial"/>
          <w:sz w:val="24"/>
          <w:szCs w:val="24"/>
        </w:rPr>
        <w:t>karta</w:t>
      </w:r>
      <w:proofErr w:type="spellEnd"/>
      <w:r w:rsidRPr="00585726">
        <w:rPr>
          <w:rFonts w:cs="Arial"/>
          <w:sz w:val="24"/>
          <w:szCs w:val="24"/>
        </w:rPr>
        <w:t xml:space="preserve"> </w:t>
      </w:r>
      <w:proofErr w:type="spellStart"/>
      <w:r w:rsidRPr="00585726">
        <w:rPr>
          <w:rFonts w:cs="Arial"/>
          <w:sz w:val="24"/>
          <w:szCs w:val="24"/>
        </w:rPr>
        <w:t>rekvizitlari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himoya</w:t>
      </w:r>
      <w:proofErr w:type="spellEnd"/>
      <w:r w:rsidRPr="00585726">
        <w:rPr>
          <w:rFonts w:cs="Arial"/>
          <w:sz w:val="24"/>
          <w:szCs w:val="24"/>
        </w:rPr>
        <w:t xml:space="preserve"> </w:t>
      </w:r>
      <w:proofErr w:type="spellStart"/>
      <w:r w:rsidRPr="00585726">
        <w:rPr>
          <w:rFonts w:cs="Arial"/>
          <w:sz w:val="24"/>
          <w:szCs w:val="24"/>
        </w:rPr>
        <w:t>vositalarining</w:t>
      </w:r>
      <w:proofErr w:type="spellEnd"/>
      <w:r w:rsidRPr="00585726">
        <w:rPr>
          <w:rFonts w:cs="Arial"/>
          <w:sz w:val="24"/>
          <w:szCs w:val="24"/>
        </w:rPr>
        <w:t xml:space="preserve"> </w:t>
      </w:r>
      <w:proofErr w:type="spellStart"/>
      <w:r w:rsidRPr="00585726">
        <w:rPr>
          <w:rFonts w:cs="Arial"/>
          <w:sz w:val="24"/>
          <w:szCs w:val="24"/>
        </w:rPr>
        <w:t>uchinchi</w:t>
      </w:r>
      <w:proofErr w:type="spellEnd"/>
      <w:r w:rsidRPr="00585726">
        <w:rPr>
          <w:rFonts w:cs="Arial"/>
          <w:sz w:val="24"/>
          <w:szCs w:val="24"/>
        </w:rPr>
        <w:t xml:space="preserve"> </w:t>
      </w:r>
      <w:proofErr w:type="spellStart"/>
      <w:r w:rsidRPr="00585726">
        <w:rPr>
          <w:rFonts w:cs="Arial"/>
          <w:sz w:val="24"/>
          <w:szCs w:val="24"/>
        </w:rPr>
        <w:t>shaxslarga</w:t>
      </w:r>
      <w:proofErr w:type="spellEnd"/>
      <w:r w:rsidRPr="00585726">
        <w:rPr>
          <w:rFonts w:cs="Arial"/>
          <w:sz w:val="24"/>
          <w:szCs w:val="24"/>
        </w:rPr>
        <w:t xml:space="preserve"> </w:t>
      </w:r>
      <w:proofErr w:type="spellStart"/>
      <w:r w:rsidRPr="00585726">
        <w:rPr>
          <w:rFonts w:cs="Arial"/>
          <w:sz w:val="24"/>
          <w:szCs w:val="24"/>
        </w:rPr>
        <w:t>oshkor</w:t>
      </w:r>
      <w:proofErr w:type="spellEnd"/>
      <w:r w:rsidRPr="00585726">
        <w:rPr>
          <w:rFonts w:cs="Arial"/>
          <w:sz w:val="24"/>
          <w:szCs w:val="24"/>
        </w:rPr>
        <w:t xml:space="preserve"> </w:t>
      </w:r>
      <w:proofErr w:type="spellStart"/>
      <w:r w:rsidRPr="00585726">
        <w:rPr>
          <w:rFonts w:cs="Arial"/>
          <w:sz w:val="24"/>
          <w:szCs w:val="24"/>
        </w:rPr>
        <w:t>etilishi</w:t>
      </w:r>
      <w:proofErr w:type="spellEnd"/>
      <w:r w:rsidRPr="00585726">
        <w:rPr>
          <w:rFonts w:cs="Arial"/>
          <w:sz w:val="24"/>
          <w:szCs w:val="24"/>
        </w:rPr>
        <w:t xml:space="preserve"> </w:t>
      </w:r>
      <w:proofErr w:type="spellStart"/>
      <w:r w:rsidRPr="00585726">
        <w:rPr>
          <w:rFonts w:cs="Arial"/>
          <w:sz w:val="24"/>
          <w:szCs w:val="24"/>
        </w:rPr>
        <w:t>oqibatlari</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javobgar</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ladi</w:t>
      </w:r>
      <w:proofErr w:type="spellEnd"/>
      <w:r w:rsidRPr="00585726">
        <w:rPr>
          <w:rFonts w:cs="Arial"/>
          <w:sz w:val="24"/>
          <w:szCs w:val="24"/>
        </w:rPr>
        <w:t>.</w:t>
      </w:r>
    </w:p>
    <w:p w14:paraId="3F52C9C0" w14:textId="77777777" w:rsidR="008F00AB" w:rsidRPr="00585726" w:rsidRDefault="00357484" w:rsidP="00F24377">
      <w:pPr>
        <w:ind w:firstLine="567"/>
        <w:jc w:val="both"/>
        <w:rPr>
          <w:rFonts w:cs="Arial"/>
          <w:sz w:val="24"/>
          <w:szCs w:val="24"/>
        </w:rPr>
      </w:pPr>
      <w:r w:rsidRPr="00585726">
        <w:rPr>
          <w:rFonts w:cs="Arial"/>
          <w:sz w:val="24"/>
          <w:szCs w:val="24"/>
        </w:rPr>
        <w:t>Mijoz Kartadan noqonuniy, maqsadsiz yoki qonunchilikka zid foydalanish oqibatida Bankka yetkazilgan zararni qoplash majburiyatini oladi.</w:t>
      </w:r>
    </w:p>
    <w:p w14:paraId="6612B36C" w14:textId="77777777" w:rsidR="007D24A2" w:rsidRPr="00585726" w:rsidRDefault="007D24A2" w:rsidP="00F24377">
      <w:pPr>
        <w:ind w:firstLine="567"/>
        <w:jc w:val="both"/>
        <w:rPr>
          <w:rFonts w:cs="Arial"/>
          <w:b/>
          <w:sz w:val="24"/>
          <w:szCs w:val="24"/>
        </w:rPr>
      </w:pPr>
    </w:p>
    <w:p w14:paraId="767A2CEB" w14:textId="77777777" w:rsidR="008F00AB" w:rsidRPr="00585726" w:rsidRDefault="00357484" w:rsidP="00F24377">
      <w:pPr>
        <w:ind w:firstLine="567"/>
        <w:jc w:val="both"/>
        <w:rPr>
          <w:rFonts w:cs="Arial"/>
          <w:sz w:val="24"/>
          <w:szCs w:val="24"/>
        </w:rPr>
      </w:pPr>
      <w:r w:rsidRPr="00585726">
        <w:rPr>
          <w:rFonts w:cs="Arial"/>
          <w:b/>
          <w:sz w:val="24"/>
          <w:szCs w:val="24"/>
        </w:rPr>
        <w:t>XI. NIZOLARNI HAL ETISH</w:t>
      </w:r>
    </w:p>
    <w:p w14:paraId="481A28C9" w14:textId="77777777" w:rsidR="008F00AB" w:rsidRPr="00585726" w:rsidRDefault="00357484" w:rsidP="00F24377">
      <w:pPr>
        <w:ind w:firstLine="567"/>
        <w:jc w:val="both"/>
        <w:rPr>
          <w:rFonts w:cs="Arial"/>
          <w:sz w:val="24"/>
          <w:szCs w:val="24"/>
        </w:rPr>
      </w:pPr>
      <w:r w:rsidRPr="00585726">
        <w:rPr>
          <w:rFonts w:cs="Arial"/>
          <w:sz w:val="24"/>
          <w:szCs w:val="24"/>
        </w:rPr>
        <w:t>Ushbu Shartnomadan kelib chiqadigan nizolar va kelishmovchiliklar, avvalo, muzokaralar va yozma murojaatlar tartibida hal etiladi.</w:t>
      </w:r>
    </w:p>
    <w:p w14:paraId="2E9B72C6"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Murojaatlar</w:t>
      </w:r>
      <w:proofErr w:type="spellEnd"/>
      <w:r w:rsidRPr="00585726">
        <w:rPr>
          <w:rFonts w:cs="Arial"/>
          <w:sz w:val="24"/>
          <w:szCs w:val="24"/>
        </w:rPr>
        <w:t xml:space="preserve"> </w:t>
      </w:r>
      <w:proofErr w:type="spellStart"/>
      <w:r w:rsidRPr="00585726">
        <w:rPr>
          <w:rFonts w:cs="Arial"/>
          <w:sz w:val="24"/>
          <w:szCs w:val="24"/>
        </w:rPr>
        <w:t>bepul</w:t>
      </w:r>
      <w:proofErr w:type="spellEnd"/>
      <w:r w:rsidRPr="00585726">
        <w:rPr>
          <w:rFonts w:cs="Arial"/>
          <w:sz w:val="24"/>
          <w:szCs w:val="24"/>
        </w:rPr>
        <w:t xml:space="preserve"> </w:t>
      </w:r>
      <w:proofErr w:type="spellStart"/>
      <w:r w:rsidRPr="00585726">
        <w:rPr>
          <w:rFonts w:cs="Arial"/>
          <w:sz w:val="24"/>
          <w:szCs w:val="24"/>
        </w:rPr>
        <w:t>qabul</w:t>
      </w:r>
      <w:proofErr w:type="spellEnd"/>
      <w:r w:rsidRPr="00585726">
        <w:rPr>
          <w:rFonts w:cs="Arial"/>
          <w:sz w:val="24"/>
          <w:szCs w:val="24"/>
        </w:rPr>
        <w:t xml:space="preserve"> </w:t>
      </w:r>
      <w:proofErr w:type="spellStart"/>
      <w:r w:rsidRPr="00585726">
        <w:rPr>
          <w:rFonts w:cs="Arial"/>
          <w:sz w:val="24"/>
          <w:szCs w:val="24"/>
        </w:rPr>
        <w:t>qilinadi</w:t>
      </w:r>
      <w:proofErr w:type="spellEnd"/>
      <w:r w:rsidRPr="00585726">
        <w:rPr>
          <w:rFonts w:cs="Arial"/>
          <w:sz w:val="24"/>
          <w:szCs w:val="24"/>
        </w:rPr>
        <w:t xml:space="preserve">,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ro‘yxatga</w:t>
      </w:r>
      <w:proofErr w:type="spellEnd"/>
      <w:r w:rsidRPr="00585726">
        <w:rPr>
          <w:rFonts w:cs="Arial"/>
          <w:sz w:val="24"/>
          <w:szCs w:val="24"/>
        </w:rPr>
        <w:t xml:space="preserve"> </w:t>
      </w:r>
      <w:proofErr w:type="spellStart"/>
      <w:r w:rsidRPr="00585726">
        <w:rPr>
          <w:rFonts w:cs="Arial"/>
          <w:sz w:val="24"/>
          <w:szCs w:val="24"/>
        </w:rPr>
        <w:t>olinadi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hamda</w:t>
      </w:r>
      <w:proofErr w:type="spellEnd"/>
      <w:r w:rsidRPr="00585726">
        <w:rPr>
          <w:rFonts w:cs="Arial"/>
          <w:sz w:val="24"/>
          <w:szCs w:val="24"/>
        </w:rPr>
        <w:t xml:space="preserve"> </w:t>
      </w:r>
      <w:proofErr w:type="spellStart"/>
      <w:r w:rsidRPr="00585726">
        <w:rPr>
          <w:rFonts w:cs="Arial"/>
          <w:sz w:val="24"/>
          <w:szCs w:val="24"/>
        </w:rPr>
        <w:t>Bankning</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tartib-taomillariga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ko‘rib</w:t>
      </w:r>
      <w:proofErr w:type="spellEnd"/>
      <w:r w:rsidRPr="00585726">
        <w:rPr>
          <w:rFonts w:cs="Arial"/>
          <w:sz w:val="24"/>
          <w:szCs w:val="24"/>
        </w:rPr>
        <w:t xml:space="preserve"> </w:t>
      </w:r>
      <w:proofErr w:type="spellStart"/>
      <w:r w:rsidRPr="00585726">
        <w:rPr>
          <w:rFonts w:cs="Arial"/>
          <w:sz w:val="24"/>
          <w:szCs w:val="24"/>
        </w:rPr>
        <w:t>chiqiladi</w:t>
      </w:r>
      <w:proofErr w:type="spellEnd"/>
      <w:r w:rsidRPr="00585726">
        <w:rPr>
          <w:rFonts w:cs="Arial"/>
          <w:sz w:val="24"/>
          <w:szCs w:val="24"/>
        </w:rPr>
        <w:t xml:space="preserve">. </w:t>
      </w:r>
      <w:proofErr w:type="spellStart"/>
      <w:proofErr w:type="gramStart"/>
      <w:r w:rsidRPr="00585726">
        <w:rPr>
          <w:rFonts w:cs="Arial"/>
          <w:sz w:val="24"/>
          <w:szCs w:val="24"/>
        </w:rPr>
        <w:t>Ko‘</w:t>
      </w:r>
      <w:proofErr w:type="gramEnd"/>
      <w:r w:rsidRPr="00585726">
        <w:rPr>
          <w:rFonts w:cs="Arial"/>
          <w:sz w:val="24"/>
          <w:szCs w:val="24"/>
        </w:rPr>
        <w:t>rib</w:t>
      </w:r>
      <w:proofErr w:type="spellEnd"/>
      <w:r w:rsidRPr="00585726">
        <w:rPr>
          <w:rFonts w:cs="Arial"/>
          <w:sz w:val="24"/>
          <w:szCs w:val="24"/>
        </w:rPr>
        <w:t xml:space="preserve"> </w:t>
      </w:r>
      <w:proofErr w:type="spellStart"/>
      <w:r w:rsidRPr="00585726">
        <w:rPr>
          <w:rFonts w:cs="Arial"/>
          <w:sz w:val="24"/>
          <w:szCs w:val="24"/>
        </w:rPr>
        <w:t>chiqish</w:t>
      </w:r>
      <w:proofErr w:type="spellEnd"/>
      <w:r w:rsidRPr="00585726">
        <w:rPr>
          <w:rFonts w:cs="Arial"/>
          <w:sz w:val="24"/>
          <w:szCs w:val="24"/>
        </w:rPr>
        <w:t xml:space="preserve"> </w:t>
      </w:r>
      <w:proofErr w:type="spellStart"/>
      <w:r w:rsidRPr="00585726">
        <w:rPr>
          <w:rFonts w:cs="Arial"/>
          <w:sz w:val="24"/>
          <w:szCs w:val="24"/>
        </w:rPr>
        <w:t>natijasi</w:t>
      </w:r>
      <w:proofErr w:type="spellEnd"/>
      <w:r w:rsidRPr="00585726">
        <w:rPr>
          <w:rFonts w:cs="Arial"/>
          <w:sz w:val="24"/>
          <w:szCs w:val="24"/>
        </w:rPr>
        <w:t xml:space="preserve"> </w:t>
      </w:r>
      <w:proofErr w:type="spellStart"/>
      <w:r w:rsidRPr="00585726">
        <w:rPr>
          <w:rFonts w:cs="Arial"/>
          <w:sz w:val="24"/>
          <w:szCs w:val="24"/>
        </w:rPr>
        <w:t>haqida</w:t>
      </w:r>
      <w:proofErr w:type="spellEnd"/>
      <w:r w:rsidRPr="00585726">
        <w:rPr>
          <w:rFonts w:cs="Arial"/>
          <w:sz w:val="24"/>
          <w:szCs w:val="24"/>
        </w:rPr>
        <w:t xml:space="preserve"> </w:t>
      </w:r>
      <w:proofErr w:type="spellStart"/>
      <w:r w:rsidRPr="00585726">
        <w:rPr>
          <w:rFonts w:cs="Arial"/>
          <w:sz w:val="24"/>
          <w:szCs w:val="24"/>
        </w:rPr>
        <w:t>Mijozga</w:t>
      </w:r>
      <w:proofErr w:type="spellEnd"/>
      <w:r w:rsidRPr="00585726">
        <w:rPr>
          <w:rFonts w:cs="Arial"/>
          <w:sz w:val="24"/>
          <w:szCs w:val="24"/>
        </w:rPr>
        <w:t xml:space="preserve"> </w:t>
      </w:r>
      <w:proofErr w:type="spellStart"/>
      <w:r w:rsidRPr="00585726">
        <w:rPr>
          <w:rFonts w:cs="Arial"/>
          <w:sz w:val="24"/>
          <w:szCs w:val="24"/>
        </w:rPr>
        <w:t>javob</w:t>
      </w:r>
      <w:proofErr w:type="spellEnd"/>
      <w:r w:rsidRPr="00585726">
        <w:rPr>
          <w:rFonts w:cs="Arial"/>
          <w:sz w:val="24"/>
          <w:szCs w:val="24"/>
        </w:rPr>
        <w:t xml:space="preserve"> </w:t>
      </w:r>
      <w:proofErr w:type="spellStart"/>
      <w:r w:rsidRPr="00585726">
        <w:rPr>
          <w:rFonts w:cs="Arial"/>
          <w:sz w:val="24"/>
          <w:szCs w:val="24"/>
        </w:rPr>
        <w:t>beriladi</w:t>
      </w:r>
      <w:proofErr w:type="spellEnd"/>
      <w:r w:rsidRPr="00585726">
        <w:rPr>
          <w:rFonts w:cs="Arial"/>
          <w:sz w:val="24"/>
          <w:szCs w:val="24"/>
        </w:rPr>
        <w:t>.</w:t>
      </w:r>
    </w:p>
    <w:p w14:paraId="1C8EE1E9" w14:textId="77777777" w:rsidR="006D3C33" w:rsidRPr="00585726" w:rsidRDefault="000E02BA">
      <w:r w:rsidRPr="00585726">
        <w:t>Zarur hollarda Mijozga Bankning ichki apellyatsiya tartibi, vakolatli davlat organlariga yoki sudga murojaat qilish imkoniyati to‘g‘risida axborot beriladi.</w:t>
      </w:r>
    </w:p>
    <w:p w14:paraId="307D622A"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Muzokaralar</w:t>
      </w:r>
      <w:proofErr w:type="spellEnd"/>
      <w:r w:rsidRPr="00585726">
        <w:rPr>
          <w:rFonts w:cs="Arial"/>
          <w:sz w:val="24"/>
          <w:szCs w:val="24"/>
        </w:rPr>
        <w:t xml:space="preserve"> </w:t>
      </w:r>
      <w:proofErr w:type="spellStart"/>
      <w:r w:rsidRPr="00585726">
        <w:rPr>
          <w:rFonts w:cs="Arial"/>
          <w:sz w:val="24"/>
          <w:szCs w:val="24"/>
        </w:rPr>
        <w:t>natija</w:t>
      </w:r>
      <w:proofErr w:type="spellEnd"/>
      <w:r w:rsidRPr="00585726">
        <w:rPr>
          <w:rFonts w:cs="Arial"/>
          <w:sz w:val="24"/>
          <w:szCs w:val="24"/>
        </w:rPr>
        <w:t xml:space="preserve"> </w:t>
      </w:r>
      <w:proofErr w:type="spellStart"/>
      <w:r w:rsidRPr="00585726">
        <w:rPr>
          <w:rFonts w:cs="Arial"/>
          <w:sz w:val="24"/>
          <w:szCs w:val="24"/>
        </w:rPr>
        <w:t>bermagan</w:t>
      </w:r>
      <w:proofErr w:type="spellEnd"/>
      <w:r w:rsidRPr="00585726">
        <w:rPr>
          <w:rFonts w:cs="Arial"/>
          <w:sz w:val="24"/>
          <w:szCs w:val="24"/>
        </w:rPr>
        <w:t xml:space="preserve"> </w:t>
      </w:r>
      <w:proofErr w:type="spellStart"/>
      <w:r w:rsidRPr="00585726">
        <w:rPr>
          <w:rFonts w:cs="Arial"/>
          <w:sz w:val="24"/>
          <w:szCs w:val="24"/>
        </w:rPr>
        <w:t>taqdirda</w:t>
      </w:r>
      <w:proofErr w:type="spellEnd"/>
      <w:r w:rsidRPr="00585726">
        <w:rPr>
          <w:rFonts w:cs="Arial"/>
          <w:sz w:val="24"/>
          <w:szCs w:val="24"/>
        </w:rPr>
        <w:t xml:space="preserve"> </w:t>
      </w:r>
      <w:proofErr w:type="spellStart"/>
      <w:r w:rsidRPr="00585726">
        <w:rPr>
          <w:rFonts w:cs="Arial"/>
          <w:sz w:val="24"/>
          <w:szCs w:val="24"/>
        </w:rPr>
        <w:t>nizolar</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zbekiston</w:t>
      </w:r>
      <w:proofErr w:type="spellEnd"/>
      <w:r w:rsidRPr="00585726">
        <w:rPr>
          <w:rFonts w:cs="Arial"/>
          <w:sz w:val="24"/>
          <w:szCs w:val="24"/>
        </w:rPr>
        <w:t xml:space="preserve"> </w:t>
      </w:r>
      <w:proofErr w:type="spellStart"/>
      <w:r w:rsidRPr="00585726">
        <w:rPr>
          <w:rFonts w:cs="Arial"/>
          <w:sz w:val="24"/>
          <w:szCs w:val="24"/>
        </w:rPr>
        <w:t>Respublikasi</w:t>
      </w:r>
      <w:proofErr w:type="spellEnd"/>
      <w:r w:rsidRPr="00585726">
        <w:rPr>
          <w:rFonts w:cs="Arial"/>
          <w:sz w:val="24"/>
          <w:szCs w:val="24"/>
        </w:rPr>
        <w:t xml:space="preserve"> </w:t>
      </w:r>
      <w:proofErr w:type="spellStart"/>
      <w:r w:rsidRPr="00585726">
        <w:rPr>
          <w:rFonts w:cs="Arial"/>
          <w:sz w:val="24"/>
          <w:szCs w:val="24"/>
        </w:rPr>
        <w:t>qonunchiligida</w:t>
      </w:r>
      <w:proofErr w:type="spellEnd"/>
      <w:r w:rsidRPr="00585726">
        <w:rPr>
          <w:rFonts w:cs="Arial"/>
          <w:sz w:val="24"/>
          <w:szCs w:val="24"/>
        </w:rPr>
        <w:t xml:space="preserve"> </w:t>
      </w:r>
      <w:proofErr w:type="spellStart"/>
      <w:r w:rsidRPr="00585726">
        <w:rPr>
          <w:rFonts w:cs="Arial"/>
          <w:sz w:val="24"/>
          <w:szCs w:val="24"/>
        </w:rPr>
        <w:t>belgilangan</w:t>
      </w:r>
      <w:proofErr w:type="spellEnd"/>
      <w:r w:rsidRPr="00585726">
        <w:rPr>
          <w:rFonts w:cs="Arial"/>
          <w:sz w:val="24"/>
          <w:szCs w:val="24"/>
        </w:rPr>
        <w:t xml:space="preserve"> </w:t>
      </w:r>
      <w:proofErr w:type="spellStart"/>
      <w:r w:rsidRPr="00585726">
        <w:rPr>
          <w:rFonts w:cs="Arial"/>
          <w:sz w:val="24"/>
          <w:szCs w:val="24"/>
        </w:rPr>
        <w:t>tartibda</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rib</w:t>
      </w:r>
      <w:proofErr w:type="spellEnd"/>
      <w:r w:rsidRPr="00585726">
        <w:rPr>
          <w:rFonts w:cs="Arial"/>
          <w:sz w:val="24"/>
          <w:szCs w:val="24"/>
        </w:rPr>
        <w:t xml:space="preserve"> </w:t>
      </w:r>
      <w:proofErr w:type="spellStart"/>
      <w:r w:rsidRPr="00585726">
        <w:rPr>
          <w:rFonts w:cs="Arial"/>
          <w:sz w:val="24"/>
          <w:szCs w:val="24"/>
        </w:rPr>
        <w:t>chiqiladi</w:t>
      </w:r>
      <w:proofErr w:type="spellEnd"/>
      <w:r w:rsidRPr="00585726">
        <w:rPr>
          <w:rFonts w:cs="Arial"/>
          <w:sz w:val="24"/>
          <w:szCs w:val="24"/>
        </w:rPr>
        <w:t>.</w:t>
      </w:r>
    </w:p>
    <w:p w14:paraId="552BB9C7" w14:textId="77777777" w:rsidR="007D24A2" w:rsidRPr="00585726" w:rsidRDefault="007D24A2" w:rsidP="00F24377">
      <w:pPr>
        <w:ind w:firstLine="567"/>
        <w:jc w:val="both"/>
        <w:rPr>
          <w:rFonts w:cs="Arial"/>
          <w:b/>
          <w:sz w:val="24"/>
          <w:szCs w:val="24"/>
        </w:rPr>
      </w:pPr>
    </w:p>
    <w:p w14:paraId="0982DCF1" w14:textId="77777777" w:rsidR="008F00AB" w:rsidRPr="00585726" w:rsidRDefault="00357484" w:rsidP="00F24377">
      <w:pPr>
        <w:ind w:firstLine="567"/>
        <w:jc w:val="both"/>
        <w:rPr>
          <w:rFonts w:cs="Arial"/>
          <w:sz w:val="24"/>
          <w:szCs w:val="24"/>
        </w:rPr>
      </w:pPr>
      <w:r w:rsidRPr="00585726">
        <w:rPr>
          <w:rFonts w:cs="Arial"/>
          <w:b/>
          <w:sz w:val="24"/>
          <w:szCs w:val="24"/>
        </w:rPr>
        <w:t xml:space="preserve">XII. SHARTNOMANING AMAL QILISH MUDDATI, </w:t>
      </w:r>
      <w:proofErr w:type="gramStart"/>
      <w:r w:rsidR="008841C6" w:rsidRPr="00585726">
        <w:rPr>
          <w:rFonts w:cs="Arial"/>
          <w:b/>
          <w:sz w:val="24"/>
          <w:szCs w:val="24"/>
        </w:rPr>
        <w:t>O‘</w:t>
      </w:r>
      <w:proofErr w:type="gramEnd"/>
      <w:r w:rsidRPr="00585726">
        <w:rPr>
          <w:rFonts w:cs="Arial"/>
          <w:b/>
          <w:sz w:val="24"/>
          <w:szCs w:val="24"/>
        </w:rPr>
        <w:t>ZGARTIRILISHI VA BEKOR QILINISHI</w:t>
      </w:r>
    </w:p>
    <w:p w14:paraId="7C62AE43"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u </w:t>
      </w:r>
      <w:proofErr w:type="spellStart"/>
      <w:r w:rsidRPr="00585726">
        <w:rPr>
          <w:rFonts w:cs="Arial"/>
          <w:sz w:val="24"/>
          <w:szCs w:val="24"/>
        </w:rPr>
        <w:t>aksept</w:t>
      </w:r>
      <w:proofErr w:type="spellEnd"/>
      <w:r w:rsidRPr="00585726">
        <w:rPr>
          <w:rFonts w:cs="Arial"/>
          <w:sz w:val="24"/>
          <w:szCs w:val="24"/>
        </w:rPr>
        <w:t xml:space="preserve"> </w:t>
      </w:r>
      <w:proofErr w:type="spellStart"/>
      <w:r w:rsidRPr="00585726">
        <w:rPr>
          <w:rFonts w:cs="Arial"/>
          <w:sz w:val="24"/>
          <w:szCs w:val="24"/>
        </w:rPr>
        <w:t>qilingan</w:t>
      </w:r>
      <w:proofErr w:type="spellEnd"/>
      <w:r w:rsidRPr="00585726">
        <w:rPr>
          <w:rFonts w:cs="Arial"/>
          <w:sz w:val="24"/>
          <w:szCs w:val="24"/>
        </w:rPr>
        <w:t xml:space="preserve"> </w:t>
      </w:r>
      <w:proofErr w:type="spellStart"/>
      <w:r w:rsidRPr="00585726">
        <w:rPr>
          <w:rFonts w:cs="Arial"/>
          <w:sz w:val="24"/>
          <w:szCs w:val="24"/>
        </w:rPr>
        <w:t>paytdan</w:t>
      </w:r>
      <w:proofErr w:type="spellEnd"/>
      <w:r w:rsidRPr="00585726">
        <w:rPr>
          <w:rFonts w:cs="Arial"/>
          <w:sz w:val="24"/>
          <w:szCs w:val="24"/>
        </w:rPr>
        <w:t xml:space="preserve"> </w:t>
      </w:r>
      <w:proofErr w:type="spellStart"/>
      <w:r w:rsidRPr="00585726">
        <w:rPr>
          <w:rFonts w:cs="Arial"/>
          <w:sz w:val="24"/>
          <w:szCs w:val="24"/>
        </w:rPr>
        <w:t>kuchga</w:t>
      </w:r>
      <w:proofErr w:type="spellEnd"/>
      <w:r w:rsidRPr="00585726">
        <w:rPr>
          <w:rFonts w:cs="Arial"/>
          <w:sz w:val="24"/>
          <w:szCs w:val="24"/>
        </w:rPr>
        <w:t xml:space="preserve"> </w:t>
      </w:r>
      <w:proofErr w:type="spellStart"/>
      <w:r w:rsidRPr="00585726">
        <w:rPr>
          <w:rFonts w:cs="Arial"/>
          <w:sz w:val="24"/>
          <w:szCs w:val="24"/>
        </w:rPr>
        <w:t>kiradi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taraflar</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rtasidagi</w:t>
      </w:r>
      <w:proofErr w:type="spellEnd"/>
      <w:r w:rsidRPr="00585726">
        <w:rPr>
          <w:rFonts w:cs="Arial"/>
          <w:sz w:val="24"/>
          <w:szCs w:val="24"/>
        </w:rPr>
        <w:t xml:space="preserve"> </w:t>
      </w:r>
      <w:proofErr w:type="spellStart"/>
      <w:r w:rsidRPr="00585726">
        <w:rPr>
          <w:rFonts w:cs="Arial"/>
          <w:sz w:val="24"/>
          <w:szCs w:val="24"/>
        </w:rPr>
        <w:t>munosabatlar</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liq</w:t>
      </w:r>
      <w:proofErr w:type="spellEnd"/>
      <w:r w:rsidRPr="00585726">
        <w:rPr>
          <w:rFonts w:cs="Arial"/>
          <w:sz w:val="24"/>
          <w:szCs w:val="24"/>
        </w:rPr>
        <w:t xml:space="preserve"> </w:t>
      </w:r>
      <w:proofErr w:type="spellStart"/>
      <w:r w:rsidRPr="00585726">
        <w:rPr>
          <w:rFonts w:cs="Arial"/>
          <w:sz w:val="24"/>
          <w:szCs w:val="24"/>
        </w:rPr>
        <w:t>tugatilgunga</w:t>
      </w:r>
      <w:proofErr w:type="spellEnd"/>
      <w:r w:rsidRPr="00585726">
        <w:rPr>
          <w:rFonts w:cs="Arial"/>
          <w:sz w:val="24"/>
          <w:szCs w:val="24"/>
        </w:rPr>
        <w:t xml:space="preserve"> </w:t>
      </w:r>
      <w:proofErr w:type="spellStart"/>
      <w:r w:rsidRPr="00585726">
        <w:rPr>
          <w:rFonts w:cs="Arial"/>
          <w:sz w:val="24"/>
          <w:szCs w:val="24"/>
        </w:rPr>
        <w:t>qadar</w:t>
      </w:r>
      <w:proofErr w:type="spellEnd"/>
      <w:r w:rsidRPr="00585726">
        <w:rPr>
          <w:rFonts w:cs="Arial"/>
          <w:sz w:val="24"/>
          <w:szCs w:val="24"/>
        </w:rPr>
        <w:t xml:space="preserve"> </w:t>
      </w:r>
      <w:proofErr w:type="spellStart"/>
      <w:r w:rsidRPr="00585726">
        <w:rPr>
          <w:rFonts w:cs="Arial"/>
          <w:sz w:val="24"/>
          <w:szCs w:val="24"/>
        </w:rPr>
        <w:t>amal</w:t>
      </w:r>
      <w:proofErr w:type="spellEnd"/>
      <w:r w:rsidRPr="00585726">
        <w:rPr>
          <w:rFonts w:cs="Arial"/>
          <w:sz w:val="24"/>
          <w:szCs w:val="24"/>
        </w:rPr>
        <w:t xml:space="preserve"> </w:t>
      </w:r>
      <w:proofErr w:type="spellStart"/>
      <w:r w:rsidRPr="00585726">
        <w:rPr>
          <w:rFonts w:cs="Arial"/>
          <w:sz w:val="24"/>
          <w:szCs w:val="24"/>
        </w:rPr>
        <w:t>qiladi</w:t>
      </w:r>
      <w:proofErr w:type="spellEnd"/>
      <w:r w:rsidRPr="00585726">
        <w:rPr>
          <w:rFonts w:cs="Arial"/>
          <w:sz w:val="24"/>
          <w:szCs w:val="24"/>
        </w:rPr>
        <w:t>.</w:t>
      </w:r>
    </w:p>
    <w:p w14:paraId="70C440B0" w14:textId="77777777" w:rsidR="008F00AB" w:rsidRPr="00585726" w:rsidRDefault="00357484" w:rsidP="00F24377">
      <w:pPr>
        <w:ind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qonunchilikdagi</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zgarishlar</w:t>
      </w:r>
      <w:proofErr w:type="spellEnd"/>
      <w:r w:rsidRPr="00585726">
        <w:rPr>
          <w:rFonts w:cs="Arial"/>
          <w:sz w:val="24"/>
          <w:szCs w:val="24"/>
        </w:rPr>
        <w:t xml:space="preserve">, </w:t>
      </w:r>
      <w:proofErr w:type="spellStart"/>
      <w:r w:rsidRPr="00585726">
        <w:rPr>
          <w:rFonts w:cs="Arial"/>
          <w:sz w:val="24"/>
          <w:szCs w:val="24"/>
        </w:rPr>
        <w:t>ichki</w:t>
      </w:r>
      <w:proofErr w:type="spellEnd"/>
      <w:r w:rsidRPr="00585726">
        <w:rPr>
          <w:rFonts w:cs="Arial"/>
          <w:sz w:val="24"/>
          <w:szCs w:val="24"/>
        </w:rPr>
        <w:t xml:space="preserve"> </w:t>
      </w:r>
      <w:proofErr w:type="spellStart"/>
      <w:r w:rsidRPr="00585726">
        <w:rPr>
          <w:rFonts w:cs="Arial"/>
          <w:sz w:val="24"/>
          <w:szCs w:val="24"/>
        </w:rPr>
        <w:t>jarayonlar</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mahsulot</w:t>
      </w:r>
      <w:proofErr w:type="spellEnd"/>
      <w:r w:rsidRPr="00585726">
        <w:rPr>
          <w:rFonts w:cs="Arial"/>
          <w:sz w:val="24"/>
          <w:szCs w:val="24"/>
        </w:rPr>
        <w:t xml:space="preserve"> </w:t>
      </w:r>
      <w:proofErr w:type="spellStart"/>
      <w:r w:rsidRPr="00585726">
        <w:rPr>
          <w:rFonts w:cs="Arial"/>
          <w:sz w:val="24"/>
          <w:szCs w:val="24"/>
        </w:rPr>
        <w:t>shartlari</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zgarishi</w:t>
      </w:r>
      <w:proofErr w:type="spellEnd"/>
      <w:r w:rsidRPr="00585726">
        <w:rPr>
          <w:rFonts w:cs="Arial"/>
          <w:sz w:val="24"/>
          <w:szCs w:val="24"/>
        </w:rPr>
        <w:t xml:space="preserve"> </w:t>
      </w:r>
      <w:proofErr w:type="spellStart"/>
      <w:r w:rsidRPr="00585726">
        <w:rPr>
          <w:rFonts w:cs="Arial"/>
          <w:sz w:val="24"/>
          <w:szCs w:val="24"/>
        </w:rPr>
        <w:t>munosabati</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w:t>
      </w:r>
      <w:proofErr w:type="spellStart"/>
      <w:r w:rsidRPr="00585726">
        <w:rPr>
          <w:rFonts w:cs="Arial"/>
          <w:sz w:val="24"/>
          <w:szCs w:val="24"/>
        </w:rPr>
        <w:t>shartlariga</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zgartirish</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q</w:t>
      </w:r>
      <w:r w:rsidR="008841C6" w:rsidRPr="00585726">
        <w:rPr>
          <w:rFonts w:cs="Arial"/>
          <w:sz w:val="24"/>
          <w:szCs w:val="24"/>
        </w:rPr>
        <w:t>o‘</w:t>
      </w:r>
      <w:r w:rsidRPr="00585726">
        <w:rPr>
          <w:rFonts w:cs="Arial"/>
          <w:sz w:val="24"/>
          <w:szCs w:val="24"/>
        </w:rPr>
        <w:t>shimchalar</w:t>
      </w:r>
      <w:proofErr w:type="spellEnd"/>
      <w:r w:rsidRPr="00585726">
        <w:rPr>
          <w:rFonts w:cs="Arial"/>
          <w:sz w:val="24"/>
          <w:szCs w:val="24"/>
        </w:rPr>
        <w:t xml:space="preserve"> </w:t>
      </w:r>
      <w:proofErr w:type="spellStart"/>
      <w:r w:rsidRPr="00585726">
        <w:rPr>
          <w:rFonts w:cs="Arial"/>
          <w:sz w:val="24"/>
          <w:szCs w:val="24"/>
        </w:rPr>
        <w:t>kiritishga</w:t>
      </w:r>
      <w:proofErr w:type="spellEnd"/>
      <w:r w:rsidRPr="00585726">
        <w:rPr>
          <w:rFonts w:cs="Arial"/>
          <w:sz w:val="24"/>
          <w:szCs w:val="24"/>
        </w:rPr>
        <w:t xml:space="preserve"> </w:t>
      </w:r>
      <w:proofErr w:type="spellStart"/>
      <w:r w:rsidRPr="00585726">
        <w:rPr>
          <w:rFonts w:cs="Arial"/>
          <w:sz w:val="24"/>
          <w:szCs w:val="24"/>
        </w:rPr>
        <w:t>haqli</w:t>
      </w:r>
      <w:proofErr w:type="spellEnd"/>
      <w:r w:rsidRPr="00585726">
        <w:rPr>
          <w:rFonts w:cs="Arial"/>
          <w:sz w:val="24"/>
          <w:szCs w:val="24"/>
        </w:rPr>
        <w:t xml:space="preserve">. </w:t>
      </w:r>
      <w:proofErr w:type="spellStart"/>
      <w:r w:rsidRPr="00585726">
        <w:rPr>
          <w:rFonts w:cs="Arial"/>
          <w:sz w:val="24"/>
          <w:szCs w:val="24"/>
        </w:rPr>
        <w:t>Bunday</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zgartirishlar</w:t>
      </w:r>
      <w:proofErr w:type="spellEnd"/>
      <w:r w:rsidRPr="00585726">
        <w:rPr>
          <w:rFonts w:cs="Arial"/>
          <w:sz w:val="24"/>
          <w:szCs w:val="24"/>
        </w:rPr>
        <w:t xml:space="preserve"> Bank </w:t>
      </w:r>
      <w:proofErr w:type="spellStart"/>
      <w:r w:rsidRPr="00585726">
        <w:rPr>
          <w:rFonts w:cs="Arial"/>
          <w:sz w:val="24"/>
          <w:szCs w:val="24"/>
        </w:rPr>
        <w:t>tomonidan</w:t>
      </w:r>
      <w:proofErr w:type="spellEnd"/>
      <w:r w:rsidRPr="00585726">
        <w:rPr>
          <w:rFonts w:cs="Arial"/>
          <w:sz w:val="24"/>
          <w:szCs w:val="24"/>
        </w:rPr>
        <w:t xml:space="preserve"> </w:t>
      </w:r>
      <w:proofErr w:type="spellStart"/>
      <w:r w:rsidRPr="00585726">
        <w:rPr>
          <w:rFonts w:cs="Arial"/>
          <w:sz w:val="24"/>
          <w:szCs w:val="24"/>
        </w:rPr>
        <w:t>rasmiy</w:t>
      </w:r>
      <w:proofErr w:type="spellEnd"/>
      <w:r w:rsidRPr="00585726">
        <w:rPr>
          <w:rFonts w:cs="Arial"/>
          <w:sz w:val="24"/>
          <w:szCs w:val="24"/>
        </w:rPr>
        <w:t xml:space="preserve"> </w:t>
      </w:r>
      <w:proofErr w:type="spellStart"/>
      <w:r w:rsidRPr="00585726">
        <w:rPr>
          <w:rFonts w:cs="Arial"/>
          <w:sz w:val="24"/>
          <w:szCs w:val="24"/>
        </w:rPr>
        <w:t>kanallarda</w:t>
      </w:r>
      <w:proofErr w:type="spellEnd"/>
      <w:r w:rsidRPr="00585726">
        <w:rPr>
          <w:rFonts w:cs="Arial"/>
          <w:sz w:val="24"/>
          <w:szCs w:val="24"/>
        </w:rPr>
        <w:t xml:space="preserve"> </w:t>
      </w:r>
      <w:proofErr w:type="spellStart"/>
      <w:r w:rsidRPr="00585726">
        <w:rPr>
          <w:rFonts w:cs="Arial"/>
          <w:sz w:val="24"/>
          <w:szCs w:val="24"/>
        </w:rPr>
        <w:t>e’lon</w:t>
      </w:r>
      <w:proofErr w:type="spellEnd"/>
      <w:r w:rsidRPr="00585726">
        <w:rPr>
          <w:rFonts w:cs="Arial"/>
          <w:sz w:val="24"/>
          <w:szCs w:val="24"/>
        </w:rPr>
        <w:t xml:space="preserve"> </w:t>
      </w:r>
      <w:proofErr w:type="spellStart"/>
      <w:r w:rsidRPr="00585726">
        <w:rPr>
          <w:rFonts w:cs="Arial"/>
          <w:sz w:val="24"/>
          <w:szCs w:val="24"/>
        </w:rPr>
        <w:t>qilingan</w:t>
      </w:r>
      <w:proofErr w:type="spellEnd"/>
      <w:r w:rsidRPr="00585726">
        <w:rPr>
          <w:rFonts w:cs="Arial"/>
          <w:sz w:val="24"/>
          <w:szCs w:val="24"/>
        </w:rPr>
        <w:t xml:space="preserve"> </w:t>
      </w:r>
      <w:proofErr w:type="spellStart"/>
      <w:r w:rsidRPr="00585726">
        <w:rPr>
          <w:rFonts w:cs="Arial"/>
          <w:sz w:val="24"/>
          <w:szCs w:val="24"/>
        </w:rPr>
        <w:t>kundan</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ularda</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rsatilgan</w:t>
      </w:r>
      <w:proofErr w:type="spellEnd"/>
      <w:r w:rsidRPr="00585726">
        <w:rPr>
          <w:rFonts w:cs="Arial"/>
          <w:sz w:val="24"/>
          <w:szCs w:val="24"/>
        </w:rPr>
        <w:t xml:space="preserve"> </w:t>
      </w:r>
      <w:proofErr w:type="spellStart"/>
      <w:r w:rsidRPr="00585726">
        <w:rPr>
          <w:rFonts w:cs="Arial"/>
          <w:sz w:val="24"/>
          <w:szCs w:val="24"/>
        </w:rPr>
        <w:t>sanadan</w:t>
      </w:r>
      <w:proofErr w:type="spellEnd"/>
      <w:r w:rsidRPr="00585726">
        <w:rPr>
          <w:rFonts w:cs="Arial"/>
          <w:sz w:val="24"/>
          <w:szCs w:val="24"/>
        </w:rPr>
        <w:t xml:space="preserve"> </w:t>
      </w:r>
      <w:proofErr w:type="spellStart"/>
      <w:r w:rsidRPr="00585726">
        <w:rPr>
          <w:rFonts w:cs="Arial"/>
          <w:sz w:val="24"/>
          <w:szCs w:val="24"/>
        </w:rPr>
        <w:t>kuchga</w:t>
      </w:r>
      <w:proofErr w:type="spellEnd"/>
      <w:r w:rsidRPr="00585726">
        <w:rPr>
          <w:rFonts w:cs="Arial"/>
          <w:sz w:val="24"/>
          <w:szCs w:val="24"/>
        </w:rPr>
        <w:t xml:space="preserve"> </w:t>
      </w:r>
      <w:proofErr w:type="spellStart"/>
      <w:r w:rsidRPr="00585726">
        <w:rPr>
          <w:rFonts w:cs="Arial"/>
          <w:sz w:val="24"/>
          <w:szCs w:val="24"/>
        </w:rPr>
        <w:t>kiradi</w:t>
      </w:r>
      <w:proofErr w:type="spellEnd"/>
      <w:r w:rsidRPr="00585726">
        <w:rPr>
          <w:rFonts w:cs="Arial"/>
          <w:sz w:val="24"/>
          <w:szCs w:val="24"/>
        </w:rPr>
        <w:t>.</w:t>
      </w:r>
    </w:p>
    <w:p w14:paraId="33F2A5FC"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Shartnomaning</w:t>
      </w:r>
      <w:proofErr w:type="spellEnd"/>
      <w:r w:rsidRPr="00585726">
        <w:rPr>
          <w:rFonts w:cs="Arial"/>
          <w:sz w:val="24"/>
          <w:szCs w:val="24"/>
        </w:rPr>
        <w:t xml:space="preserve"> </w:t>
      </w:r>
      <w:proofErr w:type="spellStart"/>
      <w:r w:rsidRPr="00585726">
        <w:rPr>
          <w:rFonts w:cs="Arial"/>
          <w:sz w:val="24"/>
          <w:szCs w:val="24"/>
        </w:rPr>
        <w:t>yangi</w:t>
      </w:r>
      <w:proofErr w:type="spellEnd"/>
      <w:r w:rsidRPr="00585726">
        <w:rPr>
          <w:rFonts w:cs="Arial"/>
          <w:sz w:val="24"/>
          <w:szCs w:val="24"/>
        </w:rPr>
        <w:t xml:space="preserve"> </w:t>
      </w:r>
      <w:proofErr w:type="spellStart"/>
      <w:r w:rsidRPr="00585726">
        <w:rPr>
          <w:rFonts w:cs="Arial"/>
          <w:sz w:val="24"/>
          <w:szCs w:val="24"/>
        </w:rPr>
        <w:t>tahriri</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w:t>
      </w:r>
      <w:proofErr w:type="spellStart"/>
      <w:r w:rsidRPr="00585726">
        <w:rPr>
          <w:rFonts w:cs="Arial"/>
          <w:sz w:val="24"/>
          <w:szCs w:val="24"/>
        </w:rPr>
        <w:t>rozi</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lmagan</w:t>
      </w:r>
      <w:proofErr w:type="spellEnd"/>
      <w:r w:rsidRPr="00585726">
        <w:rPr>
          <w:rFonts w:cs="Arial"/>
          <w:sz w:val="24"/>
          <w:szCs w:val="24"/>
        </w:rPr>
        <w:t xml:space="preserve"> </w:t>
      </w:r>
      <w:proofErr w:type="spellStart"/>
      <w:r w:rsidRPr="00585726">
        <w:rPr>
          <w:rFonts w:cs="Arial"/>
          <w:sz w:val="24"/>
          <w:szCs w:val="24"/>
        </w:rPr>
        <w:t>taqdirda</w:t>
      </w:r>
      <w:proofErr w:type="spellEnd"/>
      <w:r w:rsidRPr="00585726">
        <w:rPr>
          <w:rFonts w:cs="Arial"/>
          <w:sz w:val="24"/>
          <w:szCs w:val="24"/>
        </w:rPr>
        <w:t xml:space="preserve"> </w:t>
      </w:r>
      <w:proofErr w:type="spellStart"/>
      <w:r w:rsidRPr="00585726">
        <w:rPr>
          <w:rFonts w:cs="Arial"/>
          <w:sz w:val="24"/>
          <w:szCs w:val="24"/>
        </w:rPr>
        <w:t>Kartadan</w:t>
      </w:r>
      <w:proofErr w:type="spellEnd"/>
      <w:r w:rsidRPr="00585726">
        <w:rPr>
          <w:rFonts w:cs="Arial"/>
          <w:sz w:val="24"/>
          <w:szCs w:val="24"/>
        </w:rPr>
        <w:t xml:space="preserve"> </w:t>
      </w:r>
      <w:proofErr w:type="spellStart"/>
      <w:r w:rsidRPr="00585726">
        <w:rPr>
          <w:rFonts w:cs="Arial"/>
          <w:sz w:val="24"/>
          <w:szCs w:val="24"/>
        </w:rPr>
        <w:t>foydalanishni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xtatib</w:t>
      </w:r>
      <w:proofErr w:type="spellEnd"/>
      <w:r w:rsidRPr="00585726">
        <w:rPr>
          <w:rFonts w:cs="Arial"/>
          <w:sz w:val="24"/>
          <w:szCs w:val="24"/>
        </w:rPr>
        <w:t xml:space="preserve">, </w:t>
      </w:r>
      <w:proofErr w:type="spellStart"/>
      <w:r w:rsidRPr="00585726">
        <w:rPr>
          <w:rFonts w:cs="Arial"/>
          <w:sz w:val="24"/>
          <w:szCs w:val="24"/>
        </w:rPr>
        <w:t>Bankka</w:t>
      </w:r>
      <w:proofErr w:type="spellEnd"/>
      <w:r w:rsidRPr="00585726">
        <w:rPr>
          <w:rFonts w:cs="Arial"/>
          <w:sz w:val="24"/>
          <w:szCs w:val="24"/>
        </w:rPr>
        <w:t xml:space="preserve"> </w:t>
      </w:r>
      <w:proofErr w:type="spellStart"/>
      <w:r w:rsidRPr="00585726">
        <w:rPr>
          <w:rFonts w:cs="Arial"/>
          <w:sz w:val="24"/>
          <w:szCs w:val="24"/>
        </w:rPr>
        <w:t>Shartnomani</w:t>
      </w:r>
      <w:proofErr w:type="spellEnd"/>
      <w:r w:rsidRPr="00585726">
        <w:rPr>
          <w:rFonts w:cs="Arial"/>
          <w:sz w:val="24"/>
          <w:szCs w:val="24"/>
        </w:rPr>
        <w:t xml:space="preserve"> </w:t>
      </w:r>
      <w:proofErr w:type="spellStart"/>
      <w:r w:rsidRPr="00585726">
        <w:rPr>
          <w:rFonts w:cs="Arial"/>
          <w:sz w:val="24"/>
          <w:szCs w:val="24"/>
        </w:rPr>
        <w:t>bekor</w:t>
      </w:r>
      <w:proofErr w:type="spellEnd"/>
      <w:r w:rsidRPr="00585726">
        <w:rPr>
          <w:rFonts w:cs="Arial"/>
          <w:sz w:val="24"/>
          <w:szCs w:val="24"/>
        </w:rPr>
        <w:t xml:space="preserve"> </w:t>
      </w:r>
      <w:proofErr w:type="spellStart"/>
      <w:r w:rsidRPr="00585726">
        <w:rPr>
          <w:rFonts w:cs="Arial"/>
          <w:sz w:val="24"/>
          <w:szCs w:val="24"/>
        </w:rPr>
        <w:t>qilish</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o‘g‘</w:t>
      </w:r>
      <w:r w:rsidRPr="00585726">
        <w:rPr>
          <w:rFonts w:cs="Arial"/>
          <w:sz w:val="24"/>
          <w:szCs w:val="24"/>
        </w:rPr>
        <w:t>risida</w:t>
      </w:r>
      <w:proofErr w:type="spellEnd"/>
      <w:r w:rsidRPr="00585726">
        <w:rPr>
          <w:rFonts w:cs="Arial"/>
          <w:sz w:val="24"/>
          <w:szCs w:val="24"/>
        </w:rPr>
        <w:t xml:space="preserve"> </w:t>
      </w:r>
      <w:proofErr w:type="spellStart"/>
      <w:r w:rsidRPr="00585726">
        <w:rPr>
          <w:rFonts w:cs="Arial"/>
          <w:sz w:val="24"/>
          <w:szCs w:val="24"/>
        </w:rPr>
        <w:t>yozma</w:t>
      </w:r>
      <w:proofErr w:type="spellEnd"/>
      <w:r w:rsidRPr="00585726">
        <w:rPr>
          <w:rFonts w:cs="Arial"/>
          <w:sz w:val="24"/>
          <w:szCs w:val="24"/>
        </w:rPr>
        <w:t xml:space="preserve"> </w:t>
      </w:r>
      <w:proofErr w:type="spellStart"/>
      <w:r w:rsidRPr="00585726">
        <w:rPr>
          <w:rFonts w:cs="Arial"/>
          <w:sz w:val="24"/>
          <w:szCs w:val="24"/>
        </w:rPr>
        <w:t>murojaat</w:t>
      </w:r>
      <w:proofErr w:type="spellEnd"/>
      <w:r w:rsidRPr="00585726">
        <w:rPr>
          <w:rFonts w:cs="Arial"/>
          <w:sz w:val="24"/>
          <w:szCs w:val="24"/>
        </w:rPr>
        <w:t xml:space="preserve"> </w:t>
      </w:r>
      <w:proofErr w:type="spellStart"/>
      <w:r w:rsidRPr="00585726">
        <w:rPr>
          <w:rFonts w:cs="Arial"/>
          <w:sz w:val="24"/>
          <w:szCs w:val="24"/>
        </w:rPr>
        <w:t>qilishga</w:t>
      </w:r>
      <w:proofErr w:type="spellEnd"/>
      <w:r w:rsidRPr="00585726">
        <w:rPr>
          <w:rFonts w:cs="Arial"/>
          <w:sz w:val="24"/>
          <w:szCs w:val="24"/>
        </w:rPr>
        <w:t xml:space="preserve"> </w:t>
      </w:r>
      <w:proofErr w:type="spellStart"/>
      <w:r w:rsidRPr="00585726">
        <w:rPr>
          <w:rFonts w:cs="Arial"/>
          <w:sz w:val="24"/>
          <w:szCs w:val="24"/>
        </w:rPr>
        <w:t>haqli</w:t>
      </w:r>
      <w:proofErr w:type="spellEnd"/>
      <w:r w:rsidRPr="00585726">
        <w:rPr>
          <w:rFonts w:cs="Arial"/>
          <w:sz w:val="24"/>
          <w:szCs w:val="24"/>
        </w:rPr>
        <w:t>.</w:t>
      </w:r>
    </w:p>
    <w:p w14:paraId="7ED68CBC" w14:textId="77777777" w:rsidR="008F00AB" w:rsidRPr="00585726" w:rsidRDefault="00357484" w:rsidP="00F24377">
      <w:pPr>
        <w:ind w:firstLine="567"/>
        <w:jc w:val="both"/>
        <w:rPr>
          <w:rFonts w:cs="Arial"/>
          <w:sz w:val="24"/>
          <w:szCs w:val="24"/>
        </w:rPr>
      </w:pPr>
      <w:r w:rsidRPr="00585726">
        <w:rPr>
          <w:rFonts w:cs="Arial"/>
          <w:sz w:val="24"/>
          <w:szCs w:val="24"/>
        </w:rPr>
        <w:t>Bank quyidagi hollarda Shartnomani bir tomonlama bekor qilishga haqli:</w:t>
      </w:r>
    </w:p>
    <w:p w14:paraId="07E2007C"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Karta </w:t>
      </w:r>
      <w:proofErr w:type="spellStart"/>
      <w:r w:rsidRPr="00585726">
        <w:rPr>
          <w:rFonts w:cs="Arial"/>
          <w:sz w:val="24"/>
          <w:szCs w:val="24"/>
        </w:rPr>
        <w:t>egasi</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Bank </w:t>
      </w:r>
      <w:proofErr w:type="spellStart"/>
      <w:r w:rsidRPr="00585726">
        <w:rPr>
          <w:rFonts w:cs="Arial"/>
          <w:sz w:val="24"/>
          <w:szCs w:val="24"/>
        </w:rPr>
        <w:t>qoidalari</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lov</w:t>
      </w:r>
      <w:proofErr w:type="spellEnd"/>
      <w:r w:rsidRPr="00585726">
        <w:rPr>
          <w:rFonts w:cs="Arial"/>
          <w:sz w:val="24"/>
          <w:szCs w:val="24"/>
        </w:rPr>
        <w:t xml:space="preserve"> </w:t>
      </w:r>
      <w:proofErr w:type="spellStart"/>
      <w:r w:rsidRPr="00585726">
        <w:rPr>
          <w:rFonts w:cs="Arial"/>
          <w:sz w:val="24"/>
          <w:szCs w:val="24"/>
        </w:rPr>
        <w:t>tizimi</w:t>
      </w:r>
      <w:proofErr w:type="spellEnd"/>
      <w:r w:rsidRPr="00585726">
        <w:rPr>
          <w:rFonts w:cs="Arial"/>
          <w:sz w:val="24"/>
          <w:szCs w:val="24"/>
        </w:rPr>
        <w:t xml:space="preserve"> </w:t>
      </w:r>
      <w:proofErr w:type="spellStart"/>
      <w:r w:rsidRPr="00585726">
        <w:rPr>
          <w:rFonts w:cs="Arial"/>
          <w:sz w:val="24"/>
          <w:szCs w:val="24"/>
        </w:rPr>
        <w:t>qoidalari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amaldagi</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talablarini</w:t>
      </w:r>
      <w:proofErr w:type="spellEnd"/>
      <w:r w:rsidRPr="00585726">
        <w:rPr>
          <w:rFonts w:cs="Arial"/>
          <w:sz w:val="24"/>
          <w:szCs w:val="24"/>
        </w:rPr>
        <w:t xml:space="preserve"> </w:t>
      </w:r>
      <w:proofErr w:type="spellStart"/>
      <w:r w:rsidRPr="00585726">
        <w:rPr>
          <w:rFonts w:cs="Arial"/>
          <w:sz w:val="24"/>
          <w:szCs w:val="24"/>
        </w:rPr>
        <w:t>buzganida</w:t>
      </w:r>
      <w:proofErr w:type="spellEnd"/>
      <w:r w:rsidRPr="00585726">
        <w:rPr>
          <w:rFonts w:cs="Arial"/>
          <w:sz w:val="24"/>
          <w:szCs w:val="24"/>
        </w:rPr>
        <w:t>;</w:t>
      </w:r>
    </w:p>
    <w:p w14:paraId="04395604" w14:textId="77777777" w:rsidR="008F00AB" w:rsidRPr="00585726" w:rsidRDefault="00357484" w:rsidP="00F24377">
      <w:pPr>
        <w:pStyle w:val="a0"/>
        <w:ind w:left="0" w:firstLine="567"/>
        <w:jc w:val="both"/>
        <w:rPr>
          <w:rFonts w:cs="Arial"/>
          <w:sz w:val="24"/>
          <w:szCs w:val="24"/>
        </w:rPr>
      </w:pPr>
      <w:r w:rsidRPr="00585726">
        <w:rPr>
          <w:rFonts w:cs="Arial"/>
          <w:sz w:val="24"/>
          <w:szCs w:val="24"/>
        </w:rPr>
        <w:lastRenderedPageBreak/>
        <w:t>AML/CFT/CPF, sanksion komplaens yoki boshqa yuqori risk omillari aniqlanganda;</w:t>
      </w:r>
    </w:p>
    <w:p w14:paraId="26A57713" w14:textId="77777777" w:rsidR="008F00AB" w:rsidRPr="00585726" w:rsidRDefault="00357484" w:rsidP="00F24377">
      <w:pPr>
        <w:pStyle w:val="a0"/>
        <w:ind w:left="0"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tomonidan</w:t>
      </w:r>
      <w:proofErr w:type="spellEnd"/>
      <w:r w:rsidRPr="00585726">
        <w:rPr>
          <w:rFonts w:cs="Arial"/>
          <w:sz w:val="24"/>
          <w:szCs w:val="24"/>
        </w:rPr>
        <w:t xml:space="preserve"> </w:t>
      </w:r>
      <w:proofErr w:type="spellStart"/>
      <w:proofErr w:type="gramStart"/>
      <w:r w:rsidRPr="00585726">
        <w:rPr>
          <w:rFonts w:cs="Arial"/>
          <w:sz w:val="24"/>
          <w:szCs w:val="24"/>
        </w:rPr>
        <w:t>not</w:t>
      </w:r>
      <w:r w:rsidR="008841C6" w:rsidRPr="00585726">
        <w:rPr>
          <w:rFonts w:cs="Arial"/>
          <w:sz w:val="24"/>
          <w:szCs w:val="24"/>
        </w:rPr>
        <w:t>o‘</w:t>
      </w:r>
      <w:proofErr w:type="gramEnd"/>
      <w:r w:rsidR="008841C6" w:rsidRPr="00585726">
        <w:rPr>
          <w:rFonts w:cs="Arial"/>
          <w:sz w:val="24"/>
          <w:szCs w:val="24"/>
        </w:rPr>
        <w:t>g‘</w:t>
      </w:r>
      <w:r w:rsidRPr="00585726">
        <w:rPr>
          <w:rFonts w:cs="Arial"/>
          <w:sz w:val="24"/>
          <w:szCs w:val="24"/>
        </w:rPr>
        <w:t>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soxta</w:t>
      </w:r>
      <w:proofErr w:type="spellEnd"/>
      <w:r w:rsidRPr="00585726">
        <w:rPr>
          <w:rFonts w:cs="Arial"/>
          <w:sz w:val="24"/>
          <w:szCs w:val="24"/>
        </w:rPr>
        <w:t xml:space="preserve"> </w:t>
      </w:r>
      <w:proofErr w:type="spellStart"/>
      <w:r w:rsidRPr="00585726">
        <w:rPr>
          <w:rFonts w:cs="Arial"/>
          <w:sz w:val="24"/>
          <w:szCs w:val="24"/>
        </w:rPr>
        <w:t>ma’lumotlar</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etilganda</w:t>
      </w:r>
      <w:proofErr w:type="spellEnd"/>
      <w:r w:rsidRPr="00585726">
        <w:rPr>
          <w:rFonts w:cs="Arial"/>
          <w:sz w:val="24"/>
          <w:szCs w:val="24"/>
        </w:rPr>
        <w:t>;</w:t>
      </w:r>
    </w:p>
    <w:p w14:paraId="34D5E068" w14:textId="77777777" w:rsidR="008F00AB" w:rsidRPr="00585726" w:rsidRDefault="00357484" w:rsidP="00F24377">
      <w:pPr>
        <w:pStyle w:val="a0"/>
        <w:ind w:left="0" w:firstLine="567"/>
        <w:jc w:val="both"/>
        <w:rPr>
          <w:rFonts w:cs="Arial"/>
          <w:sz w:val="24"/>
          <w:szCs w:val="24"/>
        </w:rPr>
      </w:pPr>
      <w:r w:rsidRPr="00585726">
        <w:rPr>
          <w:rFonts w:cs="Arial"/>
          <w:sz w:val="24"/>
          <w:szCs w:val="24"/>
        </w:rPr>
        <w:t xml:space="preserve">Bank </w:t>
      </w:r>
      <w:proofErr w:type="spellStart"/>
      <w:r w:rsidRPr="00585726">
        <w:rPr>
          <w:rFonts w:cs="Arial"/>
          <w:sz w:val="24"/>
          <w:szCs w:val="24"/>
        </w:rPr>
        <w:t>xizmatlari</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Pr="00585726">
        <w:rPr>
          <w:rFonts w:cs="Arial"/>
          <w:sz w:val="24"/>
          <w:szCs w:val="24"/>
        </w:rPr>
        <w:t>lovlar</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z</w:t>
      </w:r>
      <w:proofErr w:type="spellEnd"/>
      <w:r w:rsidRPr="00585726">
        <w:rPr>
          <w:rFonts w:cs="Arial"/>
          <w:sz w:val="24"/>
          <w:szCs w:val="24"/>
        </w:rPr>
        <w:t xml:space="preserve"> </w:t>
      </w:r>
      <w:proofErr w:type="spellStart"/>
      <w:r w:rsidRPr="00585726">
        <w:rPr>
          <w:rFonts w:cs="Arial"/>
          <w:sz w:val="24"/>
          <w:szCs w:val="24"/>
        </w:rPr>
        <w:t>vaqtida</w:t>
      </w:r>
      <w:proofErr w:type="spellEnd"/>
      <w:r w:rsidRPr="00585726">
        <w:rPr>
          <w:rFonts w:cs="Arial"/>
          <w:sz w:val="24"/>
          <w:szCs w:val="24"/>
        </w:rPr>
        <w:t xml:space="preserve"> </w:t>
      </w:r>
      <w:proofErr w:type="spellStart"/>
      <w:r w:rsidRPr="00585726">
        <w:rPr>
          <w:rFonts w:cs="Arial"/>
          <w:sz w:val="24"/>
          <w:szCs w:val="24"/>
        </w:rPr>
        <w:t>amalga</w:t>
      </w:r>
      <w:proofErr w:type="spellEnd"/>
      <w:r w:rsidRPr="00585726">
        <w:rPr>
          <w:rFonts w:cs="Arial"/>
          <w:sz w:val="24"/>
          <w:szCs w:val="24"/>
        </w:rPr>
        <w:t xml:space="preserve"> </w:t>
      </w:r>
      <w:proofErr w:type="spellStart"/>
      <w:r w:rsidRPr="00585726">
        <w:rPr>
          <w:rFonts w:cs="Arial"/>
          <w:sz w:val="24"/>
          <w:szCs w:val="24"/>
        </w:rPr>
        <w:t>oshirilmaganda</w:t>
      </w:r>
      <w:proofErr w:type="spellEnd"/>
      <w:r w:rsidRPr="00585726">
        <w:rPr>
          <w:rFonts w:cs="Arial"/>
          <w:sz w:val="24"/>
          <w:szCs w:val="24"/>
        </w:rPr>
        <w:t>;</w:t>
      </w:r>
    </w:p>
    <w:p w14:paraId="0C0EBAB8" w14:textId="77777777" w:rsidR="008F00AB" w:rsidRPr="00585726" w:rsidRDefault="00357484" w:rsidP="00F24377">
      <w:pPr>
        <w:pStyle w:val="a0"/>
        <w:ind w:left="0" w:firstLine="567"/>
        <w:jc w:val="both"/>
        <w:rPr>
          <w:rFonts w:cs="Arial"/>
          <w:sz w:val="24"/>
          <w:szCs w:val="24"/>
        </w:rPr>
      </w:pPr>
      <w:r w:rsidRPr="00585726">
        <w:rPr>
          <w:rFonts w:cs="Arial"/>
          <w:sz w:val="24"/>
          <w:szCs w:val="24"/>
        </w:rPr>
        <w:t>qonunchilikda nazarda tutilgan boshqa hollarda.</w:t>
      </w:r>
    </w:p>
    <w:p w14:paraId="2C1DDC84"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Shartnoma</w:t>
      </w:r>
      <w:proofErr w:type="spellEnd"/>
      <w:r w:rsidRPr="00585726">
        <w:rPr>
          <w:rFonts w:cs="Arial"/>
          <w:sz w:val="24"/>
          <w:szCs w:val="24"/>
        </w:rPr>
        <w:t xml:space="preserve"> </w:t>
      </w:r>
      <w:proofErr w:type="spellStart"/>
      <w:r w:rsidRPr="00585726">
        <w:rPr>
          <w:rFonts w:cs="Arial"/>
          <w:sz w:val="24"/>
          <w:szCs w:val="24"/>
        </w:rPr>
        <w:t>bekor</w:t>
      </w:r>
      <w:proofErr w:type="spellEnd"/>
      <w:r w:rsidRPr="00585726">
        <w:rPr>
          <w:rFonts w:cs="Arial"/>
          <w:sz w:val="24"/>
          <w:szCs w:val="24"/>
        </w:rPr>
        <w:t xml:space="preserve"> </w:t>
      </w:r>
      <w:proofErr w:type="spellStart"/>
      <w:r w:rsidRPr="00585726">
        <w:rPr>
          <w:rFonts w:cs="Arial"/>
          <w:sz w:val="24"/>
          <w:szCs w:val="24"/>
        </w:rPr>
        <w:t>qilinganda</w:t>
      </w:r>
      <w:proofErr w:type="spellEnd"/>
      <w:r w:rsidRPr="00585726">
        <w:rPr>
          <w:rFonts w:cs="Arial"/>
          <w:sz w:val="24"/>
          <w:szCs w:val="24"/>
        </w:rPr>
        <w:t xml:space="preserve"> Karta Bank </w:t>
      </w:r>
      <w:proofErr w:type="spellStart"/>
      <w:r w:rsidRPr="00585726">
        <w:rPr>
          <w:rFonts w:cs="Arial"/>
          <w:sz w:val="24"/>
          <w:szCs w:val="24"/>
        </w:rPr>
        <w:t>talabiga</w:t>
      </w:r>
      <w:proofErr w:type="spellEnd"/>
      <w:r w:rsidRPr="00585726">
        <w:rPr>
          <w:rFonts w:cs="Arial"/>
          <w:sz w:val="24"/>
          <w:szCs w:val="24"/>
        </w:rPr>
        <w:t xml:space="preserve"> </w:t>
      </w:r>
      <w:proofErr w:type="spellStart"/>
      <w:proofErr w:type="gramStart"/>
      <w:r w:rsidRPr="00585726">
        <w:rPr>
          <w:rFonts w:cs="Arial"/>
          <w:sz w:val="24"/>
          <w:szCs w:val="24"/>
        </w:rPr>
        <w:t>k</w:t>
      </w:r>
      <w:r w:rsidR="008841C6" w:rsidRPr="00585726">
        <w:rPr>
          <w:rFonts w:cs="Arial"/>
          <w:sz w:val="24"/>
          <w:szCs w:val="24"/>
        </w:rPr>
        <w:t>o‘</w:t>
      </w:r>
      <w:proofErr w:type="gramEnd"/>
      <w:r w:rsidRPr="00585726">
        <w:rPr>
          <w:rFonts w:cs="Arial"/>
          <w:sz w:val="24"/>
          <w:szCs w:val="24"/>
        </w:rPr>
        <w:t>ra</w:t>
      </w:r>
      <w:proofErr w:type="spellEnd"/>
      <w:r w:rsidRPr="00585726">
        <w:rPr>
          <w:rFonts w:cs="Arial"/>
          <w:sz w:val="24"/>
          <w:szCs w:val="24"/>
        </w:rPr>
        <w:t xml:space="preserve"> </w:t>
      </w:r>
      <w:proofErr w:type="spellStart"/>
      <w:r w:rsidRPr="00585726">
        <w:rPr>
          <w:rFonts w:cs="Arial"/>
          <w:sz w:val="24"/>
          <w:szCs w:val="24"/>
        </w:rPr>
        <w:t>qaytariladi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Bank tomonidan bloklanadi va yopiladi. </w:t>
      </w:r>
      <w:proofErr w:type="spellStart"/>
      <w:r w:rsidRPr="00585726">
        <w:rPr>
          <w:rFonts w:cs="Arial"/>
          <w:sz w:val="24"/>
          <w:szCs w:val="24"/>
        </w:rPr>
        <w:t>Hisob-kitoblar</w:t>
      </w:r>
      <w:proofErr w:type="spellEnd"/>
      <w:r w:rsidRPr="00585726">
        <w:rPr>
          <w:rFonts w:cs="Arial"/>
          <w:sz w:val="24"/>
          <w:szCs w:val="24"/>
        </w:rPr>
        <w:t xml:space="preserve"> </w:t>
      </w:r>
      <w:proofErr w:type="spellStart"/>
      <w:r w:rsidRPr="00585726">
        <w:rPr>
          <w:rFonts w:cs="Arial"/>
          <w:sz w:val="24"/>
          <w:szCs w:val="24"/>
        </w:rPr>
        <w:t>yakunlangandan</w:t>
      </w:r>
      <w:proofErr w:type="spellEnd"/>
      <w:r w:rsidRPr="00585726">
        <w:rPr>
          <w:rFonts w:cs="Arial"/>
          <w:sz w:val="24"/>
          <w:szCs w:val="24"/>
        </w:rPr>
        <w:t xml:space="preserve"> </w:t>
      </w:r>
      <w:proofErr w:type="spellStart"/>
      <w:proofErr w:type="gramStart"/>
      <w:r w:rsidRPr="00585726">
        <w:rPr>
          <w:rFonts w:cs="Arial"/>
          <w:sz w:val="24"/>
          <w:szCs w:val="24"/>
        </w:rPr>
        <w:t>s</w:t>
      </w:r>
      <w:r w:rsidR="008841C6" w:rsidRPr="00585726">
        <w:rPr>
          <w:rFonts w:cs="Arial"/>
          <w:sz w:val="24"/>
          <w:szCs w:val="24"/>
        </w:rPr>
        <w:t>o‘</w:t>
      </w:r>
      <w:proofErr w:type="gramEnd"/>
      <w:r w:rsidRPr="00585726">
        <w:rPr>
          <w:rFonts w:cs="Arial"/>
          <w:sz w:val="24"/>
          <w:szCs w:val="24"/>
        </w:rPr>
        <w:t>ng</w:t>
      </w:r>
      <w:proofErr w:type="spellEnd"/>
      <w:r w:rsidRPr="00585726">
        <w:rPr>
          <w:rFonts w:cs="Arial"/>
          <w:sz w:val="24"/>
          <w:szCs w:val="24"/>
        </w:rPr>
        <w:t xml:space="preserve"> </w:t>
      </w:r>
      <w:proofErr w:type="spellStart"/>
      <w:r w:rsidRPr="00585726">
        <w:rPr>
          <w:rFonts w:cs="Arial"/>
          <w:sz w:val="24"/>
          <w:szCs w:val="24"/>
        </w:rPr>
        <w:t>qolgan</w:t>
      </w:r>
      <w:proofErr w:type="spellEnd"/>
      <w:r w:rsidRPr="00585726">
        <w:rPr>
          <w:rFonts w:cs="Arial"/>
          <w:sz w:val="24"/>
          <w:szCs w:val="24"/>
        </w:rPr>
        <w:t xml:space="preserve"> </w:t>
      </w:r>
      <w:proofErr w:type="spellStart"/>
      <w:r w:rsidRPr="00585726">
        <w:rPr>
          <w:rFonts w:cs="Arial"/>
          <w:sz w:val="24"/>
          <w:szCs w:val="24"/>
        </w:rPr>
        <w:t>mabla</w:t>
      </w:r>
      <w:r w:rsidR="008841C6" w:rsidRPr="00585726">
        <w:rPr>
          <w:rFonts w:cs="Arial"/>
          <w:sz w:val="24"/>
          <w:szCs w:val="24"/>
        </w:rPr>
        <w:t>g‘</w:t>
      </w:r>
      <w:r w:rsidRPr="00585726">
        <w:rPr>
          <w:rFonts w:cs="Arial"/>
          <w:sz w:val="24"/>
          <w:szCs w:val="24"/>
        </w:rPr>
        <w:t>lar</w:t>
      </w:r>
      <w:proofErr w:type="spellEnd"/>
      <w:r w:rsidRPr="00585726">
        <w:rPr>
          <w:rFonts w:cs="Arial"/>
          <w:sz w:val="24"/>
          <w:szCs w:val="24"/>
        </w:rPr>
        <w:t xml:space="preserve"> </w:t>
      </w:r>
      <w:proofErr w:type="spellStart"/>
      <w:r w:rsidRPr="00585726">
        <w:rPr>
          <w:rFonts w:cs="Arial"/>
          <w:sz w:val="24"/>
          <w:szCs w:val="24"/>
        </w:rPr>
        <w:t>qonunchilik</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Bank </w:t>
      </w:r>
      <w:proofErr w:type="spellStart"/>
      <w:r w:rsidRPr="00585726">
        <w:rPr>
          <w:rFonts w:cs="Arial"/>
          <w:sz w:val="24"/>
          <w:szCs w:val="24"/>
        </w:rPr>
        <w:t>qoidalariga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Mijozga</w:t>
      </w:r>
      <w:proofErr w:type="spellEnd"/>
      <w:r w:rsidRPr="00585726">
        <w:rPr>
          <w:rFonts w:cs="Arial"/>
          <w:sz w:val="24"/>
          <w:szCs w:val="24"/>
        </w:rPr>
        <w:t xml:space="preserve"> </w:t>
      </w:r>
      <w:proofErr w:type="spellStart"/>
      <w:r w:rsidRPr="00585726">
        <w:rPr>
          <w:rFonts w:cs="Arial"/>
          <w:sz w:val="24"/>
          <w:szCs w:val="24"/>
        </w:rPr>
        <w:t>qaytariladi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tegishli</w:t>
      </w:r>
      <w:proofErr w:type="spellEnd"/>
      <w:r w:rsidRPr="00585726">
        <w:rPr>
          <w:rFonts w:cs="Arial"/>
          <w:sz w:val="24"/>
          <w:szCs w:val="24"/>
        </w:rPr>
        <w:t xml:space="preserve"> </w:t>
      </w:r>
      <w:proofErr w:type="spellStart"/>
      <w:r w:rsidRPr="00585726">
        <w:rPr>
          <w:rFonts w:cs="Arial"/>
          <w:sz w:val="24"/>
          <w:szCs w:val="24"/>
        </w:rPr>
        <w:t>hisobvaraqqa</w:t>
      </w:r>
      <w:proofErr w:type="spellEnd"/>
      <w:r w:rsidRPr="00585726">
        <w:rPr>
          <w:rFonts w:cs="Arial"/>
          <w:sz w:val="24"/>
          <w:szCs w:val="24"/>
        </w:rPr>
        <w:t xml:space="preserve"> </w:t>
      </w:r>
      <w:proofErr w:type="spellStart"/>
      <w:r w:rsidR="008841C6" w:rsidRPr="00585726">
        <w:rPr>
          <w:rFonts w:cs="Arial"/>
          <w:sz w:val="24"/>
          <w:szCs w:val="24"/>
        </w:rPr>
        <w:t>o‘</w:t>
      </w:r>
      <w:r w:rsidRPr="00585726">
        <w:rPr>
          <w:rFonts w:cs="Arial"/>
          <w:sz w:val="24"/>
          <w:szCs w:val="24"/>
        </w:rPr>
        <w:t>tkaziladi</w:t>
      </w:r>
      <w:proofErr w:type="spellEnd"/>
      <w:r w:rsidRPr="00585726">
        <w:rPr>
          <w:rFonts w:cs="Arial"/>
          <w:sz w:val="24"/>
          <w:szCs w:val="24"/>
        </w:rPr>
        <w:t>.</w:t>
      </w:r>
    </w:p>
    <w:p w14:paraId="10A18C39" w14:textId="77777777" w:rsidR="007D24A2" w:rsidRPr="00585726" w:rsidRDefault="007D24A2" w:rsidP="00F24377">
      <w:pPr>
        <w:ind w:firstLine="567"/>
        <w:jc w:val="both"/>
        <w:rPr>
          <w:rFonts w:cs="Arial"/>
          <w:b/>
          <w:sz w:val="24"/>
          <w:szCs w:val="24"/>
        </w:rPr>
      </w:pPr>
    </w:p>
    <w:p w14:paraId="208D1923" w14:textId="77777777" w:rsidR="008F00AB" w:rsidRPr="00585726" w:rsidRDefault="00357484" w:rsidP="00F24377">
      <w:pPr>
        <w:ind w:firstLine="567"/>
        <w:jc w:val="both"/>
        <w:rPr>
          <w:rFonts w:cs="Arial"/>
          <w:sz w:val="24"/>
          <w:szCs w:val="24"/>
        </w:rPr>
      </w:pPr>
      <w:r w:rsidRPr="00585726">
        <w:rPr>
          <w:rFonts w:cs="Arial"/>
          <w:b/>
          <w:sz w:val="24"/>
          <w:szCs w:val="24"/>
        </w:rPr>
        <w:t>XIII. YAKUNIY QOIDALAR</w:t>
      </w:r>
    </w:p>
    <w:p w14:paraId="600A108E"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Bankka</w:t>
      </w:r>
      <w:proofErr w:type="spellEnd"/>
      <w:r w:rsidRPr="00585726">
        <w:rPr>
          <w:rFonts w:cs="Arial"/>
          <w:sz w:val="24"/>
          <w:szCs w:val="24"/>
        </w:rPr>
        <w:t xml:space="preserve"> </w:t>
      </w:r>
      <w:proofErr w:type="spellStart"/>
      <w:r w:rsidRPr="00585726">
        <w:rPr>
          <w:rFonts w:cs="Arial"/>
          <w:sz w:val="24"/>
          <w:szCs w:val="24"/>
        </w:rPr>
        <w:t>taqdim</w:t>
      </w:r>
      <w:proofErr w:type="spellEnd"/>
      <w:r w:rsidRPr="00585726">
        <w:rPr>
          <w:rFonts w:cs="Arial"/>
          <w:sz w:val="24"/>
          <w:szCs w:val="24"/>
        </w:rPr>
        <w:t xml:space="preserve"> </w:t>
      </w:r>
      <w:proofErr w:type="spellStart"/>
      <w:r w:rsidRPr="00585726">
        <w:rPr>
          <w:rFonts w:cs="Arial"/>
          <w:sz w:val="24"/>
          <w:szCs w:val="24"/>
        </w:rPr>
        <w:t>etgan</w:t>
      </w:r>
      <w:proofErr w:type="spellEnd"/>
      <w:r w:rsidRPr="00585726">
        <w:rPr>
          <w:rFonts w:cs="Arial"/>
          <w:sz w:val="24"/>
          <w:szCs w:val="24"/>
        </w:rPr>
        <w:t xml:space="preserve"> </w:t>
      </w:r>
      <w:proofErr w:type="spellStart"/>
      <w:r w:rsidRPr="00585726">
        <w:rPr>
          <w:rFonts w:cs="Arial"/>
          <w:sz w:val="24"/>
          <w:szCs w:val="24"/>
        </w:rPr>
        <w:t>barcha</w:t>
      </w:r>
      <w:proofErr w:type="spellEnd"/>
      <w:r w:rsidRPr="00585726">
        <w:rPr>
          <w:rFonts w:cs="Arial"/>
          <w:sz w:val="24"/>
          <w:szCs w:val="24"/>
        </w:rPr>
        <w:t xml:space="preserve"> </w:t>
      </w:r>
      <w:proofErr w:type="spellStart"/>
      <w:r w:rsidRPr="00585726">
        <w:rPr>
          <w:rFonts w:cs="Arial"/>
          <w:sz w:val="24"/>
          <w:szCs w:val="24"/>
        </w:rPr>
        <w:t>ma’lumotlar</w:t>
      </w:r>
      <w:proofErr w:type="spellEnd"/>
      <w:r w:rsidRPr="00585726">
        <w:rPr>
          <w:rFonts w:cs="Arial"/>
          <w:sz w:val="24"/>
          <w:szCs w:val="24"/>
        </w:rPr>
        <w:t xml:space="preserve">, </w:t>
      </w:r>
      <w:proofErr w:type="spellStart"/>
      <w:r w:rsidRPr="00585726">
        <w:rPr>
          <w:rFonts w:cs="Arial"/>
          <w:sz w:val="24"/>
          <w:szCs w:val="24"/>
        </w:rPr>
        <w:t>hujjatlar</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aloqa</w:t>
      </w:r>
      <w:proofErr w:type="spellEnd"/>
      <w:r w:rsidRPr="00585726">
        <w:rPr>
          <w:rFonts w:cs="Arial"/>
          <w:sz w:val="24"/>
          <w:szCs w:val="24"/>
        </w:rPr>
        <w:t xml:space="preserve"> </w:t>
      </w:r>
      <w:proofErr w:type="spellStart"/>
      <w:r w:rsidRPr="00585726">
        <w:rPr>
          <w:rFonts w:cs="Arial"/>
          <w:sz w:val="24"/>
          <w:szCs w:val="24"/>
        </w:rPr>
        <w:t>rekvizitlarining</w:t>
      </w:r>
      <w:proofErr w:type="spellEnd"/>
      <w:r w:rsidRPr="00585726">
        <w:rPr>
          <w:rFonts w:cs="Arial"/>
          <w:sz w:val="24"/>
          <w:szCs w:val="24"/>
        </w:rPr>
        <w:t xml:space="preserve"> </w:t>
      </w:r>
      <w:proofErr w:type="spellStart"/>
      <w:proofErr w:type="gramStart"/>
      <w:r w:rsidRPr="00585726">
        <w:rPr>
          <w:rFonts w:cs="Arial"/>
          <w:sz w:val="24"/>
          <w:szCs w:val="24"/>
        </w:rPr>
        <w:t>t</w:t>
      </w:r>
      <w:r w:rsidR="008841C6" w:rsidRPr="00585726">
        <w:rPr>
          <w:rFonts w:cs="Arial"/>
          <w:sz w:val="24"/>
          <w:szCs w:val="24"/>
        </w:rPr>
        <w:t>o‘</w:t>
      </w:r>
      <w:proofErr w:type="gramEnd"/>
      <w:r w:rsidR="008841C6" w:rsidRPr="00585726">
        <w:rPr>
          <w:rFonts w:cs="Arial"/>
          <w:sz w:val="24"/>
          <w:szCs w:val="24"/>
        </w:rPr>
        <w:t>g‘</w:t>
      </w:r>
      <w:r w:rsidRPr="00585726">
        <w:rPr>
          <w:rFonts w:cs="Arial"/>
          <w:sz w:val="24"/>
          <w:szCs w:val="24"/>
        </w:rPr>
        <w:t>riligi</w:t>
      </w:r>
      <w:proofErr w:type="spellEnd"/>
      <w:r w:rsidRPr="00585726">
        <w:rPr>
          <w:rFonts w:cs="Arial"/>
          <w:sz w:val="24"/>
          <w:szCs w:val="24"/>
        </w:rPr>
        <w:t xml:space="preserve">, </w:t>
      </w:r>
      <w:proofErr w:type="spellStart"/>
      <w:r w:rsidRPr="00585726">
        <w:rPr>
          <w:rFonts w:cs="Arial"/>
          <w:sz w:val="24"/>
          <w:szCs w:val="24"/>
        </w:rPr>
        <w:t>t</w:t>
      </w:r>
      <w:r w:rsidR="008841C6" w:rsidRPr="00585726">
        <w:rPr>
          <w:rFonts w:cs="Arial"/>
          <w:sz w:val="24"/>
          <w:szCs w:val="24"/>
        </w:rPr>
        <w:t>o‘</w:t>
      </w:r>
      <w:r w:rsidRPr="00585726">
        <w:rPr>
          <w:rFonts w:cs="Arial"/>
          <w:sz w:val="24"/>
          <w:szCs w:val="24"/>
        </w:rPr>
        <w:t>liqligi</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dolzarbligi</w:t>
      </w:r>
      <w:proofErr w:type="spellEnd"/>
      <w:r w:rsidRPr="00585726">
        <w:rPr>
          <w:rFonts w:cs="Arial"/>
          <w:sz w:val="24"/>
          <w:szCs w:val="24"/>
        </w:rPr>
        <w:t xml:space="preserve"> </w:t>
      </w:r>
      <w:proofErr w:type="spellStart"/>
      <w:r w:rsidRPr="00585726">
        <w:rPr>
          <w:rFonts w:cs="Arial"/>
          <w:sz w:val="24"/>
          <w:szCs w:val="24"/>
        </w:rPr>
        <w:t>uchun</w:t>
      </w:r>
      <w:proofErr w:type="spellEnd"/>
      <w:r w:rsidRPr="00585726">
        <w:rPr>
          <w:rFonts w:cs="Arial"/>
          <w:sz w:val="24"/>
          <w:szCs w:val="24"/>
        </w:rPr>
        <w:t xml:space="preserve"> </w:t>
      </w:r>
      <w:proofErr w:type="spellStart"/>
      <w:r w:rsidRPr="00585726">
        <w:rPr>
          <w:rFonts w:cs="Arial"/>
          <w:sz w:val="24"/>
          <w:szCs w:val="24"/>
        </w:rPr>
        <w:t>javobgar</w:t>
      </w:r>
      <w:proofErr w:type="spellEnd"/>
      <w:r w:rsidRPr="00585726">
        <w:rPr>
          <w:rFonts w:cs="Arial"/>
          <w:sz w:val="24"/>
          <w:szCs w:val="24"/>
        </w:rPr>
        <w:t xml:space="preserve"> </w:t>
      </w:r>
      <w:proofErr w:type="spellStart"/>
      <w:r w:rsidRPr="00585726">
        <w:rPr>
          <w:rFonts w:cs="Arial"/>
          <w:sz w:val="24"/>
          <w:szCs w:val="24"/>
        </w:rPr>
        <w:t>b</w:t>
      </w:r>
      <w:r w:rsidR="008841C6" w:rsidRPr="00585726">
        <w:rPr>
          <w:rFonts w:cs="Arial"/>
          <w:sz w:val="24"/>
          <w:szCs w:val="24"/>
        </w:rPr>
        <w:t>o‘</w:t>
      </w:r>
      <w:r w:rsidRPr="00585726">
        <w:rPr>
          <w:rFonts w:cs="Arial"/>
          <w:sz w:val="24"/>
          <w:szCs w:val="24"/>
        </w:rPr>
        <w:t>ladi</w:t>
      </w:r>
      <w:proofErr w:type="spellEnd"/>
      <w:r w:rsidRPr="00585726">
        <w:rPr>
          <w:rFonts w:cs="Arial"/>
          <w:sz w:val="24"/>
          <w:szCs w:val="24"/>
        </w:rPr>
        <w:t>.</w:t>
      </w:r>
    </w:p>
    <w:p w14:paraId="7D2A044E"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Mijozning</w:t>
      </w:r>
      <w:proofErr w:type="spellEnd"/>
      <w:r w:rsidRPr="00585726">
        <w:rPr>
          <w:rFonts w:cs="Arial"/>
          <w:sz w:val="24"/>
          <w:szCs w:val="24"/>
        </w:rPr>
        <w:t xml:space="preserve"> </w:t>
      </w:r>
      <w:proofErr w:type="spellStart"/>
      <w:r w:rsidRPr="00585726">
        <w:rPr>
          <w:rFonts w:cs="Arial"/>
          <w:sz w:val="24"/>
          <w:szCs w:val="24"/>
        </w:rPr>
        <w:t>nomi</w:t>
      </w:r>
      <w:proofErr w:type="spellEnd"/>
      <w:r w:rsidRPr="00585726">
        <w:rPr>
          <w:rFonts w:cs="Arial"/>
          <w:sz w:val="24"/>
          <w:szCs w:val="24"/>
        </w:rPr>
        <w:t xml:space="preserve">, </w:t>
      </w:r>
      <w:proofErr w:type="spellStart"/>
      <w:r w:rsidRPr="00585726">
        <w:rPr>
          <w:rFonts w:cs="Arial"/>
          <w:sz w:val="24"/>
          <w:szCs w:val="24"/>
        </w:rPr>
        <w:t>STIRi</w:t>
      </w:r>
      <w:proofErr w:type="spellEnd"/>
      <w:r w:rsidRPr="00585726">
        <w:rPr>
          <w:rFonts w:cs="Arial"/>
          <w:sz w:val="24"/>
          <w:szCs w:val="24"/>
        </w:rPr>
        <w:t xml:space="preserve">, </w:t>
      </w:r>
      <w:proofErr w:type="spellStart"/>
      <w:r w:rsidRPr="00585726">
        <w:rPr>
          <w:rFonts w:cs="Arial"/>
          <w:sz w:val="24"/>
          <w:szCs w:val="24"/>
        </w:rPr>
        <w:t>manzili</w:t>
      </w:r>
      <w:proofErr w:type="spellEnd"/>
      <w:r w:rsidRPr="00585726">
        <w:rPr>
          <w:rFonts w:cs="Arial"/>
          <w:sz w:val="24"/>
          <w:szCs w:val="24"/>
        </w:rPr>
        <w:t xml:space="preserve">, </w:t>
      </w:r>
      <w:proofErr w:type="spellStart"/>
      <w:r w:rsidRPr="00585726">
        <w:rPr>
          <w:rFonts w:cs="Arial"/>
          <w:sz w:val="24"/>
          <w:szCs w:val="24"/>
        </w:rPr>
        <w:t>telefon</w:t>
      </w:r>
      <w:proofErr w:type="spellEnd"/>
      <w:r w:rsidRPr="00585726">
        <w:rPr>
          <w:rFonts w:cs="Arial"/>
          <w:sz w:val="24"/>
          <w:szCs w:val="24"/>
        </w:rPr>
        <w:t xml:space="preserve"> </w:t>
      </w:r>
      <w:proofErr w:type="spellStart"/>
      <w:r w:rsidRPr="00585726">
        <w:rPr>
          <w:rFonts w:cs="Arial"/>
          <w:sz w:val="24"/>
          <w:szCs w:val="24"/>
        </w:rPr>
        <w:t>raqamlari</w:t>
      </w:r>
      <w:proofErr w:type="spellEnd"/>
      <w:r w:rsidRPr="00585726">
        <w:rPr>
          <w:rFonts w:cs="Arial"/>
          <w:sz w:val="24"/>
          <w:szCs w:val="24"/>
        </w:rPr>
        <w:t xml:space="preserve">, </w:t>
      </w:r>
      <w:proofErr w:type="spellStart"/>
      <w:r w:rsidRPr="00585726">
        <w:rPr>
          <w:rFonts w:cs="Arial"/>
          <w:sz w:val="24"/>
          <w:szCs w:val="24"/>
        </w:rPr>
        <w:t>elektron</w:t>
      </w:r>
      <w:proofErr w:type="spellEnd"/>
      <w:r w:rsidRPr="00585726">
        <w:rPr>
          <w:rFonts w:cs="Arial"/>
          <w:sz w:val="24"/>
          <w:szCs w:val="24"/>
        </w:rPr>
        <w:t xml:space="preserve"> </w:t>
      </w:r>
      <w:proofErr w:type="spellStart"/>
      <w:r w:rsidRPr="00585726">
        <w:rPr>
          <w:rFonts w:cs="Arial"/>
          <w:sz w:val="24"/>
          <w:szCs w:val="24"/>
        </w:rPr>
        <w:t>pochta</w:t>
      </w:r>
      <w:proofErr w:type="spellEnd"/>
      <w:r w:rsidRPr="00585726">
        <w:rPr>
          <w:rFonts w:cs="Arial"/>
          <w:sz w:val="24"/>
          <w:szCs w:val="24"/>
        </w:rPr>
        <w:t xml:space="preserve"> </w:t>
      </w:r>
      <w:proofErr w:type="spellStart"/>
      <w:r w:rsidRPr="00585726">
        <w:rPr>
          <w:rFonts w:cs="Arial"/>
          <w:sz w:val="24"/>
          <w:szCs w:val="24"/>
        </w:rPr>
        <w:t>manzili</w:t>
      </w:r>
      <w:proofErr w:type="spellEnd"/>
      <w:r w:rsidRPr="00585726">
        <w:rPr>
          <w:rFonts w:cs="Arial"/>
          <w:sz w:val="24"/>
          <w:szCs w:val="24"/>
        </w:rPr>
        <w:t xml:space="preserve">, </w:t>
      </w:r>
      <w:proofErr w:type="spellStart"/>
      <w:r w:rsidRPr="00585726">
        <w:rPr>
          <w:rFonts w:cs="Arial"/>
          <w:sz w:val="24"/>
          <w:szCs w:val="24"/>
        </w:rPr>
        <w:t>rahbari</w:t>
      </w:r>
      <w:proofErr w:type="spellEnd"/>
      <w:r w:rsidRPr="00585726">
        <w:rPr>
          <w:rFonts w:cs="Arial"/>
          <w:sz w:val="24"/>
          <w:szCs w:val="24"/>
        </w:rPr>
        <w:t xml:space="preserve">, </w:t>
      </w:r>
      <w:proofErr w:type="spellStart"/>
      <w:r w:rsidRPr="00585726">
        <w:rPr>
          <w:rFonts w:cs="Arial"/>
          <w:sz w:val="24"/>
          <w:szCs w:val="24"/>
        </w:rPr>
        <w:t>vakolatli</w:t>
      </w:r>
      <w:proofErr w:type="spellEnd"/>
      <w:r w:rsidRPr="00585726">
        <w:rPr>
          <w:rFonts w:cs="Arial"/>
          <w:sz w:val="24"/>
          <w:szCs w:val="24"/>
        </w:rPr>
        <w:t xml:space="preserve"> </w:t>
      </w:r>
      <w:proofErr w:type="spellStart"/>
      <w:r w:rsidRPr="00585726">
        <w:rPr>
          <w:rFonts w:cs="Arial"/>
          <w:sz w:val="24"/>
          <w:szCs w:val="24"/>
        </w:rPr>
        <w:t>shaxslari</w:t>
      </w:r>
      <w:proofErr w:type="spellEnd"/>
      <w:r w:rsidRPr="00585726">
        <w:rPr>
          <w:rFonts w:cs="Arial"/>
          <w:sz w:val="24"/>
          <w:szCs w:val="24"/>
        </w:rPr>
        <w:t xml:space="preserve"> </w:t>
      </w:r>
      <w:proofErr w:type="spellStart"/>
      <w:r w:rsidRPr="00585726">
        <w:rPr>
          <w:rFonts w:cs="Arial"/>
          <w:sz w:val="24"/>
          <w:szCs w:val="24"/>
        </w:rPr>
        <w:t>yoki</w:t>
      </w:r>
      <w:proofErr w:type="spellEnd"/>
      <w:r w:rsidRPr="00585726">
        <w:rPr>
          <w:rFonts w:cs="Arial"/>
          <w:sz w:val="24"/>
          <w:szCs w:val="24"/>
        </w:rPr>
        <w:t xml:space="preserve"> </w:t>
      </w:r>
      <w:proofErr w:type="spellStart"/>
      <w:r w:rsidRPr="00585726">
        <w:rPr>
          <w:rFonts w:cs="Arial"/>
          <w:sz w:val="24"/>
          <w:szCs w:val="24"/>
        </w:rPr>
        <w:t>boshqa</w:t>
      </w:r>
      <w:proofErr w:type="spellEnd"/>
      <w:r w:rsidRPr="00585726">
        <w:rPr>
          <w:rFonts w:cs="Arial"/>
          <w:sz w:val="24"/>
          <w:szCs w:val="24"/>
        </w:rPr>
        <w:t xml:space="preserve"> </w:t>
      </w:r>
      <w:proofErr w:type="spellStart"/>
      <w:r w:rsidRPr="00585726">
        <w:rPr>
          <w:rFonts w:cs="Arial"/>
          <w:sz w:val="24"/>
          <w:szCs w:val="24"/>
        </w:rPr>
        <w:t>muhim</w:t>
      </w:r>
      <w:proofErr w:type="spellEnd"/>
      <w:r w:rsidRPr="00585726">
        <w:rPr>
          <w:rFonts w:cs="Arial"/>
          <w:sz w:val="24"/>
          <w:szCs w:val="24"/>
        </w:rPr>
        <w:t xml:space="preserve"> </w:t>
      </w:r>
      <w:proofErr w:type="spellStart"/>
      <w:r w:rsidRPr="00585726">
        <w:rPr>
          <w:rFonts w:cs="Arial"/>
          <w:sz w:val="24"/>
          <w:szCs w:val="24"/>
        </w:rPr>
        <w:t>rekvizitlari</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zgarganda</w:t>
      </w:r>
      <w:proofErr w:type="spellEnd"/>
      <w:r w:rsidRPr="00585726">
        <w:rPr>
          <w:rFonts w:cs="Arial"/>
          <w:sz w:val="24"/>
          <w:szCs w:val="24"/>
        </w:rPr>
        <w:t xml:space="preserve">, </w:t>
      </w:r>
      <w:proofErr w:type="spellStart"/>
      <w:r w:rsidRPr="00585726">
        <w:rPr>
          <w:rFonts w:cs="Arial"/>
          <w:sz w:val="24"/>
          <w:szCs w:val="24"/>
        </w:rPr>
        <w:t>Mijoz</w:t>
      </w:r>
      <w:proofErr w:type="spellEnd"/>
      <w:r w:rsidRPr="00585726">
        <w:rPr>
          <w:rFonts w:cs="Arial"/>
          <w:sz w:val="24"/>
          <w:szCs w:val="24"/>
        </w:rPr>
        <w:t xml:space="preserve"> </w:t>
      </w:r>
      <w:proofErr w:type="spellStart"/>
      <w:r w:rsidRPr="00585726">
        <w:rPr>
          <w:rFonts w:cs="Arial"/>
          <w:sz w:val="24"/>
          <w:szCs w:val="24"/>
        </w:rPr>
        <w:t>bu</w:t>
      </w:r>
      <w:proofErr w:type="spellEnd"/>
      <w:r w:rsidRPr="00585726">
        <w:rPr>
          <w:rFonts w:cs="Arial"/>
          <w:sz w:val="24"/>
          <w:szCs w:val="24"/>
        </w:rPr>
        <w:t xml:space="preserve"> </w:t>
      </w:r>
      <w:proofErr w:type="spellStart"/>
      <w:r w:rsidRPr="00585726">
        <w:rPr>
          <w:rFonts w:cs="Arial"/>
          <w:sz w:val="24"/>
          <w:szCs w:val="24"/>
        </w:rPr>
        <w:t>haqda</w:t>
      </w:r>
      <w:proofErr w:type="spellEnd"/>
      <w:r w:rsidRPr="00585726">
        <w:rPr>
          <w:rFonts w:cs="Arial"/>
          <w:sz w:val="24"/>
          <w:szCs w:val="24"/>
        </w:rPr>
        <w:t xml:space="preserve"> </w:t>
      </w:r>
      <w:proofErr w:type="spellStart"/>
      <w:r w:rsidRPr="00585726">
        <w:rPr>
          <w:rFonts w:cs="Arial"/>
          <w:sz w:val="24"/>
          <w:szCs w:val="24"/>
        </w:rPr>
        <w:t>Bankni</w:t>
      </w:r>
      <w:proofErr w:type="spellEnd"/>
      <w:r w:rsidRPr="00585726">
        <w:rPr>
          <w:rFonts w:cs="Arial"/>
          <w:sz w:val="24"/>
          <w:szCs w:val="24"/>
        </w:rPr>
        <w:t xml:space="preserve"> </w:t>
      </w:r>
      <w:proofErr w:type="spellStart"/>
      <w:r w:rsidRPr="00585726">
        <w:rPr>
          <w:rFonts w:cs="Arial"/>
          <w:sz w:val="24"/>
          <w:szCs w:val="24"/>
        </w:rPr>
        <w:t>kechiktirmasdan</w:t>
      </w:r>
      <w:proofErr w:type="spellEnd"/>
      <w:r w:rsidRPr="00585726">
        <w:rPr>
          <w:rFonts w:cs="Arial"/>
          <w:sz w:val="24"/>
          <w:szCs w:val="24"/>
        </w:rPr>
        <w:t xml:space="preserve">, </w:t>
      </w:r>
      <w:proofErr w:type="spellStart"/>
      <w:r w:rsidRPr="00585726">
        <w:rPr>
          <w:rFonts w:cs="Arial"/>
          <w:sz w:val="24"/>
          <w:szCs w:val="24"/>
        </w:rPr>
        <w:t>biroq</w:t>
      </w:r>
      <w:proofErr w:type="spellEnd"/>
      <w:r w:rsidRPr="00585726">
        <w:rPr>
          <w:rFonts w:cs="Arial"/>
          <w:sz w:val="24"/>
          <w:szCs w:val="24"/>
        </w:rPr>
        <w:t xml:space="preserve"> </w:t>
      </w:r>
      <w:proofErr w:type="spellStart"/>
      <w:r w:rsidRPr="00585726">
        <w:rPr>
          <w:rFonts w:cs="Arial"/>
          <w:sz w:val="24"/>
          <w:szCs w:val="24"/>
        </w:rPr>
        <w:t>k</w:t>
      </w:r>
      <w:r w:rsidR="008841C6" w:rsidRPr="00585726">
        <w:rPr>
          <w:rFonts w:cs="Arial"/>
          <w:sz w:val="24"/>
          <w:szCs w:val="24"/>
        </w:rPr>
        <w:t>o‘</w:t>
      </w:r>
      <w:r w:rsidRPr="00585726">
        <w:rPr>
          <w:rFonts w:cs="Arial"/>
          <w:sz w:val="24"/>
          <w:szCs w:val="24"/>
        </w:rPr>
        <w:t>pi</w:t>
      </w:r>
      <w:proofErr w:type="spellEnd"/>
      <w:r w:rsidRPr="00585726">
        <w:rPr>
          <w:rFonts w:cs="Arial"/>
          <w:sz w:val="24"/>
          <w:szCs w:val="24"/>
        </w:rPr>
        <w:t xml:space="preserve"> </w:t>
      </w:r>
      <w:proofErr w:type="spellStart"/>
      <w:r w:rsidRPr="00585726">
        <w:rPr>
          <w:rFonts w:cs="Arial"/>
          <w:sz w:val="24"/>
          <w:szCs w:val="24"/>
        </w:rPr>
        <w:t>bilan</w:t>
      </w:r>
      <w:proofErr w:type="spellEnd"/>
      <w:r w:rsidRPr="00585726">
        <w:rPr>
          <w:rFonts w:cs="Arial"/>
          <w:sz w:val="24"/>
          <w:szCs w:val="24"/>
        </w:rPr>
        <w:t xml:space="preserve"> 3 (</w:t>
      </w:r>
      <w:proofErr w:type="spellStart"/>
      <w:r w:rsidRPr="00585726">
        <w:rPr>
          <w:rFonts w:cs="Arial"/>
          <w:sz w:val="24"/>
          <w:szCs w:val="24"/>
        </w:rPr>
        <w:t>uch</w:t>
      </w:r>
      <w:proofErr w:type="spellEnd"/>
      <w:r w:rsidRPr="00585726">
        <w:rPr>
          <w:rFonts w:cs="Arial"/>
          <w:sz w:val="24"/>
          <w:szCs w:val="24"/>
        </w:rPr>
        <w:t xml:space="preserve">) </w:t>
      </w:r>
      <w:proofErr w:type="spellStart"/>
      <w:r w:rsidRPr="00585726">
        <w:rPr>
          <w:rFonts w:cs="Arial"/>
          <w:sz w:val="24"/>
          <w:szCs w:val="24"/>
        </w:rPr>
        <w:t>ish</w:t>
      </w:r>
      <w:proofErr w:type="spellEnd"/>
      <w:r w:rsidRPr="00585726">
        <w:rPr>
          <w:rFonts w:cs="Arial"/>
          <w:sz w:val="24"/>
          <w:szCs w:val="24"/>
        </w:rPr>
        <w:t xml:space="preserve"> </w:t>
      </w:r>
      <w:proofErr w:type="spellStart"/>
      <w:r w:rsidRPr="00585726">
        <w:rPr>
          <w:rFonts w:cs="Arial"/>
          <w:sz w:val="24"/>
          <w:szCs w:val="24"/>
        </w:rPr>
        <w:t>kuni</w:t>
      </w:r>
      <w:proofErr w:type="spellEnd"/>
      <w:r w:rsidRPr="00585726">
        <w:rPr>
          <w:rFonts w:cs="Arial"/>
          <w:sz w:val="24"/>
          <w:szCs w:val="24"/>
        </w:rPr>
        <w:t xml:space="preserve"> </w:t>
      </w:r>
      <w:proofErr w:type="spellStart"/>
      <w:r w:rsidRPr="00585726">
        <w:rPr>
          <w:rFonts w:cs="Arial"/>
          <w:sz w:val="24"/>
          <w:szCs w:val="24"/>
        </w:rPr>
        <w:t>ichida</w:t>
      </w:r>
      <w:proofErr w:type="spellEnd"/>
      <w:r w:rsidRPr="00585726">
        <w:rPr>
          <w:rFonts w:cs="Arial"/>
          <w:sz w:val="24"/>
          <w:szCs w:val="24"/>
        </w:rPr>
        <w:t xml:space="preserve"> </w:t>
      </w:r>
      <w:proofErr w:type="spellStart"/>
      <w:r w:rsidRPr="00585726">
        <w:rPr>
          <w:rFonts w:cs="Arial"/>
          <w:sz w:val="24"/>
          <w:szCs w:val="24"/>
        </w:rPr>
        <w:t>xabardor</w:t>
      </w:r>
      <w:proofErr w:type="spellEnd"/>
      <w:r w:rsidRPr="00585726">
        <w:rPr>
          <w:rFonts w:cs="Arial"/>
          <w:sz w:val="24"/>
          <w:szCs w:val="24"/>
        </w:rPr>
        <w:t xml:space="preserve"> </w:t>
      </w:r>
      <w:proofErr w:type="spellStart"/>
      <w:r w:rsidRPr="00585726">
        <w:rPr>
          <w:rFonts w:cs="Arial"/>
          <w:sz w:val="24"/>
          <w:szCs w:val="24"/>
        </w:rPr>
        <w:t>qilishi</w:t>
      </w:r>
      <w:proofErr w:type="spellEnd"/>
      <w:r w:rsidRPr="00585726">
        <w:rPr>
          <w:rFonts w:cs="Arial"/>
          <w:sz w:val="24"/>
          <w:szCs w:val="24"/>
        </w:rPr>
        <w:t xml:space="preserve"> </w:t>
      </w:r>
      <w:proofErr w:type="spellStart"/>
      <w:r w:rsidRPr="00585726">
        <w:rPr>
          <w:rFonts w:cs="Arial"/>
          <w:sz w:val="24"/>
          <w:szCs w:val="24"/>
        </w:rPr>
        <w:t>shart</w:t>
      </w:r>
      <w:proofErr w:type="spellEnd"/>
      <w:r w:rsidRPr="00585726">
        <w:rPr>
          <w:rFonts w:cs="Arial"/>
          <w:sz w:val="24"/>
          <w:szCs w:val="24"/>
        </w:rPr>
        <w:t>.</w:t>
      </w:r>
    </w:p>
    <w:p w14:paraId="4FF413AE"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Ushbu</w:t>
      </w:r>
      <w:proofErr w:type="spellEnd"/>
      <w:r w:rsidRPr="00585726">
        <w:rPr>
          <w:rFonts w:cs="Arial"/>
          <w:sz w:val="24"/>
          <w:szCs w:val="24"/>
        </w:rPr>
        <w:t xml:space="preserve"> </w:t>
      </w:r>
      <w:proofErr w:type="spellStart"/>
      <w:r w:rsidRPr="00585726">
        <w:rPr>
          <w:rFonts w:cs="Arial"/>
          <w:sz w:val="24"/>
          <w:szCs w:val="24"/>
        </w:rPr>
        <w:t>Shartnoma</w:t>
      </w:r>
      <w:proofErr w:type="spellEnd"/>
      <w:r w:rsidRPr="00585726">
        <w:rPr>
          <w:rFonts w:cs="Arial"/>
          <w:sz w:val="24"/>
          <w:szCs w:val="24"/>
        </w:rPr>
        <w:t xml:space="preserve"> </w:t>
      </w:r>
      <w:proofErr w:type="spellStart"/>
      <w:proofErr w:type="gramStart"/>
      <w:r w:rsidRPr="00585726">
        <w:rPr>
          <w:rFonts w:cs="Arial"/>
          <w:sz w:val="24"/>
          <w:szCs w:val="24"/>
        </w:rPr>
        <w:t>b</w:t>
      </w:r>
      <w:r w:rsidR="008841C6" w:rsidRPr="00585726">
        <w:rPr>
          <w:rFonts w:cs="Arial"/>
          <w:sz w:val="24"/>
          <w:szCs w:val="24"/>
        </w:rPr>
        <w:t>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xabarnomalar</w:t>
      </w:r>
      <w:proofErr w:type="spellEnd"/>
      <w:r w:rsidRPr="00585726">
        <w:rPr>
          <w:rFonts w:cs="Arial"/>
          <w:sz w:val="24"/>
          <w:szCs w:val="24"/>
        </w:rPr>
        <w:t xml:space="preserve"> </w:t>
      </w:r>
      <w:proofErr w:type="spellStart"/>
      <w:r w:rsidRPr="00585726">
        <w:rPr>
          <w:rFonts w:cs="Arial"/>
          <w:sz w:val="24"/>
          <w:szCs w:val="24"/>
        </w:rPr>
        <w:t>Bankning</w:t>
      </w:r>
      <w:proofErr w:type="spellEnd"/>
      <w:r w:rsidRPr="00585726">
        <w:rPr>
          <w:rFonts w:cs="Arial"/>
          <w:sz w:val="24"/>
          <w:szCs w:val="24"/>
        </w:rPr>
        <w:t xml:space="preserve"> </w:t>
      </w:r>
      <w:proofErr w:type="spellStart"/>
      <w:r w:rsidRPr="00585726">
        <w:rPr>
          <w:rFonts w:cs="Arial"/>
          <w:sz w:val="24"/>
          <w:szCs w:val="24"/>
        </w:rPr>
        <w:t>rasmiy</w:t>
      </w:r>
      <w:proofErr w:type="spellEnd"/>
      <w:r w:rsidRPr="00585726">
        <w:rPr>
          <w:rFonts w:cs="Arial"/>
          <w:sz w:val="24"/>
          <w:szCs w:val="24"/>
        </w:rPr>
        <w:t xml:space="preserve"> </w:t>
      </w:r>
      <w:proofErr w:type="spellStart"/>
      <w:r w:rsidRPr="00585726">
        <w:rPr>
          <w:rFonts w:cs="Arial"/>
          <w:sz w:val="24"/>
          <w:szCs w:val="24"/>
        </w:rPr>
        <w:t>veb-sayti</w:t>
      </w:r>
      <w:proofErr w:type="spellEnd"/>
      <w:r w:rsidRPr="00585726">
        <w:rPr>
          <w:rFonts w:cs="Arial"/>
          <w:sz w:val="24"/>
          <w:szCs w:val="24"/>
        </w:rPr>
        <w:t xml:space="preserve">, </w:t>
      </w:r>
      <w:proofErr w:type="spellStart"/>
      <w:r w:rsidRPr="00585726">
        <w:rPr>
          <w:rFonts w:cs="Arial"/>
          <w:sz w:val="24"/>
          <w:szCs w:val="24"/>
        </w:rPr>
        <w:t>mobil</w:t>
      </w:r>
      <w:proofErr w:type="spellEnd"/>
      <w:r w:rsidRPr="00585726">
        <w:rPr>
          <w:rFonts w:cs="Arial"/>
          <w:sz w:val="24"/>
          <w:szCs w:val="24"/>
        </w:rPr>
        <w:t xml:space="preserve"> ilovasi va boshqa rasmiy axborot kanallari, SMS, elektron pochta, push-xabarnoma, Bank ofisi yoki boshqa qonunchilikda ruxsat etilgan aloqa kanallari orqali yuborilishi mumkin.</w:t>
      </w:r>
    </w:p>
    <w:p w14:paraId="3CCA1534" w14:textId="77777777" w:rsidR="005F14CD" w:rsidRPr="00585726" w:rsidRDefault="00357484" w:rsidP="005F14CD">
      <w:pPr>
        <w:ind w:firstLine="567"/>
        <w:jc w:val="both"/>
        <w:rPr>
          <w:rFonts w:cs="Arial"/>
          <w:sz w:val="24"/>
          <w:szCs w:val="24"/>
        </w:rPr>
      </w:pPr>
      <w:proofErr w:type="spellStart"/>
      <w:r w:rsidRPr="00585726">
        <w:rPr>
          <w:rFonts w:cs="Arial"/>
          <w:sz w:val="24"/>
          <w:szCs w:val="24"/>
        </w:rPr>
        <w:t>Ushbu</w:t>
      </w:r>
      <w:proofErr w:type="spellEnd"/>
      <w:r w:rsidRPr="00585726">
        <w:rPr>
          <w:rFonts w:cs="Arial"/>
          <w:sz w:val="24"/>
          <w:szCs w:val="24"/>
        </w:rPr>
        <w:t xml:space="preserve"> </w:t>
      </w:r>
      <w:proofErr w:type="spellStart"/>
      <w:r w:rsidRPr="00585726">
        <w:rPr>
          <w:rFonts w:cs="Arial"/>
          <w:sz w:val="24"/>
          <w:szCs w:val="24"/>
        </w:rPr>
        <w:t>Shartnomada</w:t>
      </w:r>
      <w:proofErr w:type="spellEnd"/>
      <w:r w:rsidRPr="00585726">
        <w:rPr>
          <w:rFonts w:cs="Arial"/>
          <w:sz w:val="24"/>
          <w:szCs w:val="24"/>
        </w:rPr>
        <w:t xml:space="preserve"> </w:t>
      </w:r>
      <w:proofErr w:type="spellStart"/>
      <w:r w:rsidRPr="00585726">
        <w:rPr>
          <w:rFonts w:cs="Arial"/>
          <w:sz w:val="24"/>
          <w:szCs w:val="24"/>
        </w:rPr>
        <w:t>nazarda</w:t>
      </w:r>
      <w:proofErr w:type="spellEnd"/>
      <w:r w:rsidRPr="00585726">
        <w:rPr>
          <w:rFonts w:cs="Arial"/>
          <w:sz w:val="24"/>
          <w:szCs w:val="24"/>
        </w:rPr>
        <w:t xml:space="preserve"> </w:t>
      </w:r>
      <w:proofErr w:type="spellStart"/>
      <w:r w:rsidRPr="00585726">
        <w:rPr>
          <w:rFonts w:cs="Arial"/>
          <w:sz w:val="24"/>
          <w:szCs w:val="24"/>
        </w:rPr>
        <w:t>tutilmagan</w:t>
      </w:r>
      <w:proofErr w:type="spellEnd"/>
      <w:r w:rsidRPr="00585726">
        <w:rPr>
          <w:rFonts w:cs="Arial"/>
          <w:sz w:val="24"/>
          <w:szCs w:val="24"/>
        </w:rPr>
        <w:t xml:space="preserve"> </w:t>
      </w:r>
      <w:proofErr w:type="spellStart"/>
      <w:r w:rsidRPr="00585726">
        <w:rPr>
          <w:rFonts w:cs="Arial"/>
          <w:sz w:val="24"/>
          <w:szCs w:val="24"/>
        </w:rPr>
        <w:t>masalalar</w:t>
      </w:r>
      <w:proofErr w:type="spellEnd"/>
      <w:r w:rsidRPr="00585726">
        <w:rPr>
          <w:rFonts w:cs="Arial"/>
          <w:sz w:val="24"/>
          <w:szCs w:val="24"/>
        </w:rPr>
        <w:t xml:space="preserve"> </w:t>
      </w:r>
      <w:proofErr w:type="spellStart"/>
      <w:proofErr w:type="gramStart"/>
      <w:r w:rsidR="008841C6" w:rsidRPr="00585726">
        <w:rPr>
          <w:rFonts w:cs="Arial"/>
          <w:sz w:val="24"/>
          <w:szCs w:val="24"/>
        </w:rPr>
        <w:t>O‘</w:t>
      </w:r>
      <w:proofErr w:type="gramEnd"/>
      <w:r w:rsidRPr="00585726">
        <w:rPr>
          <w:rFonts w:cs="Arial"/>
          <w:sz w:val="24"/>
          <w:szCs w:val="24"/>
        </w:rPr>
        <w:t>zbekiston</w:t>
      </w:r>
      <w:proofErr w:type="spellEnd"/>
      <w:r w:rsidRPr="00585726">
        <w:rPr>
          <w:rFonts w:cs="Arial"/>
          <w:sz w:val="24"/>
          <w:szCs w:val="24"/>
        </w:rPr>
        <w:t xml:space="preserve"> </w:t>
      </w:r>
      <w:proofErr w:type="spellStart"/>
      <w:r w:rsidRPr="00585726">
        <w:rPr>
          <w:rFonts w:cs="Arial"/>
          <w:sz w:val="24"/>
          <w:szCs w:val="24"/>
        </w:rPr>
        <w:t>Respublikasi</w:t>
      </w:r>
      <w:proofErr w:type="spellEnd"/>
      <w:r w:rsidRPr="00585726">
        <w:rPr>
          <w:rFonts w:cs="Arial"/>
          <w:sz w:val="24"/>
          <w:szCs w:val="24"/>
        </w:rPr>
        <w:t xml:space="preserve"> </w:t>
      </w:r>
      <w:proofErr w:type="spellStart"/>
      <w:r w:rsidRPr="00585726">
        <w:rPr>
          <w:rFonts w:cs="Arial"/>
          <w:sz w:val="24"/>
          <w:szCs w:val="24"/>
        </w:rPr>
        <w:t>qonunchiligiga</w:t>
      </w:r>
      <w:proofErr w:type="spellEnd"/>
      <w:r w:rsidRPr="00585726">
        <w:rPr>
          <w:rFonts w:cs="Arial"/>
          <w:sz w:val="24"/>
          <w:szCs w:val="24"/>
        </w:rPr>
        <w:t xml:space="preserve"> </w:t>
      </w:r>
      <w:proofErr w:type="spellStart"/>
      <w:r w:rsidRPr="00585726">
        <w:rPr>
          <w:rFonts w:cs="Arial"/>
          <w:sz w:val="24"/>
          <w:szCs w:val="24"/>
        </w:rPr>
        <w:t>muvofiq</w:t>
      </w:r>
      <w:proofErr w:type="spellEnd"/>
      <w:r w:rsidRPr="00585726">
        <w:rPr>
          <w:rFonts w:cs="Arial"/>
          <w:sz w:val="24"/>
          <w:szCs w:val="24"/>
        </w:rPr>
        <w:t xml:space="preserve"> </w:t>
      </w:r>
      <w:proofErr w:type="spellStart"/>
      <w:r w:rsidRPr="00585726">
        <w:rPr>
          <w:rFonts w:cs="Arial"/>
          <w:sz w:val="24"/>
          <w:szCs w:val="24"/>
        </w:rPr>
        <w:t>tartibga</w:t>
      </w:r>
      <w:proofErr w:type="spellEnd"/>
      <w:r w:rsidRPr="00585726">
        <w:rPr>
          <w:rFonts w:cs="Arial"/>
          <w:sz w:val="24"/>
          <w:szCs w:val="24"/>
        </w:rPr>
        <w:t xml:space="preserve"> </w:t>
      </w:r>
      <w:proofErr w:type="spellStart"/>
      <w:r w:rsidRPr="00585726">
        <w:rPr>
          <w:rFonts w:cs="Arial"/>
          <w:sz w:val="24"/>
          <w:szCs w:val="24"/>
        </w:rPr>
        <w:t>solinadi</w:t>
      </w:r>
      <w:proofErr w:type="spellEnd"/>
      <w:r w:rsidRPr="00585726">
        <w:rPr>
          <w:rFonts w:cs="Arial"/>
          <w:sz w:val="24"/>
          <w:szCs w:val="24"/>
        </w:rPr>
        <w:t>.</w:t>
      </w:r>
    </w:p>
    <w:p w14:paraId="0B1161AA" w14:textId="0DF3A8A0" w:rsidR="006D3C33" w:rsidRPr="00585726" w:rsidRDefault="000E02BA" w:rsidP="005F14CD">
      <w:pPr>
        <w:ind w:firstLine="567"/>
        <w:jc w:val="both"/>
        <w:rPr>
          <w:rFonts w:cs="Arial"/>
          <w:sz w:val="24"/>
          <w:szCs w:val="24"/>
        </w:rPr>
      </w:pPr>
      <w:proofErr w:type="spellStart"/>
      <w:r w:rsidRPr="00585726">
        <w:rPr>
          <w:rFonts w:cs="Arial"/>
          <w:sz w:val="24"/>
          <w:szCs w:val="24"/>
        </w:rPr>
        <w:t>Mazkur</w:t>
      </w:r>
      <w:proofErr w:type="spellEnd"/>
      <w:r w:rsidRPr="00585726">
        <w:rPr>
          <w:rFonts w:cs="Arial"/>
          <w:sz w:val="24"/>
          <w:szCs w:val="24"/>
        </w:rPr>
        <w:t xml:space="preserve"> </w:t>
      </w:r>
      <w:proofErr w:type="spellStart"/>
      <w:r w:rsidRPr="00585726">
        <w:rPr>
          <w:rFonts w:cs="Arial"/>
          <w:sz w:val="24"/>
          <w:szCs w:val="24"/>
        </w:rPr>
        <w:t>Shartnomaga</w:t>
      </w:r>
      <w:proofErr w:type="spellEnd"/>
      <w:r w:rsidRPr="00585726">
        <w:rPr>
          <w:rFonts w:cs="Arial"/>
          <w:sz w:val="24"/>
          <w:szCs w:val="24"/>
        </w:rPr>
        <w:t xml:space="preserve"> </w:t>
      </w:r>
      <w:proofErr w:type="spellStart"/>
      <w:r w:rsidRPr="00585726">
        <w:rPr>
          <w:rFonts w:cs="Arial"/>
          <w:sz w:val="24"/>
          <w:szCs w:val="24"/>
        </w:rPr>
        <w:t>ilovalar</w:t>
      </w:r>
      <w:proofErr w:type="spellEnd"/>
      <w:r w:rsidRPr="00585726">
        <w:rPr>
          <w:rFonts w:cs="Arial"/>
          <w:sz w:val="24"/>
          <w:szCs w:val="24"/>
        </w:rPr>
        <w:t xml:space="preserve">, </w:t>
      </w:r>
      <w:proofErr w:type="spellStart"/>
      <w:r w:rsidRPr="00585726">
        <w:rPr>
          <w:rFonts w:cs="Arial"/>
          <w:sz w:val="24"/>
          <w:szCs w:val="24"/>
        </w:rPr>
        <w:t>ariza</w:t>
      </w:r>
      <w:proofErr w:type="spellEnd"/>
      <w:r w:rsidRPr="00585726">
        <w:rPr>
          <w:rFonts w:cs="Arial"/>
          <w:sz w:val="24"/>
          <w:szCs w:val="24"/>
        </w:rPr>
        <w:t xml:space="preserve"> </w:t>
      </w:r>
      <w:proofErr w:type="spellStart"/>
      <w:r w:rsidRPr="00585726">
        <w:rPr>
          <w:rFonts w:cs="Arial"/>
          <w:sz w:val="24"/>
          <w:szCs w:val="24"/>
        </w:rPr>
        <w:t>shakllari</w:t>
      </w:r>
      <w:proofErr w:type="spellEnd"/>
      <w:r w:rsidRPr="00585726">
        <w:rPr>
          <w:rFonts w:cs="Arial"/>
          <w:sz w:val="24"/>
          <w:szCs w:val="24"/>
        </w:rPr>
        <w:t xml:space="preserve">, </w:t>
      </w:r>
      <w:proofErr w:type="spellStart"/>
      <w:r w:rsidRPr="00585726">
        <w:rPr>
          <w:rFonts w:cs="Arial"/>
          <w:sz w:val="24"/>
          <w:szCs w:val="24"/>
        </w:rPr>
        <w:t>limitlar</w:t>
      </w:r>
      <w:proofErr w:type="spellEnd"/>
      <w:r w:rsidRPr="00585726">
        <w:rPr>
          <w:rFonts w:cs="Arial"/>
          <w:sz w:val="24"/>
          <w:szCs w:val="24"/>
        </w:rPr>
        <w:t xml:space="preserve">, </w:t>
      </w:r>
      <w:proofErr w:type="spellStart"/>
      <w:r w:rsidRPr="00585726">
        <w:rPr>
          <w:rFonts w:cs="Arial"/>
          <w:sz w:val="24"/>
          <w:szCs w:val="24"/>
        </w:rPr>
        <w:t>dalolatnomalar</w:t>
      </w:r>
      <w:proofErr w:type="spellEnd"/>
      <w:r w:rsidRPr="00585726">
        <w:rPr>
          <w:rFonts w:cs="Arial"/>
          <w:sz w:val="24"/>
          <w:szCs w:val="24"/>
        </w:rPr>
        <w:t xml:space="preserve">, </w:t>
      </w:r>
      <w:proofErr w:type="spellStart"/>
      <w:r w:rsidRPr="00585726">
        <w:rPr>
          <w:rFonts w:cs="Arial"/>
          <w:sz w:val="24"/>
          <w:szCs w:val="24"/>
        </w:rPr>
        <w:t>tariflar</w:t>
      </w:r>
      <w:proofErr w:type="spellEnd"/>
      <w:r w:rsidRPr="00585726">
        <w:rPr>
          <w:rFonts w:cs="Arial"/>
          <w:sz w:val="24"/>
          <w:szCs w:val="24"/>
        </w:rPr>
        <w:t xml:space="preserve">, </w:t>
      </w:r>
      <w:proofErr w:type="spellStart"/>
      <w:r w:rsidRPr="00585726">
        <w:rPr>
          <w:rFonts w:cs="Arial"/>
          <w:sz w:val="24"/>
          <w:szCs w:val="24"/>
        </w:rPr>
        <w:t>xavfsizlik</w:t>
      </w:r>
      <w:proofErr w:type="spellEnd"/>
      <w:r w:rsidRPr="00585726">
        <w:rPr>
          <w:rFonts w:cs="Arial"/>
          <w:sz w:val="24"/>
          <w:szCs w:val="24"/>
        </w:rPr>
        <w:t xml:space="preserve"> </w:t>
      </w:r>
      <w:proofErr w:type="spellStart"/>
      <w:proofErr w:type="gramStart"/>
      <w:r w:rsidRPr="00585726">
        <w:rPr>
          <w:rFonts w:cs="Arial"/>
          <w:sz w:val="24"/>
          <w:szCs w:val="24"/>
        </w:rPr>
        <w:t>bo‘</w:t>
      </w:r>
      <w:proofErr w:type="gramEnd"/>
      <w:r w:rsidRPr="00585726">
        <w:rPr>
          <w:rFonts w:cs="Arial"/>
          <w:sz w:val="24"/>
          <w:szCs w:val="24"/>
        </w:rPr>
        <w:t>yicha</w:t>
      </w:r>
      <w:proofErr w:type="spellEnd"/>
      <w:r w:rsidRPr="00585726">
        <w:rPr>
          <w:rFonts w:cs="Arial"/>
          <w:sz w:val="24"/>
          <w:szCs w:val="24"/>
        </w:rPr>
        <w:t xml:space="preserve"> </w:t>
      </w:r>
      <w:proofErr w:type="spellStart"/>
      <w:r w:rsidRPr="00585726">
        <w:rPr>
          <w:rFonts w:cs="Arial"/>
          <w:sz w:val="24"/>
          <w:szCs w:val="24"/>
        </w:rPr>
        <w:t>eslatma</w:t>
      </w:r>
      <w:proofErr w:type="spellEnd"/>
      <w:r w:rsidRPr="00585726">
        <w:rPr>
          <w:rFonts w:cs="Arial"/>
          <w:sz w:val="24"/>
          <w:szCs w:val="24"/>
        </w:rPr>
        <w:t xml:space="preserve"> </w:t>
      </w:r>
      <w:proofErr w:type="spellStart"/>
      <w:r w:rsidRPr="00585726">
        <w:rPr>
          <w:rFonts w:cs="Arial"/>
          <w:sz w:val="24"/>
          <w:szCs w:val="24"/>
        </w:rPr>
        <w:t>va</w:t>
      </w:r>
      <w:proofErr w:type="spellEnd"/>
      <w:r w:rsidRPr="00585726">
        <w:rPr>
          <w:rFonts w:cs="Arial"/>
          <w:sz w:val="24"/>
          <w:szCs w:val="24"/>
        </w:rPr>
        <w:t xml:space="preserve"> </w:t>
      </w:r>
      <w:proofErr w:type="spellStart"/>
      <w:r w:rsidRPr="00585726">
        <w:rPr>
          <w:rFonts w:cs="Arial"/>
          <w:sz w:val="24"/>
          <w:szCs w:val="24"/>
        </w:rPr>
        <w:t>murojaat</w:t>
      </w:r>
      <w:proofErr w:type="spellEnd"/>
      <w:r w:rsidRPr="00585726">
        <w:rPr>
          <w:rFonts w:cs="Arial"/>
          <w:sz w:val="24"/>
          <w:szCs w:val="24"/>
        </w:rPr>
        <w:t xml:space="preserve"> </w:t>
      </w:r>
      <w:proofErr w:type="spellStart"/>
      <w:r w:rsidRPr="00585726">
        <w:rPr>
          <w:rFonts w:cs="Arial"/>
          <w:sz w:val="24"/>
          <w:szCs w:val="24"/>
        </w:rPr>
        <w:t>shakllari</w:t>
      </w:r>
      <w:proofErr w:type="spellEnd"/>
      <w:r w:rsidRPr="00585726">
        <w:rPr>
          <w:rFonts w:cs="Arial"/>
          <w:sz w:val="24"/>
          <w:szCs w:val="24"/>
        </w:rPr>
        <w:t xml:space="preserve"> </w:t>
      </w:r>
      <w:proofErr w:type="spellStart"/>
      <w:r w:rsidRPr="00585726">
        <w:rPr>
          <w:rFonts w:cs="Arial"/>
          <w:sz w:val="24"/>
          <w:szCs w:val="24"/>
        </w:rPr>
        <w:t>uning</w:t>
      </w:r>
      <w:proofErr w:type="spellEnd"/>
      <w:r w:rsidRPr="00585726">
        <w:rPr>
          <w:rFonts w:cs="Arial"/>
          <w:sz w:val="24"/>
          <w:szCs w:val="24"/>
        </w:rPr>
        <w:t xml:space="preserve"> </w:t>
      </w:r>
      <w:proofErr w:type="spellStart"/>
      <w:r w:rsidRPr="00585726">
        <w:rPr>
          <w:rFonts w:cs="Arial"/>
          <w:sz w:val="24"/>
          <w:szCs w:val="24"/>
        </w:rPr>
        <w:t>ajralmas</w:t>
      </w:r>
      <w:proofErr w:type="spellEnd"/>
      <w:r w:rsidRPr="00585726">
        <w:rPr>
          <w:rFonts w:cs="Arial"/>
          <w:sz w:val="24"/>
          <w:szCs w:val="24"/>
        </w:rPr>
        <w:t xml:space="preserve"> </w:t>
      </w:r>
      <w:proofErr w:type="spellStart"/>
      <w:r w:rsidRPr="00585726">
        <w:rPr>
          <w:rFonts w:cs="Arial"/>
          <w:sz w:val="24"/>
          <w:szCs w:val="24"/>
        </w:rPr>
        <w:t>qismi</w:t>
      </w:r>
      <w:proofErr w:type="spellEnd"/>
      <w:r w:rsidRPr="00585726">
        <w:rPr>
          <w:rFonts w:cs="Arial"/>
          <w:sz w:val="24"/>
          <w:szCs w:val="24"/>
        </w:rPr>
        <w:t xml:space="preserve"> </w:t>
      </w:r>
      <w:proofErr w:type="spellStart"/>
      <w:r w:rsidRPr="00585726">
        <w:rPr>
          <w:rFonts w:cs="Arial"/>
          <w:sz w:val="24"/>
          <w:szCs w:val="24"/>
        </w:rPr>
        <w:t>hisoblanadi</w:t>
      </w:r>
      <w:proofErr w:type="spellEnd"/>
      <w:r w:rsidRPr="00585726">
        <w:rPr>
          <w:rFonts w:cs="Arial"/>
          <w:sz w:val="24"/>
          <w:szCs w:val="24"/>
        </w:rPr>
        <w:t>.</w:t>
      </w:r>
    </w:p>
    <w:p w14:paraId="18FDEAAD" w14:textId="77777777" w:rsidR="005F14CD" w:rsidRPr="00585726" w:rsidRDefault="005F14CD" w:rsidP="005F14CD">
      <w:pPr>
        <w:ind w:firstLine="567"/>
        <w:jc w:val="both"/>
      </w:pPr>
    </w:p>
    <w:p w14:paraId="34DC715A" w14:textId="77777777" w:rsidR="006D3C33" w:rsidRPr="00585726" w:rsidRDefault="000E02BA">
      <w:r w:rsidRPr="00585726">
        <w:rPr>
          <w:b/>
        </w:rPr>
        <w:t>ILOVALAR RO‘YXATI</w:t>
      </w:r>
    </w:p>
    <w:p w14:paraId="07F56530" w14:textId="77777777" w:rsidR="006D3C33" w:rsidRPr="00585726" w:rsidRDefault="000E02BA">
      <w:r w:rsidRPr="00585726">
        <w:t>1-ilova. Korporativ bank kartasini chiqarish to‘g‘risidagi ariza shakli.</w:t>
      </w:r>
    </w:p>
    <w:p w14:paraId="6C378D98" w14:textId="77777777" w:rsidR="006D3C33" w:rsidRPr="00585726" w:rsidRDefault="000E02BA">
      <w:r w:rsidRPr="00585726">
        <w:t>2-ilova. Karta egalari ro‘yxati va limitlar shakli.</w:t>
      </w:r>
    </w:p>
    <w:p w14:paraId="2A3FF209" w14:textId="77777777" w:rsidR="006D3C33" w:rsidRPr="00585726" w:rsidRDefault="000E02BA">
      <w:r w:rsidRPr="00585726">
        <w:t>3-ilova. Kartani topshirish-qabul qilish dalolatnomasi.</w:t>
      </w:r>
    </w:p>
    <w:p w14:paraId="723519CF" w14:textId="77777777" w:rsidR="006D3C33" w:rsidRPr="00585726" w:rsidRDefault="000E02BA">
      <w:r w:rsidRPr="00585726">
        <w:t>4-ilova. Korporativ karta bo‘yicha tariflar shakli.</w:t>
      </w:r>
    </w:p>
    <w:p w14:paraId="7A2C1288" w14:textId="77777777" w:rsidR="006D3C33" w:rsidRPr="00585726" w:rsidRDefault="000E02BA">
      <w:r w:rsidRPr="00585726">
        <w:t>5-ilova. Korporativ kartadan xavfsiz foydalanish bo‘yicha esdalatma.</w:t>
      </w:r>
    </w:p>
    <w:p w14:paraId="07CFE0D3" w14:textId="77777777" w:rsidR="006D3C33" w:rsidRPr="00585726" w:rsidRDefault="000E02BA">
      <w:r w:rsidRPr="00585726">
        <w:t>6-ilova. Ruxsatsiz operatsiya yoki karta yo‘qolishi bo‘yicha murojaat shakli.</w:t>
      </w:r>
    </w:p>
    <w:p w14:paraId="4CF0A40B" w14:textId="77777777" w:rsidR="006D3C33" w:rsidRPr="00585726" w:rsidRDefault="006D3C33"/>
    <w:p w14:paraId="68FE841A" w14:textId="77777777" w:rsidR="005F14CD" w:rsidRPr="00585726" w:rsidRDefault="005F14CD"/>
    <w:p w14:paraId="4199D4A1" w14:textId="77777777" w:rsidR="005F14CD" w:rsidRPr="00585726" w:rsidRDefault="005F14CD"/>
    <w:p w14:paraId="33689444" w14:textId="77777777" w:rsidR="005F14CD" w:rsidRPr="00585726" w:rsidRDefault="005F14CD"/>
    <w:p w14:paraId="5C9319B6" w14:textId="77777777" w:rsidR="005F14CD" w:rsidRPr="00585726" w:rsidRDefault="005F14CD"/>
    <w:p w14:paraId="5D04D02B" w14:textId="77777777" w:rsidR="005F14CD" w:rsidRPr="00585726" w:rsidRDefault="005F14CD"/>
    <w:p w14:paraId="13F636EA" w14:textId="77777777" w:rsidR="005F14CD" w:rsidRPr="00585726" w:rsidRDefault="005F14CD"/>
    <w:p w14:paraId="4F63D959" w14:textId="77777777" w:rsidR="005F14CD" w:rsidRPr="00585726" w:rsidRDefault="005F14CD"/>
    <w:p w14:paraId="498AE394" w14:textId="77777777" w:rsidR="005F14CD" w:rsidRPr="00585726" w:rsidRDefault="005F14CD"/>
    <w:p w14:paraId="50D81778" w14:textId="77777777" w:rsidR="005F14CD" w:rsidRPr="00585726" w:rsidRDefault="005F14CD"/>
    <w:p w14:paraId="3465E611" w14:textId="77777777" w:rsidR="005F14CD" w:rsidRPr="00585726" w:rsidRDefault="005F14CD"/>
    <w:p w14:paraId="2FE9E286" w14:textId="77777777" w:rsidR="005F14CD" w:rsidRPr="00585726" w:rsidRDefault="005F14CD"/>
    <w:p w14:paraId="427D2143" w14:textId="77777777" w:rsidR="005F14CD" w:rsidRPr="00585726" w:rsidRDefault="005F14CD"/>
    <w:p w14:paraId="0F2898BF" w14:textId="77777777" w:rsidR="005F14CD" w:rsidRPr="00585726" w:rsidRDefault="005F14CD"/>
    <w:p w14:paraId="61A51B44" w14:textId="77777777" w:rsidR="005F14CD" w:rsidRPr="00585726" w:rsidRDefault="005F14CD"/>
    <w:p w14:paraId="46D205F9" w14:textId="23788578" w:rsidR="00325734" w:rsidRPr="00585726" w:rsidRDefault="00025742">
      <w:r w:rsidRPr="00585726">
        <w:lastRenderedPageBreak/>
        <w:t xml:space="preserve">1-ILOVA. KORPORATIV BANK KARTASINI CHIQARISH </w:t>
      </w:r>
      <w:proofErr w:type="gramStart"/>
      <w:r w:rsidRPr="00585726">
        <w:t>T</w:t>
      </w:r>
      <w:r w:rsidR="008841C6" w:rsidRPr="00585726">
        <w:t>O‘</w:t>
      </w:r>
      <w:proofErr w:type="gramEnd"/>
      <w:r w:rsidR="004F0D14" w:rsidRPr="00585726">
        <w:t>G‘</w:t>
      </w:r>
      <w:r w:rsidRPr="00585726">
        <w:t>RISIDAGI ARIZA SHAKLI</w:t>
      </w:r>
    </w:p>
    <w:p w14:paraId="023C0258" w14:textId="77777777" w:rsidR="008841C6" w:rsidRPr="00585726" w:rsidRDefault="008841C6"/>
    <w:tbl>
      <w:tblPr>
        <w:tblW w:w="0" w:type="auto"/>
        <w:jc w:val="center"/>
        <w:tblLook w:val="04A0" w:firstRow="1" w:lastRow="0" w:firstColumn="1" w:lastColumn="0" w:noHBand="0" w:noVBand="1"/>
      </w:tblPr>
      <w:tblGrid>
        <w:gridCol w:w="3834"/>
        <w:gridCol w:w="5845"/>
      </w:tblGrid>
      <w:tr w:rsidR="00325734" w:rsidRPr="00585726" w14:paraId="23560E2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3329820" w14:textId="77777777" w:rsidR="00325734" w:rsidRPr="00585726" w:rsidRDefault="00025742">
            <w:r w:rsidRPr="00585726">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5702D945" w14:textId="77777777" w:rsidR="00325734" w:rsidRPr="00585726" w:rsidRDefault="00025742">
            <w:r w:rsidRPr="00585726">
              <w:t>______________________________________________</w:t>
            </w:r>
          </w:p>
        </w:tc>
      </w:tr>
      <w:tr w:rsidR="00325734" w:rsidRPr="00585726" w14:paraId="647B0F6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76998BA" w14:textId="77777777" w:rsidR="00325734" w:rsidRPr="00585726" w:rsidRDefault="00025742">
            <w:r w:rsidRPr="00585726">
              <w:t>STIR</w:t>
            </w:r>
          </w:p>
        </w:tc>
        <w:tc>
          <w:tcPr>
            <w:tcW w:w="5669" w:type="dxa"/>
            <w:tcBorders>
              <w:top w:val="single" w:sz="4" w:space="0" w:color="000000"/>
              <w:left w:val="single" w:sz="4" w:space="0" w:color="000000"/>
              <w:bottom w:val="single" w:sz="4" w:space="0" w:color="000000"/>
              <w:right w:val="single" w:sz="4" w:space="0" w:color="000000"/>
            </w:tcBorders>
            <w:vAlign w:val="center"/>
          </w:tcPr>
          <w:p w14:paraId="6914F800" w14:textId="77777777" w:rsidR="00325734" w:rsidRPr="00585726" w:rsidRDefault="00025742">
            <w:r w:rsidRPr="00585726">
              <w:t>______________________________________________</w:t>
            </w:r>
          </w:p>
        </w:tc>
      </w:tr>
      <w:tr w:rsidR="00325734" w:rsidRPr="00585726" w14:paraId="5878ACE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00C03B1" w14:textId="77777777" w:rsidR="00325734" w:rsidRPr="00585726" w:rsidRDefault="00025742">
            <w:r w:rsidRPr="00585726">
              <w:t>Asosiy hisobvaraq raqami</w:t>
            </w:r>
          </w:p>
        </w:tc>
        <w:tc>
          <w:tcPr>
            <w:tcW w:w="5669" w:type="dxa"/>
            <w:tcBorders>
              <w:top w:val="single" w:sz="4" w:space="0" w:color="000000"/>
              <w:left w:val="single" w:sz="4" w:space="0" w:color="000000"/>
              <w:bottom w:val="single" w:sz="4" w:space="0" w:color="000000"/>
              <w:right w:val="single" w:sz="4" w:space="0" w:color="000000"/>
            </w:tcBorders>
            <w:vAlign w:val="center"/>
          </w:tcPr>
          <w:p w14:paraId="47F68C7F" w14:textId="77777777" w:rsidR="00325734" w:rsidRPr="00585726" w:rsidRDefault="00025742">
            <w:r w:rsidRPr="00585726">
              <w:t>______________________________________________</w:t>
            </w:r>
          </w:p>
        </w:tc>
      </w:tr>
      <w:tr w:rsidR="00325734" w:rsidRPr="00585726" w14:paraId="420AD34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88D8EFB" w14:textId="77777777" w:rsidR="00325734" w:rsidRPr="00585726" w:rsidRDefault="00025742">
            <w:r w:rsidRPr="00585726">
              <w:t xml:space="preserve">Karta </w:t>
            </w:r>
            <w:proofErr w:type="spellStart"/>
            <w:r w:rsidRPr="00585726">
              <w:t>turi</w:t>
            </w:r>
            <w:proofErr w:type="spellEnd"/>
            <w:r w:rsidRPr="00585726">
              <w:t xml:space="preserve"> / </w:t>
            </w:r>
            <w:proofErr w:type="spellStart"/>
            <w:proofErr w:type="gramStart"/>
            <w:r w:rsidRPr="00585726">
              <w:t>t</w:t>
            </w:r>
            <w:r w:rsidR="008841C6" w:rsidRPr="00585726">
              <w:t>o‘</w:t>
            </w:r>
            <w:proofErr w:type="gramEnd"/>
            <w:r w:rsidRPr="00585726">
              <w:t>lov</w:t>
            </w:r>
            <w:proofErr w:type="spellEnd"/>
            <w:r w:rsidRPr="00585726">
              <w:t xml:space="preserve"> </w:t>
            </w:r>
            <w:proofErr w:type="spellStart"/>
            <w:r w:rsidRPr="00585726">
              <w:t>tizimi</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59B2F917" w14:textId="77777777" w:rsidR="00325734" w:rsidRPr="00585726" w:rsidRDefault="00025742">
            <w:r w:rsidRPr="00585726">
              <w:t>______________________________________________</w:t>
            </w:r>
          </w:p>
        </w:tc>
      </w:tr>
      <w:tr w:rsidR="00325734" w:rsidRPr="00585726" w14:paraId="365F927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4572DAB" w14:textId="77777777" w:rsidR="00325734" w:rsidRPr="00585726" w:rsidRDefault="00025742">
            <w:r w:rsidRPr="00585726">
              <w:t>Karta egasi F.I.Sh.</w:t>
            </w:r>
          </w:p>
        </w:tc>
        <w:tc>
          <w:tcPr>
            <w:tcW w:w="5669" w:type="dxa"/>
            <w:tcBorders>
              <w:top w:val="single" w:sz="4" w:space="0" w:color="000000"/>
              <w:left w:val="single" w:sz="4" w:space="0" w:color="000000"/>
              <w:bottom w:val="single" w:sz="4" w:space="0" w:color="000000"/>
              <w:right w:val="single" w:sz="4" w:space="0" w:color="000000"/>
            </w:tcBorders>
            <w:vAlign w:val="center"/>
          </w:tcPr>
          <w:p w14:paraId="0F7FD6C9" w14:textId="77777777" w:rsidR="00325734" w:rsidRPr="00585726" w:rsidRDefault="00025742">
            <w:r w:rsidRPr="00585726">
              <w:t>______________________________________________</w:t>
            </w:r>
          </w:p>
        </w:tc>
      </w:tr>
      <w:tr w:rsidR="00325734" w:rsidRPr="00585726" w14:paraId="715B6B5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B81E673" w14:textId="77777777" w:rsidR="00325734" w:rsidRPr="00585726" w:rsidRDefault="00025742">
            <w:r w:rsidRPr="00585726">
              <w:t>Karta egasining JShShIR / pasporti</w:t>
            </w:r>
          </w:p>
        </w:tc>
        <w:tc>
          <w:tcPr>
            <w:tcW w:w="5669" w:type="dxa"/>
            <w:tcBorders>
              <w:top w:val="single" w:sz="4" w:space="0" w:color="000000"/>
              <w:left w:val="single" w:sz="4" w:space="0" w:color="000000"/>
              <w:bottom w:val="single" w:sz="4" w:space="0" w:color="000000"/>
              <w:right w:val="single" w:sz="4" w:space="0" w:color="000000"/>
            </w:tcBorders>
            <w:vAlign w:val="center"/>
          </w:tcPr>
          <w:p w14:paraId="117284C0" w14:textId="77777777" w:rsidR="00325734" w:rsidRPr="00585726" w:rsidRDefault="00025742">
            <w:r w:rsidRPr="00585726">
              <w:t>______________________________________________</w:t>
            </w:r>
          </w:p>
        </w:tc>
      </w:tr>
      <w:tr w:rsidR="00325734" w:rsidRPr="00585726" w14:paraId="66A8B88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B323EF9" w14:textId="77777777" w:rsidR="00325734" w:rsidRPr="00585726" w:rsidRDefault="00025742">
            <w:r w:rsidRPr="00585726">
              <w:t>Lavozimi</w:t>
            </w:r>
          </w:p>
        </w:tc>
        <w:tc>
          <w:tcPr>
            <w:tcW w:w="5669" w:type="dxa"/>
            <w:tcBorders>
              <w:top w:val="single" w:sz="4" w:space="0" w:color="000000"/>
              <w:left w:val="single" w:sz="4" w:space="0" w:color="000000"/>
              <w:bottom w:val="single" w:sz="4" w:space="0" w:color="000000"/>
              <w:right w:val="single" w:sz="4" w:space="0" w:color="000000"/>
            </w:tcBorders>
            <w:vAlign w:val="center"/>
          </w:tcPr>
          <w:p w14:paraId="31A6CA39" w14:textId="77777777" w:rsidR="00325734" w:rsidRPr="00585726" w:rsidRDefault="00025742">
            <w:r w:rsidRPr="00585726">
              <w:t>______________________________________________</w:t>
            </w:r>
          </w:p>
        </w:tc>
      </w:tr>
      <w:tr w:rsidR="00325734" w:rsidRPr="00585726" w14:paraId="7F3BE69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1BC32B6" w14:textId="77777777" w:rsidR="00325734" w:rsidRPr="00585726" w:rsidRDefault="00025742">
            <w:r w:rsidRPr="00585726">
              <w:t>Karta amal qilish muddati</w:t>
            </w:r>
          </w:p>
        </w:tc>
        <w:tc>
          <w:tcPr>
            <w:tcW w:w="5669" w:type="dxa"/>
            <w:tcBorders>
              <w:top w:val="single" w:sz="4" w:space="0" w:color="000000"/>
              <w:left w:val="single" w:sz="4" w:space="0" w:color="000000"/>
              <w:bottom w:val="single" w:sz="4" w:space="0" w:color="000000"/>
              <w:right w:val="single" w:sz="4" w:space="0" w:color="000000"/>
            </w:tcBorders>
            <w:vAlign w:val="center"/>
          </w:tcPr>
          <w:p w14:paraId="5BF2733E" w14:textId="77777777" w:rsidR="00325734" w:rsidRPr="00585726" w:rsidRDefault="00025742">
            <w:r w:rsidRPr="00585726">
              <w:t>______________________________________________</w:t>
            </w:r>
          </w:p>
        </w:tc>
      </w:tr>
      <w:tr w:rsidR="00325734" w:rsidRPr="00585726" w14:paraId="28D22F2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80928BC" w14:textId="77777777" w:rsidR="00325734" w:rsidRPr="00585726" w:rsidRDefault="00025742">
            <w:proofErr w:type="spellStart"/>
            <w:proofErr w:type="gramStart"/>
            <w:r w:rsidRPr="00585726">
              <w:t>S</w:t>
            </w:r>
            <w:r w:rsidR="008841C6" w:rsidRPr="00585726">
              <w:t>o‘</w:t>
            </w:r>
            <w:proofErr w:type="gramEnd"/>
            <w:r w:rsidRPr="00585726">
              <w:t>ralayotgan</w:t>
            </w:r>
            <w:proofErr w:type="spellEnd"/>
            <w:r w:rsidRPr="00585726">
              <w:t xml:space="preserve"> </w:t>
            </w:r>
            <w:proofErr w:type="spellStart"/>
            <w:r w:rsidRPr="00585726">
              <w:t>miqdor</w:t>
            </w:r>
            <w:proofErr w:type="spellEnd"/>
            <w:r w:rsidRPr="00585726">
              <w:t xml:space="preserve"> / limit</w:t>
            </w:r>
          </w:p>
        </w:tc>
        <w:tc>
          <w:tcPr>
            <w:tcW w:w="5669" w:type="dxa"/>
            <w:tcBorders>
              <w:top w:val="single" w:sz="4" w:space="0" w:color="000000"/>
              <w:left w:val="single" w:sz="4" w:space="0" w:color="000000"/>
              <w:bottom w:val="single" w:sz="4" w:space="0" w:color="000000"/>
              <w:right w:val="single" w:sz="4" w:space="0" w:color="000000"/>
            </w:tcBorders>
            <w:vAlign w:val="center"/>
          </w:tcPr>
          <w:p w14:paraId="526C890A" w14:textId="77777777" w:rsidR="00325734" w:rsidRPr="00585726" w:rsidRDefault="00025742">
            <w:r w:rsidRPr="00585726">
              <w:t>______________________________________________</w:t>
            </w:r>
          </w:p>
        </w:tc>
      </w:tr>
      <w:tr w:rsidR="00325734" w:rsidRPr="00585726" w14:paraId="734B392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268DCCB" w14:textId="77777777" w:rsidR="00325734" w:rsidRPr="00585726" w:rsidRDefault="00025742">
            <w:r w:rsidRPr="00585726">
              <w:t>Karta yetkazib berish usuli</w:t>
            </w:r>
          </w:p>
        </w:tc>
        <w:tc>
          <w:tcPr>
            <w:tcW w:w="5669" w:type="dxa"/>
            <w:tcBorders>
              <w:top w:val="single" w:sz="4" w:space="0" w:color="000000"/>
              <w:left w:val="single" w:sz="4" w:space="0" w:color="000000"/>
              <w:bottom w:val="single" w:sz="4" w:space="0" w:color="000000"/>
              <w:right w:val="single" w:sz="4" w:space="0" w:color="000000"/>
            </w:tcBorders>
            <w:vAlign w:val="center"/>
          </w:tcPr>
          <w:p w14:paraId="2BEB0C7F" w14:textId="77777777" w:rsidR="00325734" w:rsidRPr="00585726" w:rsidRDefault="00025742">
            <w:r w:rsidRPr="00585726">
              <w:t>Bank ofisi / kuryer / boshqa</w:t>
            </w:r>
          </w:p>
        </w:tc>
      </w:tr>
    </w:tbl>
    <w:p w14:paraId="27DD79C5" w14:textId="77777777" w:rsidR="00325734" w:rsidRPr="00585726" w:rsidRDefault="00325734"/>
    <w:tbl>
      <w:tblPr>
        <w:tblW w:w="0" w:type="auto"/>
        <w:tblLook w:val="04A0" w:firstRow="1" w:lastRow="0" w:firstColumn="1" w:lastColumn="0" w:noHBand="0" w:noVBand="1"/>
      </w:tblPr>
      <w:tblGrid>
        <w:gridCol w:w="4734"/>
        <w:gridCol w:w="4900"/>
      </w:tblGrid>
      <w:tr w:rsidR="00325734" w:rsidRPr="00585726" w14:paraId="67487A1D" w14:textId="77777777" w:rsidTr="00662CC4">
        <w:tc>
          <w:tcPr>
            <w:tcW w:w="4734" w:type="dxa"/>
            <w:tcBorders>
              <w:top w:val="single" w:sz="4" w:space="0" w:color="000000"/>
              <w:left w:val="single" w:sz="4" w:space="0" w:color="000000"/>
              <w:bottom w:val="single" w:sz="4" w:space="0" w:color="000000"/>
              <w:right w:val="single" w:sz="4" w:space="0" w:color="000000"/>
            </w:tcBorders>
            <w:vAlign w:val="center"/>
          </w:tcPr>
          <w:p w14:paraId="76954F4F" w14:textId="77777777" w:rsidR="00325734" w:rsidRPr="00585726" w:rsidRDefault="00025742">
            <w:pPr>
              <w:jc w:val="center"/>
            </w:pPr>
            <w:proofErr w:type="spellStart"/>
            <w:r w:rsidRPr="00585726">
              <w:rPr>
                <w:b/>
              </w:rPr>
              <w:t>Mijoz</w:t>
            </w:r>
            <w:proofErr w:type="spellEnd"/>
          </w:p>
        </w:tc>
        <w:tc>
          <w:tcPr>
            <w:tcW w:w="4900" w:type="dxa"/>
            <w:tcBorders>
              <w:top w:val="single" w:sz="4" w:space="0" w:color="000000"/>
              <w:left w:val="single" w:sz="4" w:space="0" w:color="000000"/>
              <w:bottom w:val="single" w:sz="4" w:space="0" w:color="000000"/>
              <w:right w:val="single" w:sz="4" w:space="0" w:color="000000"/>
            </w:tcBorders>
            <w:vAlign w:val="center"/>
          </w:tcPr>
          <w:p w14:paraId="5910743F" w14:textId="77777777" w:rsidR="00325734" w:rsidRPr="00585726" w:rsidRDefault="00025742">
            <w:pPr>
              <w:jc w:val="center"/>
            </w:pPr>
            <w:r w:rsidRPr="00585726">
              <w:rPr>
                <w:b/>
              </w:rPr>
              <w:t>Bank</w:t>
            </w:r>
          </w:p>
        </w:tc>
      </w:tr>
      <w:tr w:rsidR="00325734" w:rsidRPr="00585726" w14:paraId="61B6540D" w14:textId="77777777" w:rsidTr="00662CC4">
        <w:tc>
          <w:tcPr>
            <w:tcW w:w="4734" w:type="dxa"/>
            <w:tcBorders>
              <w:top w:val="single" w:sz="4" w:space="0" w:color="000000"/>
              <w:left w:val="single" w:sz="4" w:space="0" w:color="000000"/>
              <w:bottom w:val="single" w:sz="4" w:space="0" w:color="000000"/>
              <w:right w:val="single" w:sz="4" w:space="0" w:color="000000"/>
            </w:tcBorders>
            <w:vAlign w:val="center"/>
          </w:tcPr>
          <w:p w14:paraId="62819395" w14:textId="77777777" w:rsidR="00325734" w:rsidRPr="00585726" w:rsidRDefault="00025742">
            <w:r w:rsidRPr="00585726">
              <w:t>F.I.Sh.: ______________________</w:t>
            </w:r>
            <w:r w:rsidRPr="00585726">
              <w:br/>
              <w:t>Lavozimi: ___________________</w:t>
            </w:r>
            <w:r w:rsidRPr="00585726">
              <w:br/>
              <w:t>Imzo: _______________________</w:t>
            </w:r>
          </w:p>
        </w:tc>
        <w:tc>
          <w:tcPr>
            <w:tcW w:w="4900" w:type="dxa"/>
            <w:tcBorders>
              <w:top w:val="single" w:sz="4" w:space="0" w:color="000000"/>
              <w:left w:val="single" w:sz="4" w:space="0" w:color="000000"/>
              <w:bottom w:val="single" w:sz="4" w:space="0" w:color="000000"/>
              <w:right w:val="single" w:sz="4" w:space="0" w:color="000000"/>
            </w:tcBorders>
            <w:vAlign w:val="center"/>
          </w:tcPr>
          <w:p w14:paraId="2007AE4C" w14:textId="77777777" w:rsidR="00325734" w:rsidRPr="00585726" w:rsidRDefault="00025742">
            <w:r w:rsidRPr="00585726">
              <w:t>F.I.Sh.: ______________________</w:t>
            </w:r>
            <w:r w:rsidRPr="00585726">
              <w:br/>
              <w:t>Lavozimi: ___________________</w:t>
            </w:r>
            <w:r w:rsidRPr="00585726">
              <w:br/>
              <w:t>Imzo: _______________________</w:t>
            </w:r>
          </w:p>
        </w:tc>
      </w:tr>
    </w:tbl>
    <w:p w14:paraId="7BB0EB03" w14:textId="77777777" w:rsidR="00662CC4" w:rsidRPr="00585726" w:rsidRDefault="00662CC4"/>
    <w:p w14:paraId="25DEC8FB" w14:textId="2A9A4760" w:rsidR="00325734" w:rsidRPr="00585726" w:rsidRDefault="00025742">
      <w:r w:rsidRPr="00585726">
        <w:t xml:space="preserve">2-ILOVA. KARTA EGALARI </w:t>
      </w:r>
      <w:proofErr w:type="gramStart"/>
      <w:r w:rsidRPr="00585726">
        <w:t>R</w:t>
      </w:r>
      <w:r w:rsidR="008841C6" w:rsidRPr="00585726">
        <w:t>O‘</w:t>
      </w:r>
      <w:proofErr w:type="gramEnd"/>
      <w:r w:rsidRPr="00585726">
        <w:t>YXATI VA LIMITLAR SHAKLI</w:t>
      </w:r>
    </w:p>
    <w:tbl>
      <w:tblPr>
        <w:tblW w:w="0" w:type="auto"/>
        <w:jc w:val="center"/>
        <w:tblLook w:val="04A0" w:firstRow="1" w:lastRow="0" w:firstColumn="1" w:lastColumn="0" w:noHBand="0" w:noVBand="1"/>
      </w:tblPr>
      <w:tblGrid>
        <w:gridCol w:w="1129"/>
        <w:gridCol w:w="1160"/>
        <w:gridCol w:w="1182"/>
        <w:gridCol w:w="1169"/>
        <w:gridCol w:w="1161"/>
        <w:gridCol w:w="1150"/>
        <w:gridCol w:w="1586"/>
        <w:gridCol w:w="1142"/>
      </w:tblGrid>
      <w:tr w:rsidR="00325734" w:rsidRPr="00585726" w14:paraId="45539D8D" w14:textId="77777777">
        <w:trPr>
          <w:tblHeader/>
          <w:jc w:val="center"/>
        </w:trPr>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ED10FE2" w14:textId="77777777" w:rsidR="00325734" w:rsidRPr="00585726" w:rsidRDefault="00025742">
            <w:pPr>
              <w:jc w:val="center"/>
            </w:pPr>
            <w:r w:rsidRPr="00585726">
              <w:rPr>
                <w:b/>
              </w:rPr>
              <w:t>T/r</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55B54F9" w14:textId="77777777" w:rsidR="00325734" w:rsidRPr="00585726" w:rsidRDefault="00025742">
            <w:pPr>
              <w:jc w:val="center"/>
            </w:pPr>
            <w:r w:rsidRPr="00585726">
              <w:rPr>
                <w:b/>
              </w:rPr>
              <w:t>Karta egasi F.I.Sh.</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BD7C8AB" w14:textId="77777777" w:rsidR="00325734" w:rsidRPr="00585726" w:rsidRDefault="00025742">
            <w:pPr>
              <w:jc w:val="center"/>
            </w:pPr>
            <w:r w:rsidRPr="00585726">
              <w:rPr>
                <w:b/>
              </w:rPr>
              <w:t>Lavozimi</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03A3DC3" w14:textId="77777777" w:rsidR="00325734" w:rsidRPr="00585726" w:rsidRDefault="00025742">
            <w:pPr>
              <w:jc w:val="center"/>
            </w:pPr>
            <w:r w:rsidRPr="00585726">
              <w:rPr>
                <w:b/>
              </w:rPr>
              <w:t>Telefon</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5601C35" w14:textId="77777777" w:rsidR="00325734" w:rsidRPr="00585726" w:rsidRDefault="00025742">
            <w:pPr>
              <w:jc w:val="center"/>
            </w:pPr>
            <w:r w:rsidRPr="00585726">
              <w:rPr>
                <w:b/>
              </w:rPr>
              <w:t>Kunlik limit</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3270A34" w14:textId="77777777" w:rsidR="00325734" w:rsidRPr="00585726" w:rsidRDefault="00025742">
            <w:pPr>
              <w:jc w:val="center"/>
            </w:pPr>
            <w:r w:rsidRPr="00585726">
              <w:rPr>
                <w:b/>
              </w:rPr>
              <w:t>Oylik limit</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BBF2491" w14:textId="77777777" w:rsidR="00325734" w:rsidRPr="00585726" w:rsidRDefault="00025742">
            <w:pPr>
              <w:jc w:val="center"/>
            </w:pPr>
            <w:r w:rsidRPr="00585726">
              <w:rPr>
                <w:b/>
              </w:rPr>
              <w:t>Ruxsat etilgan operatsiyalar</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EEA8095" w14:textId="77777777" w:rsidR="00325734" w:rsidRPr="00585726" w:rsidRDefault="00025742">
            <w:pPr>
              <w:jc w:val="center"/>
            </w:pPr>
            <w:r w:rsidRPr="00585726">
              <w:rPr>
                <w:b/>
              </w:rPr>
              <w:t>Izoh</w:t>
            </w:r>
          </w:p>
        </w:tc>
      </w:tr>
      <w:tr w:rsidR="00325734" w:rsidRPr="00585726" w14:paraId="34D41EDA"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33CFF514" w14:textId="77777777" w:rsidR="00325734" w:rsidRPr="00585726" w:rsidRDefault="00025742">
            <w:r w:rsidRPr="00585726">
              <w:t>1</w:t>
            </w:r>
          </w:p>
        </w:tc>
        <w:tc>
          <w:tcPr>
            <w:tcW w:w="1184" w:type="dxa"/>
            <w:tcBorders>
              <w:top w:val="single" w:sz="4" w:space="0" w:color="000000"/>
              <w:left w:val="single" w:sz="4" w:space="0" w:color="000000"/>
              <w:bottom w:val="single" w:sz="4" w:space="0" w:color="000000"/>
              <w:right w:val="single" w:sz="4" w:space="0" w:color="000000"/>
            </w:tcBorders>
            <w:vAlign w:val="center"/>
          </w:tcPr>
          <w:p w14:paraId="4BF9C559"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814D34E"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61FB275C"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B21CDF5"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AE73287"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28A4F10" w14:textId="77777777" w:rsidR="00325734" w:rsidRPr="00585726" w:rsidRDefault="00025742">
            <w:proofErr w:type="spellStart"/>
            <w:r w:rsidRPr="00585726">
              <w:t>Naqd</w:t>
            </w:r>
            <w:proofErr w:type="spellEnd"/>
            <w:r w:rsidRPr="00585726">
              <w:t xml:space="preserve"> </w:t>
            </w:r>
            <w:proofErr w:type="spellStart"/>
            <w:r w:rsidRPr="00585726">
              <w:t>pul</w:t>
            </w:r>
            <w:proofErr w:type="spellEnd"/>
            <w:r w:rsidRPr="00585726">
              <w:t xml:space="preserve"> / </w:t>
            </w:r>
            <w:proofErr w:type="spellStart"/>
            <w:r w:rsidRPr="00585726">
              <w:t>naqdsiz</w:t>
            </w:r>
            <w:proofErr w:type="spellEnd"/>
            <w:r w:rsidRPr="00585726">
              <w:t xml:space="preserve"> / internet </w:t>
            </w:r>
            <w:proofErr w:type="spellStart"/>
            <w:proofErr w:type="gramStart"/>
            <w:r w:rsidRPr="00585726">
              <w:t>t</w:t>
            </w:r>
            <w:r w:rsidR="008841C6" w:rsidRPr="00585726">
              <w:t>o‘</w:t>
            </w:r>
            <w:proofErr w:type="gramEnd"/>
            <w:r w:rsidRPr="00585726">
              <w:t>lovlar</w:t>
            </w:r>
            <w:proofErr w:type="spellEnd"/>
          </w:p>
        </w:tc>
        <w:tc>
          <w:tcPr>
            <w:tcW w:w="1184" w:type="dxa"/>
            <w:tcBorders>
              <w:top w:val="single" w:sz="4" w:space="0" w:color="000000"/>
              <w:left w:val="single" w:sz="4" w:space="0" w:color="000000"/>
              <w:bottom w:val="single" w:sz="4" w:space="0" w:color="000000"/>
              <w:right w:val="single" w:sz="4" w:space="0" w:color="000000"/>
            </w:tcBorders>
            <w:vAlign w:val="center"/>
          </w:tcPr>
          <w:p w14:paraId="3F0819D7" w14:textId="77777777" w:rsidR="00325734" w:rsidRPr="00585726" w:rsidRDefault="00325734"/>
        </w:tc>
      </w:tr>
      <w:tr w:rsidR="00325734" w:rsidRPr="00585726" w14:paraId="02472F64"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48B0718E" w14:textId="77777777" w:rsidR="00325734" w:rsidRPr="00585726" w:rsidRDefault="00025742">
            <w:r w:rsidRPr="00585726">
              <w:t>2</w:t>
            </w:r>
          </w:p>
        </w:tc>
        <w:tc>
          <w:tcPr>
            <w:tcW w:w="1184" w:type="dxa"/>
            <w:tcBorders>
              <w:top w:val="single" w:sz="4" w:space="0" w:color="000000"/>
              <w:left w:val="single" w:sz="4" w:space="0" w:color="000000"/>
              <w:bottom w:val="single" w:sz="4" w:space="0" w:color="000000"/>
              <w:right w:val="single" w:sz="4" w:space="0" w:color="000000"/>
            </w:tcBorders>
            <w:vAlign w:val="center"/>
          </w:tcPr>
          <w:p w14:paraId="34011EB1"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A03386E"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8989C6A"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1B58125"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B286532"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7BF19A3"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9476053" w14:textId="77777777" w:rsidR="00325734" w:rsidRPr="00585726" w:rsidRDefault="00325734"/>
        </w:tc>
      </w:tr>
      <w:tr w:rsidR="00325734" w:rsidRPr="00585726" w14:paraId="64F4917E"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7FF1BDA1" w14:textId="77777777" w:rsidR="00325734" w:rsidRPr="00585726" w:rsidRDefault="00025742">
            <w:r w:rsidRPr="00585726">
              <w:t>3</w:t>
            </w:r>
          </w:p>
        </w:tc>
        <w:tc>
          <w:tcPr>
            <w:tcW w:w="1184" w:type="dxa"/>
            <w:tcBorders>
              <w:top w:val="single" w:sz="4" w:space="0" w:color="000000"/>
              <w:left w:val="single" w:sz="4" w:space="0" w:color="000000"/>
              <w:bottom w:val="single" w:sz="4" w:space="0" w:color="000000"/>
              <w:right w:val="single" w:sz="4" w:space="0" w:color="000000"/>
            </w:tcBorders>
            <w:vAlign w:val="center"/>
          </w:tcPr>
          <w:p w14:paraId="7804D36E"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6C302329"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0DC1D402"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FEF0ACB"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07E052E"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D99A415"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A388288" w14:textId="77777777" w:rsidR="00325734" w:rsidRPr="00585726" w:rsidRDefault="00325734"/>
        </w:tc>
      </w:tr>
    </w:tbl>
    <w:p w14:paraId="157E72CE" w14:textId="4D34DAAF" w:rsidR="00325734" w:rsidRPr="00585726" w:rsidRDefault="00325734"/>
    <w:p w14:paraId="2F070F1F" w14:textId="77777777" w:rsidR="00325734" w:rsidRPr="00585726" w:rsidRDefault="00025742">
      <w:r w:rsidRPr="00585726">
        <w:t>3-ILOVA. KARTANI TOPSHIRISH-QABUL QILISH DALOLATNOMASI</w:t>
      </w:r>
    </w:p>
    <w:p w14:paraId="3CDBDA46" w14:textId="77777777" w:rsidR="00325734" w:rsidRPr="00585726" w:rsidRDefault="00025742">
      <w:r w:rsidRPr="00585726">
        <w:t>Mazkur dalolatnoma asosida Bank tomonidan chiqarilgan korporativ karta Mijoz vakiliga topshiriladi.</w:t>
      </w:r>
    </w:p>
    <w:tbl>
      <w:tblPr>
        <w:tblW w:w="0" w:type="auto"/>
        <w:jc w:val="center"/>
        <w:tblLook w:val="04A0" w:firstRow="1" w:lastRow="0" w:firstColumn="1" w:lastColumn="0" w:noHBand="0" w:noVBand="1"/>
      </w:tblPr>
      <w:tblGrid>
        <w:gridCol w:w="3834"/>
        <w:gridCol w:w="5845"/>
      </w:tblGrid>
      <w:tr w:rsidR="00325734" w:rsidRPr="00585726" w14:paraId="063FA5A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9518A3E" w14:textId="77777777" w:rsidR="00325734" w:rsidRPr="00585726" w:rsidRDefault="00025742">
            <w:r w:rsidRPr="00585726">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28314C0F" w14:textId="77777777" w:rsidR="00325734" w:rsidRPr="00585726" w:rsidRDefault="00025742">
            <w:r w:rsidRPr="00585726">
              <w:t>______________________________________________</w:t>
            </w:r>
          </w:p>
        </w:tc>
      </w:tr>
      <w:tr w:rsidR="00325734" w:rsidRPr="00585726" w14:paraId="6DBE1BA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C1E495" w14:textId="77777777" w:rsidR="00325734" w:rsidRPr="00585726" w:rsidRDefault="00025742">
            <w:r w:rsidRPr="00585726">
              <w:t>Karta egasi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736B12D3" w14:textId="77777777" w:rsidR="00325734" w:rsidRPr="00585726" w:rsidRDefault="00025742">
            <w:r w:rsidRPr="00585726">
              <w:t>______________________________________________</w:t>
            </w:r>
          </w:p>
        </w:tc>
      </w:tr>
      <w:tr w:rsidR="00325734" w:rsidRPr="00585726" w14:paraId="252245F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1384211" w14:textId="77777777" w:rsidR="00325734" w:rsidRPr="00585726" w:rsidRDefault="00025742">
            <w:r w:rsidRPr="00585726">
              <w:t>Karta raqamining oxirgi 4 xonasi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564B6303" w14:textId="77777777" w:rsidR="00325734" w:rsidRPr="00585726" w:rsidRDefault="00025742">
            <w:r w:rsidRPr="00585726">
              <w:t>____</w:t>
            </w:r>
          </w:p>
        </w:tc>
      </w:tr>
      <w:tr w:rsidR="00325734" w:rsidRPr="00585726" w14:paraId="5320F4B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EE26FA4" w14:textId="77777777" w:rsidR="00325734" w:rsidRPr="00585726" w:rsidRDefault="00025742">
            <w:r w:rsidRPr="00585726">
              <w:t>Topshirish sanasi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3FE1C3CA" w14:textId="77777777" w:rsidR="00325734" w:rsidRPr="00585726" w:rsidRDefault="00025742">
            <w:r w:rsidRPr="00585726">
              <w:t>____ / ____ / ______</w:t>
            </w:r>
          </w:p>
        </w:tc>
      </w:tr>
      <w:tr w:rsidR="00325734" w:rsidRPr="00585726" w14:paraId="11334EA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2593CF7" w14:textId="77777777" w:rsidR="00325734" w:rsidRPr="00585726" w:rsidRDefault="00025742">
            <w:r w:rsidRPr="00585726">
              <w:t>Karta holati</w:t>
            </w:r>
          </w:p>
        </w:tc>
        <w:tc>
          <w:tcPr>
            <w:tcW w:w="5669" w:type="dxa"/>
            <w:tcBorders>
              <w:top w:val="single" w:sz="4" w:space="0" w:color="000000"/>
              <w:left w:val="single" w:sz="4" w:space="0" w:color="000000"/>
              <w:bottom w:val="single" w:sz="4" w:space="0" w:color="000000"/>
              <w:right w:val="single" w:sz="4" w:space="0" w:color="000000"/>
            </w:tcBorders>
            <w:vAlign w:val="center"/>
          </w:tcPr>
          <w:p w14:paraId="2484AED1" w14:textId="77777777" w:rsidR="00325734" w:rsidRPr="00585726" w:rsidRDefault="00025742">
            <w:proofErr w:type="spellStart"/>
            <w:r w:rsidRPr="00585726">
              <w:t>Faol</w:t>
            </w:r>
            <w:proofErr w:type="spellEnd"/>
            <w:r w:rsidRPr="00585726">
              <w:t xml:space="preserve"> / </w:t>
            </w:r>
            <w:proofErr w:type="spellStart"/>
            <w:r w:rsidRPr="00585726">
              <w:t>nofaol</w:t>
            </w:r>
            <w:proofErr w:type="spellEnd"/>
            <w:r w:rsidRPr="00585726">
              <w:t xml:space="preserve"> / PIN-</w:t>
            </w:r>
            <w:proofErr w:type="spellStart"/>
            <w:proofErr w:type="gramStart"/>
            <w:r w:rsidR="008841C6" w:rsidRPr="00585726">
              <w:t>o‘</w:t>
            </w:r>
            <w:proofErr w:type="gramEnd"/>
            <w:r w:rsidRPr="00585726">
              <w:t>rnatilmagan</w:t>
            </w:r>
            <w:proofErr w:type="spellEnd"/>
          </w:p>
        </w:tc>
      </w:tr>
      <w:tr w:rsidR="00325734" w:rsidRPr="00585726" w14:paraId="4C1760D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85D6EDA" w14:textId="77777777" w:rsidR="00325734" w:rsidRPr="00585726" w:rsidRDefault="00025742">
            <w:r w:rsidRPr="00585726">
              <w:t>Eslatma</w:t>
            </w:r>
          </w:p>
        </w:tc>
        <w:tc>
          <w:tcPr>
            <w:tcW w:w="5669" w:type="dxa"/>
            <w:tcBorders>
              <w:top w:val="single" w:sz="4" w:space="0" w:color="000000"/>
              <w:left w:val="single" w:sz="4" w:space="0" w:color="000000"/>
              <w:bottom w:val="single" w:sz="4" w:space="0" w:color="000000"/>
              <w:right w:val="single" w:sz="4" w:space="0" w:color="000000"/>
            </w:tcBorders>
            <w:vAlign w:val="center"/>
          </w:tcPr>
          <w:p w14:paraId="337289A5" w14:textId="77777777" w:rsidR="00325734" w:rsidRPr="00585726" w:rsidRDefault="00025742">
            <w:r w:rsidRPr="00585726">
              <w:t>______________________________________________</w:t>
            </w:r>
          </w:p>
        </w:tc>
      </w:tr>
    </w:tbl>
    <w:p w14:paraId="37EC345D" w14:textId="77777777" w:rsidR="00325734" w:rsidRPr="00585726" w:rsidRDefault="00025742">
      <w:proofErr w:type="spellStart"/>
      <w:r w:rsidRPr="00585726">
        <w:t>Mijoz</w:t>
      </w:r>
      <w:proofErr w:type="spellEnd"/>
      <w:r w:rsidRPr="00585726">
        <w:t xml:space="preserve"> </w:t>
      </w:r>
      <w:proofErr w:type="spellStart"/>
      <w:r w:rsidRPr="00585726">
        <w:t>vakili</w:t>
      </w:r>
      <w:proofErr w:type="spellEnd"/>
      <w:r w:rsidRPr="00585726">
        <w:t xml:space="preserve"> </w:t>
      </w:r>
      <w:proofErr w:type="spellStart"/>
      <w:r w:rsidRPr="00585726">
        <w:t>kartani</w:t>
      </w:r>
      <w:proofErr w:type="spellEnd"/>
      <w:r w:rsidRPr="00585726">
        <w:t xml:space="preserve">, </w:t>
      </w:r>
      <w:proofErr w:type="spellStart"/>
      <w:r w:rsidRPr="00585726">
        <w:t>xavfsizlik</w:t>
      </w:r>
      <w:proofErr w:type="spellEnd"/>
      <w:r w:rsidRPr="00585726">
        <w:t xml:space="preserve"> </w:t>
      </w:r>
      <w:proofErr w:type="spellStart"/>
      <w:proofErr w:type="gramStart"/>
      <w:r w:rsidRPr="00585726">
        <w:t>b</w:t>
      </w:r>
      <w:r w:rsidR="008841C6" w:rsidRPr="00585726">
        <w:t>o‘</w:t>
      </w:r>
      <w:proofErr w:type="gramEnd"/>
      <w:r w:rsidRPr="00585726">
        <w:t>yicha</w:t>
      </w:r>
      <w:proofErr w:type="spellEnd"/>
      <w:r w:rsidRPr="00585726">
        <w:t xml:space="preserve"> </w:t>
      </w:r>
      <w:proofErr w:type="spellStart"/>
      <w:r w:rsidRPr="00585726">
        <w:t>y</w:t>
      </w:r>
      <w:r w:rsidR="008841C6" w:rsidRPr="00585726">
        <w:t>o‘</w:t>
      </w:r>
      <w:r w:rsidRPr="00585726">
        <w:t>riqnomani</w:t>
      </w:r>
      <w:proofErr w:type="spellEnd"/>
      <w:r w:rsidRPr="00585726">
        <w:t xml:space="preserve"> </w:t>
      </w:r>
      <w:proofErr w:type="spellStart"/>
      <w:r w:rsidRPr="00585726">
        <w:t>va</w:t>
      </w:r>
      <w:proofErr w:type="spellEnd"/>
      <w:r w:rsidRPr="00585726">
        <w:t xml:space="preserve"> </w:t>
      </w:r>
      <w:proofErr w:type="spellStart"/>
      <w:r w:rsidRPr="00585726">
        <w:t>tariflar</w:t>
      </w:r>
      <w:proofErr w:type="spellEnd"/>
      <w:r w:rsidRPr="00585726">
        <w:t xml:space="preserve"> </w:t>
      </w:r>
      <w:proofErr w:type="spellStart"/>
      <w:r w:rsidRPr="00585726">
        <w:t>t</w:t>
      </w:r>
      <w:r w:rsidR="008841C6" w:rsidRPr="00585726">
        <w:t>o‘g‘</w:t>
      </w:r>
      <w:r w:rsidRPr="00585726">
        <w:t>risidagi</w:t>
      </w:r>
      <w:proofErr w:type="spellEnd"/>
      <w:r w:rsidRPr="00585726">
        <w:t xml:space="preserve"> </w:t>
      </w:r>
      <w:proofErr w:type="spellStart"/>
      <w:r w:rsidRPr="00585726">
        <w:t>axborotni</w:t>
      </w:r>
      <w:proofErr w:type="spellEnd"/>
      <w:r w:rsidRPr="00585726">
        <w:t xml:space="preserve"> </w:t>
      </w:r>
      <w:proofErr w:type="spellStart"/>
      <w:r w:rsidRPr="00585726">
        <w:t>olganligini</w:t>
      </w:r>
      <w:proofErr w:type="spellEnd"/>
      <w:r w:rsidRPr="00585726">
        <w:t xml:space="preserve"> </w:t>
      </w:r>
      <w:proofErr w:type="spellStart"/>
      <w:r w:rsidRPr="00585726">
        <w:t>tasdiqlaydi</w:t>
      </w:r>
      <w:proofErr w:type="spellEnd"/>
      <w:r w:rsidRPr="00585726">
        <w:t>.</w:t>
      </w:r>
    </w:p>
    <w:p w14:paraId="7BA19618"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1F40400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1080D69" w14:textId="77777777" w:rsidR="00325734" w:rsidRPr="00585726" w:rsidRDefault="00025742">
            <w:pPr>
              <w:jc w:val="center"/>
            </w:pPr>
            <w:r w:rsidRPr="00585726">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2CF71DD5" w14:textId="77777777" w:rsidR="00325734" w:rsidRPr="00585726" w:rsidRDefault="00025742">
            <w:pPr>
              <w:jc w:val="center"/>
            </w:pPr>
            <w:r w:rsidRPr="00585726">
              <w:rPr>
                <w:b/>
              </w:rPr>
              <w:t>Bank</w:t>
            </w:r>
          </w:p>
        </w:tc>
      </w:tr>
      <w:tr w:rsidR="00325734" w:rsidRPr="00585726" w14:paraId="7793CA9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7EE64FF5" w14:textId="77777777" w:rsidR="00325734" w:rsidRPr="00585726" w:rsidRDefault="00025742">
            <w:r w:rsidRPr="00585726">
              <w:t>F.I.Sh.: ______________________</w:t>
            </w:r>
            <w:r w:rsidRPr="00585726">
              <w:br/>
              <w:t>Lavozimi: ___________________</w:t>
            </w:r>
            <w:r w:rsidRPr="00585726">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4965DA7" w14:textId="77777777" w:rsidR="00325734" w:rsidRPr="00585726" w:rsidRDefault="00025742">
            <w:r w:rsidRPr="00585726">
              <w:t>F.I.Sh.: ______________________</w:t>
            </w:r>
            <w:r w:rsidRPr="00585726">
              <w:br/>
              <w:t>Lavozimi: ___________________</w:t>
            </w:r>
            <w:r w:rsidRPr="00585726">
              <w:br/>
              <w:t>Imzo: _______________________</w:t>
            </w:r>
          </w:p>
        </w:tc>
      </w:tr>
    </w:tbl>
    <w:p w14:paraId="247A719F" w14:textId="7FB64A81" w:rsidR="00325734" w:rsidRPr="00585726" w:rsidRDefault="00025742">
      <w:r w:rsidRPr="00585726">
        <w:br w:type="page"/>
      </w:r>
      <w:r w:rsidRPr="00585726">
        <w:lastRenderedPageBreak/>
        <w:t xml:space="preserve">4-ILOVA. KORPORATIV KARTA </w:t>
      </w:r>
      <w:proofErr w:type="gramStart"/>
      <w:r w:rsidRPr="00585726">
        <w:t>B</w:t>
      </w:r>
      <w:r w:rsidR="008841C6" w:rsidRPr="00585726">
        <w:t>O‘</w:t>
      </w:r>
      <w:proofErr w:type="gramEnd"/>
      <w:r w:rsidRPr="00585726">
        <w:t>YICHA TARIFLAR SHAKLI</w:t>
      </w:r>
    </w:p>
    <w:tbl>
      <w:tblPr>
        <w:tblW w:w="0" w:type="auto"/>
        <w:jc w:val="center"/>
        <w:tblLook w:val="04A0" w:firstRow="1" w:lastRow="0" w:firstColumn="1" w:lastColumn="0" w:noHBand="0" w:noVBand="1"/>
      </w:tblPr>
      <w:tblGrid>
        <w:gridCol w:w="2367"/>
        <w:gridCol w:w="2367"/>
        <w:gridCol w:w="2367"/>
        <w:gridCol w:w="2367"/>
      </w:tblGrid>
      <w:tr w:rsidR="00325734" w:rsidRPr="00585726" w14:paraId="6D0D9A73"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86594D7" w14:textId="77777777" w:rsidR="00325734" w:rsidRPr="00585726" w:rsidRDefault="00025742">
            <w:pPr>
              <w:jc w:val="center"/>
            </w:pPr>
            <w:r w:rsidRPr="00585726">
              <w:rPr>
                <w:b/>
              </w:rPr>
              <w:t>Xizmat turi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C0BB8CC" w14:textId="77777777" w:rsidR="00325734" w:rsidRPr="00585726" w:rsidRDefault="00025742">
            <w:pPr>
              <w:jc w:val="center"/>
            </w:pPr>
            <w:r w:rsidRPr="00585726">
              <w:rPr>
                <w:b/>
              </w:rPr>
              <w:t>Tarif miqdori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8BD48E5" w14:textId="77777777" w:rsidR="00325734" w:rsidRPr="00585726" w:rsidRDefault="00025742">
            <w:pPr>
              <w:jc w:val="center"/>
            </w:pPr>
            <w:r w:rsidRPr="00585726">
              <w:rPr>
                <w:b/>
              </w:rPr>
              <w:t>Undirish tartibi</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0A24A6B" w14:textId="77777777" w:rsidR="00325734" w:rsidRPr="00585726" w:rsidRDefault="00025742">
            <w:pPr>
              <w:jc w:val="center"/>
            </w:pPr>
            <w:r w:rsidRPr="00585726">
              <w:rPr>
                <w:b/>
              </w:rPr>
              <w:t>Izoh</w:t>
            </w:r>
          </w:p>
        </w:tc>
      </w:tr>
      <w:tr w:rsidR="00325734" w:rsidRPr="00585726" w14:paraId="53E7513B"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DEB14BB" w14:textId="77777777" w:rsidR="00325734" w:rsidRPr="00585726" w:rsidRDefault="00025742">
            <w:r w:rsidRPr="00585726">
              <w:t>Karta chiqarish</w:t>
            </w:r>
          </w:p>
        </w:tc>
        <w:tc>
          <w:tcPr>
            <w:tcW w:w="2367" w:type="dxa"/>
            <w:tcBorders>
              <w:top w:val="single" w:sz="4" w:space="0" w:color="000000"/>
              <w:left w:val="single" w:sz="4" w:space="0" w:color="000000"/>
              <w:bottom w:val="single" w:sz="4" w:space="0" w:color="000000"/>
              <w:right w:val="single" w:sz="4" w:space="0" w:color="000000"/>
            </w:tcBorders>
            <w:vAlign w:val="center"/>
          </w:tcPr>
          <w:p w14:paraId="7E871EF9"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20BC3CE1" w14:textId="77777777" w:rsidR="00325734" w:rsidRPr="00585726" w:rsidRDefault="00025742">
            <w:r w:rsidRPr="00585726">
              <w:t>Bir martalik</w:t>
            </w:r>
          </w:p>
        </w:tc>
        <w:tc>
          <w:tcPr>
            <w:tcW w:w="2367" w:type="dxa"/>
            <w:tcBorders>
              <w:top w:val="single" w:sz="4" w:space="0" w:color="000000"/>
              <w:left w:val="single" w:sz="4" w:space="0" w:color="000000"/>
              <w:bottom w:val="single" w:sz="4" w:space="0" w:color="000000"/>
              <w:right w:val="single" w:sz="4" w:space="0" w:color="000000"/>
            </w:tcBorders>
            <w:vAlign w:val="center"/>
          </w:tcPr>
          <w:p w14:paraId="7078587B" w14:textId="77777777" w:rsidR="00325734" w:rsidRPr="00585726" w:rsidRDefault="00325734"/>
        </w:tc>
      </w:tr>
      <w:tr w:rsidR="00325734" w:rsidRPr="00585726" w14:paraId="39CBE3B7"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C2429A9" w14:textId="77777777" w:rsidR="00325734" w:rsidRPr="00585726" w:rsidRDefault="00025742">
            <w:r w:rsidRPr="00585726">
              <w:t>Qayta chiqarish</w:t>
            </w:r>
          </w:p>
        </w:tc>
        <w:tc>
          <w:tcPr>
            <w:tcW w:w="2367" w:type="dxa"/>
            <w:tcBorders>
              <w:top w:val="single" w:sz="4" w:space="0" w:color="000000"/>
              <w:left w:val="single" w:sz="4" w:space="0" w:color="000000"/>
              <w:bottom w:val="single" w:sz="4" w:space="0" w:color="000000"/>
              <w:right w:val="single" w:sz="4" w:space="0" w:color="000000"/>
            </w:tcBorders>
            <w:vAlign w:val="center"/>
          </w:tcPr>
          <w:p w14:paraId="425F2172"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5692DF5D" w14:textId="77777777" w:rsidR="00325734" w:rsidRPr="00585726" w:rsidRDefault="00025742">
            <w:r w:rsidRPr="00585726">
              <w:t>Bir martalik</w:t>
            </w:r>
          </w:p>
        </w:tc>
        <w:tc>
          <w:tcPr>
            <w:tcW w:w="2367" w:type="dxa"/>
            <w:tcBorders>
              <w:top w:val="single" w:sz="4" w:space="0" w:color="000000"/>
              <w:left w:val="single" w:sz="4" w:space="0" w:color="000000"/>
              <w:bottom w:val="single" w:sz="4" w:space="0" w:color="000000"/>
              <w:right w:val="single" w:sz="4" w:space="0" w:color="000000"/>
            </w:tcBorders>
            <w:vAlign w:val="center"/>
          </w:tcPr>
          <w:p w14:paraId="5B8FE187" w14:textId="77777777" w:rsidR="00325734" w:rsidRPr="00585726" w:rsidRDefault="00325734"/>
        </w:tc>
      </w:tr>
      <w:tr w:rsidR="00325734" w:rsidRPr="00585726" w14:paraId="65DD6EF6"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5DEBBDFE" w14:textId="77777777" w:rsidR="00325734" w:rsidRPr="00585726" w:rsidRDefault="00025742">
            <w:r w:rsidRPr="00585726">
              <w:t>Yillik xizmat haqi</w:t>
            </w:r>
          </w:p>
        </w:tc>
        <w:tc>
          <w:tcPr>
            <w:tcW w:w="2367" w:type="dxa"/>
            <w:tcBorders>
              <w:top w:val="single" w:sz="4" w:space="0" w:color="000000"/>
              <w:left w:val="single" w:sz="4" w:space="0" w:color="000000"/>
              <w:bottom w:val="single" w:sz="4" w:space="0" w:color="000000"/>
              <w:right w:val="single" w:sz="4" w:space="0" w:color="000000"/>
            </w:tcBorders>
            <w:vAlign w:val="center"/>
          </w:tcPr>
          <w:p w14:paraId="37E4A34C"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59597545" w14:textId="77777777" w:rsidR="00325734" w:rsidRPr="00585726" w:rsidRDefault="00025742">
            <w:r w:rsidRPr="00585726">
              <w:t>Yillik / oylik</w:t>
            </w:r>
          </w:p>
        </w:tc>
        <w:tc>
          <w:tcPr>
            <w:tcW w:w="2367" w:type="dxa"/>
            <w:tcBorders>
              <w:top w:val="single" w:sz="4" w:space="0" w:color="000000"/>
              <w:left w:val="single" w:sz="4" w:space="0" w:color="000000"/>
              <w:bottom w:val="single" w:sz="4" w:space="0" w:color="000000"/>
              <w:right w:val="single" w:sz="4" w:space="0" w:color="000000"/>
            </w:tcBorders>
            <w:vAlign w:val="center"/>
          </w:tcPr>
          <w:p w14:paraId="57F4D007" w14:textId="77777777" w:rsidR="00325734" w:rsidRPr="00585726" w:rsidRDefault="00325734"/>
        </w:tc>
      </w:tr>
      <w:tr w:rsidR="00325734" w:rsidRPr="00585726" w14:paraId="03EF79C7"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AF6CC13" w14:textId="77777777" w:rsidR="00325734" w:rsidRPr="00585726" w:rsidRDefault="00025742">
            <w:r w:rsidRPr="00585726">
              <w:t>Naqd pul yechish</w:t>
            </w:r>
          </w:p>
        </w:tc>
        <w:tc>
          <w:tcPr>
            <w:tcW w:w="2367" w:type="dxa"/>
            <w:tcBorders>
              <w:top w:val="single" w:sz="4" w:space="0" w:color="000000"/>
              <w:left w:val="single" w:sz="4" w:space="0" w:color="000000"/>
              <w:bottom w:val="single" w:sz="4" w:space="0" w:color="000000"/>
              <w:right w:val="single" w:sz="4" w:space="0" w:color="000000"/>
            </w:tcBorders>
            <w:vAlign w:val="center"/>
          </w:tcPr>
          <w:p w14:paraId="68FFE6A4"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3C401797" w14:textId="77777777" w:rsidR="00325734" w:rsidRPr="00585726" w:rsidRDefault="00025742">
            <w:r w:rsidRPr="00585726">
              <w:t xml:space="preserve">Har </w:t>
            </w:r>
            <w:proofErr w:type="spellStart"/>
            <w:r w:rsidRPr="00585726">
              <w:t>operatsiya</w:t>
            </w:r>
            <w:proofErr w:type="spellEnd"/>
            <w:r w:rsidRPr="00585726">
              <w:t xml:space="preserve"> </w:t>
            </w:r>
            <w:proofErr w:type="spellStart"/>
            <w:proofErr w:type="gramStart"/>
            <w:r w:rsidRPr="00585726">
              <w:t>b</w:t>
            </w:r>
            <w:r w:rsidR="008841C6" w:rsidRPr="00585726">
              <w:t>o‘</w:t>
            </w:r>
            <w:proofErr w:type="gramEnd"/>
            <w:r w:rsidRPr="00585726">
              <w:t>yicha</w:t>
            </w:r>
            <w:proofErr w:type="spellEnd"/>
          </w:p>
        </w:tc>
        <w:tc>
          <w:tcPr>
            <w:tcW w:w="2367" w:type="dxa"/>
            <w:tcBorders>
              <w:top w:val="single" w:sz="4" w:space="0" w:color="000000"/>
              <w:left w:val="single" w:sz="4" w:space="0" w:color="000000"/>
              <w:bottom w:val="single" w:sz="4" w:space="0" w:color="000000"/>
              <w:right w:val="single" w:sz="4" w:space="0" w:color="000000"/>
            </w:tcBorders>
            <w:vAlign w:val="center"/>
          </w:tcPr>
          <w:p w14:paraId="01D5D8EC" w14:textId="77777777" w:rsidR="00325734" w:rsidRPr="00585726" w:rsidRDefault="00325734"/>
        </w:tc>
      </w:tr>
      <w:tr w:rsidR="00325734" w:rsidRPr="00585726" w14:paraId="5330AEAA"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51F88EF" w14:textId="77777777" w:rsidR="00325734" w:rsidRPr="00585726" w:rsidRDefault="00025742">
            <w:r w:rsidRPr="00585726">
              <w:t>Valyuta konvertatsiyasi</w:t>
            </w:r>
          </w:p>
        </w:tc>
        <w:tc>
          <w:tcPr>
            <w:tcW w:w="2367" w:type="dxa"/>
            <w:tcBorders>
              <w:top w:val="single" w:sz="4" w:space="0" w:color="000000"/>
              <w:left w:val="single" w:sz="4" w:space="0" w:color="000000"/>
              <w:bottom w:val="single" w:sz="4" w:space="0" w:color="000000"/>
              <w:right w:val="single" w:sz="4" w:space="0" w:color="000000"/>
            </w:tcBorders>
            <w:vAlign w:val="center"/>
          </w:tcPr>
          <w:p w14:paraId="75D507C9"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0898AC36" w14:textId="77777777" w:rsidR="00325734" w:rsidRPr="00585726" w:rsidRDefault="00025742">
            <w:r w:rsidRPr="00585726">
              <w:t>Amaldagi kurs / komissiya</w:t>
            </w:r>
          </w:p>
        </w:tc>
        <w:tc>
          <w:tcPr>
            <w:tcW w:w="2367" w:type="dxa"/>
            <w:tcBorders>
              <w:top w:val="single" w:sz="4" w:space="0" w:color="000000"/>
              <w:left w:val="single" w:sz="4" w:space="0" w:color="000000"/>
              <w:bottom w:val="single" w:sz="4" w:space="0" w:color="000000"/>
              <w:right w:val="single" w:sz="4" w:space="0" w:color="000000"/>
            </w:tcBorders>
            <w:vAlign w:val="center"/>
          </w:tcPr>
          <w:p w14:paraId="64134AFD" w14:textId="77777777" w:rsidR="00325734" w:rsidRPr="00585726" w:rsidRDefault="00325734"/>
        </w:tc>
      </w:tr>
      <w:tr w:rsidR="00325734" w:rsidRPr="00585726" w14:paraId="2B27819F"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0DA99909" w14:textId="77777777" w:rsidR="00325734" w:rsidRPr="00585726" w:rsidRDefault="00025742">
            <w:proofErr w:type="spellStart"/>
            <w:r w:rsidRPr="00585726">
              <w:t>Ruxsatsiz</w:t>
            </w:r>
            <w:proofErr w:type="spellEnd"/>
            <w:r w:rsidRPr="00585726">
              <w:t xml:space="preserve"> </w:t>
            </w:r>
            <w:proofErr w:type="spellStart"/>
            <w:r w:rsidRPr="00585726">
              <w:t>operatsiya</w:t>
            </w:r>
            <w:proofErr w:type="spellEnd"/>
            <w:r w:rsidRPr="00585726">
              <w:t xml:space="preserve"> </w:t>
            </w:r>
            <w:proofErr w:type="spellStart"/>
            <w:proofErr w:type="gramStart"/>
            <w:r w:rsidRPr="00585726">
              <w:t>b</w:t>
            </w:r>
            <w:r w:rsidR="008841C6" w:rsidRPr="00585726">
              <w:t>o‘</w:t>
            </w:r>
            <w:proofErr w:type="gramEnd"/>
            <w:r w:rsidRPr="00585726">
              <w:t>yicha</w:t>
            </w:r>
            <w:proofErr w:type="spellEnd"/>
            <w:r w:rsidRPr="00585726">
              <w:t xml:space="preserve"> </w:t>
            </w:r>
            <w:proofErr w:type="spellStart"/>
            <w:r w:rsidRPr="00585726">
              <w:t>k</w:t>
            </w:r>
            <w:r w:rsidR="008841C6" w:rsidRPr="00585726">
              <w:t>o‘</w:t>
            </w:r>
            <w:r w:rsidRPr="00585726">
              <w:t>rib</w:t>
            </w:r>
            <w:proofErr w:type="spellEnd"/>
            <w:r w:rsidRPr="00585726">
              <w:t xml:space="preserve"> </w:t>
            </w:r>
            <w:proofErr w:type="spellStart"/>
            <w:r w:rsidRPr="00585726">
              <w:t>chiqish</w:t>
            </w:r>
            <w:proofErr w:type="spellEnd"/>
          </w:p>
        </w:tc>
        <w:tc>
          <w:tcPr>
            <w:tcW w:w="2367" w:type="dxa"/>
            <w:tcBorders>
              <w:top w:val="single" w:sz="4" w:space="0" w:color="000000"/>
              <w:left w:val="single" w:sz="4" w:space="0" w:color="000000"/>
              <w:bottom w:val="single" w:sz="4" w:space="0" w:color="000000"/>
              <w:right w:val="single" w:sz="4" w:space="0" w:color="000000"/>
            </w:tcBorders>
            <w:vAlign w:val="center"/>
          </w:tcPr>
          <w:p w14:paraId="3E60A99D"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1D57C07B" w14:textId="77777777" w:rsidR="00325734" w:rsidRPr="00585726" w:rsidRDefault="00025742">
            <w:r w:rsidRPr="00585726">
              <w:t>Ariza asosida</w:t>
            </w:r>
          </w:p>
        </w:tc>
        <w:tc>
          <w:tcPr>
            <w:tcW w:w="2367" w:type="dxa"/>
            <w:tcBorders>
              <w:top w:val="single" w:sz="4" w:space="0" w:color="000000"/>
              <w:left w:val="single" w:sz="4" w:space="0" w:color="000000"/>
              <w:bottom w:val="single" w:sz="4" w:space="0" w:color="000000"/>
              <w:right w:val="single" w:sz="4" w:space="0" w:color="000000"/>
            </w:tcBorders>
            <w:vAlign w:val="center"/>
          </w:tcPr>
          <w:p w14:paraId="4A7FFD5C" w14:textId="77777777" w:rsidR="00325734" w:rsidRPr="00585726" w:rsidRDefault="00325734"/>
        </w:tc>
      </w:tr>
    </w:tbl>
    <w:p w14:paraId="25A48A61" w14:textId="77777777" w:rsidR="00325734" w:rsidRPr="00585726" w:rsidRDefault="00025742" w:rsidP="00662CC4">
      <w:pPr>
        <w:ind w:firstLine="567"/>
        <w:jc w:val="both"/>
      </w:pPr>
      <w:r w:rsidRPr="00585726">
        <w:t xml:space="preserve">Mazkur ilova Bankning amaldagi tariflari asosida </w:t>
      </w:r>
      <w:proofErr w:type="spellStart"/>
      <w:proofErr w:type="gramStart"/>
      <w:r w:rsidRPr="00585726">
        <w:t>to‘</w:t>
      </w:r>
      <w:proofErr w:type="gramEnd"/>
      <w:r w:rsidRPr="00585726">
        <w:t>ldiriladi</w:t>
      </w:r>
      <w:proofErr w:type="spellEnd"/>
      <w:r w:rsidRPr="00585726">
        <w:t xml:space="preserve"> </w:t>
      </w:r>
      <w:proofErr w:type="spellStart"/>
      <w:r w:rsidRPr="00585726">
        <w:t>va</w:t>
      </w:r>
      <w:proofErr w:type="spellEnd"/>
      <w:r w:rsidRPr="00585726">
        <w:t xml:space="preserve"> Bank </w:t>
      </w:r>
      <w:proofErr w:type="spellStart"/>
      <w:r w:rsidRPr="00585726">
        <w:t>Boshqaruvi</w:t>
      </w:r>
      <w:proofErr w:type="spellEnd"/>
      <w:r w:rsidRPr="00585726">
        <w:t xml:space="preserve"> </w:t>
      </w:r>
      <w:proofErr w:type="spellStart"/>
      <w:r w:rsidRPr="00585726">
        <w:t>tomonidan</w:t>
      </w:r>
      <w:proofErr w:type="spellEnd"/>
      <w:r w:rsidRPr="00585726">
        <w:t xml:space="preserve"> </w:t>
      </w:r>
      <w:proofErr w:type="spellStart"/>
      <w:r w:rsidRPr="00585726">
        <w:t>tasdiqlangan</w:t>
      </w:r>
      <w:proofErr w:type="spellEnd"/>
      <w:r w:rsidRPr="00585726">
        <w:t xml:space="preserve"> </w:t>
      </w:r>
      <w:proofErr w:type="spellStart"/>
      <w:r w:rsidRPr="00585726">
        <w:t>tariflarga</w:t>
      </w:r>
      <w:proofErr w:type="spellEnd"/>
      <w:r w:rsidRPr="00585726">
        <w:t xml:space="preserve"> </w:t>
      </w:r>
      <w:proofErr w:type="spellStart"/>
      <w:r w:rsidRPr="00585726">
        <w:t>muvofiq</w:t>
      </w:r>
      <w:proofErr w:type="spellEnd"/>
      <w:r w:rsidRPr="00585726">
        <w:t xml:space="preserve"> </w:t>
      </w:r>
      <w:proofErr w:type="spellStart"/>
      <w:r w:rsidRPr="00585726">
        <w:t>qo‘llaniladi</w:t>
      </w:r>
      <w:proofErr w:type="spellEnd"/>
      <w:r w:rsidRPr="00585726">
        <w:t>.</w:t>
      </w:r>
    </w:p>
    <w:p w14:paraId="345D6802" w14:textId="77777777" w:rsidR="001768B3" w:rsidRPr="00585726" w:rsidRDefault="001768B3"/>
    <w:p w14:paraId="7E6BD41D" w14:textId="77777777" w:rsidR="00325734" w:rsidRPr="00585726" w:rsidRDefault="00025742">
      <w:pPr>
        <w:rPr>
          <w:b/>
          <w:bCs/>
        </w:rPr>
      </w:pPr>
      <w:r w:rsidRPr="00585726">
        <w:t>5-ILOVA. KORPORATIV KARTADAN XAVFSIZ FOYDALANISH BO‘YICHA ESDALATMA</w:t>
      </w:r>
    </w:p>
    <w:p w14:paraId="09B55001" w14:textId="77777777" w:rsidR="004F0D14" w:rsidRPr="00585726" w:rsidRDefault="004F0D14" w:rsidP="004F0D14">
      <w:pPr>
        <w:ind w:firstLine="567"/>
        <w:jc w:val="both"/>
      </w:pPr>
    </w:p>
    <w:p w14:paraId="0BCAE665" w14:textId="77777777" w:rsidR="00325734" w:rsidRPr="00585726" w:rsidRDefault="00025742" w:rsidP="004F0D14">
      <w:pPr>
        <w:ind w:firstLine="567"/>
        <w:jc w:val="both"/>
      </w:pPr>
      <w:r w:rsidRPr="00585726">
        <w:t>1. PIN-</w:t>
      </w:r>
      <w:proofErr w:type="spellStart"/>
      <w:r w:rsidRPr="00585726">
        <w:t>kod</w:t>
      </w:r>
      <w:proofErr w:type="spellEnd"/>
      <w:r w:rsidRPr="00585726">
        <w:t>, CVV/CVC, SMS-</w:t>
      </w:r>
      <w:proofErr w:type="spellStart"/>
      <w:r w:rsidRPr="00585726">
        <w:t>kodlar</w:t>
      </w:r>
      <w:proofErr w:type="spellEnd"/>
      <w:r w:rsidRPr="00585726">
        <w:t xml:space="preserve"> </w:t>
      </w:r>
      <w:proofErr w:type="spellStart"/>
      <w:r w:rsidRPr="00585726">
        <w:t>va</w:t>
      </w:r>
      <w:proofErr w:type="spellEnd"/>
      <w:r w:rsidRPr="00585726">
        <w:t xml:space="preserve"> </w:t>
      </w:r>
      <w:proofErr w:type="spellStart"/>
      <w:r w:rsidRPr="00585726">
        <w:t>boshqa</w:t>
      </w:r>
      <w:proofErr w:type="spellEnd"/>
      <w:r w:rsidRPr="00585726">
        <w:t xml:space="preserve"> </w:t>
      </w:r>
      <w:proofErr w:type="spellStart"/>
      <w:r w:rsidRPr="00585726">
        <w:t>tasdiqlash</w:t>
      </w:r>
      <w:proofErr w:type="spellEnd"/>
      <w:r w:rsidRPr="00585726">
        <w:t xml:space="preserve"> </w:t>
      </w:r>
      <w:proofErr w:type="spellStart"/>
      <w:r w:rsidRPr="00585726">
        <w:t>vositalari</w:t>
      </w:r>
      <w:proofErr w:type="spellEnd"/>
      <w:r w:rsidRPr="00585726">
        <w:t xml:space="preserve"> </w:t>
      </w:r>
      <w:proofErr w:type="spellStart"/>
      <w:r w:rsidRPr="00585726">
        <w:t>uchinchi</w:t>
      </w:r>
      <w:proofErr w:type="spellEnd"/>
      <w:r w:rsidRPr="00585726">
        <w:t xml:space="preserve"> </w:t>
      </w:r>
      <w:proofErr w:type="spellStart"/>
      <w:r w:rsidRPr="00585726">
        <w:t>shaxslarga</w:t>
      </w:r>
      <w:proofErr w:type="spellEnd"/>
      <w:r w:rsidRPr="00585726">
        <w:t xml:space="preserve"> </w:t>
      </w:r>
      <w:proofErr w:type="spellStart"/>
      <w:r w:rsidRPr="00585726">
        <w:t>oshkor</w:t>
      </w:r>
      <w:proofErr w:type="spellEnd"/>
      <w:r w:rsidRPr="00585726">
        <w:t xml:space="preserve"> </w:t>
      </w:r>
      <w:proofErr w:type="spellStart"/>
      <w:r w:rsidRPr="00585726">
        <w:t>etilmaydi</w:t>
      </w:r>
      <w:proofErr w:type="spellEnd"/>
      <w:r w:rsidRPr="00585726">
        <w:t>.</w:t>
      </w:r>
    </w:p>
    <w:p w14:paraId="01F574BB" w14:textId="77777777" w:rsidR="00325734" w:rsidRPr="00585726" w:rsidRDefault="00025742" w:rsidP="004F0D14">
      <w:pPr>
        <w:ind w:firstLine="567"/>
        <w:jc w:val="both"/>
      </w:pPr>
      <w:r w:rsidRPr="00585726">
        <w:t xml:space="preserve">2. Karta </w:t>
      </w:r>
      <w:proofErr w:type="spellStart"/>
      <w:proofErr w:type="gramStart"/>
      <w:r w:rsidRPr="00585726">
        <w:t>y</w:t>
      </w:r>
      <w:r w:rsidR="008841C6" w:rsidRPr="00585726">
        <w:t>o‘</w:t>
      </w:r>
      <w:proofErr w:type="gramEnd"/>
      <w:r w:rsidRPr="00585726">
        <w:t>qolgan</w:t>
      </w:r>
      <w:proofErr w:type="spellEnd"/>
      <w:r w:rsidRPr="00585726">
        <w:t xml:space="preserve">, </w:t>
      </w:r>
      <w:proofErr w:type="spellStart"/>
      <w:r w:rsidR="008841C6" w:rsidRPr="00585726">
        <w:t>o‘g‘</w:t>
      </w:r>
      <w:r w:rsidRPr="00585726">
        <w:t>irlangan</w:t>
      </w:r>
      <w:proofErr w:type="spellEnd"/>
      <w:r w:rsidRPr="00585726">
        <w:t xml:space="preserve"> </w:t>
      </w:r>
      <w:proofErr w:type="spellStart"/>
      <w:r w:rsidRPr="00585726">
        <w:t>yoki</w:t>
      </w:r>
      <w:proofErr w:type="spellEnd"/>
      <w:r w:rsidRPr="00585726">
        <w:t xml:space="preserve"> </w:t>
      </w:r>
      <w:proofErr w:type="spellStart"/>
      <w:r w:rsidRPr="00585726">
        <w:t>rekvizitlari</w:t>
      </w:r>
      <w:proofErr w:type="spellEnd"/>
      <w:r w:rsidRPr="00585726">
        <w:t xml:space="preserve"> </w:t>
      </w:r>
      <w:proofErr w:type="spellStart"/>
      <w:r w:rsidRPr="00585726">
        <w:t>oshkor</w:t>
      </w:r>
      <w:proofErr w:type="spellEnd"/>
      <w:r w:rsidRPr="00585726">
        <w:t xml:space="preserve"> </w:t>
      </w:r>
      <w:proofErr w:type="spellStart"/>
      <w:r w:rsidRPr="00585726">
        <w:t>b</w:t>
      </w:r>
      <w:r w:rsidR="008841C6" w:rsidRPr="00585726">
        <w:t>o‘</w:t>
      </w:r>
      <w:r w:rsidRPr="00585726">
        <w:t>lgan</w:t>
      </w:r>
      <w:proofErr w:type="spellEnd"/>
      <w:r w:rsidRPr="00585726">
        <w:t xml:space="preserve"> </w:t>
      </w:r>
      <w:proofErr w:type="spellStart"/>
      <w:r w:rsidRPr="00585726">
        <w:t>taqdirda</w:t>
      </w:r>
      <w:proofErr w:type="spellEnd"/>
      <w:r w:rsidRPr="00585726">
        <w:t xml:space="preserve">, Bank </w:t>
      </w:r>
      <w:proofErr w:type="spellStart"/>
      <w:r w:rsidRPr="00585726">
        <w:t>darhol</w:t>
      </w:r>
      <w:proofErr w:type="spellEnd"/>
      <w:r w:rsidRPr="00585726">
        <w:t xml:space="preserve"> </w:t>
      </w:r>
      <w:proofErr w:type="spellStart"/>
      <w:r w:rsidRPr="00585726">
        <w:t>xabardor</w:t>
      </w:r>
      <w:proofErr w:type="spellEnd"/>
      <w:r w:rsidRPr="00585726">
        <w:t xml:space="preserve"> </w:t>
      </w:r>
      <w:proofErr w:type="spellStart"/>
      <w:r w:rsidRPr="00585726">
        <w:t>qilinadi</w:t>
      </w:r>
      <w:proofErr w:type="spellEnd"/>
      <w:r w:rsidRPr="00585726">
        <w:t xml:space="preserve"> </w:t>
      </w:r>
      <w:proofErr w:type="spellStart"/>
      <w:r w:rsidRPr="00585726">
        <w:t>va</w:t>
      </w:r>
      <w:proofErr w:type="spellEnd"/>
      <w:r w:rsidRPr="00585726">
        <w:t xml:space="preserve"> </w:t>
      </w:r>
      <w:proofErr w:type="spellStart"/>
      <w:r w:rsidRPr="00585726">
        <w:t>kartani</w:t>
      </w:r>
      <w:proofErr w:type="spellEnd"/>
      <w:r w:rsidRPr="00585726">
        <w:t xml:space="preserve"> </w:t>
      </w:r>
      <w:proofErr w:type="spellStart"/>
      <w:r w:rsidRPr="00585726">
        <w:t>bloklash</w:t>
      </w:r>
      <w:proofErr w:type="spellEnd"/>
      <w:r w:rsidRPr="00585726">
        <w:t xml:space="preserve"> </w:t>
      </w:r>
      <w:proofErr w:type="spellStart"/>
      <w:r w:rsidRPr="00585726">
        <w:t>s</w:t>
      </w:r>
      <w:r w:rsidR="008841C6" w:rsidRPr="00585726">
        <w:t>o‘</w:t>
      </w:r>
      <w:r w:rsidRPr="00585726">
        <w:t>raladi</w:t>
      </w:r>
      <w:proofErr w:type="spellEnd"/>
      <w:r w:rsidRPr="00585726">
        <w:t>.</w:t>
      </w:r>
    </w:p>
    <w:p w14:paraId="408BDAB6" w14:textId="77777777" w:rsidR="00325734" w:rsidRPr="00585726" w:rsidRDefault="00025742" w:rsidP="004F0D14">
      <w:pPr>
        <w:ind w:firstLine="567"/>
        <w:jc w:val="both"/>
      </w:pPr>
      <w:r w:rsidRPr="00585726">
        <w:t>3. Karta faqat Mijoz tomonidan belgilangan xizmat vazifalari va operatsion limitlar doirasida ishlatiladi.</w:t>
      </w:r>
    </w:p>
    <w:p w14:paraId="50525B79" w14:textId="77777777" w:rsidR="00325734" w:rsidRPr="00585726" w:rsidRDefault="00025742" w:rsidP="004F0D14">
      <w:pPr>
        <w:ind w:firstLine="567"/>
        <w:jc w:val="both"/>
      </w:pPr>
      <w:r w:rsidRPr="00585726">
        <w:t xml:space="preserve">4. Internet </w:t>
      </w:r>
      <w:proofErr w:type="spellStart"/>
      <w:r w:rsidRPr="00585726">
        <w:t>orqali</w:t>
      </w:r>
      <w:proofErr w:type="spellEnd"/>
      <w:r w:rsidRPr="00585726">
        <w:t xml:space="preserve"> </w:t>
      </w:r>
      <w:proofErr w:type="spellStart"/>
      <w:proofErr w:type="gramStart"/>
      <w:r w:rsidRPr="00585726">
        <w:t>t</w:t>
      </w:r>
      <w:r w:rsidR="008841C6" w:rsidRPr="00585726">
        <w:t>o‘</w:t>
      </w:r>
      <w:proofErr w:type="gramEnd"/>
      <w:r w:rsidRPr="00585726">
        <w:t>lovlar</w:t>
      </w:r>
      <w:proofErr w:type="spellEnd"/>
      <w:r w:rsidRPr="00585726">
        <w:t xml:space="preserve"> </w:t>
      </w:r>
      <w:proofErr w:type="spellStart"/>
      <w:r w:rsidRPr="00585726">
        <w:t>faqat</w:t>
      </w:r>
      <w:proofErr w:type="spellEnd"/>
      <w:r w:rsidRPr="00585726">
        <w:t xml:space="preserve"> </w:t>
      </w:r>
      <w:proofErr w:type="spellStart"/>
      <w:r w:rsidRPr="00585726">
        <w:t>ishonchli</w:t>
      </w:r>
      <w:proofErr w:type="spellEnd"/>
      <w:r w:rsidRPr="00585726">
        <w:t xml:space="preserve"> </w:t>
      </w:r>
      <w:proofErr w:type="spellStart"/>
      <w:r w:rsidRPr="00585726">
        <w:t>platformalarda</w:t>
      </w:r>
      <w:proofErr w:type="spellEnd"/>
      <w:r w:rsidRPr="00585726">
        <w:t xml:space="preserve"> </w:t>
      </w:r>
      <w:proofErr w:type="spellStart"/>
      <w:r w:rsidRPr="00585726">
        <w:t>va</w:t>
      </w:r>
      <w:proofErr w:type="spellEnd"/>
      <w:r w:rsidRPr="00585726">
        <w:t xml:space="preserve"> Bank </w:t>
      </w:r>
      <w:proofErr w:type="spellStart"/>
      <w:r w:rsidRPr="00585726">
        <w:t>tomonidan</w:t>
      </w:r>
      <w:proofErr w:type="spellEnd"/>
      <w:r w:rsidRPr="00585726">
        <w:t xml:space="preserve"> ruxsat etilgan hollarda amalga oshiriladi.</w:t>
      </w:r>
    </w:p>
    <w:p w14:paraId="6409BB96" w14:textId="77777777" w:rsidR="00662CC4" w:rsidRPr="00585726" w:rsidRDefault="00025742" w:rsidP="00662CC4">
      <w:pPr>
        <w:ind w:firstLine="567"/>
        <w:jc w:val="both"/>
      </w:pPr>
      <w:r w:rsidRPr="00585726">
        <w:t xml:space="preserve">5. </w:t>
      </w:r>
      <w:proofErr w:type="spellStart"/>
      <w:r w:rsidRPr="00585726">
        <w:t>Ruxsatsiz</w:t>
      </w:r>
      <w:proofErr w:type="spellEnd"/>
      <w:r w:rsidRPr="00585726">
        <w:t xml:space="preserve"> </w:t>
      </w:r>
      <w:proofErr w:type="spellStart"/>
      <w:r w:rsidRPr="00585726">
        <w:t>operatsiyalar</w:t>
      </w:r>
      <w:proofErr w:type="spellEnd"/>
      <w:r w:rsidRPr="00585726">
        <w:t xml:space="preserve"> </w:t>
      </w:r>
      <w:proofErr w:type="spellStart"/>
      <w:proofErr w:type="gramStart"/>
      <w:r w:rsidRPr="00585726">
        <w:t>b</w:t>
      </w:r>
      <w:r w:rsidR="008841C6" w:rsidRPr="00585726">
        <w:t>o‘</w:t>
      </w:r>
      <w:proofErr w:type="gramEnd"/>
      <w:r w:rsidRPr="00585726">
        <w:t>yicha</w:t>
      </w:r>
      <w:proofErr w:type="spellEnd"/>
      <w:r w:rsidRPr="00585726">
        <w:t xml:space="preserve"> </w:t>
      </w:r>
      <w:proofErr w:type="spellStart"/>
      <w:r w:rsidRPr="00585726">
        <w:t>murojaat</w:t>
      </w:r>
      <w:proofErr w:type="spellEnd"/>
      <w:r w:rsidRPr="00585726">
        <w:t xml:space="preserve"> </w:t>
      </w:r>
      <w:proofErr w:type="spellStart"/>
      <w:r w:rsidRPr="00585726">
        <w:t>imkon</w:t>
      </w:r>
      <w:proofErr w:type="spellEnd"/>
      <w:r w:rsidRPr="00585726">
        <w:t xml:space="preserve"> </w:t>
      </w:r>
      <w:proofErr w:type="spellStart"/>
      <w:r w:rsidRPr="00585726">
        <w:t>qadar</w:t>
      </w:r>
      <w:proofErr w:type="spellEnd"/>
      <w:r w:rsidRPr="00585726">
        <w:t xml:space="preserve"> </w:t>
      </w:r>
      <w:proofErr w:type="spellStart"/>
      <w:r w:rsidRPr="00585726">
        <w:t>tez</w:t>
      </w:r>
      <w:proofErr w:type="spellEnd"/>
      <w:r w:rsidRPr="00585726">
        <w:t xml:space="preserve">, </w:t>
      </w:r>
      <w:proofErr w:type="spellStart"/>
      <w:r w:rsidRPr="00585726">
        <w:t>odatda</w:t>
      </w:r>
      <w:proofErr w:type="spellEnd"/>
      <w:r w:rsidRPr="00585726">
        <w:t xml:space="preserve"> </w:t>
      </w:r>
      <w:proofErr w:type="spellStart"/>
      <w:r w:rsidRPr="00585726">
        <w:t>aniqlangan</w:t>
      </w:r>
      <w:proofErr w:type="spellEnd"/>
      <w:r w:rsidRPr="00585726">
        <w:t xml:space="preserve"> </w:t>
      </w:r>
      <w:proofErr w:type="spellStart"/>
      <w:r w:rsidRPr="00585726">
        <w:t>kundan</w:t>
      </w:r>
      <w:proofErr w:type="spellEnd"/>
      <w:r w:rsidRPr="00585726">
        <w:t xml:space="preserve"> </w:t>
      </w:r>
      <w:proofErr w:type="spellStart"/>
      <w:r w:rsidRPr="00585726">
        <w:t>boshlab</w:t>
      </w:r>
      <w:proofErr w:type="spellEnd"/>
      <w:r w:rsidRPr="00585726">
        <w:t xml:space="preserve"> </w:t>
      </w:r>
      <w:proofErr w:type="spellStart"/>
      <w:r w:rsidRPr="00585726">
        <w:t>kechiktirmasdan</w:t>
      </w:r>
      <w:proofErr w:type="spellEnd"/>
      <w:r w:rsidRPr="00585726">
        <w:t xml:space="preserve"> </w:t>
      </w:r>
      <w:proofErr w:type="spellStart"/>
      <w:r w:rsidRPr="00585726">
        <w:t>yuboriladi</w:t>
      </w:r>
      <w:proofErr w:type="spellEnd"/>
      <w:r w:rsidRPr="00585726">
        <w:t>.</w:t>
      </w:r>
    </w:p>
    <w:p w14:paraId="776A0AE8" w14:textId="77777777" w:rsidR="00662CC4" w:rsidRPr="00585726" w:rsidRDefault="00662CC4" w:rsidP="00662CC4">
      <w:pPr>
        <w:ind w:firstLine="567"/>
        <w:jc w:val="both"/>
      </w:pPr>
    </w:p>
    <w:p w14:paraId="220C0393" w14:textId="646E52C4" w:rsidR="00325734" w:rsidRPr="00585726" w:rsidRDefault="00025742" w:rsidP="00662CC4">
      <w:pPr>
        <w:ind w:firstLine="567"/>
        <w:jc w:val="both"/>
      </w:pPr>
      <w:r w:rsidRPr="00585726">
        <w:t xml:space="preserve">6-ILOVA. RUXSATSIZ OPERATSIYA YOKI KARTA </w:t>
      </w:r>
      <w:proofErr w:type="gramStart"/>
      <w:r w:rsidRPr="00585726">
        <w:t>Y</w:t>
      </w:r>
      <w:r w:rsidR="008841C6" w:rsidRPr="00585726">
        <w:t>O‘</w:t>
      </w:r>
      <w:proofErr w:type="gramEnd"/>
      <w:r w:rsidRPr="00585726">
        <w:t>QOLISHI B</w:t>
      </w:r>
      <w:r w:rsidR="008841C6" w:rsidRPr="00585726">
        <w:t>O‘</w:t>
      </w:r>
      <w:r w:rsidRPr="00585726">
        <w:t>YICHA MUROJAAT SHAKLI</w:t>
      </w:r>
    </w:p>
    <w:tbl>
      <w:tblPr>
        <w:tblW w:w="0" w:type="auto"/>
        <w:jc w:val="center"/>
        <w:tblLook w:val="04A0" w:firstRow="1" w:lastRow="0" w:firstColumn="1" w:lastColumn="0" w:noHBand="0" w:noVBand="1"/>
      </w:tblPr>
      <w:tblGrid>
        <w:gridCol w:w="3834"/>
        <w:gridCol w:w="5845"/>
      </w:tblGrid>
      <w:tr w:rsidR="00325734" w:rsidRPr="00585726" w14:paraId="571BA57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1F1E7D5" w14:textId="77777777" w:rsidR="00325734" w:rsidRPr="00585726" w:rsidRDefault="00025742">
            <w:r w:rsidRPr="00585726">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7857B084" w14:textId="77777777" w:rsidR="00325734" w:rsidRPr="00585726" w:rsidRDefault="00025742">
            <w:r w:rsidRPr="00585726">
              <w:t>______________________________________________</w:t>
            </w:r>
          </w:p>
        </w:tc>
      </w:tr>
      <w:tr w:rsidR="00325734" w:rsidRPr="00585726" w14:paraId="01E1E5A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AA8E88E" w14:textId="77777777" w:rsidR="00325734" w:rsidRPr="00585726" w:rsidRDefault="00025742">
            <w:r w:rsidRPr="00585726">
              <w:t>Karta egasi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1CEE6D40" w14:textId="77777777" w:rsidR="00325734" w:rsidRPr="00585726" w:rsidRDefault="00025742">
            <w:r w:rsidRPr="00585726">
              <w:t>______________________________________________</w:t>
            </w:r>
          </w:p>
        </w:tc>
      </w:tr>
      <w:tr w:rsidR="00325734" w:rsidRPr="00585726" w14:paraId="198E3A8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34E4E1" w14:textId="77777777" w:rsidR="00325734" w:rsidRPr="00585726" w:rsidRDefault="00025742">
            <w:r w:rsidRPr="00585726">
              <w:t>Karta raqamining oxirgi 4 xonasi</w:t>
            </w:r>
          </w:p>
        </w:tc>
        <w:tc>
          <w:tcPr>
            <w:tcW w:w="5669" w:type="dxa"/>
            <w:tcBorders>
              <w:top w:val="single" w:sz="4" w:space="0" w:color="000000"/>
              <w:left w:val="single" w:sz="4" w:space="0" w:color="000000"/>
              <w:bottom w:val="single" w:sz="4" w:space="0" w:color="000000"/>
              <w:right w:val="single" w:sz="4" w:space="0" w:color="000000"/>
            </w:tcBorders>
            <w:vAlign w:val="center"/>
          </w:tcPr>
          <w:p w14:paraId="523D6D12" w14:textId="77777777" w:rsidR="00325734" w:rsidRPr="00585726" w:rsidRDefault="00025742">
            <w:r w:rsidRPr="00585726">
              <w:t>____</w:t>
            </w:r>
          </w:p>
        </w:tc>
      </w:tr>
      <w:tr w:rsidR="00325734" w:rsidRPr="00585726" w14:paraId="602B17A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0676772" w14:textId="77777777" w:rsidR="00325734" w:rsidRPr="00585726" w:rsidRDefault="00025742">
            <w:r w:rsidRPr="00585726">
              <w:t>Voqea sanasi va vaqti</w:t>
            </w:r>
          </w:p>
        </w:tc>
        <w:tc>
          <w:tcPr>
            <w:tcW w:w="5669" w:type="dxa"/>
            <w:tcBorders>
              <w:top w:val="single" w:sz="4" w:space="0" w:color="000000"/>
              <w:left w:val="single" w:sz="4" w:space="0" w:color="000000"/>
              <w:bottom w:val="single" w:sz="4" w:space="0" w:color="000000"/>
              <w:right w:val="single" w:sz="4" w:space="0" w:color="000000"/>
            </w:tcBorders>
            <w:vAlign w:val="center"/>
          </w:tcPr>
          <w:p w14:paraId="19F82834" w14:textId="77777777" w:rsidR="00325734" w:rsidRPr="00585726" w:rsidRDefault="00025742">
            <w:r w:rsidRPr="00585726">
              <w:t>______________________________________________</w:t>
            </w:r>
          </w:p>
        </w:tc>
      </w:tr>
      <w:tr w:rsidR="00325734" w:rsidRPr="00585726" w14:paraId="0E92B2D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0382650" w14:textId="77777777" w:rsidR="00325734" w:rsidRPr="00585726" w:rsidRDefault="00025742">
            <w:r w:rsidRPr="00585726">
              <w:t>Voqea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3522AEA5" w14:textId="77777777" w:rsidR="00325734" w:rsidRPr="00585726" w:rsidRDefault="00025742">
            <w:proofErr w:type="spellStart"/>
            <w:proofErr w:type="gramStart"/>
            <w:r w:rsidRPr="00585726">
              <w:t>Y</w:t>
            </w:r>
            <w:r w:rsidR="008841C6" w:rsidRPr="00585726">
              <w:t>o‘</w:t>
            </w:r>
            <w:proofErr w:type="gramEnd"/>
            <w:r w:rsidRPr="00585726">
              <w:t>qolgan</w:t>
            </w:r>
            <w:proofErr w:type="spellEnd"/>
            <w:r w:rsidRPr="00585726">
              <w:t xml:space="preserve"> / </w:t>
            </w:r>
            <w:proofErr w:type="spellStart"/>
            <w:r w:rsidR="008841C6" w:rsidRPr="00585726">
              <w:t>o‘g‘</w:t>
            </w:r>
            <w:r w:rsidRPr="00585726">
              <w:t>irlangan</w:t>
            </w:r>
            <w:proofErr w:type="spellEnd"/>
            <w:r w:rsidRPr="00585726">
              <w:t xml:space="preserve"> / </w:t>
            </w:r>
            <w:proofErr w:type="spellStart"/>
            <w:r w:rsidRPr="00585726">
              <w:t>ruxsatsiz</w:t>
            </w:r>
            <w:proofErr w:type="spellEnd"/>
            <w:r w:rsidRPr="00585726">
              <w:t xml:space="preserve"> </w:t>
            </w:r>
            <w:proofErr w:type="spellStart"/>
            <w:r w:rsidRPr="00585726">
              <w:t>operatsiya</w:t>
            </w:r>
            <w:proofErr w:type="spellEnd"/>
            <w:r w:rsidRPr="00585726">
              <w:t xml:space="preserve"> / </w:t>
            </w:r>
            <w:proofErr w:type="spellStart"/>
            <w:r w:rsidRPr="00585726">
              <w:t>boshqa</w:t>
            </w:r>
            <w:proofErr w:type="spellEnd"/>
          </w:p>
        </w:tc>
      </w:tr>
      <w:tr w:rsidR="00325734" w:rsidRPr="00585726" w14:paraId="0B4F8E7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CE436E7" w14:textId="77777777" w:rsidR="00325734" w:rsidRPr="00585726" w:rsidRDefault="00025742">
            <w:r w:rsidRPr="00585726">
              <w:t>Voqea tavsifi</w:t>
            </w:r>
          </w:p>
        </w:tc>
        <w:tc>
          <w:tcPr>
            <w:tcW w:w="5669" w:type="dxa"/>
            <w:tcBorders>
              <w:top w:val="single" w:sz="4" w:space="0" w:color="000000"/>
              <w:left w:val="single" w:sz="4" w:space="0" w:color="000000"/>
              <w:bottom w:val="single" w:sz="4" w:space="0" w:color="000000"/>
              <w:right w:val="single" w:sz="4" w:space="0" w:color="000000"/>
            </w:tcBorders>
            <w:vAlign w:val="center"/>
          </w:tcPr>
          <w:p w14:paraId="4A1B105D" w14:textId="77777777" w:rsidR="00325734" w:rsidRPr="00585726" w:rsidRDefault="00025742">
            <w:r w:rsidRPr="00585726">
              <w:t>______________________________________________</w:t>
            </w:r>
          </w:p>
        </w:tc>
      </w:tr>
      <w:tr w:rsidR="00325734" w:rsidRPr="00585726" w14:paraId="72358D8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6191412" w14:textId="77777777" w:rsidR="00325734" w:rsidRPr="00585726" w:rsidRDefault="00025742">
            <w:proofErr w:type="spellStart"/>
            <w:r w:rsidRPr="00585726">
              <w:t>Bankdan</w:t>
            </w:r>
            <w:proofErr w:type="spellEnd"/>
            <w:r w:rsidRPr="00585726">
              <w:t xml:space="preserve"> </w:t>
            </w:r>
            <w:proofErr w:type="spellStart"/>
            <w:proofErr w:type="gramStart"/>
            <w:r w:rsidRPr="00585726">
              <w:t>s</w:t>
            </w:r>
            <w:r w:rsidR="008841C6" w:rsidRPr="00585726">
              <w:t>o‘</w:t>
            </w:r>
            <w:proofErr w:type="gramEnd"/>
            <w:r w:rsidRPr="00585726">
              <w:t>rov</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0B23A9CB" w14:textId="77777777" w:rsidR="00325734" w:rsidRPr="00585726" w:rsidRDefault="00025742">
            <w:r w:rsidRPr="00585726">
              <w:t>Bloklash / qayta chiqarish / tekshiruv / boshqa</w:t>
            </w:r>
          </w:p>
        </w:tc>
      </w:tr>
    </w:tbl>
    <w:p w14:paraId="0B82C059"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744D55C4"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219BD39" w14:textId="77777777" w:rsidR="00325734" w:rsidRPr="00585726" w:rsidRDefault="00025742">
            <w:pPr>
              <w:jc w:val="center"/>
            </w:pPr>
            <w:r w:rsidRPr="00585726">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207CF19A" w14:textId="77777777" w:rsidR="00325734" w:rsidRPr="00585726" w:rsidRDefault="00025742">
            <w:pPr>
              <w:jc w:val="center"/>
            </w:pPr>
            <w:r w:rsidRPr="00585726">
              <w:rPr>
                <w:b/>
              </w:rPr>
              <w:t>Bank</w:t>
            </w:r>
          </w:p>
        </w:tc>
      </w:tr>
      <w:tr w:rsidR="00325734" w:rsidRPr="00585726" w14:paraId="6605E55B"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55E04294" w14:textId="77777777" w:rsidR="00325734" w:rsidRPr="00585726" w:rsidRDefault="00025742">
            <w:r w:rsidRPr="00585726">
              <w:t>F.I.Sh.: ______________________</w:t>
            </w:r>
            <w:r w:rsidRPr="00585726">
              <w:br/>
              <w:t>Lavozimi: ___________________</w:t>
            </w:r>
            <w:r w:rsidRPr="00585726">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176703B5" w14:textId="77777777" w:rsidR="00325734" w:rsidRPr="00585726" w:rsidRDefault="00025742">
            <w:r w:rsidRPr="00585726">
              <w:t>F.I.Sh.: ______________________</w:t>
            </w:r>
            <w:r w:rsidRPr="00585726">
              <w:br/>
              <w:t>Lavozimi: ___________________</w:t>
            </w:r>
            <w:r w:rsidRPr="00585726">
              <w:br/>
              <w:t>Imzo: _______________________</w:t>
            </w:r>
          </w:p>
        </w:tc>
      </w:tr>
    </w:tbl>
    <w:p w14:paraId="0B3CD384" w14:textId="77777777" w:rsidR="00025742" w:rsidRPr="00585726" w:rsidRDefault="00025742"/>
    <w:p w14:paraId="378B214E" w14:textId="77777777" w:rsidR="00827269" w:rsidRPr="00585726" w:rsidRDefault="00CE172F">
      <w:r w:rsidRPr="00585726">
        <w:br w:type="page"/>
      </w:r>
    </w:p>
    <w:p w14:paraId="6F898992" w14:textId="77777777" w:rsidR="00FE79E5" w:rsidRPr="00585726" w:rsidRDefault="00357484" w:rsidP="00FE79E5">
      <w:pPr>
        <w:jc w:val="center"/>
        <w:rPr>
          <w:rFonts w:cs="Arial"/>
          <w:b/>
          <w:sz w:val="24"/>
          <w:szCs w:val="24"/>
          <w:lang w:val="ru-RU"/>
        </w:rPr>
      </w:pPr>
      <w:r w:rsidRPr="00585726">
        <w:rPr>
          <w:rFonts w:cs="Arial"/>
          <w:b/>
          <w:sz w:val="24"/>
          <w:szCs w:val="24"/>
          <w:lang w:val="ru-RU"/>
        </w:rPr>
        <w:lastRenderedPageBreak/>
        <w:t>ЮРИДИЧЕСКИМ ЛИЦАМ И ИНДИВИДУАЛЬНЫМ ПРЕДПРИНИМАТЕЛЯМ</w:t>
      </w:r>
      <w:r w:rsidRPr="00585726">
        <w:rPr>
          <w:rFonts w:cs="Arial"/>
          <w:b/>
          <w:sz w:val="24"/>
          <w:szCs w:val="24"/>
          <w:lang w:val="ru-RU"/>
        </w:rPr>
        <w:br/>
        <w:t>О ВЫПУСКЕ КОРПОРАТИВНЫХ БАНКОВСКИХ КАРТ</w:t>
      </w:r>
    </w:p>
    <w:p w14:paraId="0A6F96E2" w14:textId="77777777" w:rsidR="00FE79E5" w:rsidRPr="00585726" w:rsidRDefault="00357484" w:rsidP="00FE79E5">
      <w:pPr>
        <w:jc w:val="center"/>
        <w:rPr>
          <w:rFonts w:cs="Arial"/>
          <w:b/>
          <w:sz w:val="24"/>
          <w:szCs w:val="24"/>
          <w:lang w:val="ru-RU"/>
        </w:rPr>
      </w:pPr>
      <w:r w:rsidRPr="00585726">
        <w:rPr>
          <w:rFonts w:cs="Arial"/>
          <w:b/>
          <w:sz w:val="24"/>
          <w:szCs w:val="24"/>
          <w:lang w:val="ru-RU"/>
        </w:rPr>
        <w:t>И ИХ ИСПОЛЬЗОВАНИИ</w:t>
      </w:r>
      <w:r w:rsidRPr="00585726">
        <w:rPr>
          <w:rFonts w:cs="Arial"/>
          <w:b/>
          <w:sz w:val="24"/>
          <w:szCs w:val="24"/>
          <w:lang w:val="ru-RU"/>
        </w:rPr>
        <w:br/>
        <w:t>ДОГОВОР ПУБЛИЧНОЙ ОФЕРТЫ</w:t>
      </w:r>
    </w:p>
    <w:p w14:paraId="75FC24DB" w14:textId="77777777" w:rsidR="00FE79E5" w:rsidRPr="00585726" w:rsidRDefault="00FE79E5" w:rsidP="00FE79E5">
      <w:pPr>
        <w:jc w:val="center"/>
        <w:rPr>
          <w:rFonts w:cs="Arial"/>
          <w:b/>
          <w:sz w:val="24"/>
          <w:szCs w:val="24"/>
          <w:lang w:val="ru-RU"/>
        </w:rPr>
      </w:pPr>
    </w:p>
    <w:p w14:paraId="651ECDB5" w14:textId="77777777" w:rsidR="008F00AB" w:rsidRPr="00585726" w:rsidRDefault="00357484" w:rsidP="00FE79E5">
      <w:pPr>
        <w:ind w:firstLine="567"/>
        <w:jc w:val="both"/>
        <w:rPr>
          <w:rFonts w:cs="Arial"/>
          <w:sz w:val="24"/>
          <w:szCs w:val="24"/>
          <w:lang w:val="ru-RU"/>
        </w:rPr>
      </w:pPr>
      <w:r w:rsidRPr="00585726">
        <w:rPr>
          <w:rFonts w:cs="Arial"/>
          <w:sz w:val="24"/>
          <w:szCs w:val="24"/>
          <w:lang w:val="ru-RU"/>
        </w:rPr>
        <w:t>АО «</w:t>
      </w:r>
      <w:proofErr w:type="spellStart"/>
      <w:r w:rsidRPr="00585726">
        <w:rPr>
          <w:rFonts w:cs="Arial"/>
          <w:sz w:val="24"/>
          <w:szCs w:val="24"/>
        </w:rPr>
        <w:t>Poytaxt</w:t>
      </w:r>
      <w:proofErr w:type="spellEnd"/>
      <w:r w:rsidRPr="00585726">
        <w:rPr>
          <w:rFonts w:cs="Arial"/>
          <w:sz w:val="24"/>
          <w:szCs w:val="24"/>
          <w:lang w:val="ru-RU"/>
        </w:rPr>
        <w:t xml:space="preserve"> </w:t>
      </w:r>
      <w:r w:rsidRPr="00585726">
        <w:rPr>
          <w:rFonts w:cs="Arial"/>
          <w:sz w:val="24"/>
          <w:szCs w:val="24"/>
        </w:rPr>
        <w:t>Bank</w:t>
      </w:r>
      <w:r w:rsidRPr="00585726">
        <w:rPr>
          <w:rFonts w:cs="Arial"/>
          <w:sz w:val="24"/>
          <w:szCs w:val="24"/>
          <w:lang w:val="ru-RU"/>
        </w:rPr>
        <w:t xml:space="preserve">» (далее по тексту именуемое «Банк») в соответствии с Гражданским кодексом Республики Узбекистан, законами «О банках и банковской деятельности», «О платежах и платежных системах», «О банковской тайне», «О противодействии легализации доходов, полученных от преступной деятельности, финансированию терроризма и финансированию распространения оружия массового уничтожения», а также Положением о правилах выпуска и обращения банковских карт на территории Республики Узбекистан и требованиями правил внутреннего контроля по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xml:space="preserve"> в коммерческих банках предлагает юридическим лицам и индивидуальным предпринимателям (далее по тексту именуемым «Клиент») заключить настоящий договор публичной оферты о выпуске корпоративных банковских карт и их использовании (далее по тексту именуемый «Договор»).</w:t>
      </w:r>
    </w:p>
    <w:p w14:paraId="69C6852C" w14:textId="77777777" w:rsidR="008F00AB" w:rsidRPr="00585726" w:rsidRDefault="00357484" w:rsidP="00FE79E5">
      <w:pPr>
        <w:ind w:firstLine="567"/>
        <w:jc w:val="both"/>
        <w:rPr>
          <w:rFonts w:cs="Arial"/>
          <w:sz w:val="24"/>
          <w:szCs w:val="24"/>
          <w:lang w:val="ru-RU"/>
        </w:rPr>
      </w:pPr>
      <w:r w:rsidRPr="00585726">
        <w:rPr>
          <w:rFonts w:cs="Arial"/>
          <w:sz w:val="24"/>
          <w:szCs w:val="24"/>
          <w:lang w:val="ru-RU"/>
        </w:rPr>
        <w:t>Настоящий Договор заключается в соответствии с правилами Гражданского кодекса Республики Узбекистан об оферте и акцепте. Предоставление Клиентом в Банк заявления на выпуск корпоративной банковской карты, анкеты и требуемых документов, а также начало Банком оформления карты либо приведение карты в состояние готовности к выдаче признается акцептом настоящей оферты.</w:t>
      </w:r>
    </w:p>
    <w:p w14:paraId="7FEFE2D0" w14:textId="77777777" w:rsidR="008F00AB" w:rsidRPr="00585726" w:rsidRDefault="00357484" w:rsidP="00FE79E5">
      <w:pPr>
        <w:ind w:firstLine="567"/>
        <w:jc w:val="both"/>
        <w:rPr>
          <w:rFonts w:cs="Arial"/>
          <w:sz w:val="24"/>
          <w:szCs w:val="24"/>
          <w:lang w:val="ru-RU"/>
        </w:rPr>
      </w:pPr>
      <w:r w:rsidRPr="00585726">
        <w:rPr>
          <w:rFonts w:cs="Arial"/>
          <w:sz w:val="24"/>
          <w:szCs w:val="24"/>
          <w:lang w:val="ru-RU"/>
        </w:rPr>
        <w:t>Клиент может ознакомиться с текстом настоящего Договора на официальном веб-сайте Банка, в мобильном приложении и в офисах Банка. Акцептуя Договор, Клиент подтверждает, что полностью ознакомился со всеми его условиями и принимает их без каких-либо исключений и ограничений.</w:t>
      </w:r>
    </w:p>
    <w:p w14:paraId="30DD531A" w14:textId="77777777" w:rsidR="00FE79E5" w:rsidRPr="00585726" w:rsidRDefault="00FE79E5" w:rsidP="00FE79E5">
      <w:pPr>
        <w:ind w:firstLine="567"/>
        <w:jc w:val="both"/>
        <w:rPr>
          <w:rFonts w:cs="Arial"/>
          <w:sz w:val="24"/>
          <w:szCs w:val="24"/>
          <w:lang w:val="ru-RU"/>
        </w:rPr>
      </w:pPr>
    </w:p>
    <w:p w14:paraId="35C9EAEE" w14:textId="77777777" w:rsidR="008F00AB" w:rsidRPr="00585726" w:rsidRDefault="00357484" w:rsidP="00F24377">
      <w:pPr>
        <w:ind w:firstLine="567"/>
        <w:jc w:val="both"/>
        <w:rPr>
          <w:rFonts w:cs="Arial"/>
          <w:b/>
          <w:sz w:val="24"/>
          <w:szCs w:val="24"/>
          <w:lang w:val="ru-RU"/>
        </w:rPr>
      </w:pPr>
      <w:r w:rsidRPr="00585726">
        <w:rPr>
          <w:rFonts w:cs="Arial"/>
          <w:b/>
          <w:sz w:val="24"/>
          <w:szCs w:val="24"/>
        </w:rPr>
        <w:t>I</w:t>
      </w:r>
      <w:r w:rsidRPr="00585726">
        <w:rPr>
          <w:rFonts w:cs="Arial"/>
          <w:b/>
          <w:sz w:val="24"/>
          <w:szCs w:val="24"/>
          <w:lang w:val="ru-RU"/>
        </w:rPr>
        <w:t>. ТЕРМИНЫ И ОПРЕДЕЛЕНИЯ</w:t>
      </w:r>
    </w:p>
    <w:p w14:paraId="1E46882D"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Корпоративная банковская карта (далее по тексту именуемая «Карта») - электронное платежное средство, выпускаемое Банком в рамках счета юридического лица или индивидуального предпринимателя на имя уполномоченного работника или уполномоченного лица Клиента и предназначенное для осуществления платежей и иных законных операций.</w:t>
      </w:r>
    </w:p>
    <w:p w14:paraId="12E2E66A"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Держатель карты - физическое лицо, на имя которого Банком по заявлению Клиента выпущена Карта.</w:t>
      </w:r>
    </w:p>
    <w:p w14:paraId="25AE2F99"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Карточный счет - счет, открываемый в Банке для учета операций по Карте, либо специальный режим учета, связанный с соответствующим основным счетом Клиента.</w:t>
      </w:r>
    </w:p>
    <w:p w14:paraId="2664D82D"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Лимит расходов - максимальная сумма, установленная Клиентом для осуществления операций по Карте.</w:t>
      </w:r>
    </w:p>
    <w:p w14:paraId="05C5F6CA"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 xml:space="preserve">Несанкционированная операция - операция, не подтвержденная Клиентом, Держателем карты или уполномоченным ими лицом, но совершенная с использованием Карты, </w:t>
      </w:r>
      <w:r w:rsidRPr="00585726">
        <w:rPr>
          <w:rFonts w:cs="Arial"/>
          <w:bCs/>
          <w:sz w:val="24"/>
          <w:szCs w:val="24"/>
        </w:rPr>
        <w:t>PIN</w:t>
      </w:r>
      <w:r w:rsidRPr="00585726">
        <w:rPr>
          <w:rFonts w:cs="Arial"/>
          <w:bCs/>
          <w:sz w:val="24"/>
          <w:szCs w:val="24"/>
          <w:lang w:val="ru-RU"/>
        </w:rPr>
        <w:t>-кода, реквизитов или иных средств аутентификации.</w:t>
      </w:r>
    </w:p>
    <w:p w14:paraId="16995EF4"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lastRenderedPageBreak/>
        <w:t>Блокировка - временное или постоянное прекращение проведения операций по Карте.</w:t>
      </w:r>
    </w:p>
    <w:p w14:paraId="14DC79A1" w14:textId="77777777" w:rsidR="008F00AB" w:rsidRPr="00585726" w:rsidRDefault="00357484" w:rsidP="00F24377">
      <w:pPr>
        <w:ind w:firstLine="567"/>
        <w:jc w:val="both"/>
        <w:rPr>
          <w:rFonts w:cs="Arial"/>
          <w:bCs/>
          <w:sz w:val="24"/>
          <w:szCs w:val="24"/>
          <w:lang w:val="ru-RU"/>
        </w:rPr>
      </w:pPr>
      <w:r w:rsidRPr="00585726">
        <w:rPr>
          <w:rFonts w:cs="Arial"/>
          <w:bCs/>
          <w:sz w:val="24"/>
          <w:szCs w:val="24"/>
          <w:lang w:val="ru-RU"/>
        </w:rPr>
        <w:t>Тарифы - перечень комиссий, сборов, штрафов и иных платежей, утвержденный Банком и опубликованный в официальных каналах.</w:t>
      </w:r>
    </w:p>
    <w:p w14:paraId="6932D7CC" w14:textId="77777777" w:rsidR="00FE79E5" w:rsidRPr="00585726" w:rsidRDefault="00FE79E5" w:rsidP="00F24377">
      <w:pPr>
        <w:ind w:firstLine="567"/>
        <w:jc w:val="both"/>
        <w:rPr>
          <w:rFonts w:cs="Arial"/>
          <w:sz w:val="24"/>
          <w:szCs w:val="24"/>
          <w:lang w:val="ru-RU"/>
        </w:rPr>
      </w:pPr>
    </w:p>
    <w:p w14:paraId="5E8DA3CB" w14:textId="77777777" w:rsidR="008F00AB" w:rsidRPr="00585726" w:rsidRDefault="00357484" w:rsidP="00F24377">
      <w:pPr>
        <w:ind w:firstLine="567"/>
        <w:jc w:val="both"/>
        <w:rPr>
          <w:rFonts w:cs="Arial"/>
          <w:sz w:val="24"/>
          <w:szCs w:val="24"/>
          <w:lang w:val="ru-RU"/>
        </w:rPr>
      </w:pPr>
      <w:r w:rsidRPr="00585726">
        <w:rPr>
          <w:rFonts w:cs="Arial"/>
          <w:b/>
          <w:sz w:val="24"/>
          <w:szCs w:val="24"/>
        </w:rPr>
        <w:t>II</w:t>
      </w:r>
      <w:r w:rsidRPr="00585726">
        <w:rPr>
          <w:rFonts w:cs="Arial"/>
          <w:b/>
          <w:sz w:val="24"/>
          <w:szCs w:val="24"/>
          <w:lang w:val="ru-RU"/>
        </w:rPr>
        <w:t>. ПРЕДМЕТ ДОГОВОРА</w:t>
      </w:r>
    </w:p>
    <w:p w14:paraId="7AD19828"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По настоящему Договору Банк по заявлению Клиента выпускает корпоративную банковскую карту, обслуживает ее, учитывает операции по карточному счету и оказывает иные услуги в рамках настоящего Договора в соответствии с действующим законодательством, правилами платежной системы и внутренними правилами Банка.</w:t>
      </w:r>
    </w:p>
    <w:p w14:paraId="55C72892"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Клиент, в свою очередь, обязуется соблюдать установленный порядок использования Карты, предоставлять Банку необходимые документы и сведения, соблюдать требования безопасности, связанные с использованием Карты, а также производить платежи в соответствии с Тарифами Банка.</w:t>
      </w:r>
    </w:p>
    <w:p w14:paraId="546C548F"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Карта используется только в целях, не запрещенных законодательством, и в пределах функциональных возможностей Карты. Операции по Карте осуществляются в соответствии с действующим законодательством, правилами оператора платежной системы и внутренними процедурами Банка.</w:t>
      </w:r>
    </w:p>
    <w:p w14:paraId="5AF4E4E3" w14:textId="77777777" w:rsidR="007D24A2" w:rsidRPr="00585726" w:rsidRDefault="007D24A2" w:rsidP="00F24377">
      <w:pPr>
        <w:ind w:firstLine="567"/>
        <w:jc w:val="both"/>
        <w:rPr>
          <w:rFonts w:cs="Arial"/>
          <w:sz w:val="24"/>
          <w:szCs w:val="24"/>
          <w:lang w:val="ru-RU"/>
        </w:rPr>
      </w:pPr>
    </w:p>
    <w:p w14:paraId="7FFDCABA" w14:textId="77777777" w:rsidR="008F00AB" w:rsidRPr="00585726" w:rsidRDefault="00357484" w:rsidP="00F24377">
      <w:pPr>
        <w:ind w:firstLine="567"/>
        <w:jc w:val="both"/>
        <w:rPr>
          <w:rFonts w:cs="Arial"/>
          <w:sz w:val="24"/>
          <w:szCs w:val="24"/>
          <w:lang w:val="ru-RU"/>
        </w:rPr>
      </w:pPr>
      <w:r w:rsidRPr="00585726">
        <w:rPr>
          <w:rFonts w:cs="Arial"/>
          <w:b/>
          <w:sz w:val="24"/>
          <w:szCs w:val="24"/>
        </w:rPr>
        <w:t>III</w:t>
      </w:r>
      <w:r w:rsidRPr="00585726">
        <w:rPr>
          <w:rFonts w:cs="Arial"/>
          <w:b/>
          <w:sz w:val="24"/>
          <w:szCs w:val="24"/>
          <w:lang w:val="ru-RU"/>
        </w:rPr>
        <w:t>. ПОРЯДОК АКЦЕПТА И ЗАКЛЮЧЕНИЯ ДОГОВОРА</w:t>
      </w:r>
    </w:p>
    <w:p w14:paraId="465741D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Акцепт настоящего Договора осуществляется путем представления Клиентом в Банк заявления на выпуск корпоративной банковской карты и иных документов, требуемых Банком, на бумажном носителе либо в электронной форме.</w:t>
      </w:r>
    </w:p>
    <w:p w14:paraId="1C85FA7A"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Если заявление направляется дистанционно, идентификация Клиента, проверка полномочий, а при необходимости процедуры </w:t>
      </w:r>
      <w:r w:rsidRPr="00585726">
        <w:rPr>
          <w:rFonts w:cs="Arial"/>
          <w:sz w:val="24"/>
          <w:szCs w:val="24"/>
        </w:rPr>
        <w:t>KYC</w:t>
      </w:r>
      <w:r w:rsidRPr="00585726">
        <w:rPr>
          <w:rFonts w:cs="Arial"/>
          <w:sz w:val="24"/>
          <w:szCs w:val="24"/>
          <w:lang w:val="ru-RU"/>
        </w:rPr>
        <w:t xml:space="preserve">, </w:t>
      </w:r>
      <w:r w:rsidRPr="00585726">
        <w:rPr>
          <w:rFonts w:cs="Arial"/>
          <w:sz w:val="24"/>
          <w:szCs w:val="24"/>
        </w:rPr>
        <w:t>e</w:t>
      </w:r>
      <w:r w:rsidRPr="00585726">
        <w:rPr>
          <w:rFonts w:cs="Arial"/>
          <w:sz w:val="24"/>
          <w:szCs w:val="24"/>
          <w:lang w:val="ru-RU"/>
        </w:rPr>
        <w:t>-</w:t>
      </w:r>
      <w:r w:rsidRPr="00585726">
        <w:rPr>
          <w:rFonts w:cs="Arial"/>
          <w:sz w:val="24"/>
          <w:szCs w:val="24"/>
        </w:rPr>
        <w:t>KYC</w:t>
      </w:r>
      <w:r w:rsidRPr="00585726">
        <w:rPr>
          <w:rFonts w:cs="Arial"/>
          <w:sz w:val="24"/>
          <w:szCs w:val="24"/>
          <w:lang w:val="ru-RU"/>
        </w:rPr>
        <w:t xml:space="preserve"> и/или </w:t>
      </w:r>
      <w:r w:rsidRPr="00585726">
        <w:rPr>
          <w:rFonts w:cs="Arial"/>
          <w:sz w:val="24"/>
          <w:szCs w:val="24"/>
        </w:rPr>
        <w:t>video</w:t>
      </w:r>
      <w:r w:rsidRPr="00585726">
        <w:rPr>
          <w:rFonts w:cs="Arial"/>
          <w:sz w:val="24"/>
          <w:szCs w:val="24"/>
          <w:lang w:val="ru-RU"/>
        </w:rPr>
        <w:t>-</w:t>
      </w:r>
      <w:r w:rsidRPr="00585726">
        <w:rPr>
          <w:rFonts w:cs="Arial"/>
          <w:sz w:val="24"/>
          <w:szCs w:val="24"/>
        </w:rPr>
        <w:t>KYC</w:t>
      </w:r>
      <w:r w:rsidRPr="00585726">
        <w:rPr>
          <w:rFonts w:cs="Arial"/>
          <w:sz w:val="24"/>
          <w:szCs w:val="24"/>
          <w:lang w:val="ru-RU"/>
        </w:rPr>
        <w:t xml:space="preserve"> осуществляются на основании внутренних правил Банка и действующих нормативных документов.</w:t>
      </w:r>
    </w:p>
    <w:p w14:paraId="5AE6C93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По результатам рассмотрения заявления и документов Клиента Банк принимает решение о выпуске Карты, отказе либо о запросе дополнительных сведений.</w:t>
      </w:r>
    </w:p>
    <w:p w14:paraId="62C284AB"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Договор считается заключенным с момента принятия Банком заявления Клиента и принятия положительного решения об оформлении Карты.</w:t>
      </w:r>
    </w:p>
    <w:p w14:paraId="5B6882B7" w14:textId="77777777" w:rsidR="007D24A2" w:rsidRPr="00585726" w:rsidRDefault="007D24A2" w:rsidP="00F24377">
      <w:pPr>
        <w:ind w:firstLine="567"/>
        <w:jc w:val="both"/>
        <w:rPr>
          <w:rFonts w:cs="Arial"/>
          <w:sz w:val="24"/>
          <w:szCs w:val="24"/>
          <w:lang w:val="ru-RU"/>
        </w:rPr>
      </w:pPr>
    </w:p>
    <w:p w14:paraId="536B8437" w14:textId="77777777" w:rsidR="008F00AB" w:rsidRPr="00585726" w:rsidRDefault="00357484" w:rsidP="00F24377">
      <w:pPr>
        <w:ind w:firstLine="567"/>
        <w:jc w:val="both"/>
        <w:rPr>
          <w:rFonts w:cs="Arial"/>
          <w:sz w:val="24"/>
          <w:szCs w:val="24"/>
          <w:lang w:val="ru-RU"/>
        </w:rPr>
      </w:pPr>
      <w:r w:rsidRPr="00585726">
        <w:rPr>
          <w:rFonts w:cs="Arial"/>
          <w:b/>
          <w:sz w:val="24"/>
          <w:szCs w:val="24"/>
        </w:rPr>
        <w:t>IV</w:t>
      </w:r>
      <w:r w:rsidRPr="00585726">
        <w:rPr>
          <w:rFonts w:cs="Arial"/>
          <w:b/>
          <w:sz w:val="24"/>
          <w:szCs w:val="24"/>
          <w:lang w:val="ru-RU"/>
        </w:rPr>
        <w:t>. ПОРЯДОК ВЫПУСКА КАРТЫ</w:t>
      </w:r>
    </w:p>
    <w:p w14:paraId="5EBC14BC"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Для выпуска корпоративной Карты Клиент предоставляет следующие документы и сведения:</w:t>
      </w:r>
    </w:p>
    <w:p w14:paraId="70745992"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заявление на выпуск корпоративной банковской карты;</w:t>
      </w:r>
    </w:p>
    <w:p w14:paraId="3A9D17BF"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перечень уполномоченных лиц и Держателей карты;</w:t>
      </w:r>
    </w:p>
    <w:p w14:paraId="37A4CED5"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копии документов, удостоверяющих личность лиц, указанных в перечне;</w:t>
      </w:r>
    </w:p>
    <w:p w14:paraId="489F900E"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доверенность либо иной документ, подтверждающий полномочия, если это необходимо;</w:t>
      </w:r>
    </w:p>
    <w:p w14:paraId="2C663849"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иные документы и сведения, затребованные Банком.</w:t>
      </w:r>
    </w:p>
    <w:p w14:paraId="688A2222"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lastRenderedPageBreak/>
        <w:t>Заявление, прилагаемые к нему формы и анкеты оформляются по форме, установленной Банком. При необходимости Банк вправе затребовать дополнительные сведения, подтверждающие документы, документы о полномочиях и иную информацию.</w:t>
      </w:r>
    </w:p>
    <w:p w14:paraId="164C557C"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оформляет Карту в установленном порядке и выдает ее Держателю карты либо уполномоченному лицу на основании письменных полномочий Клиента.</w:t>
      </w:r>
    </w:p>
    <w:p w14:paraId="09783571"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С момента передачи Карты, если законодательством или Договором не предусмотрено иное, ответственность за операции, связанные с использованием Карты, несет Клиент.</w:t>
      </w:r>
    </w:p>
    <w:p w14:paraId="63A6D6C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Карта является собственностью Банка и передается Клиенту и Держателю карты для использования.</w:t>
      </w:r>
    </w:p>
    <w:p w14:paraId="128AD9B4" w14:textId="77777777" w:rsidR="007D24A2" w:rsidRPr="00585726" w:rsidRDefault="007D24A2" w:rsidP="00F24377">
      <w:pPr>
        <w:ind w:firstLine="567"/>
        <w:jc w:val="both"/>
        <w:rPr>
          <w:rFonts w:cs="Arial"/>
          <w:sz w:val="24"/>
          <w:szCs w:val="24"/>
          <w:lang w:val="ru-RU"/>
        </w:rPr>
      </w:pPr>
    </w:p>
    <w:p w14:paraId="73CE8B74" w14:textId="77777777" w:rsidR="008F00AB" w:rsidRPr="00585726" w:rsidRDefault="00357484" w:rsidP="00F24377">
      <w:pPr>
        <w:ind w:firstLine="567"/>
        <w:jc w:val="both"/>
        <w:rPr>
          <w:rFonts w:cs="Arial"/>
          <w:sz w:val="24"/>
          <w:szCs w:val="24"/>
          <w:lang w:val="ru-RU"/>
        </w:rPr>
      </w:pPr>
      <w:r w:rsidRPr="00585726">
        <w:rPr>
          <w:rFonts w:cs="Arial"/>
          <w:b/>
          <w:sz w:val="24"/>
          <w:szCs w:val="24"/>
        </w:rPr>
        <w:t>V</w:t>
      </w:r>
      <w:r w:rsidRPr="00585726">
        <w:rPr>
          <w:rFonts w:cs="Arial"/>
          <w:b/>
          <w:sz w:val="24"/>
          <w:szCs w:val="24"/>
          <w:lang w:val="ru-RU"/>
        </w:rPr>
        <w:t>. ПОРЯДОК ИСПОЛЬЗОВАНИЯ КАРТЫ</w:t>
      </w:r>
    </w:p>
    <w:p w14:paraId="55C8E2C4"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Операции по Карте могут осуществляться только в целях, связанных с законной деятельностью Клиента.</w:t>
      </w:r>
    </w:p>
    <w:p w14:paraId="16B05C5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Безналичные платежи по Карте могут использоваться для оплаты товаров, работ и услуг, командировочных, представительских, административно-хозяйственных и иных законных расходов, если такие операции не противоречат действующему законодательству, правилам платежной системы и внутренним процедурам Банка.</w:t>
      </w:r>
    </w:p>
    <w:p w14:paraId="06D30EA3"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Снятие наличных, валютные операции, переводы, онлайн-платежи и иные отдельные виды операций по Карте осуществляются только в пределах параметров продукта, разрешенных Банком, и действующего законодательства.</w:t>
      </w:r>
    </w:p>
    <w:p w14:paraId="69E529F3"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Клиент вправе запрашивать установление общего, разового, дневного, месячного лимита, а также ограничений по отдельным операциям. Банк применяет такие лимиты в пределах технических возможностей и условий продукта.</w:t>
      </w:r>
    </w:p>
    <w:p w14:paraId="17874BF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При недостаточности денежных средств на карточном счете операция может быть отклонена.</w:t>
      </w:r>
    </w:p>
    <w:p w14:paraId="3C79D96F"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Банк вправе отказать в проведении отдельных операций, приостановить их либо направить на дополнительную проверку по соображениям безопасности,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санкционного контроля, правил платежной системы либо по техническим причинам.</w:t>
      </w:r>
    </w:p>
    <w:p w14:paraId="29975297" w14:textId="77777777" w:rsidR="007D24A2" w:rsidRPr="00585726" w:rsidRDefault="007D24A2" w:rsidP="00F24377">
      <w:pPr>
        <w:ind w:firstLine="567"/>
        <w:jc w:val="both"/>
        <w:rPr>
          <w:rFonts w:cs="Arial"/>
          <w:sz w:val="24"/>
          <w:szCs w:val="24"/>
          <w:lang w:val="ru-RU"/>
        </w:rPr>
      </w:pPr>
    </w:p>
    <w:p w14:paraId="2D482779" w14:textId="77777777" w:rsidR="008F00AB" w:rsidRPr="00585726" w:rsidRDefault="00357484" w:rsidP="00F24377">
      <w:pPr>
        <w:ind w:firstLine="567"/>
        <w:jc w:val="both"/>
        <w:rPr>
          <w:rFonts w:cs="Arial"/>
          <w:sz w:val="24"/>
          <w:szCs w:val="24"/>
          <w:lang w:val="ru-RU"/>
        </w:rPr>
      </w:pPr>
      <w:r w:rsidRPr="00585726">
        <w:rPr>
          <w:rFonts w:cs="Arial"/>
          <w:b/>
          <w:sz w:val="24"/>
          <w:szCs w:val="24"/>
        </w:rPr>
        <w:t>VI</w:t>
      </w:r>
      <w:r w:rsidRPr="00585726">
        <w:rPr>
          <w:rFonts w:cs="Arial"/>
          <w:b/>
          <w:sz w:val="24"/>
          <w:szCs w:val="24"/>
          <w:lang w:val="ru-RU"/>
        </w:rPr>
        <w:t>. ПРАВА И ОБЯЗАННОСТИ СТОРОН</w:t>
      </w:r>
    </w:p>
    <w:p w14:paraId="441F24C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Обязанности Банка:</w:t>
      </w:r>
    </w:p>
    <w:p w14:paraId="79D29545"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выпустить, оформить и выдать Карту в установленном порядке;</w:t>
      </w:r>
    </w:p>
    <w:p w14:paraId="1EB57400"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осуществлять учет операций по карточному счету и формировать выписки;</w:t>
      </w:r>
    </w:p>
    <w:p w14:paraId="322FE843"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предоставлять информацию о требованиях безопасности, правилах использования Карты и Тарифах;</w:t>
      </w:r>
    </w:p>
    <w:p w14:paraId="72EE1805"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соблюдать банковскую тайну в случаях, предусмотренных законодательством;</w:t>
      </w:r>
    </w:p>
    <w:p w14:paraId="331C752C"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рассматривать обращения Клиента в установленном порядке.</w:t>
      </w:r>
    </w:p>
    <w:p w14:paraId="65C7EE7A"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Права</w:t>
      </w:r>
      <w:proofErr w:type="spellEnd"/>
      <w:r w:rsidRPr="00585726">
        <w:rPr>
          <w:rFonts w:cs="Arial"/>
          <w:sz w:val="24"/>
          <w:szCs w:val="24"/>
        </w:rPr>
        <w:t xml:space="preserve"> </w:t>
      </w:r>
      <w:proofErr w:type="spellStart"/>
      <w:r w:rsidRPr="00585726">
        <w:rPr>
          <w:rFonts w:cs="Arial"/>
          <w:sz w:val="24"/>
          <w:szCs w:val="24"/>
        </w:rPr>
        <w:t>Клиента</w:t>
      </w:r>
      <w:proofErr w:type="spellEnd"/>
      <w:r w:rsidRPr="00585726">
        <w:rPr>
          <w:rFonts w:cs="Arial"/>
          <w:sz w:val="24"/>
          <w:szCs w:val="24"/>
        </w:rPr>
        <w:t>:</w:t>
      </w:r>
    </w:p>
    <w:p w14:paraId="4214A1D3"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lastRenderedPageBreak/>
        <w:t>запрашивать выпуск Карты, установление лимитов и дополнительные услуги, не противоречащие законодательству и правилам Банка;</w:t>
      </w:r>
    </w:p>
    <w:p w14:paraId="2C90FDE3"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получать выписки и сведения по операциям по Карте;</w:t>
      </w:r>
    </w:p>
    <w:p w14:paraId="5168A5F6"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требовать блокировки Карты в случае ее утраты либо раскрытия реквизитов;</w:t>
      </w:r>
    </w:p>
    <w:p w14:paraId="36B3A68F"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расторгнуть Договор в соответствии с законодательством и правилами Банка.</w:t>
      </w:r>
    </w:p>
    <w:p w14:paraId="25098DC6" w14:textId="77777777" w:rsidR="008F00AB" w:rsidRPr="00585726" w:rsidRDefault="00357484" w:rsidP="00F24377">
      <w:pPr>
        <w:ind w:firstLine="567"/>
        <w:jc w:val="both"/>
        <w:rPr>
          <w:rFonts w:cs="Arial"/>
          <w:sz w:val="24"/>
          <w:szCs w:val="24"/>
        </w:rPr>
      </w:pPr>
      <w:proofErr w:type="spellStart"/>
      <w:r w:rsidRPr="00585726">
        <w:rPr>
          <w:rFonts w:cs="Arial"/>
          <w:sz w:val="24"/>
          <w:szCs w:val="24"/>
        </w:rPr>
        <w:t>Обязанности</w:t>
      </w:r>
      <w:proofErr w:type="spellEnd"/>
      <w:r w:rsidRPr="00585726">
        <w:rPr>
          <w:rFonts w:cs="Arial"/>
          <w:sz w:val="24"/>
          <w:szCs w:val="24"/>
        </w:rPr>
        <w:t xml:space="preserve"> </w:t>
      </w:r>
      <w:proofErr w:type="spellStart"/>
      <w:r w:rsidRPr="00585726">
        <w:rPr>
          <w:rFonts w:cs="Arial"/>
          <w:sz w:val="24"/>
          <w:szCs w:val="24"/>
        </w:rPr>
        <w:t>Клиента</w:t>
      </w:r>
      <w:proofErr w:type="spellEnd"/>
      <w:r w:rsidRPr="00585726">
        <w:rPr>
          <w:rFonts w:cs="Arial"/>
          <w:sz w:val="24"/>
          <w:szCs w:val="24"/>
        </w:rPr>
        <w:t>:</w:t>
      </w:r>
    </w:p>
    <w:p w14:paraId="7A90A5E4"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предоставлять Банку необходимые документы и актуальные сведения;</w:t>
      </w:r>
    </w:p>
    <w:p w14:paraId="1A39082D"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обеспечивать сохранность Карты и средств ее использования;</w:t>
      </w:r>
    </w:p>
    <w:p w14:paraId="18FB7301"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контролировать, чтобы Карта использовалась только в законных целях и в пределах полномочий;</w:t>
      </w:r>
    </w:p>
    <w:p w14:paraId="017799E0"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немедленно уведомлять Банк об утрате, хищении, раскрытии реквизитов или риске несанкционированной операции;</w:t>
      </w:r>
    </w:p>
    <w:p w14:paraId="6456D5CD"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своевременно производить платежи в соответствии с Тарифами Банка;</w:t>
      </w:r>
    </w:p>
    <w:p w14:paraId="725518D9"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 xml:space="preserve">своевременно предоставлять сведения, запрашиваемые для целей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комплаенса и санкционного контроля.</w:t>
      </w:r>
    </w:p>
    <w:p w14:paraId="45A74068" w14:textId="77777777" w:rsidR="007D24A2" w:rsidRPr="00585726" w:rsidRDefault="007D24A2" w:rsidP="007D24A2">
      <w:pPr>
        <w:pStyle w:val="a0"/>
        <w:numPr>
          <w:ilvl w:val="0"/>
          <w:numId w:val="0"/>
        </w:numPr>
        <w:ind w:left="567"/>
        <w:jc w:val="both"/>
        <w:rPr>
          <w:rFonts w:cs="Arial"/>
          <w:sz w:val="24"/>
          <w:szCs w:val="24"/>
          <w:lang w:val="ru-RU"/>
        </w:rPr>
      </w:pPr>
    </w:p>
    <w:p w14:paraId="3C5EAE1F" w14:textId="77777777" w:rsidR="008F00AB" w:rsidRPr="00585726" w:rsidRDefault="00357484" w:rsidP="00F24377">
      <w:pPr>
        <w:ind w:firstLine="567"/>
        <w:jc w:val="both"/>
        <w:rPr>
          <w:rFonts w:cs="Arial"/>
          <w:sz w:val="24"/>
          <w:szCs w:val="24"/>
          <w:lang w:val="ru-RU"/>
        </w:rPr>
      </w:pPr>
      <w:r w:rsidRPr="00585726">
        <w:rPr>
          <w:rFonts w:cs="Arial"/>
          <w:b/>
          <w:sz w:val="24"/>
          <w:szCs w:val="24"/>
        </w:rPr>
        <w:t>VII</w:t>
      </w:r>
      <w:r w:rsidRPr="00585726">
        <w:rPr>
          <w:rFonts w:cs="Arial"/>
          <w:b/>
          <w:sz w:val="24"/>
          <w:szCs w:val="24"/>
          <w:lang w:val="ru-RU"/>
        </w:rPr>
        <w:t>. БЕЗОПАСНОСТЬ, БЛОКИРОВКА И ПЕРЕВЫПУСК</w:t>
      </w:r>
    </w:p>
    <w:p w14:paraId="174ABB0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Клиент и Держатель карты обязаны обеспечивать конфиденциальность </w:t>
      </w:r>
      <w:r w:rsidRPr="00585726">
        <w:rPr>
          <w:rFonts w:cs="Arial"/>
          <w:sz w:val="24"/>
          <w:szCs w:val="24"/>
        </w:rPr>
        <w:t>PIN</w:t>
      </w:r>
      <w:r w:rsidRPr="00585726">
        <w:rPr>
          <w:rFonts w:cs="Arial"/>
          <w:sz w:val="24"/>
          <w:szCs w:val="24"/>
          <w:lang w:val="ru-RU"/>
        </w:rPr>
        <w:t xml:space="preserve">-кода, пароля, </w:t>
      </w:r>
      <w:r w:rsidRPr="00585726">
        <w:rPr>
          <w:rFonts w:cs="Arial"/>
          <w:sz w:val="24"/>
          <w:szCs w:val="24"/>
        </w:rPr>
        <w:t>SMS</w:t>
      </w:r>
      <w:r w:rsidRPr="00585726">
        <w:rPr>
          <w:rFonts w:cs="Arial"/>
          <w:sz w:val="24"/>
          <w:szCs w:val="24"/>
          <w:lang w:val="ru-RU"/>
        </w:rPr>
        <w:t xml:space="preserve">-кодов, </w:t>
      </w:r>
      <w:r w:rsidRPr="00585726">
        <w:rPr>
          <w:rFonts w:cs="Arial"/>
          <w:sz w:val="24"/>
          <w:szCs w:val="24"/>
        </w:rPr>
        <w:t>push</w:t>
      </w:r>
      <w:r w:rsidRPr="00585726">
        <w:rPr>
          <w:rFonts w:cs="Arial"/>
          <w:sz w:val="24"/>
          <w:szCs w:val="24"/>
          <w:lang w:val="ru-RU"/>
        </w:rPr>
        <w:t>-подтверждений, реквизитов Карты и иных средств аутентификации.</w:t>
      </w:r>
    </w:p>
    <w:p w14:paraId="28F58DE7"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В случае утраты, хищения Карты, раскрытия ее реквизитов либо возникновения риска несанкционированного использования Клиент или Держатель карты обязан немедленно уведомить об этом Банк и потребовать блокировки Карты.</w:t>
      </w:r>
    </w:p>
    <w:p w14:paraId="6F519DA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После получения такого уведомления Банк принимает меры по блокировке Карты в соответствии с действующим порядком.</w:t>
      </w:r>
    </w:p>
    <w:p w14:paraId="2919D521"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По истечении срока действия Карты, при ее утрате, непригодности, компрометации </w:t>
      </w:r>
      <w:r w:rsidRPr="00585726">
        <w:rPr>
          <w:rFonts w:cs="Arial"/>
          <w:sz w:val="24"/>
          <w:szCs w:val="24"/>
        </w:rPr>
        <w:t>PIN</w:t>
      </w:r>
      <w:r w:rsidRPr="00585726">
        <w:rPr>
          <w:rFonts w:cs="Arial"/>
          <w:sz w:val="24"/>
          <w:szCs w:val="24"/>
          <w:lang w:val="ru-RU"/>
        </w:rPr>
        <w:t>-кода или наличии иных оснований Карта может быть перевыпущена в соответствии с Тарифами и внутренними правилами Банка.</w:t>
      </w:r>
    </w:p>
    <w:p w14:paraId="5F12152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В целях безопасности, при выявлении подозрительных операций, невозможности связаться с Клиентом, возникновении санкционных либо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xml:space="preserve"> рисков Банк вправе заблокировать Карту с предварительным уведомлением либо без него в случаях, разрешенных законодательством.</w:t>
      </w:r>
    </w:p>
    <w:p w14:paraId="53C23B8E" w14:textId="77777777" w:rsidR="007D24A2" w:rsidRPr="00585726" w:rsidRDefault="007D24A2" w:rsidP="00F24377">
      <w:pPr>
        <w:ind w:firstLine="567"/>
        <w:jc w:val="both"/>
        <w:rPr>
          <w:rFonts w:cs="Arial"/>
          <w:b/>
          <w:sz w:val="24"/>
          <w:szCs w:val="24"/>
          <w:lang w:val="ru-RU"/>
        </w:rPr>
      </w:pPr>
    </w:p>
    <w:p w14:paraId="5D738DE0" w14:textId="77777777" w:rsidR="008F00AB" w:rsidRPr="00585726" w:rsidRDefault="00357484" w:rsidP="00F24377">
      <w:pPr>
        <w:ind w:firstLine="567"/>
        <w:jc w:val="both"/>
        <w:rPr>
          <w:rFonts w:cs="Arial"/>
          <w:sz w:val="24"/>
          <w:szCs w:val="24"/>
          <w:lang w:val="ru-RU"/>
        </w:rPr>
      </w:pPr>
      <w:r w:rsidRPr="00585726">
        <w:rPr>
          <w:rFonts w:cs="Arial"/>
          <w:b/>
          <w:sz w:val="24"/>
          <w:szCs w:val="24"/>
        </w:rPr>
        <w:t>VIII</w:t>
      </w:r>
      <w:r w:rsidRPr="00585726">
        <w:rPr>
          <w:rFonts w:cs="Arial"/>
          <w:b/>
          <w:sz w:val="24"/>
          <w:szCs w:val="24"/>
          <w:lang w:val="ru-RU"/>
        </w:rPr>
        <w:t xml:space="preserve">. </w:t>
      </w:r>
      <w:r w:rsidRPr="00585726">
        <w:rPr>
          <w:rFonts w:cs="Arial"/>
          <w:b/>
          <w:sz w:val="24"/>
          <w:szCs w:val="24"/>
        </w:rPr>
        <w:t>AML</w:t>
      </w:r>
      <w:r w:rsidRPr="00585726">
        <w:rPr>
          <w:rFonts w:cs="Arial"/>
          <w:b/>
          <w:sz w:val="24"/>
          <w:szCs w:val="24"/>
          <w:lang w:val="ru-RU"/>
        </w:rPr>
        <w:t>/</w:t>
      </w:r>
      <w:r w:rsidRPr="00585726">
        <w:rPr>
          <w:rFonts w:cs="Arial"/>
          <w:b/>
          <w:sz w:val="24"/>
          <w:szCs w:val="24"/>
        </w:rPr>
        <w:t>CFT</w:t>
      </w:r>
      <w:r w:rsidRPr="00585726">
        <w:rPr>
          <w:rFonts w:cs="Arial"/>
          <w:b/>
          <w:sz w:val="24"/>
          <w:szCs w:val="24"/>
          <w:lang w:val="ru-RU"/>
        </w:rPr>
        <w:t>/</w:t>
      </w:r>
      <w:r w:rsidRPr="00585726">
        <w:rPr>
          <w:rFonts w:cs="Arial"/>
          <w:b/>
          <w:sz w:val="24"/>
          <w:szCs w:val="24"/>
        </w:rPr>
        <w:t>CPF</w:t>
      </w:r>
      <w:r w:rsidRPr="00585726">
        <w:rPr>
          <w:rFonts w:cs="Arial"/>
          <w:b/>
          <w:sz w:val="24"/>
          <w:szCs w:val="24"/>
          <w:lang w:val="ru-RU"/>
        </w:rPr>
        <w:t>, КОМПЛАЕНС И САНКЦИОННЫЙ КОНТРОЛЬ</w:t>
      </w:r>
    </w:p>
    <w:p w14:paraId="3516BBAB"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осуществляет надлежащую проверку клиента, идентификацию, верификацию, мониторинг операций, выявление подозрительных операций и иные комплаенс-мероприятия в соответствии с действующим законодательством и внутренними правилами Банка.</w:t>
      </w:r>
    </w:p>
    <w:p w14:paraId="442A5B2C"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вправе требовать от Клиента и Держателя карты представления документов и сведений об экономическом содержании операции, источнике средств, контрагентах, назначении платежа, соответствующих договорах и иных подтверждающих документах.</w:t>
      </w:r>
    </w:p>
    <w:p w14:paraId="27F88ED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lastRenderedPageBreak/>
        <w:t xml:space="preserve">При выявлении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санкционных ограничений, признаков мошенничества либо иных правовых рисков Банк вправе отказать в операции, приостановить ее, провести дополнительную проверку, заблокировать Карту либо в одностороннем порядке прекратить Договор в порядке, предусмотренном законодательством.</w:t>
      </w:r>
    </w:p>
    <w:p w14:paraId="058C7825"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За достоверность и актуальность сведений, представленных Клиентом, отвечает Клиент.</w:t>
      </w:r>
    </w:p>
    <w:p w14:paraId="78E9D318" w14:textId="77777777" w:rsidR="007D24A2" w:rsidRPr="00585726" w:rsidRDefault="007D24A2" w:rsidP="00F24377">
      <w:pPr>
        <w:ind w:firstLine="567"/>
        <w:jc w:val="both"/>
        <w:rPr>
          <w:rFonts w:cs="Arial"/>
          <w:b/>
          <w:sz w:val="24"/>
          <w:szCs w:val="24"/>
          <w:lang w:val="ru-RU"/>
        </w:rPr>
      </w:pPr>
    </w:p>
    <w:p w14:paraId="3D542DA4" w14:textId="77777777" w:rsidR="008F00AB" w:rsidRPr="00585726" w:rsidRDefault="00357484" w:rsidP="00F24377">
      <w:pPr>
        <w:ind w:firstLine="567"/>
        <w:jc w:val="both"/>
        <w:rPr>
          <w:rFonts w:cs="Arial"/>
          <w:sz w:val="24"/>
          <w:szCs w:val="24"/>
          <w:lang w:val="ru-RU"/>
        </w:rPr>
      </w:pPr>
      <w:r w:rsidRPr="00585726">
        <w:rPr>
          <w:rFonts w:cs="Arial"/>
          <w:b/>
          <w:sz w:val="24"/>
          <w:szCs w:val="24"/>
        </w:rPr>
        <w:t>IX</w:t>
      </w:r>
      <w:r w:rsidRPr="00585726">
        <w:rPr>
          <w:rFonts w:cs="Arial"/>
          <w:b/>
          <w:sz w:val="24"/>
          <w:szCs w:val="24"/>
          <w:lang w:val="ru-RU"/>
        </w:rPr>
        <w:t>. ТАРИФЫ И РАСЧЕТЫ</w:t>
      </w:r>
    </w:p>
    <w:p w14:paraId="6167B20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Платежи за выпуск, перевыпуск, обслуживание Карты, </w:t>
      </w:r>
      <w:r w:rsidRPr="00585726">
        <w:rPr>
          <w:rFonts w:cs="Arial"/>
          <w:sz w:val="24"/>
          <w:szCs w:val="24"/>
        </w:rPr>
        <w:t>SMS</w:t>
      </w:r>
      <w:r w:rsidRPr="00585726">
        <w:rPr>
          <w:rFonts w:cs="Arial"/>
          <w:sz w:val="24"/>
          <w:szCs w:val="24"/>
          <w:lang w:val="ru-RU"/>
        </w:rPr>
        <w:t>-уведомление, блокировку, повторную активацию, выдачу выписок, снятие наличных, валютную конвертацию и иные услуги взимаются в соответствии с Тарифами Банка.</w:t>
      </w:r>
    </w:p>
    <w:p w14:paraId="6225EBB8"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Тарифы публикуются на официальном веб-сайте Банка, в мобильном приложении или в офисах Банка. Изменения в Тарифы вносятся и публикуются Банком в соответствии с законодательством и внутренними процедурами.</w:t>
      </w:r>
    </w:p>
    <w:p w14:paraId="63D0D3A0"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вправе в безакцептном порядке списывать с соответствующих счетов Клиента суммы платежей, подлежащих уплате в соответствии с настоящим Договором и Тарифами, если такой порядок не противоречит законодательству.</w:t>
      </w:r>
    </w:p>
    <w:p w14:paraId="5D537C89" w14:textId="77777777" w:rsidR="007D24A2" w:rsidRPr="00585726" w:rsidRDefault="007D24A2" w:rsidP="00F24377">
      <w:pPr>
        <w:ind w:firstLine="567"/>
        <w:jc w:val="both"/>
        <w:rPr>
          <w:rFonts w:cs="Arial"/>
          <w:b/>
          <w:sz w:val="24"/>
          <w:szCs w:val="24"/>
          <w:lang w:val="ru-RU"/>
        </w:rPr>
      </w:pPr>
    </w:p>
    <w:p w14:paraId="66DD84AF" w14:textId="77777777" w:rsidR="008F00AB" w:rsidRPr="00585726" w:rsidRDefault="00357484" w:rsidP="00F24377">
      <w:pPr>
        <w:ind w:firstLine="567"/>
        <w:jc w:val="both"/>
        <w:rPr>
          <w:rFonts w:cs="Arial"/>
          <w:sz w:val="24"/>
          <w:szCs w:val="24"/>
          <w:lang w:val="ru-RU"/>
        </w:rPr>
      </w:pPr>
      <w:r w:rsidRPr="00585726">
        <w:rPr>
          <w:rFonts w:cs="Arial"/>
          <w:b/>
          <w:sz w:val="24"/>
          <w:szCs w:val="24"/>
        </w:rPr>
        <w:t>X</w:t>
      </w:r>
      <w:r w:rsidRPr="00585726">
        <w:rPr>
          <w:rFonts w:cs="Arial"/>
          <w:b/>
          <w:sz w:val="24"/>
          <w:szCs w:val="24"/>
          <w:lang w:val="ru-RU"/>
        </w:rPr>
        <w:t>. ОТВЕТСТВЕННОСТЬ</w:t>
      </w:r>
    </w:p>
    <w:p w14:paraId="5B382383"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возмещает только прямой реальный ущерб, причиненный по его вине, в порядке, установленном законодательством.</w:t>
      </w:r>
    </w:p>
    <w:p w14:paraId="13B72EAF"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не несет ответственности за потери, возникшие вследствие сбоев у оператора платежной системы, операторов связи, программно-технических сбоев третьих лиц, отключения электроэнергии, кибератак, обстоятельств непреодолимой силы либо несоблюдения Клиентом/Держателем карты правил безопасности, если иное не предусмотрено законодательством.</w:t>
      </w:r>
    </w:p>
    <w:p w14:paraId="7586BE1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Клиент и Держатель карты несут ответственность за последствия раскрытия третьим лицам </w:t>
      </w:r>
      <w:r w:rsidRPr="00585726">
        <w:rPr>
          <w:rFonts w:cs="Arial"/>
          <w:sz w:val="24"/>
          <w:szCs w:val="24"/>
        </w:rPr>
        <w:t>PIN</w:t>
      </w:r>
      <w:r w:rsidRPr="00585726">
        <w:rPr>
          <w:rFonts w:cs="Arial"/>
          <w:sz w:val="24"/>
          <w:szCs w:val="24"/>
          <w:lang w:val="ru-RU"/>
        </w:rPr>
        <w:t>-кода, пароля, кода подтверждения, реквизитов Карты и иных средств защиты.</w:t>
      </w:r>
    </w:p>
    <w:p w14:paraId="4D37ACB5"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Клиент обязуется возместить ущерб, причиненный Банку в результате незаконного, нецелевого или противоречащего законодательству использования Карты.</w:t>
      </w:r>
    </w:p>
    <w:p w14:paraId="6BE97DAF" w14:textId="77777777" w:rsidR="007D24A2" w:rsidRPr="00585726" w:rsidRDefault="007D24A2" w:rsidP="00F24377">
      <w:pPr>
        <w:ind w:firstLine="567"/>
        <w:jc w:val="both"/>
        <w:rPr>
          <w:rFonts w:cs="Arial"/>
          <w:b/>
          <w:sz w:val="24"/>
          <w:szCs w:val="24"/>
          <w:lang w:val="ru-RU"/>
        </w:rPr>
      </w:pPr>
    </w:p>
    <w:p w14:paraId="77878BEC" w14:textId="77777777" w:rsidR="008F00AB" w:rsidRPr="00585726" w:rsidRDefault="00357484" w:rsidP="00F24377">
      <w:pPr>
        <w:ind w:firstLine="567"/>
        <w:jc w:val="both"/>
        <w:rPr>
          <w:rFonts w:cs="Arial"/>
          <w:sz w:val="24"/>
          <w:szCs w:val="24"/>
          <w:lang w:val="ru-RU"/>
        </w:rPr>
      </w:pPr>
      <w:r w:rsidRPr="00585726">
        <w:rPr>
          <w:rFonts w:cs="Arial"/>
          <w:b/>
          <w:sz w:val="24"/>
          <w:szCs w:val="24"/>
        </w:rPr>
        <w:t>XI</w:t>
      </w:r>
      <w:r w:rsidRPr="00585726">
        <w:rPr>
          <w:rFonts w:cs="Arial"/>
          <w:b/>
          <w:sz w:val="24"/>
          <w:szCs w:val="24"/>
          <w:lang w:val="ru-RU"/>
        </w:rPr>
        <w:t>. УРЕГУЛИРОВАНИЕ СПОРОВ</w:t>
      </w:r>
    </w:p>
    <w:p w14:paraId="260FC590"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Споры и разногласия, возникающие из настоящего Договора, прежде всего урегулируются путем переговоров и в порядке письменных обращений.</w:t>
      </w:r>
    </w:p>
    <w:p w14:paraId="461ADD4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Обращения принимаются бесплатно, регистрируются Банком и рассматриваются в соответствии с законодательством и внутренними процедурами Банка. О результатах рассмотрения Клиенту направляется ответ.</w:t>
      </w:r>
    </w:p>
    <w:p w14:paraId="0FA8074C" w14:textId="77777777" w:rsidR="006D3C33" w:rsidRPr="00585726" w:rsidRDefault="000E02BA">
      <w:pPr>
        <w:rPr>
          <w:lang w:val="ru-RU"/>
        </w:rPr>
      </w:pPr>
      <w:r w:rsidRPr="00585726">
        <w:rPr>
          <w:lang w:val="ru-RU"/>
        </w:rPr>
        <w:t>При необходимости Клиенту предоставляется информация о внутреннем апелляционном порядке Банка, а также о возможности обращения в уполномоченные государственные органы или в суд.</w:t>
      </w:r>
    </w:p>
    <w:p w14:paraId="3C2CB6EA"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lastRenderedPageBreak/>
        <w:t>Если переговоры не привели к результату, споры подлежат рассмотрению в порядке, установленном законодательством Республики Узбекистан.</w:t>
      </w:r>
    </w:p>
    <w:p w14:paraId="1A7213B7" w14:textId="77777777" w:rsidR="007D24A2" w:rsidRPr="00585726" w:rsidRDefault="007D24A2" w:rsidP="00F24377">
      <w:pPr>
        <w:ind w:firstLine="567"/>
        <w:jc w:val="both"/>
        <w:rPr>
          <w:rFonts w:cs="Arial"/>
          <w:b/>
          <w:sz w:val="24"/>
          <w:szCs w:val="24"/>
          <w:lang w:val="ru-RU"/>
        </w:rPr>
      </w:pPr>
    </w:p>
    <w:p w14:paraId="256B0BC1" w14:textId="77777777" w:rsidR="008F00AB" w:rsidRPr="00585726" w:rsidRDefault="00357484" w:rsidP="00F24377">
      <w:pPr>
        <w:ind w:firstLine="567"/>
        <w:jc w:val="both"/>
        <w:rPr>
          <w:rFonts w:cs="Arial"/>
          <w:sz w:val="24"/>
          <w:szCs w:val="24"/>
          <w:lang w:val="ru-RU"/>
        </w:rPr>
      </w:pPr>
      <w:r w:rsidRPr="00585726">
        <w:rPr>
          <w:rFonts w:cs="Arial"/>
          <w:b/>
          <w:sz w:val="24"/>
          <w:szCs w:val="24"/>
        </w:rPr>
        <w:t>XII</w:t>
      </w:r>
      <w:r w:rsidRPr="00585726">
        <w:rPr>
          <w:rFonts w:cs="Arial"/>
          <w:b/>
          <w:sz w:val="24"/>
          <w:szCs w:val="24"/>
          <w:lang w:val="ru-RU"/>
        </w:rPr>
        <w:t>. СРОК ДЕЙСТВИЯ, ИЗМЕНЕНИЕ И ПРЕКРАЩЕНИЕ ДОГОВОРА</w:t>
      </w:r>
    </w:p>
    <w:p w14:paraId="16AEAE67"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Настоящий Договор вступает в силу с момента его акцепта и действует до полного прекращения отношений между сторонами.</w:t>
      </w:r>
    </w:p>
    <w:p w14:paraId="46655D3D"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вправе вносить изменения и дополнения в условия Договора в связи с изменением законодательства, внутренних процессов, правил платежной системы либо условий продукта. Такие изменения вступают в силу со дня их опубликования Банком в официальных каналах либо с даты, указанной в них.</w:t>
      </w:r>
    </w:p>
    <w:p w14:paraId="39B6D35D"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Если Клиент не согласен с новой редакцией Договора, он вправе прекратить использование Карты и обратиться в Банк с письменным заявлением о прекращении Договора.</w:t>
      </w:r>
    </w:p>
    <w:p w14:paraId="35D7675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Банк вправе в одностороннем порядке прекратить Договор в следующих случаях:</w:t>
      </w:r>
    </w:p>
    <w:p w14:paraId="23A40BD6"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при нарушении Клиентом или Держателем карты требований Договора, правил Банка, правил платежной системы или действующего законодательства;</w:t>
      </w:r>
    </w:p>
    <w:p w14:paraId="6766D00E"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 xml:space="preserve">при выявлении </w:t>
      </w:r>
      <w:r w:rsidRPr="00585726">
        <w:rPr>
          <w:rFonts w:cs="Arial"/>
          <w:sz w:val="24"/>
          <w:szCs w:val="24"/>
        </w:rPr>
        <w:t>AML</w:t>
      </w:r>
      <w:r w:rsidRPr="00585726">
        <w:rPr>
          <w:rFonts w:cs="Arial"/>
          <w:sz w:val="24"/>
          <w:szCs w:val="24"/>
          <w:lang w:val="ru-RU"/>
        </w:rPr>
        <w:t>/</w:t>
      </w:r>
      <w:r w:rsidRPr="00585726">
        <w:rPr>
          <w:rFonts w:cs="Arial"/>
          <w:sz w:val="24"/>
          <w:szCs w:val="24"/>
        </w:rPr>
        <w:t>CFT</w:t>
      </w:r>
      <w:r w:rsidRPr="00585726">
        <w:rPr>
          <w:rFonts w:cs="Arial"/>
          <w:sz w:val="24"/>
          <w:szCs w:val="24"/>
          <w:lang w:val="ru-RU"/>
        </w:rPr>
        <w:t>/</w:t>
      </w:r>
      <w:r w:rsidRPr="00585726">
        <w:rPr>
          <w:rFonts w:cs="Arial"/>
          <w:sz w:val="24"/>
          <w:szCs w:val="24"/>
        </w:rPr>
        <w:t>CPF</w:t>
      </w:r>
      <w:r w:rsidRPr="00585726">
        <w:rPr>
          <w:rFonts w:cs="Arial"/>
          <w:sz w:val="24"/>
          <w:szCs w:val="24"/>
          <w:lang w:val="ru-RU"/>
        </w:rPr>
        <w:t>, санкционного комплаенса либо иных факторов высокого риска;</w:t>
      </w:r>
    </w:p>
    <w:p w14:paraId="6E489594"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при представлении Клиентом неверных или подложных сведений;</w:t>
      </w:r>
    </w:p>
    <w:p w14:paraId="719F4F91"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при несвоевременной оплате банковских услуг;</w:t>
      </w:r>
    </w:p>
    <w:p w14:paraId="07BC50CF" w14:textId="77777777" w:rsidR="008F00AB" w:rsidRPr="00585726" w:rsidRDefault="00357484" w:rsidP="00F24377">
      <w:pPr>
        <w:pStyle w:val="a0"/>
        <w:ind w:left="0" w:firstLine="567"/>
        <w:jc w:val="both"/>
        <w:rPr>
          <w:rFonts w:cs="Arial"/>
          <w:sz w:val="24"/>
          <w:szCs w:val="24"/>
          <w:lang w:val="ru-RU"/>
        </w:rPr>
      </w:pPr>
      <w:r w:rsidRPr="00585726">
        <w:rPr>
          <w:rFonts w:cs="Arial"/>
          <w:sz w:val="24"/>
          <w:szCs w:val="24"/>
          <w:lang w:val="ru-RU"/>
        </w:rPr>
        <w:t>в иных случаях, предусмотренных законодательством.</w:t>
      </w:r>
    </w:p>
    <w:p w14:paraId="5E74D4A9"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При прекращении Договора Карта по требованию Банка возвращается либо блокируется и закрывается Банком. После завершения расчетов оставшиеся средства возвращаются Клиенту либо переводятся на соответствующий счет в соответствии с законодательством и правилами Банка.</w:t>
      </w:r>
    </w:p>
    <w:p w14:paraId="430F51D4" w14:textId="77777777" w:rsidR="007D24A2" w:rsidRPr="00585726" w:rsidRDefault="007D24A2" w:rsidP="00F24377">
      <w:pPr>
        <w:ind w:firstLine="567"/>
        <w:jc w:val="both"/>
        <w:rPr>
          <w:rFonts w:cs="Arial"/>
          <w:b/>
          <w:sz w:val="24"/>
          <w:szCs w:val="24"/>
          <w:lang w:val="ru-RU"/>
        </w:rPr>
      </w:pPr>
    </w:p>
    <w:p w14:paraId="3DC30436" w14:textId="77777777" w:rsidR="008F00AB" w:rsidRPr="00585726" w:rsidRDefault="00357484" w:rsidP="00F24377">
      <w:pPr>
        <w:ind w:firstLine="567"/>
        <w:jc w:val="both"/>
        <w:rPr>
          <w:rFonts w:cs="Arial"/>
          <w:sz w:val="24"/>
          <w:szCs w:val="24"/>
          <w:lang w:val="ru-RU"/>
        </w:rPr>
      </w:pPr>
      <w:r w:rsidRPr="00585726">
        <w:rPr>
          <w:rFonts w:cs="Arial"/>
          <w:b/>
          <w:sz w:val="24"/>
          <w:szCs w:val="24"/>
        </w:rPr>
        <w:t>XIII</w:t>
      </w:r>
      <w:r w:rsidRPr="00585726">
        <w:rPr>
          <w:rFonts w:cs="Arial"/>
          <w:b/>
          <w:sz w:val="24"/>
          <w:szCs w:val="24"/>
          <w:lang w:val="ru-RU"/>
        </w:rPr>
        <w:t>. ЗАКЛЮЧИТЕЛЬНЫЕ ПОЛОЖЕНИЯ</w:t>
      </w:r>
    </w:p>
    <w:p w14:paraId="7D856F6B"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Клиент отвечает за достоверность, полноту и актуальность всех сведений, документов и контактных реквизитов, представленных Банку.</w:t>
      </w:r>
    </w:p>
    <w:p w14:paraId="031059FB"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При изменении наименования Клиента, ИНН, адреса, номеров телефонов, адреса электронной почты, руководителя, уполномоченных лиц либо иных существенных реквизитов Клиент обязан уведомить об этом Банк без промедления, но не позднее 3 (трех) рабочих дней.</w:t>
      </w:r>
    </w:p>
    <w:p w14:paraId="25589A46" w14:textId="77777777" w:rsidR="008F00AB" w:rsidRPr="00585726" w:rsidRDefault="00357484" w:rsidP="00F24377">
      <w:pPr>
        <w:ind w:firstLine="567"/>
        <w:jc w:val="both"/>
        <w:rPr>
          <w:rFonts w:cs="Arial"/>
          <w:sz w:val="24"/>
          <w:szCs w:val="24"/>
          <w:lang w:val="ru-RU"/>
        </w:rPr>
      </w:pPr>
      <w:r w:rsidRPr="00585726">
        <w:rPr>
          <w:rFonts w:cs="Arial"/>
          <w:sz w:val="24"/>
          <w:szCs w:val="24"/>
          <w:lang w:val="ru-RU"/>
        </w:rPr>
        <w:t xml:space="preserve">Уведомления по настоящему Договору могут направляться через официальный веб-сайт Банка, мобильное приложение, иные официальные информационные каналы, </w:t>
      </w:r>
      <w:r w:rsidRPr="00585726">
        <w:rPr>
          <w:rFonts w:cs="Arial"/>
          <w:sz w:val="24"/>
          <w:szCs w:val="24"/>
        </w:rPr>
        <w:t>SMS</w:t>
      </w:r>
      <w:r w:rsidRPr="00585726">
        <w:rPr>
          <w:rFonts w:cs="Arial"/>
          <w:sz w:val="24"/>
          <w:szCs w:val="24"/>
          <w:lang w:val="ru-RU"/>
        </w:rPr>
        <w:t xml:space="preserve">, электронную почту, </w:t>
      </w:r>
      <w:r w:rsidRPr="00585726">
        <w:rPr>
          <w:rFonts w:cs="Arial"/>
          <w:sz w:val="24"/>
          <w:szCs w:val="24"/>
        </w:rPr>
        <w:t>push</w:t>
      </w:r>
      <w:r w:rsidRPr="00585726">
        <w:rPr>
          <w:rFonts w:cs="Arial"/>
          <w:sz w:val="24"/>
          <w:szCs w:val="24"/>
          <w:lang w:val="ru-RU"/>
        </w:rPr>
        <w:t>-уведомления, офис Банка либо иные каналы связи, разрешенные законодательством.</w:t>
      </w:r>
    </w:p>
    <w:p w14:paraId="4FF662CA" w14:textId="77777777" w:rsidR="00FF5A38" w:rsidRPr="00585726" w:rsidRDefault="00357484" w:rsidP="00FF5A38">
      <w:pPr>
        <w:ind w:firstLine="567"/>
        <w:jc w:val="both"/>
        <w:rPr>
          <w:rFonts w:cs="Arial"/>
          <w:sz w:val="24"/>
          <w:szCs w:val="24"/>
          <w:lang w:val="ru-RU"/>
        </w:rPr>
      </w:pPr>
      <w:r w:rsidRPr="00585726">
        <w:rPr>
          <w:rFonts w:cs="Arial"/>
          <w:sz w:val="24"/>
          <w:szCs w:val="24"/>
          <w:lang w:val="ru-RU"/>
        </w:rPr>
        <w:t>Вопросы, не урегулированные настоящим Договором, регулируются законодательством Республики Узбекистан.</w:t>
      </w:r>
    </w:p>
    <w:p w14:paraId="08725A4E" w14:textId="3A38CBBB" w:rsidR="006D3C33" w:rsidRPr="00585726" w:rsidRDefault="000E02BA" w:rsidP="00FF5A38">
      <w:pPr>
        <w:ind w:firstLine="567"/>
        <w:jc w:val="both"/>
        <w:rPr>
          <w:rFonts w:cs="Arial"/>
          <w:sz w:val="24"/>
          <w:szCs w:val="24"/>
          <w:lang w:val="ru-RU"/>
        </w:rPr>
      </w:pPr>
      <w:r w:rsidRPr="00585726">
        <w:rPr>
          <w:rFonts w:cs="Arial"/>
          <w:sz w:val="24"/>
          <w:szCs w:val="24"/>
          <w:lang w:val="ru-RU"/>
        </w:rPr>
        <w:t>Приложения к настоящему Договору, формы заявлений, лимиты, акты, тарифы, памятка по безопасности и формы обращений являются его неотъемлемой частью.</w:t>
      </w:r>
    </w:p>
    <w:p w14:paraId="2FEC9170" w14:textId="77777777" w:rsidR="00FF5A38" w:rsidRPr="00585726" w:rsidRDefault="00FF5A38" w:rsidP="00FF5A38">
      <w:pPr>
        <w:ind w:firstLine="567"/>
        <w:jc w:val="both"/>
        <w:rPr>
          <w:lang w:val="ru-RU"/>
        </w:rPr>
      </w:pPr>
    </w:p>
    <w:p w14:paraId="25FF0C13" w14:textId="77777777" w:rsidR="006D3C33" w:rsidRPr="00585726" w:rsidRDefault="000E02BA">
      <w:pPr>
        <w:rPr>
          <w:lang w:val="ru-RU"/>
        </w:rPr>
      </w:pPr>
      <w:r w:rsidRPr="00585726">
        <w:rPr>
          <w:b/>
          <w:lang w:val="ru-RU"/>
        </w:rPr>
        <w:lastRenderedPageBreak/>
        <w:t>ПЕРЕЧЕНЬ ПРИЛОЖЕНИЙ</w:t>
      </w:r>
    </w:p>
    <w:p w14:paraId="447EEF0C" w14:textId="77777777" w:rsidR="006D3C33" w:rsidRPr="00585726" w:rsidRDefault="000E02BA">
      <w:pPr>
        <w:rPr>
          <w:lang w:val="ru-RU"/>
        </w:rPr>
      </w:pPr>
      <w:r w:rsidRPr="00585726">
        <w:rPr>
          <w:lang w:val="ru-RU"/>
        </w:rPr>
        <w:t>Приложение 1. Форма заявления на выпуск корпоративной банковской карты.</w:t>
      </w:r>
    </w:p>
    <w:p w14:paraId="54A57766" w14:textId="77777777" w:rsidR="006D3C33" w:rsidRPr="00585726" w:rsidRDefault="000E02BA">
      <w:pPr>
        <w:rPr>
          <w:lang w:val="ru-RU"/>
        </w:rPr>
      </w:pPr>
      <w:r w:rsidRPr="00585726">
        <w:rPr>
          <w:lang w:val="ru-RU"/>
        </w:rPr>
        <w:t>Приложение 2. Форма перечня держателей карт и лимитов.</w:t>
      </w:r>
    </w:p>
    <w:p w14:paraId="6AE26E4D" w14:textId="77777777" w:rsidR="006D3C33" w:rsidRPr="00585726" w:rsidRDefault="000E02BA">
      <w:pPr>
        <w:rPr>
          <w:lang w:val="ru-RU"/>
        </w:rPr>
      </w:pPr>
      <w:r w:rsidRPr="00585726">
        <w:rPr>
          <w:lang w:val="ru-RU"/>
        </w:rPr>
        <w:t>Приложение 3. Акт приема-передачи карты.</w:t>
      </w:r>
    </w:p>
    <w:p w14:paraId="0BAE6F8B" w14:textId="77777777" w:rsidR="006D3C33" w:rsidRPr="00585726" w:rsidRDefault="000E02BA">
      <w:pPr>
        <w:rPr>
          <w:lang w:val="ru-RU"/>
        </w:rPr>
      </w:pPr>
      <w:r w:rsidRPr="00585726">
        <w:rPr>
          <w:lang w:val="ru-RU"/>
        </w:rPr>
        <w:t>Приложение 4. Форма тарифов по корпоративной карте.</w:t>
      </w:r>
    </w:p>
    <w:p w14:paraId="3DF9ECCE" w14:textId="77777777" w:rsidR="006D3C33" w:rsidRPr="00585726" w:rsidRDefault="000E02BA">
      <w:pPr>
        <w:rPr>
          <w:lang w:val="ru-RU"/>
        </w:rPr>
      </w:pPr>
      <w:r w:rsidRPr="00585726">
        <w:rPr>
          <w:lang w:val="ru-RU"/>
        </w:rPr>
        <w:t>Приложение 5. Памятка по безопасному использованию корпоративной карты.</w:t>
      </w:r>
    </w:p>
    <w:p w14:paraId="37FE755A" w14:textId="77777777" w:rsidR="006D3C33" w:rsidRPr="00585726" w:rsidRDefault="000E02BA">
      <w:pPr>
        <w:rPr>
          <w:lang w:val="ru-RU"/>
        </w:rPr>
      </w:pPr>
      <w:r w:rsidRPr="00585726">
        <w:rPr>
          <w:lang w:val="ru-RU"/>
        </w:rPr>
        <w:t>Приложение 6. Форма обращения по несанкционированной операции или утрате карты.</w:t>
      </w:r>
    </w:p>
    <w:p w14:paraId="37E8C15B" w14:textId="77777777" w:rsidR="006D3C33" w:rsidRPr="00585726" w:rsidRDefault="006D3C33">
      <w:pPr>
        <w:rPr>
          <w:lang w:val="ru-RU"/>
        </w:rPr>
      </w:pPr>
    </w:p>
    <w:p w14:paraId="774E9AB8" w14:textId="77777777" w:rsidR="00325734" w:rsidRPr="00585726" w:rsidRDefault="00025742">
      <w:pPr>
        <w:rPr>
          <w:lang w:val="ru-RU"/>
        </w:rPr>
      </w:pPr>
      <w:r w:rsidRPr="00585726">
        <w:rPr>
          <w:lang w:val="ru-RU"/>
        </w:rPr>
        <w:t>ПРИЛОЖЕНИЕ 1. ФОРМА ЗАЯВЛЕНИЯ НА ВЫПУСК КОРПОРАТИВНОЙ БАНКОВСКОЙ КАРТЫ</w:t>
      </w:r>
    </w:p>
    <w:p w14:paraId="1D927CCE" w14:textId="77777777" w:rsidR="008841C6" w:rsidRPr="00585726" w:rsidRDefault="008841C6">
      <w:pPr>
        <w:rPr>
          <w:lang w:val="ru-RU"/>
        </w:rPr>
      </w:pPr>
    </w:p>
    <w:tbl>
      <w:tblPr>
        <w:tblW w:w="0" w:type="auto"/>
        <w:jc w:val="center"/>
        <w:tblLook w:val="04A0" w:firstRow="1" w:lastRow="0" w:firstColumn="1" w:lastColumn="0" w:noHBand="0" w:noVBand="1"/>
      </w:tblPr>
      <w:tblGrid>
        <w:gridCol w:w="3834"/>
        <w:gridCol w:w="5845"/>
      </w:tblGrid>
      <w:tr w:rsidR="00325734" w:rsidRPr="00585726" w14:paraId="1E5B286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7CABD56" w14:textId="77777777" w:rsidR="00325734" w:rsidRPr="00585726" w:rsidRDefault="00025742">
            <w:proofErr w:type="spellStart"/>
            <w:r w:rsidRPr="00585726">
              <w:t>Наименование</w:t>
            </w:r>
            <w:proofErr w:type="spellEnd"/>
            <w:r w:rsidRPr="00585726">
              <w:t xml:space="preserve"> </w:t>
            </w:r>
            <w:proofErr w:type="spellStart"/>
            <w:r w:rsidRPr="00585726">
              <w:t>Клиента</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57CE3F31" w14:textId="77777777" w:rsidR="00325734" w:rsidRPr="00585726" w:rsidRDefault="00025742">
            <w:r w:rsidRPr="00585726">
              <w:t>______________________________________________</w:t>
            </w:r>
          </w:p>
        </w:tc>
      </w:tr>
      <w:tr w:rsidR="00325734" w:rsidRPr="00585726" w14:paraId="2FF3785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A2A871C" w14:textId="77777777" w:rsidR="00325734" w:rsidRPr="00585726" w:rsidRDefault="00025742">
            <w:r w:rsidRPr="00585726">
              <w:t>ИНН</w:t>
            </w:r>
          </w:p>
        </w:tc>
        <w:tc>
          <w:tcPr>
            <w:tcW w:w="5669" w:type="dxa"/>
            <w:tcBorders>
              <w:top w:val="single" w:sz="4" w:space="0" w:color="000000"/>
              <w:left w:val="single" w:sz="4" w:space="0" w:color="000000"/>
              <w:bottom w:val="single" w:sz="4" w:space="0" w:color="000000"/>
              <w:right w:val="single" w:sz="4" w:space="0" w:color="000000"/>
            </w:tcBorders>
            <w:vAlign w:val="center"/>
          </w:tcPr>
          <w:p w14:paraId="3C8E08C6" w14:textId="77777777" w:rsidR="00325734" w:rsidRPr="00585726" w:rsidRDefault="00025742">
            <w:r w:rsidRPr="00585726">
              <w:t>______________________________________________</w:t>
            </w:r>
          </w:p>
        </w:tc>
      </w:tr>
      <w:tr w:rsidR="00325734" w:rsidRPr="00585726" w14:paraId="7A17750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A5C3E01" w14:textId="77777777" w:rsidR="00325734" w:rsidRPr="00585726" w:rsidRDefault="00025742">
            <w:r w:rsidRPr="00585726">
              <w:t>Номер основного счета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2FC38022" w14:textId="77777777" w:rsidR="00325734" w:rsidRPr="00585726" w:rsidRDefault="00025742">
            <w:r w:rsidRPr="00585726">
              <w:t>______________________________________________</w:t>
            </w:r>
          </w:p>
        </w:tc>
      </w:tr>
      <w:tr w:rsidR="00325734" w:rsidRPr="00585726" w14:paraId="718FA65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0F1CE8E" w14:textId="77777777" w:rsidR="00325734" w:rsidRPr="00585726" w:rsidRDefault="00025742">
            <w:r w:rsidRPr="00585726">
              <w:t>Вид карты / платежная система</w:t>
            </w:r>
          </w:p>
        </w:tc>
        <w:tc>
          <w:tcPr>
            <w:tcW w:w="5669" w:type="dxa"/>
            <w:tcBorders>
              <w:top w:val="single" w:sz="4" w:space="0" w:color="000000"/>
              <w:left w:val="single" w:sz="4" w:space="0" w:color="000000"/>
              <w:bottom w:val="single" w:sz="4" w:space="0" w:color="000000"/>
              <w:right w:val="single" w:sz="4" w:space="0" w:color="000000"/>
            </w:tcBorders>
            <w:vAlign w:val="center"/>
          </w:tcPr>
          <w:p w14:paraId="078E1A32" w14:textId="77777777" w:rsidR="00325734" w:rsidRPr="00585726" w:rsidRDefault="00025742">
            <w:r w:rsidRPr="00585726">
              <w:t>______________________________________________</w:t>
            </w:r>
          </w:p>
        </w:tc>
      </w:tr>
      <w:tr w:rsidR="00325734" w:rsidRPr="00585726" w14:paraId="4CC094D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EED1798" w14:textId="77777777" w:rsidR="00325734" w:rsidRPr="00585726" w:rsidRDefault="00025742">
            <w:pPr>
              <w:rPr>
                <w:lang w:val="ru-RU"/>
              </w:rPr>
            </w:pPr>
            <w:r w:rsidRPr="00585726">
              <w:rPr>
                <w:lang w:val="ru-RU"/>
              </w:rPr>
              <w:t>Ф.И.О. держателя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58AF00DA" w14:textId="77777777" w:rsidR="00325734" w:rsidRPr="00585726" w:rsidRDefault="00025742">
            <w:r w:rsidRPr="00585726">
              <w:t>______________________________________________</w:t>
            </w:r>
          </w:p>
        </w:tc>
      </w:tr>
      <w:tr w:rsidR="00325734" w:rsidRPr="00585726" w14:paraId="082FF79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31B00A8" w14:textId="77777777" w:rsidR="00325734" w:rsidRPr="00585726" w:rsidRDefault="00025742">
            <w:r w:rsidRPr="00585726">
              <w:t>ПИНФЛ / паспорт держателя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0DF4ECE0" w14:textId="77777777" w:rsidR="00325734" w:rsidRPr="00585726" w:rsidRDefault="00025742">
            <w:r w:rsidRPr="00585726">
              <w:t>______________________________________________</w:t>
            </w:r>
          </w:p>
        </w:tc>
      </w:tr>
      <w:tr w:rsidR="00325734" w:rsidRPr="00585726" w14:paraId="527EB6B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3390CE8" w14:textId="77777777" w:rsidR="00325734" w:rsidRPr="00585726" w:rsidRDefault="00025742">
            <w:r w:rsidRPr="00585726">
              <w:t>Должность</w:t>
            </w:r>
          </w:p>
        </w:tc>
        <w:tc>
          <w:tcPr>
            <w:tcW w:w="5669" w:type="dxa"/>
            <w:tcBorders>
              <w:top w:val="single" w:sz="4" w:space="0" w:color="000000"/>
              <w:left w:val="single" w:sz="4" w:space="0" w:color="000000"/>
              <w:bottom w:val="single" w:sz="4" w:space="0" w:color="000000"/>
              <w:right w:val="single" w:sz="4" w:space="0" w:color="000000"/>
            </w:tcBorders>
            <w:vAlign w:val="center"/>
          </w:tcPr>
          <w:p w14:paraId="2EB0DF99" w14:textId="77777777" w:rsidR="00325734" w:rsidRPr="00585726" w:rsidRDefault="00025742">
            <w:r w:rsidRPr="00585726">
              <w:t>______________________________________________</w:t>
            </w:r>
          </w:p>
        </w:tc>
      </w:tr>
      <w:tr w:rsidR="00325734" w:rsidRPr="00585726" w14:paraId="04692A6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23464EB" w14:textId="77777777" w:rsidR="00325734" w:rsidRPr="00585726" w:rsidRDefault="00025742">
            <w:r w:rsidRPr="00585726">
              <w:t>Срок действия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0F106E6E" w14:textId="77777777" w:rsidR="00325734" w:rsidRPr="00585726" w:rsidRDefault="00025742">
            <w:r w:rsidRPr="00585726">
              <w:t>______________________________________________</w:t>
            </w:r>
          </w:p>
        </w:tc>
      </w:tr>
      <w:tr w:rsidR="00325734" w:rsidRPr="00585726" w14:paraId="0677242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18BC2D3" w14:textId="77777777" w:rsidR="00325734" w:rsidRPr="00585726" w:rsidRDefault="00025742">
            <w:r w:rsidRPr="00585726">
              <w:t>Запрашиваемая сумма / лимит</w:t>
            </w:r>
          </w:p>
        </w:tc>
        <w:tc>
          <w:tcPr>
            <w:tcW w:w="5669" w:type="dxa"/>
            <w:tcBorders>
              <w:top w:val="single" w:sz="4" w:space="0" w:color="000000"/>
              <w:left w:val="single" w:sz="4" w:space="0" w:color="000000"/>
              <w:bottom w:val="single" w:sz="4" w:space="0" w:color="000000"/>
              <w:right w:val="single" w:sz="4" w:space="0" w:color="000000"/>
            </w:tcBorders>
            <w:vAlign w:val="center"/>
          </w:tcPr>
          <w:p w14:paraId="79BDEE98" w14:textId="77777777" w:rsidR="00325734" w:rsidRPr="00585726" w:rsidRDefault="00025742">
            <w:r w:rsidRPr="00585726">
              <w:t>______________________________________________</w:t>
            </w:r>
          </w:p>
        </w:tc>
      </w:tr>
      <w:tr w:rsidR="00325734" w:rsidRPr="00585726" w14:paraId="53990E2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3B375A4" w14:textId="77777777" w:rsidR="00325734" w:rsidRPr="00585726" w:rsidRDefault="00025742">
            <w:r w:rsidRPr="00585726">
              <w:t>Способ доставки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36B4DD42" w14:textId="77777777" w:rsidR="00325734" w:rsidRPr="00585726" w:rsidRDefault="00025742">
            <w:r w:rsidRPr="00585726">
              <w:t>Офис Банка / курьер / иное</w:t>
            </w:r>
          </w:p>
        </w:tc>
      </w:tr>
    </w:tbl>
    <w:p w14:paraId="31C104ED"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5633687D"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54E6BD41" w14:textId="77777777" w:rsidR="00325734" w:rsidRPr="00585726" w:rsidRDefault="00025742">
            <w:pPr>
              <w:jc w:val="center"/>
            </w:pPr>
            <w:r w:rsidRPr="00585726">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32F7598E" w14:textId="77777777" w:rsidR="00325734" w:rsidRPr="00585726" w:rsidRDefault="00025742">
            <w:pPr>
              <w:jc w:val="center"/>
            </w:pPr>
            <w:r w:rsidRPr="00585726">
              <w:t>Банк</w:t>
            </w:r>
          </w:p>
        </w:tc>
      </w:tr>
      <w:tr w:rsidR="00325734" w:rsidRPr="002F3632" w14:paraId="6FD0E3A6"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D3C5D54" w14:textId="77777777" w:rsidR="00325734" w:rsidRPr="00585726" w:rsidRDefault="00025742">
            <w:pPr>
              <w:rPr>
                <w:lang w:val="ru-RU"/>
              </w:rPr>
            </w:pPr>
            <w:r w:rsidRPr="00585726">
              <w:rPr>
                <w:lang w:val="ru-RU"/>
              </w:rPr>
              <w:t>Ф.И.О.: ______________________</w:t>
            </w:r>
          </w:p>
          <w:p w14:paraId="5FD511CA" w14:textId="77777777" w:rsidR="00827269" w:rsidRPr="00585726" w:rsidRDefault="00CE172F">
            <w:pPr>
              <w:rPr>
                <w:lang w:val="ru-RU"/>
              </w:rPr>
            </w:pPr>
            <w:r w:rsidRPr="00585726">
              <w:rPr>
                <w:lang w:val="ru-RU"/>
              </w:rPr>
              <w:t>Должность: ___________________</w:t>
            </w:r>
          </w:p>
          <w:p w14:paraId="0C186E05" w14:textId="77777777" w:rsidR="00827269" w:rsidRPr="00585726" w:rsidRDefault="00CE172F">
            <w:pPr>
              <w:rPr>
                <w:lang w:val="ru-RU"/>
              </w:rPr>
            </w:pPr>
            <w:r w:rsidRPr="00585726">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20415E0E" w14:textId="77777777" w:rsidR="00325734" w:rsidRPr="00585726" w:rsidRDefault="00025742">
            <w:pPr>
              <w:rPr>
                <w:lang w:val="ru-RU"/>
              </w:rPr>
            </w:pPr>
            <w:r w:rsidRPr="00585726">
              <w:rPr>
                <w:lang w:val="ru-RU"/>
              </w:rPr>
              <w:t>Ф.И.О.: ______________________</w:t>
            </w:r>
          </w:p>
          <w:p w14:paraId="06C20752" w14:textId="77777777" w:rsidR="00827269" w:rsidRPr="00585726" w:rsidRDefault="00CE172F">
            <w:pPr>
              <w:rPr>
                <w:lang w:val="ru-RU"/>
              </w:rPr>
            </w:pPr>
            <w:r w:rsidRPr="00585726">
              <w:rPr>
                <w:lang w:val="ru-RU"/>
              </w:rPr>
              <w:t>Должность: ___________________</w:t>
            </w:r>
          </w:p>
          <w:p w14:paraId="5C9F8C29" w14:textId="77777777" w:rsidR="00827269" w:rsidRPr="00585726" w:rsidRDefault="00CE172F">
            <w:pPr>
              <w:rPr>
                <w:lang w:val="ru-RU"/>
              </w:rPr>
            </w:pPr>
            <w:r w:rsidRPr="00585726">
              <w:rPr>
                <w:lang w:val="ru-RU"/>
              </w:rPr>
              <w:t>Подпись: _______________________</w:t>
            </w:r>
          </w:p>
        </w:tc>
      </w:tr>
    </w:tbl>
    <w:p w14:paraId="3BBA4094" w14:textId="77777777" w:rsidR="00325734" w:rsidRPr="00585726" w:rsidRDefault="00025742">
      <w:pPr>
        <w:rPr>
          <w:lang w:val="ru-RU"/>
        </w:rPr>
      </w:pPr>
      <w:r w:rsidRPr="00585726">
        <w:rPr>
          <w:lang w:val="ru-RU"/>
        </w:rPr>
        <w:br w:type="page"/>
      </w:r>
    </w:p>
    <w:p w14:paraId="734C4F8B" w14:textId="77777777" w:rsidR="00325734" w:rsidRPr="00585726" w:rsidRDefault="00025742">
      <w:pPr>
        <w:rPr>
          <w:lang w:val="ru-RU"/>
        </w:rPr>
      </w:pPr>
      <w:r w:rsidRPr="00585726">
        <w:rPr>
          <w:lang w:val="ru-RU"/>
        </w:rPr>
        <w:lastRenderedPageBreak/>
        <w:t>ПРИЛОЖЕНИЕ 2. ФОРМА ПЕРЕЧНЯ ДЕРЖАТЕЛЕЙ КАРТ И ЛИМИТОВ</w:t>
      </w:r>
    </w:p>
    <w:tbl>
      <w:tblPr>
        <w:tblW w:w="0" w:type="auto"/>
        <w:jc w:val="center"/>
        <w:tblLook w:val="04A0" w:firstRow="1" w:lastRow="0" w:firstColumn="1" w:lastColumn="0" w:noHBand="0" w:noVBand="1"/>
      </w:tblPr>
      <w:tblGrid>
        <w:gridCol w:w="449"/>
        <w:gridCol w:w="1317"/>
        <w:gridCol w:w="1320"/>
        <w:gridCol w:w="1138"/>
        <w:gridCol w:w="1082"/>
        <w:gridCol w:w="1255"/>
        <w:gridCol w:w="1636"/>
        <w:gridCol w:w="1482"/>
      </w:tblGrid>
      <w:tr w:rsidR="00325734" w:rsidRPr="00585726" w14:paraId="68CCFDC0" w14:textId="77777777">
        <w:trPr>
          <w:tblHeader/>
          <w:jc w:val="center"/>
        </w:trPr>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1948945" w14:textId="77777777" w:rsidR="00325734" w:rsidRPr="00585726" w:rsidRDefault="00025742">
            <w:pPr>
              <w:jc w:val="center"/>
            </w:pPr>
            <w:r w:rsidRPr="00585726">
              <w:t>№</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A630CFC" w14:textId="77777777" w:rsidR="00325734" w:rsidRPr="00585726" w:rsidRDefault="00025742">
            <w:pPr>
              <w:jc w:val="center"/>
              <w:rPr>
                <w:lang w:val="ru-RU"/>
              </w:rPr>
            </w:pPr>
            <w:r w:rsidRPr="00585726">
              <w:rPr>
                <w:lang w:val="ru-RU"/>
              </w:rPr>
              <w:t>Ф.И.О. держателя карты</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4F5EF1F" w14:textId="77777777" w:rsidR="00325734" w:rsidRPr="00585726" w:rsidRDefault="00025742">
            <w:pPr>
              <w:jc w:val="center"/>
            </w:pPr>
            <w:proofErr w:type="spellStart"/>
            <w:r w:rsidRPr="00585726">
              <w:t>Должность</w:t>
            </w:r>
            <w:proofErr w:type="spellEnd"/>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9E34E5A" w14:textId="77777777" w:rsidR="00325734" w:rsidRPr="00585726" w:rsidRDefault="00025742">
            <w:pPr>
              <w:jc w:val="center"/>
            </w:pPr>
            <w:r w:rsidRPr="00585726">
              <w:t>Телефон</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041C796" w14:textId="77777777" w:rsidR="00325734" w:rsidRPr="00585726" w:rsidRDefault="00025742">
            <w:pPr>
              <w:jc w:val="center"/>
            </w:pPr>
            <w:r w:rsidRPr="00585726">
              <w:t>Дневной лимит</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69286C2" w14:textId="77777777" w:rsidR="00325734" w:rsidRPr="00585726" w:rsidRDefault="00025742">
            <w:pPr>
              <w:jc w:val="center"/>
            </w:pPr>
            <w:r w:rsidRPr="00585726">
              <w:t>Месячный лимит</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E487BF9" w14:textId="77777777" w:rsidR="00325734" w:rsidRPr="00585726" w:rsidRDefault="00025742">
            <w:pPr>
              <w:jc w:val="center"/>
            </w:pPr>
            <w:r w:rsidRPr="00585726">
              <w:t>Разрешенные операции</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DC8BB7A" w14:textId="77777777" w:rsidR="00325734" w:rsidRPr="00585726" w:rsidRDefault="00025742">
            <w:pPr>
              <w:jc w:val="center"/>
            </w:pPr>
            <w:r w:rsidRPr="00585726">
              <w:t>Примечание</w:t>
            </w:r>
          </w:p>
        </w:tc>
      </w:tr>
      <w:tr w:rsidR="00325734" w:rsidRPr="00585726" w14:paraId="11932E91"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1B2FA510" w14:textId="77777777" w:rsidR="00325734" w:rsidRPr="00585726" w:rsidRDefault="00025742">
            <w:r w:rsidRPr="00585726">
              <w:t>1</w:t>
            </w:r>
          </w:p>
        </w:tc>
        <w:tc>
          <w:tcPr>
            <w:tcW w:w="1184" w:type="dxa"/>
            <w:tcBorders>
              <w:top w:val="single" w:sz="4" w:space="0" w:color="000000"/>
              <w:left w:val="single" w:sz="4" w:space="0" w:color="000000"/>
              <w:bottom w:val="single" w:sz="4" w:space="0" w:color="000000"/>
              <w:right w:val="single" w:sz="4" w:space="0" w:color="000000"/>
            </w:tcBorders>
            <w:vAlign w:val="center"/>
          </w:tcPr>
          <w:p w14:paraId="0DDC2963"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22C74E2"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0E8CEB9B"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F374331"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16199D3F"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6FB249AF" w14:textId="77777777" w:rsidR="00325734" w:rsidRPr="00585726" w:rsidRDefault="00025742">
            <w:r w:rsidRPr="00585726">
              <w:t>Наличные / безналичные / интернет-платежи</w:t>
            </w:r>
          </w:p>
        </w:tc>
        <w:tc>
          <w:tcPr>
            <w:tcW w:w="1184" w:type="dxa"/>
            <w:tcBorders>
              <w:top w:val="single" w:sz="4" w:space="0" w:color="000000"/>
              <w:left w:val="single" w:sz="4" w:space="0" w:color="000000"/>
              <w:bottom w:val="single" w:sz="4" w:space="0" w:color="000000"/>
              <w:right w:val="single" w:sz="4" w:space="0" w:color="000000"/>
            </w:tcBorders>
            <w:vAlign w:val="center"/>
          </w:tcPr>
          <w:p w14:paraId="25C1A993" w14:textId="77777777" w:rsidR="00325734" w:rsidRPr="00585726" w:rsidRDefault="00325734"/>
        </w:tc>
      </w:tr>
      <w:tr w:rsidR="00325734" w:rsidRPr="00585726" w14:paraId="7936E216"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566E3310" w14:textId="77777777" w:rsidR="00325734" w:rsidRPr="00585726" w:rsidRDefault="00025742">
            <w:r w:rsidRPr="00585726">
              <w:t>2</w:t>
            </w:r>
          </w:p>
        </w:tc>
        <w:tc>
          <w:tcPr>
            <w:tcW w:w="1184" w:type="dxa"/>
            <w:tcBorders>
              <w:top w:val="single" w:sz="4" w:space="0" w:color="000000"/>
              <w:left w:val="single" w:sz="4" w:space="0" w:color="000000"/>
              <w:bottom w:val="single" w:sz="4" w:space="0" w:color="000000"/>
              <w:right w:val="single" w:sz="4" w:space="0" w:color="000000"/>
            </w:tcBorders>
            <w:vAlign w:val="center"/>
          </w:tcPr>
          <w:p w14:paraId="5CA9C41A"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7D50ABC"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309C0B6"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6832EE0A"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04E2F35E"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119F08AF"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1D1CE982" w14:textId="77777777" w:rsidR="00325734" w:rsidRPr="00585726" w:rsidRDefault="00325734"/>
        </w:tc>
      </w:tr>
      <w:tr w:rsidR="00325734" w:rsidRPr="00585726" w14:paraId="60EC200F"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498C593B" w14:textId="77777777" w:rsidR="00325734" w:rsidRPr="00585726" w:rsidRDefault="00025742">
            <w:r w:rsidRPr="00585726">
              <w:t>3</w:t>
            </w:r>
          </w:p>
        </w:tc>
        <w:tc>
          <w:tcPr>
            <w:tcW w:w="1184" w:type="dxa"/>
            <w:tcBorders>
              <w:top w:val="single" w:sz="4" w:space="0" w:color="000000"/>
              <w:left w:val="single" w:sz="4" w:space="0" w:color="000000"/>
              <w:bottom w:val="single" w:sz="4" w:space="0" w:color="000000"/>
              <w:right w:val="single" w:sz="4" w:space="0" w:color="000000"/>
            </w:tcBorders>
            <w:vAlign w:val="center"/>
          </w:tcPr>
          <w:p w14:paraId="2848145C"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041E4C9"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AF2EB48"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438F12A"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788A116"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F98B81D"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10DBF253" w14:textId="77777777" w:rsidR="00325734" w:rsidRPr="00585726" w:rsidRDefault="00325734"/>
        </w:tc>
      </w:tr>
    </w:tbl>
    <w:p w14:paraId="5D96CB58" w14:textId="77777777" w:rsidR="00325734" w:rsidRPr="00585726" w:rsidRDefault="00025742">
      <w:r w:rsidRPr="00585726">
        <w:br w:type="page"/>
      </w:r>
    </w:p>
    <w:p w14:paraId="7D03DE62" w14:textId="77777777" w:rsidR="00325734" w:rsidRPr="00585726" w:rsidRDefault="00025742">
      <w:r w:rsidRPr="00585726">
        <w:lastRenderedPageBreak/>
        <w:t>ПРИЛОЖЕНИЕ 3. АКТ ПРИЕМА-ПЕРЕДАЧИ КАРТЫ</w:t>
      </w:r>
    </w:p>
    <w:p w14:paraId="187759A1" w14:textId="77777777" w:rsidR="00325734" w:rsidRPr="00585726" w:rsidRDefault="00025742">
      <w:r w:rsidRPr="00585726">
        <w:rPr>
          <w:lang w:val="ru-RU"/>
        </w:rPr>
        <w:t xml:space="preserve">По настоящему акту корпоративная карта, выпущенная Банком, передается представителю </w:t>
      </w:r>
      <w:proofErr w:type="spellStart"/>
      <w:r w:rsidRPr="00585726">
        <w:t>Клиента</w:t>
      </w:r>
      <w:proofErr w:type="spellEnd"/>
      <w:r w:rsidRPr="00585726">
        <w:t>.</w:t>
      </w:r>
    </w:p>
    <w:tbl>
      <w:tblPr>
        <w:tblW w:w="0" w:type="auto"/>
        <w:jc w:val="center"/>
        <w:tblLook w:val="04A0" w:firstRow="1" w:lastRow="0" w:firstColumn="1" w:lastColumn="0" w:noHBand="0" w:noVBand="1"/>
      </w:tblPr>
      <w:tblGrid>
        <w:gridCol w:w="3834"/>
        <w:gridCol w:w="5845"/>
      </w:tblGrid>
      <w:tr w:rsidR="00325734" w:rsidRPr="00585726" w14:paraId="7115A6B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5B62B10" w14:textId="77777777" w:rsidR="00325734" w:rsidRPr="00585726" w:rsidRDefault="00025742">
            <w:r w:rsidRPr="00585726">
              <w:t>Наименование Клиента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289ED9C8" w14:textId="77777777" w:rsidR="00325734" w:rsidRPr="00585726" w:rsidRDefault="00025742">
            <w:r w:rsidRPr="00585726">
              <w:t>______________________________________________</w:t>
            </w:r>
          </w:p>
        </w:tc>
      </w:tr>
      <w:tr w:rsidR="00325734" w:rsidRPr="00585726" w14:paraId="5726970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6AAC61A" w14:textId="77777777" w:rsidR="00325734" w:rsidRPr="00585726" w:rsidRDefault="00025742">
            <w:r w:rsidRPr="00585726">
              <w:t>Держатель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407EAFAF" w14:textId="77777777" w:rsidR="00325734" w:rsidRPr="00585726" w:rsidRDefault="00025742">
            <w:r w:rsidRPr="00585726">
              <w:t>______________________________________________</w:t>
            </w:r>
          </w:p>
        </w:tc>
      </w:tr>
      <w:tr w:rsidR="00325734" w:rsidRPr="00585726" w14:paraId="3933121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E7DBCB0" w14:textId="77777777" w:rsidR="00325734" w:rsidRPr="00585726" w:rsidRDefault="00025742">
            <w:r w:rsidRPr="00585726">
              <w:t>Последние 4 цифры номера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38BCAC84" w14:textId="77777777" w:rsidR="00325734" w:rsidRPr="00585726" w:rsidRDefault="00025742">
            <w:r w:rsidRPr="00585726">
              <w:t>____</w:t>
            </w:r>
          </w:p>
        </w:tc>
      </w:tr>
      <w:tr w:rsidR="00325734" w:rsidRPr="00585726" w14:paraId="7343890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74A5A97" w14:textId="77777777" w:rsidR="00325734" w:rsidRPr="00585726" w:rsidRDefault="00025742">
            <w:r w:rsidRPr="00585726">
              <w:t>Дата передачи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A824950" w14:textId="77777777" w:rsidR="00325734" w:rsidRPr="00585726" w:rsidRDefault="00025742">
            <w:r w:rsidRPr="00585726">
              <w:t>____ / ____ / ______</w:t>
            </w:r>
          </w:p>
        </w:tc>
      </w:tr>
      <w:tr w:rsidR="00325734" w:rsidRPr="002F3632" w14:paraId="796D62F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0EBF0D1" w14:textId="77777777" w:rsidR="00325734" w:rsidRPr="00585726" w:rsidRDefault="00025742">
            <w:r w:rsidRPr="00585726">
              <w:t>Статус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7682225E" w14:textId="77777777" w:rsidR="00325734" w:rsidRPr="00585726" w:rsidRDefault="00025742">
            <w:pPr>
              <w:rPr>
                <w:lang w:val="ru-RU"/>
              </w:rPr>
            </w:pPr>
            <w:r w:rsidRPr="00585726">
              <w:rPr>
                <w:lang w:val="ru-RU"/>
              </w:rPr>
              <w:t xml:space="preserve">Активна / неактивна / </w:t>
            </w:r>
            <w:r w:rsidRPr="00585726">
              <w:t>PIN</w:t>
            </w:r>
            <w:r w:rsidRPr="00585726">
              <w:rPr>
                <w:lang w:val="ru-RU"/>
              </w:rPr>
              <w:t xml:space="preserve"> не установлен</w:t>
            </w:r>
          </w:p>
        </w:tc>
      </w:tr>
      <w:tr w:rsidR="00325734" w:rsidRPr="00585726" w14:paraId="0F473C2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479810D" w14:textId="77777777" w:rsidR="00325734" w:rsidRPr="00585726" w:rsidRDefault="00025742">
            <w:proofErr w:type="spellStart"/>
            <w:r w:rsidRPr="00585726">
              <w:t>Примечание</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7458D744" w14:textId="77777777" w:rsidR="00325734" w:rsidRPr="00585726" w:rsidRDefault="00025742">
            <w:r w:rsidRPr="00585726">
              <w:t>______________________________________________</w:t>
            </w:r>
          </w:p>
        </w:tc>
      </w:tr>
    </w:tbl>
    <w:p w14:paraId="3ADC3030" w14:textId="77777777" w:rsidR="00325734" w:rsidRPr="00585726" w:rsidRDefault="00025742">
      <w:pPr>
        <w:rPr>
          <w:lang w:val="ru-RU"/>
        </w:rPr>
      </w:pPr>
      <w:r w:rsidRPr="00585726">
        <w:rPr>
          <w:lang w:val="ru-RU"/>
        </w:rPr>
        <w:t>Представитель Клиента подтверждает получение карты, инструкции по безопасности и информации о тарифах.</w:t>
      </w:r>
    </w:p>
    <w:p w14:paraId="2C3170DD" w14:textId="77777777" w:rsidR="00325734" w:rsidRPr="00585726" w:rsidRDefault="00325734">
      <w:pPr>
        <w:rPr>
          <w:lang w:val="ru-RU"/>
        </w:rPr>
      </w:pPr>
    </w:p>
    <w:tbl>
      <w:tblPr>
        <w:tblW w:w="0" w:type="auto"/>
        <w:tblLook w:val="04A0" w:firstRow="1" w:lastRow="0" w:firstColumn="1" w:lastColumn="0" w:noHBand="0" w:noVBand="1"/>
      </w:tblPr>
      <w:tblGrid>
        <w:gridCol w:w="4734"/>
        <w:gridCol w:w="4734"/>
      </w:tblGrid>
      <w:tr w:rsidR="00325734" w:rsidRPr="00585726" w14:paraId="00898FF5"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7FC39670" w14:textId="77777777" w:rsidR="00325734" w:rsidRPr="00585726" w:rsidRDefault="00025742">
            <w:pPr>
              <w:jc w:val="center"/>
            </w:pPr>
            <w:proofErr w:type="spellStart"/>
            <w:r w:rsidRPr="00585726">
              <w:t>Клиент</w:t>
            </w:r>
            <w:proofErr w:type="spellEnd"/>
          </w:p>
        </w:tc>
        <w:tc>
          <w:tcPr>
            <w:tcW w:w="4734" w:type="dxa"/>
            <w:tcBorders>
              <w:top w:val="single" w:sz="4" w:space="0" w:color="000000"/>
              <w:left w:val="single" w:sz="4" w:space="0" w:color="000000"/>
              <w:bottom w:val="single" w:sz="4" w:space="0" w:color="000000"/>
              <w:right w:val="single" w:sz="4" w:space="0" w:color="000000"/>
            </w:tcBorders>
            <w:vAlign w:val="center"/>
          </w:tcPr>
          <w:p w14:paraId="0D6F43D2" w14:textId="77777777" w:rsidR="00325734" w:rsidRPr="00585726" w:rsidRDefault="00025742">
            <w:pPr>
              <w:jc w:val="center"/>
            </w:pPr>
            <w:r w:rsidRPr="00585726">
              <w:t>Банк</w:t>
            </w:r>
          </w:p>
        </w:tc>
      </w:tr>
      <w:tr w:rsidR="00325734" w:rsidRPr="002F3632" w14:paraId="3238C5E8"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864541D" w14:textId="77777777" w:rsidR="00325734" w:rsidRPr="00585726" w:rsidRDefault="00025742">
            <w:pPr>
              <w:rPr>
                <w:lang w:val="ru-RU"/>
              </w:rPr>
            </w:pPr>
            <w:r w:rsidRPr="00585726">
              <w:rPr>
                <w:lang w:val="ru-RU"/>
              </w:rPr>
              <w:t>Ф.И.О.: ______________________</w:t>
            </w:r>
          </w:p>
          <w:p w14:paraId="7BFBB985" w14:textId="77777777" w:rsidR="00827269" w:rsidRPr="00585726" w:rsidRDefault="00CE172F">
            <w:pPr>
              <w:rPr>
                <w:lang w:val="ru-RU"/>
              </w:rPr>
            </w:pPr>
            <w:r w:rsidRPr="00585726">
              <w:rPr>
                <w:lang w:val="ru-RU"/>
              </w:rPr>
              <w:t>Должность: ___________________</w:t>
            </w:r>
          </w:p>
          <w:p w14:paraId="03091895" w14:textId="77777777" w:rsidR="00827269" w:rsidRPr="00585726" w:rsidRDefault="00CE172F">
            <w:pPr>
              <w:rPr>
                <w:lang w:val="ru-RU"/>
              </w:rPr>
            </w:pPr>
            <w:r w:rsidRPr="00585726">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0F00C9F3" w14:textId="77777777" w:rsidR="00325734" w:rsidRPr="00585726" w:rsidRDefault="00025742">
            <w:pPr>
              <w:rPr>
                <w:lang w:val="ru-RU"/>
              </w:rPr>
            </w:pPr>
            <w:r w:rsidRPr="00585726">
              <w:rPr>
                <w:lang w:val="ru-RU"/>
              </w:rPr>
              <w:t>Ф.И.О.: ______________________</w:t>
            </w:r>
          </w:p>
          <w:p w14:paraId="2C501D23" w14:textId="77777777" w:rsidR="00827269" w:rsidRPr="00585726" w:rsidRDefault="00CE172F">
            <w:pPr>
              <w:rPr>
                <w:lang w:val="ru-RU"/>
              </w:rPr>
            </w:pPr>
            <w:r w:rsidRPr="00585726">
              <w:rPr>
                <w:lang w:val="ru-RU"/>
              </w:rPr>
              <w:t>Должность: ___________________</w:t>
            </w:r>
          </w:p>
          <w:p w14:paraId="187A987E" w14:textId="77777777" w:rsidR="00827269" w:rsidRPr="00585726" w:rsidRDefault="00CE172F">
            <w:pPr>
              <w:rPr>
                <w:lang w:val="ru-RU"/>
              </w:rPr>
            </w:pPr>
            <w:r w:rsidRPr="00585726">
              <w:rPr>
                <w:lang w:val="ru-RU"/>
              </w:rPr>
              <w:t>Подпись: _______________________</w:t>
            </w:r>
          </w:p>
        </w:tc>
      </w:tr>
    </w:tbl>
    <w:p w14:paraId="470D2E98" w14:textId="77777777" w:rsidR="00325734" w:rsidRPr="00585726" w:rsidRDefault="00025742">
      <w:pPr>
        <w:rPr>
          <w:lang w:val="ru-RU"/>
        </w:rPr>
      </w:pPr>
      <w:r w:rsidRPr="00585726">
        <w:rPr>
          <w:lang w:val="ru-RU"/>
        </w:rPr>
        <w:br w:type="page"/>
      </w:r>
    </w:p>
    <w:p w14:paraId="5FC16AD6" w14:textId="77777777" w:rsidR="00325734" w:rsidRPr="00585726" w:rsidRDefault="00025742">
      <w:pPr>
        <w:rPr>
          <w:lang w:val="ru-RU"/>
        </w:rPr>
      </w:pPr>
      <w:r w:rsidRPr="00585726">
        <w:rPr>
          <w:lang w:val="ru-RU"/>
        </w:rPr>
        <w:lastRenderedPageBreak/>
        <w:t>ПРИЛОЖЕНИЕ 4. ФОРМА ТАРИФОВ ПО КОРПОРАТИВНОЙ КАРТЕ</w:t>
      </w:r>
    </w:p>
    <w:tbl>
      <w:tblPr>
        <w:tblW w:w="0" w:type="auto"/>
        <w:jc w:val="center"/>
        <w:tblLook w:val="04A0" w:firstRow="1" w:lastRow="0" w:firstColumn="1" w:lastColumn="0" w:noHBand="0" w:noVBand="1"/>
      </w:tblPr>
      <w:tblGrid>
        <w:gridCol w:w="2498"/>
        <w:gridCol w:w="2367"/>
        <w:gridCol w:w="2367"/>
        <w:gridCol w:w="2367"/>
      </w:tblGrid>
      <w:tr w:rsidR="00325734" w:rsidRPr="00585726" w14:paraId="23EF9132"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A2C89FB" w14:textId="77777777" w:rsidR="00325734" w:rsidRPr="00585726" w:rsidRDefault="00025742">
            <w:pPr>
              <w:jc w:val="center"/>
            </w:pPr>
            <w:proofErr w:type="spellStart"/>
            <w:r w:rsidRPr="00585726">
              <w:t>Вид</w:t>
            </w:r>
            <w:proofErr w:type="spellEnd"/>
            <w:r w:rsidRPr="00585726">
              <w:t xml:space="preserve"> </w:t>
            </w:r>
            <w:proofErr w:type="spellStart"/>
            <w:r w:rsidRPr="00585726">
              <w:t>услуги</w:t>
            </w:r>
            <w:proofErr w:type="spellEnd"/>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9B62DC9" w14:textId="77777777" w:rsidR="00325734" w:rsidRPr="00585726" w:rsidRDefault="00025742">
            <w:pPr>
              <w:jc w:val="center"/>
            </w:pPr>
            <w:r w:rsidRPr="00585726">
              <w:t>Размер тарифа</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D075C6D" w14:textId="77777777" w:rsidR="00325734" w:rsidRPr="00585726" w:rsidRDefault="00025742">
            <w:pPr>
              <w:jc w:val="center"/>
            </w:pPr>
            <w:r w:rsidRPr="00585726">
              <w:t>Порядок взимания</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E71845C" w14:textId="77777777" w:rsidR="00325734" w:rsidRPr="00585726" w:rsidRDefault="00025742">
            <w:pPr>
              <w:jc w:val="center"/>
            </w:pPr>
            <w:r w:rsidRPr="00585726">
              <w:t>Примечание</w:t>
            </w:r>
          </w:p>
        </w:tc>
      </w:tr>
      <w:tr w:rsidR="00325734" w:rsidRPr="00585726" w14:paraId="7F6F06C2"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8A1E17D" w14:textId="77777777" w:rsidR="00325734" w:rsidRPr="00585726" w:rsidRDefault="00025742">
            <w:r w:rsidRPr="00585726">
              <w:t>Выпуск карты</w:t>
            </w:r>
          </w:p>
        </w:tc>
        <w:tc>
          <w:tcPr>
            <w:tcW w:w="2367" w:type="dxa"/>
            <w:tcBorders>
              <w:top w:val="single" w:sz="4" w:space="0" w:color="000000"/>
              <w:left w:val="single" w:sz="4" w:space="0" w:color="000000"/>
              <w:bottom w:val="single" w:sz="4" w:space="0" w:color="000000"/>
              <w:right w:val="single" w:sz="4" w:space="0" w:color="000000"/>
            </w:tcBorders>
            <w:vAlign w:val="center"/>
          </w:tcPr>
          <w:p w14:paraId="35544656"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7D1B277B" w14:textId="77777777" w:rsidR="00325734" w:rsidRPr="00585726" w:rsidRDefault="00025742">
            <w:r w:rsidRPr="00585726">
              <w:t>Единовременно</w:t>
            </w:r>
          </w:p>
        </w:tc>
        <w:tc>
          <w:tcPr>
            <w:tcW w:w="2367" w:type="dxa"/>
            <w:tcBorders>
              <w:top w:val="single" w:sz="4" w:space="0" w:color="000000"/>
              <w:left w:val="single" w:sz="4" w:space="0" w:color="000000"/>
              <w:bottom w:val="single" w:sz="4" w:space="0" w:color="000000"/>
              <w:right w:val="single" w:sz="4" w:space="0" w:color="000000"/>
            </w:tcBorders>
            <w:vAlign w:val="center"/>
          </w:tcPr>
          <w:p w14:paraId="15C69C83" w14:textId="77777777" w:rsidR="00325734" w:rsidRPr="00585726" w:rsidRDefault="00325734"/>
        </w:tc>
      </w:tr>
      <w:tr w:rsidR="00325734" w:rsidRPr="00585726" w14:paraId="6B6AEB09"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1633104" w14:textId="77777777" w:rsidR="00325734" w:rsidRPr="00585726" w:rsidRDefault="00025742">
            <w:r w:rsidRPr="00585726">
              <w:t>Перевыпуск</w:t>
            </w:r>
          </w:p>
        </w:tc>
        <w:tc>
          <w:tcPr>
            <w:tcW w:w="2367" w:type="dxa"/>
            <w:tcBorders>
              <w:top w:val="single" w:sz="4" w:space="0" w:color="000000"/>
              <w:left w:val="single" w:sz="4" w:space="0" w:color="000000"/>
              <w:bottom w:val="single" w:sz="4" w:space="0" w:color="000000"/>
              <w:right w:val="single" w:sz="4" w:space="0" w:color="000000"/>
            </w:tcBorders>
            <w:vAlign w:val="center"/>
          </w:tcPr>
          <w:p w14:paraId="355C6010"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33DE1816" w14:textId="77777777" w:rsidR="00325734" w:rsidRPr="00585726" w:rsidRDefault="00025742">
            <w:r w:rsidRPr="00585726">
              <w:t>Единовременно</w:t>
            </w:r>
          </w:p>
        </w:tc>
        <w:tc>
          <w:tcPr>
            <w:tcW w:w="2367" w:type="dxa"/>
            <w:tcBorders>
              <w:top w:val="single" w:sz="4" w:space="0" w:color="000000"/>
              <w:left w:val="single" w:sz="4" w:space="0" w:color="000000"/>
              <w:bottom w:val="single" w:sz="4" w:space="0" w:color="000000"/>
              <w:right w:val="single" w:sz="4" w:space="0" w:color="000000"/>
            </w:tcBorders>
            <w:vAlign w:val="center"/>
          </w:tcPr>
          <w:p w14:paraId="6A4EC866" w14:textId="77777777" w:rsidR="00325734" w:rsidRPr="00585726" w:rsidRDefault="00325734"/>
        </w:tc>
      </w:tr>
      <w:tr w:rsidR="00325734" w:rsidRPr="00585726" w14:paraId="0DD0CFF8"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FC7AD61" w14:textId="77777777" w:rsidR="00325734" w:rsidRPr="00585726" w:rsidRDefault="00025742">
            <w:r w:rsidRPr="00585726">
              <w:t>Годовая плата за обслуживание</w:t>
            </w:r>
          </w:p>
        </w:tc>
        <w:tc>
          <w:tcPr>
            <w:tcW w:w="2367" w:type="dxa"/>
            <w:tcBorders>
              <w:top w:val="single" w:sz="4" w:space="0" w:color="000000"/>
              <w:left w:val="single" w:sz="4" w:space="0" w:color="000000"/>
              <w:bottom w:val="single" w:sz="4" w:space="0" w:color="000000"/>
              <w:right w:val="single" w:sz="4" w:space="0" w:color="000000"/>
            </w:tcBorders>
            <w:vAlign w:val="center"/>
          </w:tcPr>
          <w:p w14:paraId="2A535ED8"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5B6A6101" w14:textId="77777777" w:rsidR="00325734" w:rsidRPr="00585726" w:rsidRDefault="00025742">
            <w:r w:rsidRPr="00585726">
              <w:t>Годовая / ежемесячная</w:t>
            </w:r>
          </w:p>
        </w:tc>
        <w:tc>
          <w:tcPr>
            <w:tcW w:w="2367" w:type="dxa"/>
            <w:tcBorders>
              <w:top w:val="single" w:sz="4" w:space="0" w:color="000000"/>
              <w:left w:val="single" w:sz="4" w:space="0" w:color="000000"/>
              <w:bottom w:val="single" w:sz="4" w:space="0" w:color="000000"/>
              <w:right w:val="single" w:sz="4" w:space="0" w:color="000000"/>
            </w:tcBorders>
            <w:vAlign w:val="center"/>
          </w:tcPr>
          <w:p w14:paraId="1B1849B8" w14:textId="77777777" w:rsidR="00325734" w:rsidRPr="00585726" w:rsidRDefault="00325734"/>
        </w:tc>
      </w:tr>
      <w:tr w:rsidR="00325734" w:rsidRPr="00585726" w14:paraId="09789C32"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EC71272" w14:textId="77777777" w:rsidR="00325734" w:rsidRPr="00585726" w:rsidRDefault="00025742">
            <w:r w:rsidRPr="00585726">
              <w:t>Снятие наличных</w:t>
            </w:r>
          </w:p>
        </w:tc>
        <w:tc>
          <w:tcPr>
            <w:tcW w:w="2367" w:type="dxa"/>
            <w:tcBorders>
              <w:top w:val="single" w:sz="4" w:space="0" w:color="000000"/>
              <w:left w:val="single" w:sz="4" w:space="0" w:color="000000"/>
              <w:bottom w:val="single" w:sz="4" w:space="0" w:color="000000"/>
              <w:right w:val="single" w:sz="4" w:space="0" w:color="000000"/>
            </w:tcBorders>
            <w:vAlign w:val="center"/>
          </w:tcPr>
          <w:p w14:paraId="561B5F7A"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732AB0C5" w14:textId="77777777" w:rsidR="00325734" w:rsidRPr="00585726" w:rsidRDefault="00025742">
            <w:r w:rsidRPr="00585726">
              <w:t>За каждую операцию</w:t>
            </w:r>
          </w:p>
        </w:tc>
        <w:tc>
          <w:tcPr>
            <w:tcW w:w="2367" w:type="dxa"/>
            <w:tcBorders>
              <w:top w:val="single" w:sz="4" w:space="0" w:color="000000"/>
              <w:left w:val="single" w:sz="4" w:space="0" w:color="000000"/>
              <w:bottom w:val="single" w:sz="4" w:space="0" w:color="000000"/>
              <w:right w:val="single" w:sz="4" w:space="0" w:color="000000"/>
            </w:tcBorders>
            <w:vAlign w:val="center"/>
          </w:tcPr>
          <w:p w14:paraId="47CC7385" w14:textId="77777777" w:rsidR="00325734" w:rsidRPr="00585726" w:rsidRDefault="00325734"/>
        </w:tc>
      </w:tr>
      <w:tr w:rsidR="00325734" w:rsidRPr="00585726" w14:paraId="4411C0A6"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30CECB3" w14:textId="77777777" w:rsidR="00325734" w:rsidRPr="00585726" w:rsidRDefault="00025742">
            <w:r w:rsidRPr="00585726">
              <w:t>Конвертация валюты</w:t>
            </w:r>
          </w:p>
        </w:tc>
        <w:tc>
          <w:tcPr>
            <w:tcW w:w="2367" w:type="dxa"/>
            <w:tcBorders>
              <w:top w:val="single" w:sz="4" w:space="0" w:color="000000"/>
              <w:left w:val="single" w:sz="4" w:space="0" w:color="000000"/>
              <w:bottom w:val="single" w:sz="4" w:space="0" w:color="000000"/>
              <w:right w:val="single" w:sz="4" w:space="0" w:color="000000"/>
            </w:tcBorders>
            <w:vAlign w:val="center"/>
          </w:tcPr>
          <w:p w14:paraId="51E17441"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5135CABD" w14:textId="77777777" w:rsidR="00325734" w:rsidRPr="00585726" w:rsidRDefault="00025742">
            <w:r w:rsidRPr="00585726">
              <w:t>Действующий курс / комиссия</w:t>
            </w:r>
          </w:p>
        </w:tc>
        <w:tc>
          <w:tcPr>
            <w:tcW w:w="2367" w:type="dxa"/>
            <w:tcBorders>
              <w:top w:val="single" w:sz="4" w:space="0" w:color="000000"/>
              <w:left w:val="single" w:sz="4" w:space="0" w:color="000000"/>
              <w:bottom w:val="single" w:sz="4" w:space="0" w:color="000000"/>
              <w:right w:val="single" w:sz="4" w:space="0" w:color="000000"/>
            </w:tcBorders>
            <w:vAlign w:val="center"/>
          </w:tcPr>
          <w:p w14:paraId="17AF886F" w14:textId="77777777" w:rsidR="00325734" w:rsidRPr="00585726" w:rsidRDefault="00325734"/>
        </w:tc>
      </w:tr>
      <w:tr w:rsidR="00325734" w:rsidRPr="00585726" w14:paraId="24F59021"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8186E3A" w14:textId="77777777" w:rsidR="00325734" w:rsidRPr="00585726" w:rsidRDefault="00025742">
            <w:r w:rsidRPr="00585726">
              <w:t>Рассмотрение по несанкционированной операции</w:t>
            </w:r>
          </w:p>
        </w:tc>
        <w:tc>
          <w:tcPr>
            <w:tcW w:w="2367" w:type="dxa"/>
            <w:tcBorders>
              <w:top w:val="single" w:sz="4" w:space="0" w:color="000000"/>
              <w:left w:val="single" w:sz="4" w:space="0" w:color="000000"/>
              <w:bottom w:val="single" w:sz="4" w:space="0" w:color="000000"/>
              <w:right w:val="single" w:sz="4" w:space="0" w:color="000000"/>
            </w:tcBorders>
            <w:vAlign w:val="center"/>
          </w:tcPr>
          <w:p w14:paraId="5C49A3AD"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10190063" w14:textId="77777777" w:rsidR="00325734" w:rsidRPr="00585726" w:rsidRDefault="00025742">
            <w:r w:rsidRPr="00585726">
              <w:t>На основании заявления</w:t>
            </w:r>
          </w:p>
        </w:tc>
        <w:tc>
          <w:tcPr>
            <w:tcW w:w="2367" w:type="dxa"/>
            <w:tcBorders>
              <w:top w:val="single" w:sz="4" w:space="0" w:color="000000"/>
              <w:left w:val="single" w:sz="4" w:space="0" w:color="000000"/>
              <w:bottom w:val="single" w:sz="4" w:space="0" w:color="000000"/>
              <w:right w:val="single" w:sz="4" w:space="0" w:color="000000"/>
            </w:tcBorders>
            <w:vAlign w:val="center"/>
          </w:tcPr>
          <w:p w14:paraId="2A3095F5" w14:textId="77777777" w:rsidR="00325734" w:rsidRPr="00585726" w:rsidRDefault="00325734"/>
        </w:tc>
      </w:tr>
    </w:tbl>
    <w:p w14:paraId="7BA6F755" w14:textId="77777777" w:rsidR="00325734" w:rsidRPr="00585726" w:rsidRDefault="00025742">
      <w:pPr>
        <w:rPr>
          <w:lang w:val="ru-RU"/>
        </w:rPr>
      </w:pPr>
      <w:r w:rsidRPr="00585726">
        <w:rPr>
          <w:lang w:val="ru-RU"/>
        </w:rPr>
        <w:t>Настоящее приложение заполняется на основании действующих Тарифов Банка и применяется в соответствии с тарифами, утвержденными Правлением Банка.</w:t>
      </w:r>
    </w:p>
    <w:p w14:paraId="4F6B84AB" w14:textId="77777777" w:rsidR="001768B3" w:rsidRPr="00585726" w:rsidRDefault="001768B3">
      <w:pPr>
        <w:rPr>
          <w:lang w:val="ru-RU"/>
        </w:rPr>
      </w:pPr>
    </w:p>
    <w:p w14:paraId="6ACD79A6" w14:textId="77777777" w:rsidR="00325734" w:rsidRPr="00585726" w:rsidRDefault="00025742">
      <w:pPr>
        <w:rPr>
          <w:b/>
          <w:bCs/>
          <w:lang w:val="ru-RU"/>
        </w:rPr>
      </w:pPr>
      <w:r w:rsidRPr="00585726">
        <w:rPr>
          <w:lang w:val="ru-RU"/>
        </w:rPr>
        <w:t>ПРИЛОЖЕНИЕ 5. ПАМЯТКА ПО БЕЗОПАСНОМУ ИСПОЛЬЗОВАНИЮ КОРПОРАТИВНОЙ КАРТЫ</w:t>
      </w:r>
    </w:p>
    <w:p w14:paraId="67C0B3DD" w14:textId="77777777" w:rsidR="004F0D14" w:rsidRPr="00585726" w:rsidRDefault="004F0D14" w:rsidP="004F0D14">
      <w:pPr>
        <w:ind w:firstLine="567"/>
        <w:jc w:val="both"/>
        <w:rPr>
          <w:lang w:val="ru-RU"/>
        </w:rPr>
      </w:pPr>
    </w:p>
    <w:p w14:paraId="66C1081D" w14:textId="77777777" w:rsidR="00325734" w:rsidRPr="00585726" w:rsidRDefault="00025742" w:rsidP="004F0D14">
      <w:pPr>
        <w:ind w:firstLine="567"/>
        <w:jc w:val="both"/>
        <w:rPr>
          <w:lang w:val="ru-RU"/>
        </w:rPr>
      </w:pPr>
      <w:r w:rsidRPr="00585726">
        <w:rPr>
          <w:lang w:val="ru-RU"/>
        </w:rPr>
        <w:t xml:space="preserve">1. </w:t>
      </w:r>
      <w:r w:rsidRPr="00585726">
        <w:t>PIN</w:t>
      </w:r>
      <w:r w:rsidRPr="00585726">
        <w:rPr>
          <w:lang w:val="ru-RU"/>
        </w:rPr>
        <w:t xml:space="preserve">-код, </w:t>
      </w:r>
      <w:r w:rsidRPr="00585726">
        <w:t>CVV</w:t>
      </w:r>
      <w:r w:rsidRPr="00585726">
        <w:rPr>
          <w:lang w:val="ru-RU"/>
        </w:rPr>
        <w:t>/</w:t>
      </w:r>
      <w:r w:rsidRPr="00585726">
        <w:t>CVC</w:t>
      </w:r>
      <w:r w:rsidRPr="00585726">
        <w:rPr>
          <w:lang w:val="ru-RU"/>
        </w:rPr>
        <w:t xml:space="preserve">, </w:t>
      </w:r>
      <w:r w:rsidRPr="00585726">
        <w:t>SMS</w:t>
      </w:r>
      <w:r w:rsidRPr="00585726">
        <w:rPr>
          <w:lang w:val="ru-RU"/>
        </w:rPr>
        <w:t>-коды и иные средства подтверждения не подлежат раскрытию третьим лицам.</w:t>
      </w:r>
    </w:p>
    <w:p w14:paraId="166130C8" w14:textId="77777777" w:rsidR="00325734" w:rsidRPr="00585726" w:rsidRDefault="00025742" w:rsidP="004F0D14">
      <w:pPr>
        <w:ind w:firstLine="567"/>
        <w:jc w:val="both"/>
        <w:rPr>
          <w:lang w:val="ru-RU"/>
        </w:rPr>
      </w:pPr>
      <w:r w:rsidRPr="00585726">
        <w:rPr>
          <w:lang w:val="ru-RU"/>
        </w:rPr>
        <w:t>2. В случае утраты, хищения карты или раскрытия ее реквизитов Банк немедленно уведомляется и запрашивается блокировка карты.</w:t>
      </w:r>
    </w:p>
    <w:p w14:paraId="29991FE1" w14:textId="77777777" w:rsidR="00325734" w:rsidRPr="00585726" w:rsidRDefault="00025742" w:rsidP="004F0D14">
      <w:pPr>
        <w:ind w:firstLine="567"/>
        <w:jc w:val="both"/>
        <w:rPr>
          <w:lang w:val="ru-RU"/>
        </w:rPr>
      </w:pPr>
      <w:r w:rsidRPr="00585726">
        <w:rPr>
          <w:lang w:val="ru-RU"/>
        </w:rPr>
        <w:t>3. Карта используется только в пределах служебных обязанностей и операционных лимитов, установленных Клиентом.</w:t>
      </w:r>
    </w:p>
    <w:p w14:paraId="7268CF8E" w14:textId="77777777" w:rsidR="00325734" w:rsidRPr="00585726" w:rsidRDefault="00025742" w:rsidP="004F0D14">
      <w:pPr>
        <w:ind w:firstLine="567"/>
        <w:jc w:val="both"/>
        <w:rPr>
          <w:lang w:val="ru-RU"/>
        </w:rPr>
      </w:pPr>
      <w:r w:rsidRPr="00585726">
        <w:rPr>
          <w:lang w:val="ru-RU"/>
        </w:rPr>
        <w:t>4. Платежи через Интернет осуществляются только на надежных платформах и в случаях, разрешенных Банком.</w:t>
      </w:r>
    </w:p>
    <w:p w14:paraId="39EF6C1A" w14:textId="77777777" w:rsidR="00325734" w:rsidRPr="00585726" w:rsidRDefault="00025742" w:rsidP="004F0D14">
      <w:pPr>
        <w:ind w:firstLine="567"/>
        <w:jc w:val="both"/>
        <w:rPr>
          <w:lang w:val="ru-RU"/>
        </w:rPr>
      </w:pPr>
      <w:r w:rsidRPr="00585726">
        <w:rPr>
          <w:lang w:val="ru-RU"/>
        </w:rPr>
        <w:t>5. Обращение по несанкционированным операциям направляется как можно быстрее, как правило без промедления с момента их обнаружения.</w:t>
      </w:r>
    </w:p>
    <w:p w14:paraId="3113027B" w14:textId="77777777" w:rsidR="00325734" w:rsidRPr="00585726" w:rsidRDefault="00025742">
      <w:pPr>
        <w:rPr>
          <w:lang w:val="ru-RU"/>
        </w:rPr>
      </w:pPr>
      <w:r w:rsidRPr="00585726">
        <w:rPr>
          <w:lang w:val="ru-RU"/>
        </w:rPr>
        <w:br w:type="page"/>
      </w:r>
    </w:p>
    <w:p w14:paraId="4152E4C7" w14:textId="77777777" w:rsidR="00325734" w:rsidRPr="00585726" w:rsidRDefault="00025742">
      <w:pPr>
        <w:rPr>
          <w:lang w:val="ru-RU"/>
        </w:rPr>
      </w:pPr>
      <w:r w:rsidRPr="00585726">
        <w:rPr>
          <w:lang w:val="ru-RU"/>
        </w:rPr>
        <w:lastRenderedPageBreak/>
        <w:t>ПРИЛОЖЕНИЕ 6. ФОРМА ОБРАЩЕНИЯ ПО НЕСАНКЦИОНИРОВАННОЙ ОПЕРАЦИИ ИЛИ УТРАТЕ КАРТЫ</w:t>
      </w:r>
    </w:p>
    <w:tbl>
      <w:tblPr>
        <w:tblW w:w="0" w:type="auto"/>
        <w:jc w:val="center"/>
        <w:tblLook w:val="04A0" w:firstRow="1" w:lastRow="0" w:firstColumn="1" w:lastColumn="0" w:noHBand="0" w:noVBand="1"/>
      </w:tblPr>
      <w:tblGrid>
        <w:gridCol w:w="3834"/>
        <w:gridCol w:w="5845"/>
      </w:tblGrid>
      <w:tr w:rsidR="00325734" w:rsidRPr="00585726" w14:paraId="35DE97B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41F73B2" w14:textId="77777777" w:rsidR="00325734" w:rsidRPr="00585726" w:rsidRDefault="00025742">
            <w:proofErr w:type="spellStart"/>
            <w:r w:rsidRPr="00585726">
              <w:t>Наименование</w:t>
            </w:r>
            <w:proofErr w:type="spellEnd"/>
            <w:r w:rsidRPr="00585726">
              <w:t xml:space="preserve"> </w:t>
            </w:r>
            <w:proofErr w:type="spellStart"/>
            <w:r w:rsidRPr="00585726">
              <w:t>Клиента</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65A63F7D" w14:textId="77777777" w:rsidR="00325734" w:rsidRPr="00585726" w:rsidRDefault="00025742">
            <w:r w:rsidRPr="00585726">
              <w:t>______________________________________________</w:t>
            </w:r>
          </w:p>
        </w:tc>
      </w:tr>
      <w:tr w:rsidR="00325734" w:rsidRPr="00585726" w14:paraId="376B2A0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76F4A9B" w14:textId="77777777" w:rsidR="00325734" w:rsidRPr="00585726" w:rsidRDefault="00025742">
            <w:r w:rsidRPr="00585726">
              <w:t>Держатель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438DF134" w14:textId="77777777" w:rsidR="00325734" w:rsidRPr="00585726" w:rsidRDefault="00025742">
            <w:r w:rsidRPr="00585726">
              <w:t>______________________________________________</w:t>
            </w:r>
          </w:p>
        </w:tc>
      </w:tr>
      <w:tr w:rsidR="00325734" w:rsidRPr="00585726" w14:paraId="178C075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53791EE" w14:textId="77777777" w:rsidR="00325734" w:rsidRPr="00585726" w:rsidRDefault="00025742">
            <w:r w:rsidRPr="00585726">
              <w:t>Последние 4 цифры номера карты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5FE60CF5" w14:textId="77777777" w:rsidR="00325734" w:rsidRPr="00585726" w:rsidRDefault="00025742">
            <w:r w:rsidRPr="00585726">
              <w:t>____</w:t>
            </w:r>
          </w:p>
        </w:tc>
      </w:tr>
      <w:tr w:rsidR="00325734" w:rsidRPr="00585726" w14:paraId="028083A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2037E5B" w14:textId="77777777" w:rsidR="00325734" w:rsidRPr="00585726" w:rsidRDefault="00025742">
            <w:r w:rsidRPr="00585726">
              <w:t>Дата и время события</w:t>
            </w:r>
          </w:p>
        </w:tc>
        <w:tc>
          <w:tcPr>
            <w:tcW w:w="5669" w:type="dxa"/>
            <w:tcBorders>
              <w:top w:val="single" w:sz="4" w:space="0" w:color="000000"/>
              <w:left w:val="single" w:sz="4" w:space="0" w:color="000000"/>
              <w:bottom w:val="single" w:sz="4" w:space="0" w:color="000000"/>
              <w:right w:val="single" w:sz="4" w:space="0" w:color="000000"/>
            </w:tcBorders>
            <w:vAlign w:val="center"/>
          </w:tcPr>
          <w:p w14:paraId="0B1367C4" w14:textId="77777777" w:rsidR="00325734" w:rsidRPr="00585726" w:rsidRDefault="00025742">
            <w:r w:rsidRPr="00585726">
              <w:t>______________________________________________</w:t>
            </w:r>
          </w:p>
        </w:tc>
      </w:tr>
      <w:tr w:rsidR="00325734" w:rsidRPr="002F3632" w14:paraId="0B22C73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748438A" w14:textId="77777777" w:rsidR="00325734" w:rsidRPr="00585726" w:rsidRDefault="00025742">
            <w:r w:rsidRPr="00585726">
              <w:t>Вид события</w:t>
            </w:r>
          </w:p>
        </w:tc>
        <w:tc>
          <w:tcPr>
            <w:tcW w:w="5669" w:type="dxa"/>
            <w:tcBorders>
              <w:top w:val="single" w:sz="4" w:space="0" w:color="000000"/>
              <w:left w:val="single" w:sz="4" w:space="0" w:color="000000"/>
              <w:bottom w:val="single" w:sz="4" w:space="0" w:color="000000"/>
              <w:right w:val="single" w:sz="4" w:space="0" w:color="000000"/>
            </w:tcBorders>
            <w:vAlign w:val="center"/>
          </w:tcPr>
          <w:p w14:paraId="4A53C7BF" w14:textId="77777777" w:rsidR="00325734" w:rsidRPr="00585726" w:rsidRDefault="00025742">
            <w:pPr>
              <w:rPr>
                <w:lang w:val="ru-RU"/>
              </w:rPr>
            </w:pPr>
            <w:r w:rsidRPr="00585726">
              <w:rPr>
                <w:lang w:val="ru-RU"/>
              </w:rPr>
              <w:t>Утрата / хищение / несанкционированная операция / иное</w:t>
            </w:r>
          </w:p>
        </w:tc>
      </w:tr>
      <w:tr w:rsidR="00325734" w:rsidRPr="00585726" w14:paraId="2EE2E8D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041B192" w14:textId="77777777" w:rsidR="00325734" w:rsidRPr="00585726" w:rsidRDefault="00025742">
            <w:proofErr w:type="spellStart"/>
            <w:r w:rsidRPr="00585726">
              <w:t>Описание</w:t>
            </w:r>
            <w:proofErr w:type="spellEnd"/>
            <w:r w:rsidRPr="00585726">
              <w:t xml:space="preserve"> </w:t>
            </w:r>
            <w:proofErr w:type="spellStart"/>
            <w:r w:rsidRPr="00585726">
              <w:t>события</w:t>
            </w:r>
            <w:proofErr w:type="spellEnd"/>
          </w:p>
        </w:tc>
        <w:tc>
          <w:tcPr>
            <w:tcW w:w="5669" w:type="dxa"/>
            <w:tcBorders>
              <w:top w:val="single" w:sz="4" w:space="0" w:color="000000"/>
              <w:left w:val="single" w:sz="4" w:space="0" w:color="000000"/>
              <w:bottom w:val="single" w:sz="4" w:space="0" w:color="000000"/>
              <w:right w:val="single" w:sz="4" w:space="0" w:color="000000"/>
            </w:tcBorders>
            <w:vAlign w:val="center"/>
          </w:tcPr>
          <w:p w14:paraId="0345FC0B" w14:textId="77777777" w:rsidR="00325734" w:rsidRPr="00585726" w:rsidRDefault="00025742">
            <w:r w:rsidRPr="00585726">
              <w:t>______________________________________________</w:t>
            </w:r>
          </w:p>
        </w:tc>
      </w:tr>
      <w:tr w:rsidR="00325734" w:rsidRPr="00585726" w14:paraId="6A79D06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0B7ED0" w14:textId="77777777" w:rsidR="00325734" w:rsidRPr="00585726" w:rsidRDefault="00025742">
            <w:r w:rsidRPr="00585726">
              <w:t>Запрос Банку</w:t>
            </w:r>
          </w:p>
        </w:tc>
        <w:tc>
          <w:tcPr>
            <w:tcW w:w="5669" w:type="dxa"/>
            <w:tcBorders>
              <w:top w:val="single" w:sz="4" w:space="0" w:color="000000"/>
              <w:left w:val="single" w:sz="4" w:space="0" w:color="000000"/>
              <w:bottom w:val="single" w:sz="4" w:space="0" w:color="000000"/>
              <w:right w:val="single" w:sz="4" w:space="0" w:color="000000"/>
            </w:tcBorders>
            <w:vAlign w:val="center"/>
          </w:tcPr>
          <w:p w14:paraId="1E0CC1F7" w14:textId="77777777" w:rsidR="00325734" w:rsidRPr="00585726" w:rsidRDefault="00025742">
            <w:r w:rsidRPr="00585726">
              <w:t>Блокировка / перевыпуск / проверка / иное</w:t>
            </w:r>
          </w:p>
        </w:tc>
      </w:tr>
    </w:tbl>
    <w:p w14:paraId="5E3C2D85"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5940F926"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5AB3310" w14:textId="77777777" w:rsidR="00325734" w:rsidRPr="00585726" w:rsidRDefault="00025742">
            <w:pPr>
              <w:jc w:val="center"/>
            </w:pPr>
            <w:r w:rsidRPr="00585726">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53D2CE4B" w14:textId="77777777" w:rsidR="00325734" w:rsidRPr="00585726" w:rsidRDefault="00025742">
            <w:pPr>
              <w:jc w:val="center"/>
            </w:pPr>
            <w:r w:rsidRPr="00585726">
              <w:t>Банк</w:t>
            </w:r>
          </w:p>
        </w:tc>
      </w:tr>
      <w:tr w:rsidR="00325734" w:rsidRPr="002F3632" w14:paraId="7B492AFA"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2CA301D8" w14:textId="77777777" w:rsidR="00325734" w:rsidRPr="00585726" w:rsidRDefault="00025742">
            <w:pPr>
              <w:rPr>
                <w:lang w:val="ru-RU"/>
              </w:rPr>
            </w:pPr>
            <w:r w:rsidRPr="00585726">
              <w:rPr>
                <w:lang w:val="ru-RU"/>
              </w:rPr>
              <w:t>Ф.И.О.: ______________________</w:t>
            </w:r>
          </w:p>
          <w:p w14:paraId="048A898C" w14:textId="77777777" w:rsidR="00827269" w:rsidRPr="00585726" w:rsidRDefault="00CE172F">
            <w:pPr>
              <w:rPr>
                <w:lang w:val="ru-RU"/>
              </w:rPr>
            </w:pPr>
            <w:r w:rsidRPr="00585726">
              <w:rPr>
                <w:lang w:val="ru-RU"/>
              </w:rPr>
              <w:t>Должность: ___________________</w:t>
            </w:r>
          </w:p>
          <w:p w14:paraId="51CB7DAD" w14:textId="77777777" w:rsidR="00827269" w:rsidRPr="00585726" w:rsidRDefault="00CE172F">
            <w:pPr>
              <w:rPr>
                <w:lang w:val="ru-RU"/>
              </w:rPr>
            </w:pPr>
            <w:r w:rsidRPr="00585726">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06A12A12" w14:textId="77777777" w:rsidR="00325734" w:rsidRPr="00585726" w:rsidRDefault="00025742">
            <w:pPr>
              <w:rPr>
                <w:lang w:val="ru-RU"/>
              </w:rPr>
            </w:pPr>
            <w:r w:rsidRPr="00585726">
              <w:rPr>
                <w:lang w:val="ru-RU"/>
              </w:rPr>
              <w:t>Ф.И.О.: ______________________</w:t>
            </w:r>
          </w:p>
          <w:p w14:paraId="6FD7AE4E" w14:textId="77777777" w:rsidR="00827269" w:rsidRPr="00585726" w:rsidRDefault="00CE172F">
            <w:pPr>
              <w:rPr>
                <w:lang w:val="ru-RU"/>
              </w:rPr>
            </w:pPr>
            <w:r w:rsidRPr="00585726">
              <w:rPr>
                <w:lang w:val="ru-RU"/>
              </w:rPr>
              <w:t>Должность: ___________________</w:t>
            </w:r>
          </w:p>
          <w:p w14:paraId="4046E843" w14:textId="77777777" w:rsidR="00827269" w:rsidRPr="00585726" w:rsidRDefault="00CE172F">
            <w:pPr>
              <w:rPr>
                <w:lang w:val="ru-RU"/>
              </w:rPr>
            </w:pPr>
            <w:r w:rsidRPr="00585726">
              <w:rPr>
                <w:lang w:val="ru-RU"/>
              </w:rPr>
              <w:t>Подпись: _______________________</w:t>
            </w:r>
          </w:p>
        </w:tc>
      </w:tr>
    </w:tbl>
    <w:p w14:paraId="4102B474" w14:textId="77777777" w:rsidR="00025742" w:rsidRPr="00585726" w:rsidRDefault="00025742">
      <w:pPr>
        <w:rPr>
          <w:lang w:val="ru-RU"/>
        </w:rPr>
      </w:pPr>
    </w:p>
    <w:p w14:paraId="1FD194E4" w14:textId="77777777" w:rsidR="00827269" w:rsidRPr="00585726" w:rsidRDefault="00CE172F">
      <w:pPr>
        <w:rPr>
          <w:lang w:val="ru-RU"/>
        </w:rPr>
      </w:pPr>
      <w:r w:rsidRPr="00585726">
        <w:rPr>
          <w:lang w:val="ru-RU"/>
        </w:rPr>
        <w:br w:type="page"/>
      </w:r>
    </w:p>
    <w:p w14:paraId="4649C4FF" w14:textId="77777777" w:rsidR="00FE79E5" w:rsidRPr="00585726" w:rsidRDefault="00357484" w:rsidP="00FE79E5">
      <w:pPr>
        <w:jc w:val="center"/>
        <w:rPr>
          <w:rFonts w:cs="Arial"/>
          <w:b/>
          <w:sz w:val="24"/>
          <w:szCs w:val="24"/>
        </w:rPr>
      </w:pPr>
      <w:r w:rsidRPr="00585726">
        <w:rPr>
          <w:rFonts w:cs="Arial"/>
          <w:b/>
          <w:sz w:val="24"/>
          <w:szCs w:val="24"/>
        </w:rPr>
        <w:lastRenderedPageBreak/>
        <w:t>TO LEGAL ENTITIES AND INDIVIDUAL ENTREPRENEURS</w:t>
      </w:r>
      <w:r w:rsidRPr="00585726">
        <w:rPr>
          <w:rFonts w:cs="Arial"/>
          <w:b/>
          <w:sz w:val="24"/>
          <w:szCs w:val="24"/>
        </w:rPr>
        <w:br/>
        <w:t>ON THE ISSUANCE OF CORPORATE BANK CARDS</w:t>
      </w:r>
    </w:p>
    <w:p w14:paraId="17174022" w14:textId="77777777" w:rsidR="00FE79E5" w:rsidRPr="00585726" w:rsidRDefault="00357484" w:rsidP="00FE79E5">
      <w:pPr>
        <w:jc w:val="center"/>
        <w:rPr>
          <w:rFonts w:cs="Arial"/>
          <w:b/>
          <w:sz w:val="24"/>
          <w:szCs w:val="24"/>
        </w:rPr>
      </w:pPr>
      <w:r w:rsidRPr="00585726">
        <w:rPr>
          <w:rFonts w:cs="Arial"/>
          <w:b/>
          <w:sz w:val="24"/>
          <w:szCs w:val="24"/>
        </w:rPr>
        <w:t>AND THEIR USE</w:t>
      </w:r>
      <w:r w:rsidRPr="00585726">
        <w:rPr>
          <w:rFonts w:cs="Arial"/>
          <w:b/>
          <w:sz w:val="24"/>
          <w:szCs w:val="24"/>
        </w:rPr>
        <w:br/>
        <w:t>PUBLIC OFFER AGREEMENT</w:t>
      </w:r>
    </w:p>
    <w:p w14:paraId="7204157E" w14:textId="77777777" w:rsidR="00FE79E5" w:rsidRPr="00585726" w:rsidRDefault="00FE79E5" w:rsidP="00FE79E5">
      <w:pPr>
        <w:jc w:val="center"/>
        <w:rPr>
          <w:rFonts w:cs="Arial"/>
          <w:b/>
          <w:sz w:val="24"/>
          <w:szCs w:val="24"/>
        </w:rPr>
      </w:pPr>
    </w:p>
    <w:p w14:paraId="21B96502" w14:textId="77777777" w:rsidR="008F00AB" w:rsidRPr="00585726" w:rsidRDefault="00357484" w:rsidP="00FE79E5">
      <w:pPr>
        <w:ind w:firstLine="567"/>
        <w:jc w:val="both"/>
        <w:rPr>
          <w:rFonts w:cs="Arial"/>
          <w:sz w:val="24"/>
          <w:szCs w:val="24"/>
        </w:rPr>
      </w:pPr>
      <w:r w:rsidRPr="00585726">
        <w:rPr>
          <w:rFonts w:cs="Arial"/>
          <w:sz w:val="24"/>
          <w:szCs w:val="24"/>
        </w:rPr>
        <w:t>JSC "Poytaxt Bank" (hereinafter referred to as the "Bank"), in accordance with the Civil Code of the Republic of Uzbekistan, the laws "On Banks and Banking Activity", "On Payments and Payment Systems", "On Bank Secrecy", "On Counteracting the Legalization of Proceeds from Crime, the Financing of Terrorism and the Financing of the Proliferation of Weapons of Mass Destruction", as well as the Regulation on the rules for issuance and circulation of bank cards in the territory of the Republic of Uzbekistan and the requirements of the internal control rules on AML/CFT/CPF in commercial banks, offers legal entities and individual entrepreneurs (hereinafter referred to as the "Client") to conclude this Public Offer Agreement on the issuance and use of corporate bank cards (hereinafter referred to as the "Agreement").</w:t>
      </w:r>
    </w:p>
    <w:p w14:paraId="6064B64C" w14:textId="77777777" w:rsidR="008F00AB" w:rsidRPr="00585726" w:rsidRDefault="00357484" w:rsidP="00FE79E5">
      <w:pPr>
        <w:ind w:firstLine="567"/>
        <w:jc w:val="both"/>
        <w:rPr>
          <w:rFonts w:cs="Arial"/>
          <w:sz w:val="24"/>
          <w:szCs w:val="24"/>
        </w:rPr>
      </w:pPr>
      <w:r w:rsidRPr="00585726">
        <w:rPr>
          <w:rFonts w:cs="Arial"/>
          <w:sz w:val="24"/>
          <w:szCs w:val="24"/>
        </w:rPr>
        <w:t>This Agreement is concluded in accordance with the rules of the Civil Code of the Republic of Uzbekistan on offer and acceptance. The submission by the Client to the Bank of an application for the issuance of a corporate bank card, a questionnaire and the required documents, as well as the Bank’s commencement of the card issuance process or bringing the card to a state of readiness for delivery, shall be recognized as acceptance of this offer.</w:t>
      </w:r>
    </w:p>
    <w:p w14:paraId="12B260C5" w14:textId="77777777" w:rsidR="008F00AB" w:rsidRPr="00585726" w:rsidRDefault="00357484" w:rsidP="00FE79E5">
      <w:pPr>
        <w:ind w:firstLine="567"/>
        <w:jc w:val="both"/>
        <w:rPr>
          <w:rFonts w:cs="Arial"/>
          <w:sz w:val="24"/>
          <w:szCs w:val="24"/>
        </w:rPr>
      </w:pPr>
      <w:r w:rsidRPr="00585726">
        <w:rPr>
          <w:rFonts w:cs="Arial"/>
          <w:sz w:val="24"/>
          <w:szCs w:val="24"/>
        </w:rPr>
        <w:t>The Client may review the text of this Agreement on the Bank’s official website, in the mobile application and at the Bank’s offices. By accepting the Agreement, the Client confirms that it has fully familiarized itself with all of its terms and accepts them without any exceptions or limitations.</w:t>
      </w:r>
    </w:p>
    <w:p w14:paraId="60373344" w14:textId="77777777" w:rsidR="00FE79E5" w:rsidRPr="00585726" w:rsidRDefault="00FE79E5" w:rsidP="00FE79E5">
      <w:pPr>
        <w:ind w:firstLine="567"/>
        <w:jc w:val="both"/>
        <w:rPr>
          <w:rFonts w:cs="Arial"/>
          <w:sz w:val="24"/>
          <w:szCs w:val="24"/>
        </w:rPr>
      </w:pPr>
    </w:p>
    <w:p w14:paraId="40B69F67" w14:textId="77777777" w:rsidR="008F00AB" w:rsidRPr="00585726" w:rsidRDefault="00357484" w:rsidP="00F24377">
      <w:pPr>
        <w:ind w:firstLine="567"/>
        <w:jc w:val="both"/>
        <w:rPr>
          <w:rFonts w:cs="Arial"/>
          <w:sz w:val="24"/>
          <w:szCs w:val="24"/>
        </w:rPr>
      </w:pPr>
      <w:r w:rsidRPr="00585726">
        <w:rPr>
          <w:rFonts w:cs="Arial"/>
          <w:b/>
          <w:sz w:val="24"/>
          <w:szCs w:val="24"/>
        </w:rPr>
        <w:t>I. TERMS AND DEFINITIONS</w:t>
      </w:r>
    </w:p>
    <w:p w14:paraId="390E1B3E" w14:textId="77777777" w:rsidR="008F00AB" w:rsidRPr="00585726" w:rsidRDefault="00357484" w:rsidP="00F24377">
      <w:pPr>
        <w:ind w:firstLine="567"/>
        <w:jc w:val="both"/>
        <w:rPr>
          <w:rFonts w:cs="Arial"/>
          <w:sz w:val="24"/>
          <w:szCs w:val="24"/>
        </w:rPr>
      </w:pPr>
      <w:r w:rsidRPr="00585726">
        <w:rPr>
          <w:rFonts w:cs="Arial"/>
          <w:sz w:val="24"/>
          <w:szCs w:val="24"/>
        </w:rPr>
        <w:t>Corporate bank card (hereinafter referred to as the "Card") means an electronic payment instrument issued by the Bank within the framework of the account of a legal entity or individual entrepreneur in the name of an authorized employee or authorized person of the Client and intended for making payments and other lawful transactions.</w:t>
      </w:r>
    </w:p>
    <w:p w14:paraId="6D37F7C8" w14:textId="77777777" w:rsidR="008F00AB" w:rsidRPr="00585726" w:rsidRDefault="00357484" w:rsidP="00F24377">
      <w:pPr>
        <w:ind w:firstLine="567"/>
        <w:jc w:val="both"/>
        <w:rPr>
          <w:rFonts w:cs="Arial"/>
          <w:sz w:val="24"/>
          <w:szCs w:val="24"/>
        </w:rPr>
      </w:pPr>
      <w:r w:rsidRPr="00585726">
        <w:rPr>
          <w:rFonts w:cs="Arial"/>
          <w:sz w:val="24"/>
          <w:szCs w:val="24"/>
        </w:rPr>
        <w:t>Cardholder means an individual in whose name the Card is issued by the Bank based on the Client’s application.</w:t>
      </w:r>
    </w:p>
    <w:p w14:paraId="1729A0D4" w14:textId="77777777" w:rsidR="008F00AB" w:rsidRPr="00585726" w:rsidRDefault="00357484" w:rsidP="00F24377">
      <w:pPr>
        <w:ind w:firstLine="567"/>
        <w:jc w:val="both"/>
        <w:rPr>
          <w:rFonts w:cs="Arial"/>
          <w:sz w:val="24"/>
          <w:szCs w:val="24"/>
        </w:rPr>
      </w:pPr>
      <w:r w:rsidRPr="00585726">
        <w:rPr>
          <w:rFonts w:cs="Arial"/>
          <w:sz w:val="24"/>
          <w:szCs w:val="24"/>
        </w:rPr>
        <w:t>Card account means an account opened by the Bank to record transactions carried out using the Card, or a special accounting regime linked to the relevant main account of the Client.</w:t>
      </w:r>
    </w:p>
    <w:p w14:paraId="330BB185" w14:textId="77777777" w:rsidR="008F00AB" w:rsidRPr="00585726" w:rsidRDefault="00357484" w:rsidP="00F24377">
      <w:pPr>
        <w:ind w:firstLine="567"/>
        <w:jc w:val="both"/>
        <w:rPr>
          <w:rFonts w:cs="Arial"/>
          <w:sz w:val="24"/>
          <w:szCs w:val="24"/>
        </w:rPr>
      </w:pPr>
      <w:r w:rsidRPr="00585726">
        <w:rPr>
          <w:rFonts w:cs="Arial"/>
          <w:sz w:val="24"/>
          <w:szCs w:val="24"/>
        </w:rPr>
        <w:t>Spending limit means the maximum amount established by the Client for carrying out transactions using the Card.</w:t>
      </w:r>
    </w:p>
    <w:p w14:paraId="62A60040" w14:textId="77777777" w:rsidR="008F00AB" w:rsidRPr="00585726" w:rsidRDefault="00357484" w:rsidP="00F24377">
      <w:pPr>
        <w:ind w:firstLine="567"/>
        <w:jc w:val="both"/>
        <w:rPr>
          <w:rFonts w:cs="Arial"/>
          <w:sz w:val="24"/>
          <w:szCs w:val="24"/>
        </w:rPr>
      </w:pPr>
      <w:r w:rsidRPr="00585726">
        <w:rPr>
          <w:rFonts w:cs="Arial"/>
          <w:sz w:val="24"/>
          <w:szCs w:val="24"/>
        </w:rPr>
        <w:t>Unauthorized transaction means a transaction not approved by the Client, the Cardholder or a person authorized by them, but carried out using the Card, PIN code, card details or other authentication means.</w:t>
      </w:r>
    </w:p>
    <w:p w14:paraId="1564754A" w14:textId="77777777" w:rsidR="008F00AB" w:rsidRPr="00585726" w:rsidRDefault="00357484" w:rsidP="00F24377">
      <w:pPr>
        <w:ind w:firstLine="567"/>
        <w:jc w:val="both"/>
        <w:rPr>
          <w:rFonts w:cs="Arial"/>
          <w:sz w:val="24"/>
          <w:szCs w:val="24"/>
        </w:rPr>
      </w:pPr>
      <w:r w:rsidRPr="00585726">
        <w:rPr>
          <w:rFonts w:cs="Arial"/>
          <w:sz w:val="24"/>
          <w:szCs w:val="24"/>
        </w:rPr>
        <w:t>Blocking means temporary or permanent suspension of transactions on the Card.</w:t>
      </w:r>
    </w:p>
    <w:p w14:paraId="49F449C9" w14:textId="77777777" w:rsidR="008F00AB" w:rsidRPr="00585726" w:rsidRDefault="00357484" w:rsidP="00F24377">
      <w:pPr>
        <w:ind w:firstLine="567"/>
        <w:jc w:val="both"/>
        <w:rPr>
          <w:rFonts w:cs="Arial"/>
          <w:sz w:val="24"/>
          <w:szCs w:val="24"/>
        </w:rPr>
      </w:pPr>
      <w:r w:rsidRPr="00585726">
        <w:rPr>
          <w:rFonts w:cs="Arial"/>
          <w:sz w:val="24"/>
          <w:szCs w:val="24"/>
        </w:rPr>
        <w:lastRenderedPageBreak/>
        <w:t>Tariffs mean the list of commissions, fees, penalties and other charges approved by the Bank and published through official channels.</w:t>
      </w:r>
    </w:p>
    <w:p w14:paraId="3BBF7CCF" w14:textId="77777777" w:rsidR="00FE79E5" w:rsidRPr="00585726" w:rsidRDefault="00FE79E5" w:rsidP="00F24377">
      <w:pPr>
        <w:ind w:firstLine="567"/>
        <w:jc w:val="both"/>
        <w:rPr>
          <w:rFonts w:cs="Arial"/>
          <w:sz w:val="24"/>
          <w:szCs w:val="24"/>
        </w:rPr>
      </w:pPr>
    </w:p>
    <w:p w14:paraId="3C23F468" w14:textId="77777777" w:rsidR="008F00AB" w:rsidRPr="00585726" w:rsidRDefault="00357484" w:rsidP="00F24377">
      <w:pPr>
        <w:ind w:firstLine="567"/>
        <w:jc w:val="both"/>
        <w:rPr>
          <w:rFonts w:cs="Arial"/>
          <w:sz w:val="24"/>
          <w:szCs w:val="24"/>
        </w:rPr>
      </w:pPr>
      <w:r w:rsidRPr="00585726">
        <w:rPr>
          <w:rFonts w:cs="Arial"/>
          <w:b/>
          <w:sz w:val="24"/>
          <w:szCs w:val="24"/>
        </w:rPr>
        <w:t>II. SUBJECT OF THE AGREEMENT</w:t>
      </w:r>
    </w:p>
    <w:p w14:paraId="4A640023" w14:textId="77777777" w:rsidR="008F00AB" w:rsidRPr="00585726" w:rsidRDefault="00357484" w:rsidP="00F24377">
      <w:pPr>
        <w:ind w:firstLine="567"/>
        <w:jc w:val="both"/>
        <w:rPr>
          <w:rFonts w:cs="Arial"/>
          <w:sz w:val="24"/>
          <w:szCs w:val="24"/>
        </w:rPr>
      </w:pPr>
      <w:r w:rsidRPr="00585726">
        <w:rPr>
          <w:rFonts w:cs="Arial"/>
          <w:sz w:val="24"/>
          <w:szCs w:val="24"/>
        </w:rPr>
        <w:t>Under this Agreement, the Bank, upon the Client’s application, issues a corporate bank card, services it, records transactions on the Card account and provides other services within the framework of this Agreement in accordance with applicable law, the payment system rules and the Bank’s internal rules.</w:t>
      </w:r>
    </w:p>
    <w:p w14:paraId="79662E0E" w14:textId="77777777" w:rsidR="008F00AB" w:rsidRPr="00585726" w:rsidRDefault="00357484" w:rsidP="00F24377">
      <w:pPr>
        <w:ind w:firstLine="567"/>
        <w:jc w:val="both"/>
        <w:rPr>
          <w:rFonts w:cs="Arial"/>
          <w:sz w:val="24"/>
          <w:szCs w:val="24"/>
        </w:rPr>
      </w:pPr>
      <w:r w:rsidRPr="00585726">
        <w:rPr>
          <w:rFonts w:cs="Arial"/>
          <w:sz w:val="24"/>
          <w:szCs w:val="24"/>
        </w:rPr>
        <w:t>The Client, in turn, undertakes to comply with the established procedure for using the Card, provide the Bank with the necessary documents and information, comply with the security requirements related to the use of the Card, and make payments in accordance with the Bank’s Tariffs.</w:t>
      </w:r>
    </w:p>
    <w:p w14:paraId="6001CC24" w14:textId="77777777" w:rsidR="008F00AB" w:rsidRPr="00585726" w:rsidRDefault="00357484" w:rsidP="00F24377">
      <w:pPr>
        <w:ind w:firstLine="567"/>
        <w:jc w:val="both"/>
        <w:rPr>
          <w:rFonts w:cs="Arial"/>
          <w:sz w:val="24"/>
          <w:szCs w:val="24"/>
        </w:rPr>
      </w:pPr>
      <w:r w:rsidRPr="00585726">
        <w:rPr>
          <w:rFonts w:cs="Arial"/>
          <w:sz w:val="24"/>
          <w:szCs w:val="24"/>
        </w:rPr>
        <w:t>The Card shall be used only for purposes not prohibited by law and within the functional capabilities of the Card. Transactions using the Card shall be performed in accordance with applicable law, the rules of the payment system operator and the Bank’s internal procedures.</w:t>
      </w:r>
    </w:p>
    <w:p w14:paraId="40016110" w14:textId="77777777" w:rsidR="007D24A2" w:rsidRPr="00585726" w:rsidRDefault="007D24A2" w:rsidP="00F24377">
      <w:pPr>
        <w:ind w:firstLine="567"/>
        <w:jc w:val="both"/>
        <w:rPr>
          <w:rFonts w:cs="Arial"/>
          <w:sz w:val="24"/>
          <w:szCs w:val="24"/>
        </w:rPr>
      </w:pPr>
    </w:p>
    <w:p w14:paraId="0FF57071" w14:textId="77777777" w:rsidR="008F00AB" w:rsidRPr="00585726" w:rsidRDefault="00357484" w:rsidP="00F24377">
      <w:pPr>
        <w:ind w:firstLine="567"/>
        <w:jc w:val="both"/>
        <w:rPr>
          <w:rFonts w:cs="Arial"/>
          <w:sz w:val="24"/>
          <w:szCs w:val="24"/>
        </w:rPr>
      </w:pPr>
      <w:r w:rsidRPr="00585726">
        <w:rPr>
          <w:rFonts w:cs="Arial"/>
          <w:b/>
          <w:sz w:val="24"/>
          <w:szCs w:val="24"/>
        </w:rPr>
        <w:t>III. PROCEDURE FOR ACCEPTANCE AND CONCLUSION OF THE AGREEMENT</w:t>
      </w:r>
    </w:p>
    <w:p w14:paraId="55E7596B" w14:textId="77777777" w:rsidR="008F00AB" w:rsidRPr="00585726" w:rsidRDefault="00357484" w:rsidP="00F24377">
      <w:pPr>
        <w:ind w:firstLine="567"/>
        <w:jc w:val="both"/>
        <w:rPr>
          <w:rFonts w:cs="Arial"/>
          <w:sz w:val="24"/>
          <w:szCs w:val="24"/>
        </w:rPr>
      </w:pPr>
      <w:r w:rsidRPr="00585726">
        <w:rPr>
          <w:rFonts w:cs="Arial"/>
          <w:sz w:val="24"/>
          <w:szCs w:val="24"/>
        </w:rPr>
        <w:t xml:space="preserve">Acceptance of this Agreement is </w:t>
      </w:r>
      <w:proofErr w:type="gramStart"/>
      <w:r w:rsidRPr="00585726">
        <w:rPr>
          <w:rFonts w:cs="Arial"/>
          <w:sz w:val="24"/>
          <w:szCs w:val="24"/>
        </w:rPr>
        <w:t>effected</w:t>
      </w:r>
      <w:proofErr w:type="gramEnd"/>
      <w:r w:rsidRPr="00585726">
        <w:rPr>
          <w:rFonts w:cs="Arial"/>
          <w:sz w:val="24"/>
          <w:szCs w:val="24"/>
        </w:rPr>
        <w:t xml:space="preserve"> by the Client’s submission to the Bank of an application for the issuance of a corporate bank card and other documents required by the Bank, in paper or electronic form.</w:t>
      </w:r>
    </w:p>
    <w:p w14:paraId="275E4AD2" w14:textId="77777777" w:rsidR="008F00AB" w:rsidRPr="00585726" w:rsidRDefault="00357484" w:rsidP="00F24377">
      <w:pPr>
        <w:ind w:firstLine="567"/>
        <w:jc w:val="both"/>
        <w:rPr>
          <w:rFonts w:cs="Arial"/>
          <w:sz w:val="24"/>
          <w:szCs w:val="24"/>
        </w:rPr>
      </w:pPr>
      <w:r w:rsidRPr="00585726">
        <w:rPr>
          <w:rFonts w:cs="Arial"/>
          <w:sz w:val="24"/>
          <w:szCs w:val="24"/>
        </w:rPr>
        <w:t>If the application is submitted remotely, the Client’s identification, verification of authority and, where necessary, KYC, e-KYC and/or video-KYC procedures shall be carried out on the basis of the Bank’s internal rules and applicable regulatory documents.</w:t>
      </w:r>
    </w:p>
    <w:p w14:paraId="676911CF" w14:textId="77777777" w:rsidR="008F00AB" w:rsidRPr="00585726" w:rsidRDefault="00357484" w:rsidP="00F24377">
      <w:pPr>
        <w:ind w:firstLine="567"/>
        <w:jc w:val="both"/>
        <w:rPr>
          <w:rFonts w:cs="Arial"/>
          <w:sz w:val="24"/>
          <w:szCs w:val="24"/>
        </w:rPr>
      </w:pPr>
      <w:r w:rsidRPr="00585726">
        <w:rPr>
          <w:rFonts w:cs="Arial"/>
          <w:sz w:val="24"/>
          <w:szCs w:val="24"/>
        </w:rPr>
        <w:t>The Bank shall, based on the review of the Client’s application and documents, decide whether to issue the Card, refuse issuance or request additional information.</w:t>
      </w:r>
    </w:p>
    <w:p w14:paraId="44DD22E4" w14:textId="77777777" w:rsidR="008F00AB" w:rsidRPr="00585726" w:rsidRDefault="00357484" w:rsidP="00F24377">
      <w:pPr>
        <w:ind w:firstLine="567"/>
        <w:jc w:val="both"/>
        <w:rPr>
          <w:rFonts w:cs="Arial"/>
          <w:sz w:val="24"/>
          <w:szCs w:val="24"/>
        </w:rPr>
      </w:pPr>
      <w:r w:rsidRPr="00585726">
        <w:rPr>
          <w:rFonts w:cs="Arial"/>
          <w:sz w:val="24"/>
          <w:szCs w:val="24"/>
        </w:rPr>
        <w:t>The Agreement shall be deemed concluded from the moment the Bank accepts the Client’s application and makes a positive decision on the Card issuance.</w:t>
      </w:r>
    </w:p>
    <w:p w14:paraId="729065DC" w14:textId="77777777" w:rsidR="007D24A2" w:rsidRPr="00585726" w:rsidRDefault="007D24A2" w:rsidP="00F24377">
      <w:pPr>
        <w:ind w:firstLine="567"/>
        <w:jc w:val="both"/>
        <w:rPr>
          <w:rFonts w:cs="Arial"/>
          <w:sz w:val="24"/>
          <w:szCs w:val="24"/>
        </w:rPr>
      </w:pPr>
    </w:p>
    <w:p w14:paraId="28A08B61" w14:textId="77777777" w:rsidR="008F00AB" w:rsidRPr="00585726" w:rsidRDefault="00357484" w:rsidP="00F24377">
      <w:pPr>
        <w:ind w:firstLine="567"/>
        <w:jc w:val="both"/>
        <w:rPr>
          <w:rFonts w:cs="Arial"/>
          <w:sz w:val="24"/>
          <w:szCs w:val="24"/>
        </w:rPr>
      </w:pPr>
      <w:r w:rsidRPr="00585726">
        <w:rPr>
          <w:rFonts w:cs="Arial"/>
          <w:b/>
          <w:sz w:val="24"/>
          <w:szCs w:val="24"/>
        </w:rPr>
        <w:t>IV. CARD ISSUANCE PROCEDURE</w:t>
      </w:r>
    </w:p>
    <w:p w14:paraId="320FD5CA" w14:textId="77777777" w:rsidR="008F00AB" w:rsidRPr="00585726" w:rsidRDefault="00357484" w:rsidP="00F24377">
      <w:pPr>
        <w:ind w:firstLine="567"/>
        <w:jc w:val="both"/>
        <w:rPr>
          <w:rFonts w:cs="Arial"/>
          <w:sz w:val="24"/>
          <w:szCs w:val="24"/>
        </w:rPr>
      </w:pPr>
      <w:r w:rsidRPr="00585726">
        <w:rPr>
          <w:rFonts w:cs="Arial"/>
          <w:sz w:val="24"/>
          <w:szCs w:val="24"/>
        </w:rPr>
        <w:t>For the issuance of a corporate Card, the Client shall provide the following documents and information:</w:t>
      </w:r>
    </w:p>
    <w:p w14:paraId="24898026" w14:textId="77777777" w:rsidR="008F00AB" w:rsidRPr="00585726" w:rsidRDefault="00357484" w:rsidP="00F24377">
      <w:pPr>
        <w:pStyle w:val="a0"/>
        <w:ind w:left="0" w:firstLine="567"/>
        <w:jc w:val="both"/>
        <w:rPr>
          <w:rFonts w:cs="Arial"/>
          <w:sz w:val="24"/>
          <w:szCs w:val="24"/>
        </w:rPr>
      </w:pPr>
      <w:r w:rsidRPr="00585726">
        <w:rPr>
          <w:rFonts w:cs="Arial"/>
          <w:sz w:val="24"/>
          <w:szCs w:val="24"/>
        </w:rPr>
        <w:t>application for the issuance of a corporate bank card;</w:t>
      </w:r>
    </w:p>
    <w:p w14:paraId="4A05FC82" w14:textId="77777777" w:rsidR="008F00AB" w:rsidRPr="00585726" w:rsidRDefault="00357484" w:rsidP="00F24377">
      <w:pPr>
        <w:pStyle w:val="a0"/>
        <w:ind w:left="0" w:firstLine="567"/>
        <w:jc w:val="both"/>
        <w:rPr>
          <w:rFonts w:cs="Arial"/>
          <w:sz w:val="24"/>
          <w:szCs w:val="24"/>
        </w:rPr>
      </w:pPr>
      <w:r w:rsidRPr="00585726">
        <w:rPr>
          <w:rFonts w:cs="Arial"/>
          <w:sz w:val="24"/>
          <w:szCs w:val="24"/>
        </w:rPr>
        <w:t>list of authorized persons and Cardholders;</w:t>
      </w:r>
    </w:p>
    <w:p w14:paraId="62B4E4BC" w14:textId="77777777" w:rsidR="008F00AB" w:rsidRPr="00585726" w:rsidRDefault="00357484" w:rsidP="00F24377">
      <w:pPr>
        <w:pStyle w:val="a0"/>
        <w:ind w:left="0" w:firstLine="567"/>
        <w:jc w:val="both"/>
        <w:rPr>
          <w:rFonts w:cs="Arial"/>
          <w:sz w:val="24"/>
          <w:szCs w:val="24"/>
        </w:rPr>
      </w:pPr>
      <w:r w:rsidRPr="00585726">
        <w:rPr>
          <w:rFonts w:cs="Arial"/>
          <w:sz w:val="24"/>
          <w:szCs w:val="24"/>
        </w:rPr>
        <w:t>copies of identification documents of the persons listed;</w:t>
      </w:r>
    </w:p>
    <w:p w14:paraId="50B7F483" w14:textId="77777777" w:rsidR="008F00AB" w:rsidRPr="00585726" w:rsidRDefault="00357484" w:rsidP="00F24377">
      <w:pPr>
        <w:pStyle w:val="a0"/>
        <w:ind w:left="0" w:firstLine="567"/>
        <w:jc w:val="both"/>
        <w:rPr>
          <w:rFonts w:cs="Arial"/>
          <w:sz w:val="24"/>
          <w:szCs w:val="24"/>
        </w:rPr>
      </w:pPr>
      <w:r w:rsidRPr="00585726">
        <w:rPr>
          <w:rFonts w:cs="Arial"/>
          <w:sz w:val="24"/>
          <w:szCs w:val="24"/>
        </w:rPr>
        <w:t>power of attorney or another document confirming authority, if necessary;</w:t>
      </w:r>
    </w:p>
    <w:p w14:paraId="3C2C14DD" w14:textId="77777777" w:rsidR="008F00AB" w:rsidRPr="00585726" w:rsidRDefault="00357484" w:rsidP="00F24377">
      <w:pPr>
        <w:pStyle w:val="a0"/>
        <w:ind w:left="0" w:firstLine="567"/>
        <w:jc w:val="both"/>
        <w:rPr>
          <w:rFonts w:cs="Arial"/>
          <w:sz w:val="24"/>
          <w:szCs w:val="24"/>
        </w:rPr>
      </w:pPr>
      <w:r w:rsidRPr="00585726">
        <w:rPr>
          <w:rFonts w:cs="Arial"/>
          <w:sz w:val="24"/>
          <w:szCs w:val="24"/>
        </w:rPr>
        <w:t>other documents and information requested by the Bank.</w:t>
      </w:r>
    </w:p>
    <w:p w14:paraId="022942DF" w14:textId="77777777" w:rsidR="008F00AB" w:rsidRPr="00585726" w:rsidRDefault="00357484" w:rsidP="00F24377">
      <w:pPr>
        <w:ind w:firstLine="567"/>
        <w:jc w:val="both"/>
        <w:rPr>
          <w:rFonts w:cs="Arial"/>
          <w:sz w:val="24"/>
          <w:szCs w:val="24"/>
        </w:rPr>
      </w:pPr>
      <w:r w:rsidRPr="00585726">
        <w:rPr>
          <w:rFonts w:cs="Arial"/>
          <w:sz w:val="24"/>
          <w:szCs w:val="24"/>
        </w:rPr>
        <w:t>The application, forms and questionnaires attached thereto shall be completed in the form established by the Bank. The Bank may, where necessary, request additional information, supporting documents, documents confirming authority and other information.</w:t>
      </w:r>
    </w:p>
    <w:p w14:paraId="03F71DA9" w14:textId="77777777" w:rsidR="008F00AB" w:rsidRPr="00585726" w:rsidRDefault="00357484" w:rsidP="00F24377">
      <w:pPr>
        <w:ind w:firstLine="567"/>
        <w:jc w:val="both"/>
        <w:rPr>
          <w:rFonts w:cs="Arial"/>
          <w:sz w:val="24"/>
          <w:szCs w:val="24"/>
        </w:rPr>
      </w:pPr>
      <w:r w:rsidRPr="00585726">
        <w:rPr>
          <w:rFonts w:cs="Arial"/>
          <w:sz w:val="24"/>
          <w:szCs w:val="24"/>
        </w:rPr>
        <w:t>The Bank shall issue the Card in the prescribed manner and deliver it to the Cardholder or to an authorized person on the basis of the Client’s written authority.</w:t>
      </w:r>
    </w:p>
    <w:p w14:paraId="3A399C29" w14:textId="77777777" w:rsidR="008F00AB" w:rsidRPr="00585726" w:rsidRDefault="00357484" w:rsidP="00F24377">
      <w:pPr>
        <w:ind w:firstLine="567"/>
        <w:jc w:val="both"/>
        <w:rPr>
          <w:rFonts w:cs="Arial"/>
          <w:sz w:val="24"/>
          <w:szCs w:val="24"/>
        </w:rPr>
      </w:pPr>
      <w:r w:rsidRPr="00585726">
        <w:rPr>
          <w:rFonts w:cs="Arial"/>
          <w:sz w:val="24"/>
          <w:szCs w:val="24"/>
        </w:rPr>
        <w:lastRenderedPageBreak/>
        <w:t>From the moment the Card is delivered, unless otherwise provided by law or this Agreement, the Client shall be responsible for transactions related to the use of the Card.</w:t>
      </w:r>
    </w:p>
    <w:p w14:paraId="4F28B178" w14:textId="77777777" w:rsidR="008F00AB" w:rsidRPr="00585726" w:rsidRDefault="00357484" w:rsidP="00F24377">
      <w:pPr>
        <w:ind w:firstLine="567"/>
        <w:jc w:val="both"/>
        <w:rPr>
          <w:rFonts w:cs="Arial"/>
          <w:sz w:val="24"/>
          <w:szCs w:val="24"/>
        </w:rPr>
      </w:pPr>
      <w:r w:rsidRPr="00585726">
        <w:rPr>
          <w:rFonts w:cs="Arial"/>
          <w:sz w:val="24"/>
          <w:szCs w:val="24"/>
        </w:rPr>
        <w:t>The Card is the property of the Bank and is provided to the Client and the Cardholder for use.</w:t>
      </w:r>
    </w:p>
    <w:p w14:paraId="672D1851" w14:textId="77777777" w:rsidR="007D24A2" w:rsidRPr="00585726" w:rsidRDefault="007D24A2" w:rsidP="00F24377">
      <w:pPr>
        <w:ind w:firstLine="567"/>
        <w:jc w:val="both"/>
        <w:rPr>
          <w:rFonts w:cs="Arial"/>
          <w:sz w:val="24"/>
          <w:szCs w:val="24"/>
        </w:rPr>
      </w:pPr>
    </w:p>
    <w:p w14:paraId="480ABF74" w14:textId="77777777" w:rsidR="008F00AB" w:rsidRPr="00585726" w:rsidRDefault="00357484" w:rsidP="00F24377">
      <w:pPr>
        <w:ind w:firstLine="567"/>
        <w:jc w:val="both"/>
        <w:rPr>
          <w:rFonts w:cs="Arial"/>
          <w:sz w:val="24"/>
          <w:szCs w:val="24"/>
        </w:rPr>
      </w:pPr>
      <w:r w:rsidRPr="00585726">
        <w:rPr>
          <w:rFonts w:cs="Arial"/>
          <w:b/>
          <w:sz w:val="24"/>
          <w:szCs w:val="24"/>
        </w:rPr>
        <w:t>V. CARD USAGE PROCEDURE</w:t>
      </w:r>
    </w:p>
    <w:p w14:paraId="5F5FB1C9" w14:textId="77777777" w:rsidR="008F00AB" w:rsidRPr="00585726" w:rsidRDefault="00357484" w:rsidP="00F24377">
      <w:pPr>
        <w:ind w:firstLine="567"/>
        <w:jc w:val="both"/>
        <w:rPr>
          <w:rFonts w:cs="Arial"/>
          <w:sz w:val="24"/>
          <w:szCs w:val="24"/>
        </w:rPr>
      </w:pPr>
      <w:r w:rsidRPr="00585726">
        <w:rPr>
          <w:rFonts w:cs="Arial"/>
          <w:sz w:val="24"/>
          <w:szCs w:val="24"/>
        </w:rPr>
        <w:t>Transactions using the Card may be carried out only for purposes related to the Client’s lawful activity.</w:t>
      </w:r>
    </w:p>
    <w:p w14:paraId="75345464" w14:textId="77777777" w:rsidR="008F00AB" w:rsidRPr="00585726" w:rsidRDefault="00357484" w:rsidP="00F24377">
      <w:pPr>
        <w:ind w:firstLine="567"/>
        <w:jc w:val="both"/>
        <w:rPr>
          <w:rFonts w:cs="Arial"/>
          <w:sz w:val="24"/>
          <w:szCs w:val="24"/>
        </w:rPr>
      </w:pPr>
      <w:r w:rsidRPr="00585726">
        <w:rPr>
          <w:rFonts w:cs="Arial"/>
          <w:sz w:val="24"/>
          <w:szCs w:val="24"/>
        </w:rPr>
        <w:t>Cashless payments using the Card may be used to pay for goods, works and services, business travel, representation, administrative and operational expenses and other lawful expenses, provided that such transactions do not contradict applicable law, the payment system rules or the Bank’s internal procedures.</w:t>
      </w:r>
    </w:p>
    <w:p w14:paraId="73968180" w14:textId="77777777" w:rsidR="008F00AB" w:rsidRPr="00585726" w:rsidRDefault="00357484" w:rsidP="00F24377">
      <w:pPr>
        <w:ind w:firstLine="567"/>
        <w:jc w:val="both"/>
        <w:rPr>
          <w:rFonts w:cs="Arial"/>
          <w:sz w:val="24"/>
          <w:szCs w:val="24"/>
        </w:rPr>
      </w:pPr>
      <w:r w:rsidRPr="00585726">
        <w:rPr>
          <w:rFonts w:cs="Arial"/>
          <w:sz w:val="24"/>
          <w:szCs w:val="24"/>
        </w:rPr>
        <w:t>Cash withdrawals, currency transactions, transfers, online payments and other special types of Card transactions shall be carried out only within the product parameters permitted by the Bank and within the framework of applicable law.</w:t>
      </w:r>
    </w:p>
    <w:p w14:paraId="6FF31165" w14:textId="77777777" w:rsidR="008F00AB" w:rsidRPr="00585726" w:rsidRDefault="00357484" w:rsidP="00F24377">
      <w:pPr>
        <w:ind w:firstLine="567"/>
        <w:jc w:val="both"/>
        <w:rPr>
          <w:rFonts w:cs="Arial"/>
          <w:sz w:val="24"/>
          <w:szCs w:val="24"/>
        </w:rPr>
      </w:pPr>
      <w:r w:rsidRPr="00585726">
        <w:rPr>
          <w:rFonts w:cs="Arial"/>
          <w:sz w:val="24"/>
          <w:szCs w:val="24"/>
        </w:rPr>
        <w:t>The Client may request establishment of a general limit, a one-time limit, a daily limit, a monthly limit and restrictions on individual transactions. The Bank shall apply such limits within technical capabilities and product conditions.</w:t>
      </w:r>
    </w:p>
    <w:p w14:paraId="5AEF404F" w14:textId="77777777" w:rsidR="008F00AB" w:rsidRPr="00585726" w:rsidRDefault="00357484" w:rsidP="00F24377">
      <w:pPr>
        <w:ind w:firstLine="567"/>
        <w:jc w:val="both"/>
        <w:rPr>
          <w:rFonts w:cs="Arial"/>
          <w:sz w:val="24"/>
          <w:szCs w:val="24"/>
        </w:rPr>
      </w:pPr>
      <w:r w:rsidRPr="00585726">
        <w:rPr>
          <w:rFonts w:cs="Arial"/>
          <w:sz w:val="24"/>
          <w:szCs w:val="24"/>
        </w:rPr>
        <w:t>If there are insufficient funds in the Card account, the transaction may be declined.</w:t>
      </w:r>
    </w:p>
    <w:p w14:paraId="2782F0D7" w14:textId="77777777" w:rsidR="008F00AB" w:rsidRPr="00585726" w:rsidRDefault="00357484" w:rsidP="00F24377">
      <w:pPr>
        <w:ind w:firstLine="567"/>
        <w:jc w:val="both"/>
        <w:rPr>
          <w:rFonts w:cs="Arial"/>
          <w:sz w:val="24"/>
          <w:szCs w:val="24"/>
        </w:rPr>
      </w:pPr>
      <w:r w:rsidRPr="00585726">
        <w:rPr>
          <w:rFonts w:cs="Arial"/>
          <w:sz w:val="24"/>
          <w:szCs w:val="24"/>
        </w:rPr>
        <w:t>The Bank may reject certain transactions, suspend them or send them for additional verification for reasons of security, AML/CFT/CPF, sanctions control, payment system rules or technical reasons.</w:t>
      </w:r>
    </w:p>
    <w:p w14:paraId="655E2F49" w14:textId="77777777" w:rsidR="007D24A2" w:rsidRPr="00585726" w:rsidRDefault="007D24A2" w:rsidP="00F24377">
      <w:pPr>
        <w:ind w:firstLine="567"/>
        <w:jc w:val="both"/>
        <w:rPr>
          <w:rFonts w:cs="Arial"/>
          <w:sz w:val="24"/>
          <w:szCs w:val="24"/>
        </w:rPr>
      </w:pPr>
    </w:p>
    <w:p w14:paraId="6948F2C9" w14:textId="77777777" w:rsidR="008F00AB" w:rsidRPr="00585726" w:rsidRDefault="00357484" w:rsidP="00F24377">
      <w:pPr>
        <w:ind w:firstLine="567"/>
        <w:jc w:val="both"/>
        <w:rPr>
          <w:rFonts w:cs="Arial"/>
          <w:sz w:val="24"/>
          <w:szCs w:val="24"/>
        </w:rPr>
      </w:pPr>
      <w:r w:rsidRPr="00585726">
        <w:rPr>
          <w:rFonts w:cs="Arial"/>
          <w:b/>
          <w:sz w:val="24"/>
          <w:szCs w:val="24"/>
        </w:rPr>
        <w:t>VI. RIGHTS AND OBLIGATIONS OF THE PARTIES</w:t>
      </w:r>
    </w:p>
    <w:p w14:paraId="2E96FF1C" w14:textId="77777777" w:rsidR="008F00AB" w:rsidRPr="00585726" w:rsidRDefault="00357484" w:rsidP="00F24377">
      <w:pPr>
        <w:ind w:firstLine="567"/>
        <w:jc w:val="both"/>
        <w:rPr>
          <w:rFonts w:cs="Arial"/>
          <w:sz w:val="24"/>
          <w:szCs w:val="24"/>
        </w:rPr>
      </w:pPr>
      <w:r w:rsidRPr="00585726">
        <w:rPr>
          <w:rFonts w:cs="Arial"/>
          <w:sz w:val="24"/>
          <w:szCs w:val="24"/>
        </w:rPr>
        <w:t>Obligations of the Bank:</w:t>
      </w:r>
    </w:p>
    <w:p w14:paraId="71C592D6" w14:textId="77777777" w:rsidR="008F00AB" w:rsidRPr="00585726" w:rsidRDefault="00357484" w:rsidP="00F24377">
      <w:pPr>
        <w:pStyle w:val="a0"/>
        <w:ind w:left="0" w:firstLine="567"/>
        <w:jc w:val="both"/>
        <w:rPr>
          <w:rFonts w:cs="Arial"/>
          <w:sz w:val="24"/>
          <w:szCs w:val="24"/>
        </w:rPr>
      </w:pPr>
      <w:r w:rsidRPr="00585726">
        <w:rPr>
          <w:rFonts w:cs="Arial"/>
          <w:sz w:val="24"/>
          <w:szCs w:val="24"/>
        </w:rPr>
        <w:t>to issue, complete and deliver the Card in the prescribed manner;</w:t>
      </w:r>
    </w:p>
    <w:p w14:paraId="439F0863" w14:textId="77777777" w:rsidR="008F00AB" w:rsidRPr="00585726" w:rsidRDefault="00357484" w:rsidP="00F24377">
      <w:pPr>
        <w:pStyle w:val="a0"/>
        <w:ind w:left="0" w:firstLine="567"/>
        <w:jc w:val="both"/>
        <w:rPr>
          <w:rFonts w:cs="Arial"/>
          <w:sz w:val="24"/>
          <w:szCs w:val="24"/>
        </w:rPr>
      </w:pPr>
      <w:r w:rsidRPr="00585726">
        <w:rPr>
          <w:rFonts w:cs="Arial"/>
          <w:sz w:val="24"/>
          <w:szCs w:val="24"/>
        </w:rPr>
        <w:t>to record transactions on the Card account and generate statements;</w:t>
      </w:r>
    </w:p>
    <w:p w14:paraId="4711A67D" w14:textId="77777777" w:rsidR="008F00AB" w:rsidRPr="00585726" w:rsidRDefault="00357484" w:rsidP="00F24377">
      <w:pPr>
        <w:pStyle w:val="a0"/>
        <w:ind w:left="0" w:firstLine="567"/>
        <w:jc w:val="both"/>
        <w:rPr>
          <w:rFonts w:cs="Arial"/>
          <w:sz w:val="24"/>
          <w:szCs w:val="24"/>
        </w:rPr>
      </w:pPr>
      <w:r w:rsidRPr="00585726">
        <w:rPr>
          <w:rFonts w:cs="Arial"/>
          <w:sz w:val="24"/>
          <w:szCs w:val="24"/>
        </w:rPr>
        <w:t>to provide information on security requirements, rules for using the Card and the Tariffs;</w:t>
      </w:r>
    </w:p>
    <w:p w14:paraId="0B2CF22A" w14:textId="77777777" w:rsidR="008F00AB" w:rsidRPr="00585726" w:rsidRDefault="00357484" w:rsidP="00F24377">
      <w:pPr>
        <w:pStyle w:val="a0"/>
        <w:ind w:left="0" w:firstLine="567"/>
        <w:jc w:val="both"/>
        <w:rPr>
          <w:rFonts w:cs="Arial"/>
          <w:sz w:val="24"/>
          <w:szCs w:val="24"/>
        </w:rPr>
      </w:pPr>
      <w:r w:rsidRPr="00585726">
        <w:rPr>
          <w:rFonts w:cs="Arial"/>
          <w:sz w:val="24"/>
          <w:szCs w:val="24"/>
        </w:rPr>
        <w:t>to preserve bank secrecy in cases provided for by law;</w:t>
      </w:r>
    </w:p>
    <w:p w14:paraId="5652E62F" w14:textId="77777777" w:rsidR="008F00AB" w:rsidRPr="00585726" w:rsidRDefault="00357484" w:rsidP="00F24377">
      <w:pPr>
        <w:pStyle w:val="a0"/>
        <w:ind w:left="0" w:firstLine="567"/>
        <w:jc w:val="both"/>
        <w:rPr>
          <w:rFonts w:cs="Arial"/>
          <w:sz w:val="24"/>
          <w:szCs w:val="24"/>
        </w:rPr>
      </w:pPr>
      <w:r w:rsidRPr="00585726">
        <w:rPr>
          <w:rFonts w:cs="Arial"/>
          <w:sz w:val="24"/>
          <w:szCs w:val="24"/>
        </w:rPr>
        <w:t>to review the Client’s requests in the prescribed manner.</w:t>
      </w:r>
    </w:p>
    <w:p w14:paraId="45558A5E" w14:textId="77777777" w:rsidR="008F00AB" w:rsidRPr="00585726" w:rsidRDefault="00357484" w:rsidP="00F24377">
      <w:pPr>
        <w:ind w:firstLine="567"/>
        <w:jc w:val="both"/>
        <w:rPr>
          <w:rFonts w:cs="Arial"/>
          <w:sz w:val="24"/>
          <w:szCs w:val="24"/>
        </w:rPr>
      </w:pPr>
      <w:r w:rsidRPr="00585726">
        <w:rPr>
          <w:rFonts w:cs="Arial"/>
          <w:sz w:val="24"/>
          <w:szCs w:val="24"/>
        </w:rPr>
        <w:t>Rights of the Client:</w:t>
      </w:r>
    </w:p>
    <w:p w14:paraId="7DAA0432" w14:textId="77777777" w:rsidR="008F00AB" w:rsidRPr="00585726" w:rsidRDefault="00357484" w:rsidP="00F24377">
      <w:pPr>
        <w:pStyle w:val="a0"/>
        <w:ind w:left="0" w:firstLine="567"/>
        <w:jc w:val="both"/>
        <w:rPr>
          <w:rFonts w:cs="Arial"/>
          <w:sz w:val="24"/>
          <w:szCs w:val="24"/>
        </w:rPr>
      </w:pPr>
      <w:r w:rsidRPr="00585726">
        <w:rPr>
          <w:rFonts w:cs="Arial"/>
          <w:sz w:val="24"/>
          <w:szCs w:val="24"/>
        </w:rPr>
        <w:t>to request issuance of the Card, establishment of limits and additional services that do not contradict the law and the Bank’s rules;</w:t>
      </w:r>
    </w:p>
    <w:p w14:paraId="7E700060" w14:textId="77777777" w:rsidR="008F00AB" w:rsidRPr="00585726" w:rsidRDefault="00357484" w:rsidP="00F24377">
      <w:pPr>
        <w:pStyle w:val="a0"/>
        <w:ind w:left="0" w:firstLine="567"/>
        <w:jc w:val="both"/>
        <w:rPr>
          <w:rFonts w:cs="Arial"/>
          <w:sz w:val="24"/>
          <w:szCs w:val="24"/>
        </w:rPr>
      </w:pPr>
      <w:r w:rsidRPr="00585726">
        <w:rPr>
          <w:rFonts w:cs="Arial"/>
          <w:sz w:val="24"/>
          <w:szCs w:val="24"/>
        </w:rPr>
        <w:t>to receive statements and information regarding Card transactions;</w:t>
      </w:r>
    </w:p>
    <w:p w14:paraId="29CB59CA" w14:textId="77777777" w:rsidR="008F00AB" w:rsidRPr="00585726" w:rsidRDefault="00357484" w:rsidP="00F24377">
      <w:pPr>
        <w:pStyle w:val="a0"/>
        <w:ind w:left="0" w:firstLine="567"/>
        <w:jc w:val="both"/>
        <w:rPr>
          <w:rFonts w:cs="Arial"/>
          <w:sz w:val="24"/>
          <w:szCs w:val="24"/>
        </w:rPr>
      </w:pPr>
      <w:r w:rsidRPr="00585726">
        <w:rPr>
          <w:rFonts w:cs="Arial"/>
          <w:sz w:val="24"/>
          <w:szCs w:val="24"/>
        </w:rPr>
        <w:t>to request blocking of the Card in the event of its loss or disclosure of its details;</w:t>
      </w:r>
    </w:p>
    <w:p w14:paraId="7940580C" w14:textId="77777777" w:rsidR="008F00AB" w:rsidRPr="00585726" w:rsidRDefault="00357484" w:rsidP="00F24377">
      <w:pPr>
        <w:pStyle w:val="a0"/>
        <w:ind w:left="0" w:firstLine="567"/>
        <w:jc w:val="both"/>
        <w:rPr>
          <w:rFonts w:cs="Arial"/>
          <w:sz w:val="24"/>
          <w:szCs w:val="24"/>
        </w:rPr>
      </w:pPr>
      <w:r w:rsidRPr="00585726">
        <w:rPr>
          <w:rFonts w:cs="Arial"/>
          <w:sz w:val="24"/>
          <w:szCs w:val="24"/>
        </w:rPr>
        <w:t>to terminate the Agreement in accordance with the law and the Bank’s rules.</w:t>
      </w:r>
    </w:p>
    <w:p w14:paraId="347EB102" w14:textId="77777777" w:rsidR="008F00AB" w:rsidRPr="00585726" w:rsidRDefault="00357484" w:rsidP="00F24377">
      <w:pPr>
        <w:ind w:firstLine="567"/>
        <w:jc w:val="both"/>
        <w:rPr>
          <w:rFonts w:cs="Arial"/>
          <w:sz w:val="24"/>
          <w:szCs w:val="24"/>
        </w:rPr>
      </w:pPr>
      <w:r w:rsidRPr="00585726">
        <w:rPr>
          <w:rFonts w:cs="Arial"/>
          <w:sz w:val="24"/>
          <w:szCs w:val="24"/>
        </w:rPr>
        <w:t>Obligations of the Client:</w:t>
      </w:r>
    </w:p>
    <w:p w14:paraId="7B595BE3" w14:textId="77777777" w:rsidR="008F00AB" w:rsidRPr="00585726" w:rsidRDefault="00357484" w:rsidP="00F24377">
      <w:pPr>
        <w:pStyle w:val="a0"/>
        <w:ind w:left="0" w:firstLine="567"/>
        <w:jc w:val="both"/>
        <w:rPr>
          <w:rFonts w:cs="Arial"/>
          <w:sz w:val="24"/>
          <w:szCs w:val="24"/>
        </w:rPr>
      </w:pPr>
      <w:r w:rsidRPr="00585726">
        <w:rPr>
          <w:rFonts w:cs="Arial"/>
          <w:sz w:val="24"/>
          <w:szCs w:val="24"/>
        </w:rPr>
        <w:t>to provide the Bank with the necessary documents and up-to-date information;</w:t>
      </w:r>
    </w:p>
    <w:p w14:paraId="2E26FC37" w14:textId="77777777" w:rsidR="008F00AB" w:rsidRPr="00585726" w:rsidRDefault="00357484" w:rsidP="00F24377">
      <w:pPr>
        <w:pStyle w:val="a0"/>
        <w:ind w:left="0" w:firstLine="567"/>
        <w:jc w:val="both"/>
        <w:rPr>
          <w:rFonts w:cs="Arial"/>
          <w:sz w:val="24"/>
          <w:szCs w:val="24"/>
        </w:rPr>
      </w:pPr>
      <w:r w:rsidRPr="00585726">
        <w:rPr>
          <w:rFonts w:cs="Arial"/>
          <w:sz w:val="24"/>
          <w:szCs w:val="24"/>
        </w:rPr>
        <w:t>to ensure safekeeping of the Card and the means used to operate it;</w:t>
      </w:r>
    </w:p>
    <w:p w14:paraId="28A6A16C" w14:textId="77777777" w:rsidR="008F00AB" w:rsidRPr="00585726" w:rsidRDefault="00357484" w:rsidP="00F24377">
      <w:pPr>
        <w:pStyle w:val="a0"/>
        <w:ind w:left="0" w:firstLine="567"/>
        <w:jc w:val="both"/>
        <w:rPr>
          <w:rFonts w:cs="Arial"/>
          <w:sz w:val="24"/>
          <w:szCs w:val="24"/>
        </w:rPr>
      </w:pPr>
      <w:r w:rsidRPr="00585726">
        <w:rPr>
          <w:rFonts w:cs="Arial"/>
          <w:sz w:val="24"/>
          <w:szCs w:val="24"/>
        </w:rPr>
        <w:t>to control that the Card is used only for lawful purposes and within the limits of authority;</w:t>
      </w:r>
    </w:p>
    <w:p w14:paraId="1B8B851A" w14:textId="77777777" w:rsidR="008F00AB" w:rsidRPr="00585726" w:rsidRDefault="00357484" w:rsidP="00F24377">
      <w:pPr>
        <w:pStyle w:val="a0"/>
        <w:ind w:left="0" w:firstLine="567"/>
        <w:jc w:val="both"/>
        <w:rPr>
          <w:rFonts w:cs="Arial"/>
          <w:sz w:val="24"/>
          <w:szCs w:val="24"/>
        </w:rPr>
      </w:pPr>
      <w:r w:rsidRPr="00585726">
        <w:rPr>
          <w:rFonts w:cs="Arial"/>
          <w:sz w:val="24"/>
          <w:szCs w:val="24"/>
        </w:rPr>
        <w:lastRenderedPageBreak/>
        <w:t>to immediately notify the Bank of loss, theft, disclosure of details or the risk of an unauthorized transaction;</w:t>
      </w:r>
    </w:p>
    <w:p w14:paraId="527DFA41" w14:textId="77777777" w:rsidR="008F00AB" w:rsidRPr="00585726" w:rsidRDefault="00357484" w:rsidP="00F24377">
      <w:pPr>
        <w:pStyle w:val="a0"/>
        <w:ind w:left="0" w:firstLine="567"/>
        <w:jc w:val="both"/>
        <w:rPr>
          <w:rFonts w:cs="Arial"/>
          <w:sz w:val="24"/>
          <w:szCs w:val="24"/>
        </w:rPr>
      </w:pPr>
      <w:r w:rsidRPr="00585726">
        <w:rPr>
          <w:rFonts w:cs="Arial"/>
          <w:sz w:val="24"/>
          <w:szCs w:val="24"/>
        </w:rPr>
        <w:t>to make payments in accordance with the Bank’s Tariffs in a timely manner;</w:t>
      </w:r>
    </w:p>
    <w:p w14:paraId="45F67837" w14:textId="77777777" w:rsidR="008F00AB" w:rsidRPr="00585726" w:rsidRDefault="00357484" w:rsidP="00F24377">
      <w:pPr>
        <w:pStyle w:val="a0"/>
        <w:ind w:left="0" w:firstLine="567"/>
        <w:jc w:val="both"/>
        <w:rPr>
          <w:rFonts w:cs="Arial"/>
          <w:sz w:val="24"/>
          <w:szCs w:val="24"/>
        </w:rPr>
      </w:pPr>
      <w:r w:rsidRPr="00585726">
        <w:rPr>
          <w:rFonts w:cs="Arial"/>
          <w:sz w:val="24"/>
          <w:szCs w:val="24"/>
        </w:rPr>
        <w:t>to timely provide information requested for AML/CFT/CPF, compliance and sanctions control purposes.</w:t>
      </w:r>
    </w:p>
    <w:p w14:paraId="1B6E9F56" w14:textId="77777777" w:rsidR="007D24A2" w:rsidRPr="00585726" w:rsidRDefault="007D24A2" w:rsidP="007D24A2">
      <w:pPr>
        <w:pStyle w:val="a0"/>
        <w:numPr>
          <w:ilvl w:val="0"/>
          <w:numId w:val="0"/>
        </w:numPr>
        <w:ind w:left="567"/>
        <w:jc w:val="both"/>
        <w:rPr>
          <w:rFonts w:cs="Arial"/>
          <w:sz w:val="24"/>
          <w:szCs w:val="24"/>
        </w:rPr>
      </w:pPr>
    </w:p>
    <w:p w14:paraId="7DE37969" w14:textId="77777777" w:rsidR="008F00AB" w:rsidRPr="00585726" w:rsidRDefault="00357484" w:rsidP="00F24377">
      <w:pPr>
        <w:ind w:firstLine="567"/>
        <w:jc w:val="both"/>
        <w:rPr>
          <w:rFonts w:cs="Arial"/>
          <w:sz w:val="24"/>
          <w:szCs w:val="24"/>
        </w:rPr>
      </w:pPr>
      <w:r w:rsidRPr="00585726">
        <w:rPr>
          <w:rFonts w:cs="Arial"/>
          <w:b/>
          <w:sz w:val="24"/>
          <w:szCs w:val="24"/>
        </w:rPr>
        <w:t>VII. SECURITY, BLOCKING AND REISSUANCE</w:t>
      </w:r>
    </w:p>
    <w:p w14:paraId="1AB5A2D0" w14:textId="77777777" w:rsidR="008F00AB" w:rsidRPr="00585726" w:rsidRDefault="00357484" w:rsidP="00F24377">
      <w:pPr>
        <w:ind w:firstLine="567"/>
        <w:jc w:val="both"/>
        <w:rPr>
          <w:rFonts w:cs="Arial"/>
          <w:sz w:val="24"/>
          <w:szCs w:val="24"/>
        </w:rPr>
      </w:pPr>
      <w:r w:rsidRPr="00585726">
        <w:rPr>
          <w:rFonts w:cs="Arial"/>
          <w:sz w:val="24"/>
          <w:szCs w:val="24"/>
        </w:rPr>
        <w:t>The Client and the Cardholder shall ensure the confidentiality of the PIN code, password, SMS codes, push confirmations, Card details and other authentication means.</w:t>
      </w:r>
    </w:p>
    <w:p w14:paraId="4533CE2B" w14:textId="77777777" w:rsidR="008F00AB" w:rsidRPr="00585726" w:rsidRDefault="00357484" w:rsidP="00F24377">
      <w:pPr>
        <w:ind w:firstLine="567"/>
        <w:jc w:val="both"/>
        <w:rPr>
          <w:rFonts w:cs="Arial"/>
          <w:sz w:val="24"/>
          <w:szCs w:val="24"/>
        </w:rPr>
      </w:pPr>
      <w:r w:rsidRPr="00585726">
        <w:rPr>
          <w:rFonts w:cs="Arial"/>
          <w:sz w:val="24"/>
          <w:szCs w:val="24"/>
        </w:rPr>
        <w:t>In the event of loss or theft of the Card, disclosure of its details or the occurrence of a risk of unauthorized use, the Client or the Cardholder shall immediately notify the Bank and request the Card to be blocked.</w:t>
      </w:r>
    </w:p>
    <w:p w14:paraId="6F7921D5" w14:textId="77777777" w:rsidR="008F00AB" w:rsidRPr="00585726" w:rsidRDefault="00357484" w:rsidP="00F24377">
      <w:pPr>
        <w:ind w:firstLine="567"/>
        <w:jc w:val="both"/>
        <w:rPr>
          <w:rFonts w:cs="Arial"/>
          <w:sz w:val="24"/>
          <w:szCs w:val="24"/>
        </w:rPr>
      </w:pPr>
      <w:r w:rsidRPr="00585726">
        <w:rPr>
          <w:rFonts w:cs="Arial"/>
          <w:sz w:val="24"/>
          <w:szCs w:val="24"/>
        </w:rPr>
        <w:t>Upon receipt of such notice, the Bank shall take measures to block the Card in accordance with the applicable procedure.</w:t>
      </w:r>
    </w:p>
    <w:p w14:paraId="1513DCE5" w14:textId="77777777" w:rsidR="008F00AB" w:rsidRPr="00585726" w:rsidRDefault="00357484" w:rsidP="00F24377">
      <w:pPr>
        <w:ind w:firstLine="567"/>
        <w:jc w:val="both"/>
        <w:rPr>
          <w:rFonts w:cs="Arial"/>
          <w:sz w:val="24"/>
          <w:szCs w:val="24"/>
        </w:rPr>
      </w:pPr>
      <w:r w:rsidRPr="00585726">
        <w:rPr>
          <w:rFonts w:cs="Arial"/>
          <w:sz w:val="24"/>
          <w:szCs w:val="24"/>
        </w:rPr>
        <w:t>Upon expiry of the Card, in case of loss, damage, compromise of the PIN code or other grounds, the Card may be reissued in accordance with the Tariffs and the internal rules.</w:t>
      </w:r>
    </w:p>
    <w:p w14:paraId="360E020D" w14:textId="77777777" w:rsidR="008F00AB" w:rsidRPr="00585726" w:rsidRDefault="00357484" w:rsidP="00F24377">
      <w:pPr>
        <w:ind w:firstLine="567"/>
        <w:jc w:val="both"/>
        <w:rPr>
          <w:rFonts w:cs="Arial"/>
          <w:sz w:val="24"/>
          <w:szCs w:val="24"/>
        </w:rPr>
      </w:pPr>
      <w:r w:rsidRPr="00585726">
        <w:rPr>
          <w:rFonts w:cs="Arial"/>
          <w:sz w:val="24"/>
          <w:szCs w:val="24"/>
        </w:rPr>
        <w:t>For security purposes, if suspicious transactions are detected, if the Bank is unable to contact the Client, or if sanctions or AML/CFT/CPF risks arise, the Bank may block the Card with prior notice or, in cases permitted by law, without prior notice.</w:t>
      </w:r>
    </w:p>
    <w:p w14:paraId="527183CA" w14:textId="77777777" w:rsidR="007D24A2" w:rsidRPr="00585726" w:rsidRDefault="007D24A2" w:rsidP="00F24377">
      <w:pPr>
        <w:ind w:firstLine="567"/>
        <w:jc w:val="both"/>
        <w:rPr>
          <w:rFonts w:cs="Arial"/>
          <w:b/>
          <w:sz w:val="24"/>
          <w:szCs w:val="24"/>
        </w:rPr>
      </w:pPr>
    </w:p>
    <w:p w14:paraId="67D9B8C4" w14:textId="77777777" w:rsidR="008F00AB" w:rsidRPr="00585726" w:rsidRDefault="00357484" w:rsidP="00F24377">
      <w:pPr>
        <w:ind w:firstLine="567"/>
        <w:jc w:val="both"/>
        <w:rPr>
          <w:rFonts w:cs="Arial"/>
          <w:sz w:val="24"/>
          <w:szCs w:val="24"/>
        </w:rPr>
      </w:pPr>
      <w:r w:rsidRPr="00585726">
        <w:rPr>
          <w:rFonts w:cs="Arial"/>
          <w:b/>
          <w:sz w:val="24"/>
          <w:szCs w:val="24"/>
        </w:rPr>
        <w:t>VIII. AML/CFT/CPF, COMPLIANCE AND SANCTIONS CONTROL</w:t>
      </w:r>
    </w:p>
    <w:p w14:paraId="269235FC" w14:textId="77777777" w:rsidR="008F00AB" w:rsidRPr="00585726" w:rsidRDefault="00357484" w:rsidP="00F24377">
      <w:pPr>
        <w:ind w:firstLine="567"/>
        <w:jc w:val="both"/>
        <w:rPr>
          <w:rFonts w:cs="Arial"/>
          <w:sz w:val="24"/>
          <w:szCs w:val="24"/>
        </w:rPr>
      </w:pPr>
      <w:r w:rsidRPr="00585726">
        <w:rPr>
          <w:rFonts w:cs="Arial"/>
          <w:sz w:val="24"/>
          <w:szCs w:val="24"/>
        </w:rPr>
        <w:t>The Bank shall carry out due diligence, identification, verification, transaction monitoring, detection of suspicious transactions and other compliance measures in accordance with applicable law and the Bank’s internal rules.</w:t>
      </w:r>
    </w:p>
    <w:p w14:paraId="522DC4E9" w14:textId="77777777" w:rsidR="008F00AB" w:rsidRPr="00585726" w:rsidRDefault="00357484" w:rsidP="00F24377">
      <w:pPr>
        <w:ind w:firstLine="567"/>
        <w:jc w:val="both"/>
        <w:rPr>
          <w:rFonts w:cs="Arial"/>
          <w:sz w:val="24"/>
          <w:szCs w:val="24"/>
        </w:rPr>
      </w:pPr>
      <w:r w:rsidRPr="00585726">
        <w:rPr>
          <w:rFonts w:cs="Arial"/>
          <w:sz w:val="24"/>
          <w:szCs w:val="24"/>
        </w:rPr>
        <w:t>The Bank may require the Client and the Cardholder to provide documents and information on the economic substance of a transaction, source of funds, counterparties, payment purpose, relevant contracts and other supporting documents.</w:t>
      </w:r>
    </w:p>
    <w:p w14:paraId="40E7F99C" w14:textId="77777777" w:rsidR="008F00AB" w:rsidRPr="00585726" w:rsidRDefault="00357484" w:rsidP="00F24377">
      <w:pPr>
        <w:ind w:firstLine="567"/>
        <w:jc w:val="both"/>
        <w:rPr>
          <w:rFonts w:cs="Arial"/>
          <w:sz w:val="24"/>
          <w:szCs w:val="24"/>
        </w:rPr>
      </w:pPr>
      <w:r w:rsidRPr="00585726">
        <w:rPr>
          <w:rFonts w:cs="Arial"/>
          <w:sz w:val="24"/>
          <w:szCs w:val="24"/>
        </w:rPr>
        <w:t>If AML/CFT/CPF or sanctions restrictions, signs of fraud or other legal risks are identified, the Bank may refuse a transaction, suspend it, conduct additional verification, block the Card or terminate the Agreement unilaterally in the manner prescribed by law.</w:t>
      </w:r>
    </w:p>
    <w:p w14:paraId="1E5F9CC8" w14:textId="77777777" w:rsidR="008F00AB" w:rsidRPr="00585726" w:rsidRDefault="00357484" w:rsidP="00F24377">
      <w:pPr>
        <w:ind w:firstLine="567"/>
        <w:jc w:val="both"/>
        <w:rPr>
          <w:rFonts w:cs="Arial"/>
          <w:sz w:val="24"/>
          <w:szCs w:val="24"/>
        </w:rPr>
      </w:pPr>
      <w:r w:rsidRPr="00585726">
        <w:rPr>
          <w:rFonts w:cs="Arial"/>
          <w:sz w:val="24"/>
          <w:szCs w:val="24"/>
        </w:rPr>
        <w:t>The Client shall be responsible for the accuracy and relevance of the information provided by the Client.</w:t>
      </w:r>
    </w:p>
    <w:p w14:paraId="550E6698" w14:textId="77777777" w:rsidR="007D24A2" w:rsidRPr="00585726" w:rsidRDefault="007D24A2" w:rsidP="00F24377">
      <w:pPr>
        <w:ind w:firstLine="567"/>
        <w:jc w:val="both"/>
        <w:rPr>
          <w:rFonts w:cs="Arial"/>
          <w:b/>
          <w:sz w:val="24"/>
          <w:szCs w:val="24"/>
        </w:rPr>
      </w:pPr>
    </w:p>
    <w:p w14:paraId="2482A911" w14:textId="77777777" w:rsidR="008F00AB" w:rsidRPr="00585726" w:rsidRDefault="00357484" w:rsidP="00F24377">
      <w:pPr>
        <w:ind w:firstLine="567"/>
        <w:jc w:val="both"/>
        <w:rPr>
          <w:rFonts w:cs="Arial"/>
          <w:sz w:val="24"/>
          <w:szCs w:val="24"/>
        </w:rPr>
      </w:pPr>
      <w:r w:rsidRPr="00585726">
        <w:rPr>
          <w:rFonts w:cs="Arial"/>
          <w:b/>
          <w:sz w:val="24"/>
          <w:szCs w:val="24"/>
        </w:rPr>
        <w:t>IX. TARIFFS AND SETTLEMENTS</w:t>
      </w:r>
    </w:p>
    <w:p w14:paraId="439CAE78" w14:textId="77777777" w:rsidR="008F00AB" w:rsidRPr="00585726" w:rsidRDefault="00357484" w:rsidP="00F24377">
      <w:pPr>
        <w:ind w:firstLine="567"/>
        <w:jc w:val="both"/>
        <w:rPr>
          <w:rFonts w:cs="Arial"/>
          <w:sz w:val="24"/>
          <w:szCs w:val="24"/>
        </w:rPr>
      </w:pPr>
      <w:r w:rsidRPr="00585726">
        <w:rPr>
          <w:rFonts w:cs="Arial"/>
          <w:sz w:val="24"/>
          <w:szCs w:val="24"/>
        </w:rPr>
        <w:t>Charges for the issuance, reissuance, servicing of the Card, SMS notification, blocking, reactivation, provision of statements, cash withdrawal, currency conversion and other services shall be collected in accordance with the Bank’s Tariffs.</w:t>
      </w:r>
    </w:p>
    <w:p w14:paraId="6CDDFB65" w14:textId="77777777" w:rsidR="008F00AB" w:rsidRPr="00585726" w:rsidRDefault="00357484" w:rsidP="00F24377">
      <w:pPr>
        <w:ind w:firstLine="567"/>
        <w:jc w:val="both"/>
        <w:rPr>
          <w:rFonts w:cs="Arial"/>
          <w:sz w:val="24"/>
          <w:szCs w:val="24"/>
        </w:rPr>
      </w:pPr>
      <w:r w:rsidRPr="00585726">
        <w:rPr>
          <w:rFonts w:cs="Arial"/>
          <w:sz w:val="24"/>
          <w:szCs w:val="24"/>
        </w:rPr>
        <w:t>The Tariffs shall be published on the Bank’s official website, in the mobile application or at the Bank’s offices. Amendments to the Tariffs shall be made and published by the Bank in accordance with the law and internal procedures.</w:t>
      </w:r>
    </w:p>
    <w:p w14:paraId="1B024EAD" w14:textId="77777777" w:rsidR="008F00AB" w:rsidRPr="00585726" w:rsidRDefault="00357484" w:rsidP="00F24377">
      <w:pPr>
        <w:ind w:firstLine="567"/>
        <w:jc w:val="both"/>
        <w:rPr>
          <w:rFonts w:cs="Arial"/>
          <w:sz w:val="24"/>
          <w:szCs w:val="24"/>
        </w:rPr>
      </w:pPr>
      <w:r w:rsidRPr="00585726">
        <w:rPr>
          <w:rFonts w:cs="Arial"/>
          <w:sz w:val="24"/>
          <w:szCs w:val="24"/>
        </w:rPr>
        <w:lastRenderedPageBreak/>
        <w:t>The Bank may debit, without acceptance, from the Client’s relevant accounts the amounts payable in accordance with this Agreement and the Tariffs, provided that such procedure does not contradict the law.</w:t>
      </w:r>
    </w:p>
    <w:p w14:paraId="4290F56D" w14:textId="77777777" w:rsidR="007D24A2" w:rsidRPr="00585726" w:rsidRDefault="007D24A2" w:rsidP="00F24377">
      <w:pPr>
        <w:ind w:firstLine="567"/>
        <w:jc w:val="both"/>
        <w:rPr>
          <w:rFonts w:cs="Arial"/>
          <w:b/>
          <w:sz w:val="24"/>
          <w:szCs w:val="24"/>
        </w:rPr>
      </w:pPr>
    </w:p>
    <w:p w14:paraId="4E242160" w14:textId="77777777" w:rsidR="008F00AB" w:rsidRPr="00585726" w:rsidRDefault="00357484" w:rsidP="00F24377">
      <w:pPr>
        <w:ind w:firstLine="567"/>
        <w:jc w:val="both"/>
        <w:rPr>
          <w:rFonts w:cs="Arial"/>
          <w:sz w:val="24"/>
          <w:szCs w:val="24"/>
        </w:rPr>
      </w:pPr>
      <w:r w:rsidRPr="00585726">
        <w:rPr>
          <w:rFonts w:cs="Arial"/>
          <w:b/>
          <w:sz w:val="24"/>
          <w:szCs w:val="24"/>
        </w:rPr>
        <w:t>X. LIABILITY</w:t>
      </w:r>
    </w:p>
    <w:p w14:paraId="5B21445A" w14:textId="77777777" w:rsidR="008F00AB" w:rsidRPr="00585726" w:rsidRDefault="00357484" w:rsidP="00F24377">
      <w:pPr>
        <w:ind w:firstLine="567"/>
        <w:jc w:val="both"/>
        <w:rPr>
          <w:rFonts w:cs="Arial"/>
          <w:sz w:val="24"/>
          <w:szCs w:val="24"/>
        </w:rPr>
      </w:pPr>
      <w:r w:rsidRPr="00585726">
        <w:rPr>
          <w:rFonts w:cs="Arial"/>
          <w:sz w:val="24"/>
          <w:szCs w:val="24"/>
        </w:rPr>
        <w:t>The Bank shall reimburse only direct actual damage caused through its fault in the manner established by law.</w:t>
      </w:r>
    </w:p>
    <w:p w14:paraId="264820CA" w14:textId="77777777" w:rsidR="008F00AB" w:rsidRPr="00585726" w:rsidRDefault="00357484" w:rsidP="00F24377">
      <w:pPr>
        <w:ind w:firstLine="567"/>
        <w:jc w:val="both"/>
        <w:rPr>
          <w:rFonts w:cs="Arial"/>
          <w:sz w:val="24"/>
          <w:szCs w:val="24"/>
        </w:rPr>
      </w:pPr>
      <w:r w:rsidRPr="00585726">
        <w:rPr>
          <w:rFonts w:cs="Arial"/>
          <w:sz w:val="24"/>
          <w:szCs w:val="24"/>
        </w:rPr>
        <w:t>The Bank shall not be liable for losses arising due to failures of the payment system operator, communication operators, software and technical failures of third parties, power outages, cyberattacks, force majeure events or non-compliance by the Client/Cardholder with security rules, unless otherwise provided by law.</w:t>
      </w:r>
    </w:p>
    <w:p w14:paraId="381EB508" w14:textId="77777777" w:rsidR="008F00AB" w:rsidRPr="00585726" w:rsidRDefault="00357484" w:rsidP="00F24377">
      <w:pPr>
        <w:ind w:firstLine="567"/>
        <w:jc w:val="both"/>
        <w:rPr>
          <w:rFonts w:cs="Arial"/>
          <w:sz w:val="24"/>
          <w:szCs w:val="24"/>
        </w:rPr>
      </w:pPr>
      <w:r w:rsidRPr="00585726">
        <w:rPr>
          <w:rFonts w:cs="Arial"/>
          <w:sz w:val="24"/>
          <w:szCs w:val="24"/>
        </w:rPr>
        <w:t>The Client and the Cardholder shall be responsible for the consequences of disclosure to third parties of the PIN code, password, confirmation code, Card details and other means of protection.</w:t>
      </w:r>
    </w:p>
    <w:p w14:paraId="0D13D0F8" w14:textId="77777777" w:rsidR="008F00AB" w:rsidRPr="00585726" w:rsidRDefault="00357484" w:rsidP="00F24377">
      <w:pPr>
        <w:ind w:firstLine="567"/>
        <w:jc w:val="both"/>
        <w:rPr>
          <w:rFonts w:cs="Arial"/>
          <w:sz w:val="24"/>
          <w:szCs w:val="24"/>
        </w:rPr>
      </w:pPr>
      <w:r w:rsidRPr="00585726">
        <w:rPr>
          <w:rFonts w:cs="Arial"/>
          <w:sz w:val="24"/>
          <w:szCs w:val="24"/>
        </w:rPr>
        <w:t>The Client undertakes to compensate the Bank for damage caused as a result of unlawful, improper or illegal use of the Card.</w:t>
      </w:r>
    </w:p>
    <w:p w14:paraId="4C44847F" w14:textId="77777777" w:rsidR="007D24A2" w:rsidRPr="00585726" w:rsidRDefault="007D24A2" w:rsidP="00F24377">
      <w:pPr>
        <w:ind w:firstLine="567"/>
        <w:jc w:val="both"/>
        <w:rPr>
          <w:rFonts w:cs="Arial"/>
          <w:b/>
          <w:sz w:val="24"/>
          <w:szCs w:val="24"/>
        </w:rPr>
      </w:pPr>
    </w:p>
    <w:p w14:paraId="7B9BE422" w14:textId="77777777" w:rsidR="008F00AB" w:rsidRPr="00585726" w:rsidRDefault="00357484" w:rsidP="00F24377">
      <w:pPr>
        <w:ind w:firstLine="567"/>
        <w:jc w:val="both"/>
        <w:rPr>
          <w:rFonts w:cs="Arial"/>
          <w:sz w:val="24"/>
          <w:szCs w:val="24"/>
        </w:rPr>
      </w:pPr>
      <w:r w:rsidRPr="00585726">
        <w:rPr>
          <w:rFonts w:cs="Arial"/>
          <w:b/>
          <w:sz w:val="24"/>
          <w:szCs w:val="24"/>
        </w:rPr>
        <w:t>XI. DISPUTE RESOLUTION</w:t>
      </w:r>
    </w:p>
    <w:p w14:paraId="268BF10D" w14:textId="77777777" w:rsidR="008F00AB" w:rsidRPr="00585726" w:rsidRDefault="00357484" w:rsidP="00F24377">
      <w:pPr>
        <w:ind w:firstLine="567"/>
        <w:jc w:val="both"/>
        <w:rPr>
          <w:rFonts w:cs="Arial"/>
          <w:sz w:val="24"/>
          <w:szCs w:val="24"/>
        </w:rPr>
      </w:pPr>
      <w:r w:rsidRPr="00585726">
        <w:rPr>
          <w:rFonts w:cs="Arial"/>
          <w:sz w:val="24"/>
          <w:szCs w:val="24"/>
        </w:rPr>
        <w:t>Disputes and disagreements arising from this Agreement shall first be resolved through negotiations and written requests.</w:t>
      </w:r>
    </w:p>
    <w:p w14:paraId="61AB4D92" w14:textId="77777777" w:rsidR="008F00AB" w:rsidRPr="00585726" w:rsidRDefault="00357484" w:rsidP="00F24377">
      <w:pPr>
        <w:ind w:firstLine="567"/>
        <w:jc w:val="both"/>
        <w:rPr>
          <w:rFonts w:cs="Arial"/>
          <w:sz w:val="24"/>
          <w:szCs w:val="24"/>
        </w:rPr>
      </w:pPr>
      <w:r w:rsidRPr="00585726">
        <w:rPr>
          <w:rFonts w:cs="Arial"/>
          <w:sz w:val="24"/>
          <w:szCs w:val="24"/>
        </w:rPr>
        <w:t>Requests shall be accepted free of charge, registered by the Bank and considered in accordance with the law and the Bank’s internal procedures. A response on the results of the review shall be sent to the Client.</w:t>
      </w:r>
    </w:p>
    <w:p w14:paraId="03CBCFAE" w14:textId="77777777" w:rsidR="006D3C33" w:rsidRPr="00585726" w:rsidRDefault="000E02BA">
      <w:r w:rsidRPr="00585726">
        <w:t>If necessary, the Client shall be provided with information on the Bank’s internal appeal procedure, as well as on the possibility of applying to authorized state bodies or the court.</w:t>
      </w:r>
    </w:p>
    <w:p w14:paraId="3CEB006E" w14:textId="77777777" w:rsidR="008F00AB" w:rsidRPr="00585726" w:rsidRDefault="00357484" w:rsidP="00F24377">
      <w:pPr>
        <w:ind w:firstLine="567"/>
        <w:jc w:val="both"/>
        <w:rPr>
          <w:rFonts w:cs="Arial"/>
          <w:sz w:val="24"/>
          <w:szCs w:val="24"/>
        </w:rPr>
      </w:pPr>
      <w:r w:rsidRPr="00585726">
        <w:rPr>
          <w:rFonts w:cs="Arial"/>
          <w:sz w:val="24"/>
          <w:szCs w:val="24"/>
        </w:rPr>
        <w:t>If negotiations fail to produce a result, disputes shall be considered in the manner prescribed by the legislation of the Republic of Uzbekistan.</w:t>
      </w:r>
    </w:p>
    <w:p w14:paraId="1E7C5AF9" w14:textId="77777777" w:rsidR="007D24A2" w:rsidRPr="00585726" w:rsidRDefault="007D24A2" w:rsidP="00F24377">
      <w:pPr>
        <w:ind w:firstLine="567"/>
        <w:jc w:val="both"/>
        <w:rPr>
          <w:rFonts w:cs="Arial"/>
          <w:b/>
          <w:sz w:val="24"/>
          <w:szCs w:val="24"/>
        </w:rPr>
      </w:pPr>
    </w:p>
    <w:p w14:paraId="23BAC239" w14:textId="77777777" w:rsidR="008F00AB" w:rsidRPr="00585726" w:rsidRDefault="00357484" w:rsidP="00F24377">
      <w:pPr>
        <w:ind w:firstLine="567"/>
        <w:jc w:val="both"/>
        <w:rPr>
          <w:rFonts w:cs="Arial"/>
          <w:sz w:val="24"/>
          <w:szCs w:val="24"/>
        </w:rPr>
      </w:pPr>
      <w:r w:rsidRPr="00585726">
        <w:rPr>
          <w:rFonts w:cs="Arial"/>
          <w:b/>
          <w:sz w:val="24"/>
          <w:szCs w:val="24"/>
        </w:rPr>
        <w:t>XII. TERM, AMENDMENT AND TERMINATION OF THE AGREEMENT</w:t>
      </w:r>
    </w:p>
    <w:p w14:paraId="4EB9CE49" w14:textId="77777777" w:rsidR="008F00AB" w:rsidRPr="00585726" w:rsidRDefault="00357484" w:rsidP="00F24377">
      <w:pPr>
        <w:ind w:firstLine="567"/>
        <w:jc w:val="both"/>
        <w:rPr>
          <w:rFonts w:cs="Arial"/>
          <w:sz w:val="24"/>
          <w:szCs w:val="24"/>
        </w:rPr>
      </w:pPr>
      <w:r w:rsidRPr="00585726">
        <w:rPr>
          <w:rFonts w:cs="Arial"/>
          <w:sz w:val="24"/>
          <w:szCs w:val="24"/>
        </w:rPr>
        <w:t>This Agreement shall enter into force from the moment of its acceptance and shall remain effective until the relations between the parties are fully terminated.</w:t>
      </w:r>
    </w:p>
    <w:p w14:paraId="492BAE98" w14:textId="77777777" w:rsidR="008F00AB" w:rsidRPr="00585726" w:rsidRDefault="00357484" w:rsidP="00F24377">
      <w:pPr>
        <w:ind w:firstLine="567"/>
        <w:jc w:val="both"/>
        <w:rPr>
          <w:rFonts w:cs="Arial"/>
          <w:sz w:val="24"/>
          <w:szCs w:val="24"/>
        </w:rPr>
      </w:pPr>
      <w:r w:rsidRPr="00585726">
        <w:rPr>
          <w:rFonts w:cs="Arial"/>
          <w:sz w:val="24"/>
          <w:szCs w:val="24"/>
        </w:rPr>
        <w:t>The Bank may introduce amendments and supplements to the terms of the Agreement due to changes in legislation, internal processes, payment system rules or product conditions. Such amendments shall enter into force from the date of their publication by the Bank in official channels or from the date specified therein.</w:t>
      </w:r>
    </w:p>
    <w:p w14:paraId="2BD5E286" w14:textId="77777777" w:rsidR="008F00AB" w:rsidRPr="00585726" w:rsidRDefault="00357484" w:rsidP="00F24377">
      <w:pPr>
        <w:ind w:firstLine="567"/>
        <w:jc w:val="both"/>
        <w:rPr>
          <w:rFonts w:cs="Arial"/>
          <w:sz w:val="24"/>
          <w:szCs w:val="24"/>
        </w:rPr>
      </w:pPr>
      <w:r w:rsidRPr="00585726">
        <w:rPr>
          <w:rFonts w:cs="Arial"/>
          <w:sz w:val="24"/>
          <w:szCs w:val="24"/>
        </w:rPr>
        <w:t>If the Client disagrees with the new version of the Agreement, it may stop using the Card and submit a written application to the Bank for termination of the Agreement.</w:t>
      </w:r>
    </w:p>
    <w:p w14:paraId="475FF856" w14:textId="77777777" w:rsidR="008F00AB" w:rsidRPr="00585726" w:rsidRDefault="00357484" w:rsidP="00F24377">
      <w:pPr>
        <w:ind w:firstLine="567"/>
        <w:jc w:val="both"/>
        <w:rPr>
          <w:rFonts w:cs="Arial"/>
          <w:sz w:val="24"/>
          <w:szCs w:val="24"/>
        </w:rPr>
      </w:pPr>
      <w:r w:rsidRPr="00585726">
        <w:rPr>
          <w:rFonts w:cs="Arial"/>
          <w:sz w:val="24"/>
          <w:szCs w:val="24"/>
        </w:rPr>
        <w:t>The Bank may terminate the Agreement unilaterally in the following cases:</w:t>
      </w:r>
    </w:p>
    <w:p w14:paraId="47C6C3EC" w14:textId="77777777" w:rsidR="008F00AB" w:rsidRPr="00585726" w:rsidRDefault="00357484" w:rsidP="00F24377">
      <w:pPr>
        <w:pStyle w:val="a0"/>
        <w:ind w:left="0" w:firstLine="567"/>
        <w:jc w:val="both"/>
        <w:rPr>
          <w:rFonts w:cs="Arial"/>
          <w:sz w:val="24"/>
          <w:szCs w:val="24"/>
        </w:rPr>
      </w:pPr>
      <w:r w:rsidRPr="00585726">
        <w:rPr>
          <w:rFonts w:cs="Arial"/>
          <w:sz w:val="24"/>
          <w:szCs w:val="24"/>
        </w:rPr>
        <w:t>if the Client or the Cardholder violates the requirements of the Agreement, the Bank’s rules, the payment system rules or applicable law;</w:t>
      </w:r>
    </w:p>
    <w:p w14:paraId="2F5715EB" w14:textId="77777777" w:rsidR="008F00AB" w:rsidRPr="00585726" w:rsidRDefault="00357484" w:rsidP="00F24377">
      <w:pPr>
        <w:pStyle w:val="a0"/>
        <w:ind w:left="0" w:firstLine="567"/>
        <w:jc w:val="both"/>
        <w:rPr>
          <w:rFonts w:cs="Arial"/>
          <w:sz w:val="24"/>
          <w:szCs w:val="24"/>
        </w:rPr>
      </w:pPr>
      <w:r w:rsidRPr="00585726">
        <w:rPr>
          <w:rFonts w:cs="Arial"/>
          <w:sz w:val="24"/>
          <w:szCs w:val="24"/>
        </w:rPr>
        <w:t>if AML/CFT/CPF, sanctions compliance or other high-risk factors are identified;</w:t>
      </w:r>
    </w:p>
    <w:p w14:paraId="3AF0A267" w14:textId="77777777" w:rsidR="008F00AB" w:rsidRPr="00585726" w:rsidRDefault="00357484" w:rsidP="00F24377">
      <w:pPr>
        <w:pStyle w:val="a0"/>
        <w:ind w:left="0" w:firstLine="567"/>
        <w:jc w:val="both"/>
        <w:rPr>
          <w:rFonts w:cs="Arial"/>
          <w:sz w:val="24"/>
          <w:szCs w:val="24"/>
        </w:rPr>
      </w:pPr>
      <w:r w:rsidRPr="00585726">
        <w:rPr>
          <w:rFonts w:cs="Arial"/>
          <w:sz w:val="24"/>
          <w:szCs w:val="24"/>
        </w:rPr>
        <w:t>if the Client provides incorrect or false information;</w:t>
      </w:r>
    </w:p>
    <w:p w14:paraId="3C930E94" w14:textId="77777777" w:rsidR="008F00AB" w:rsidRPr="00585726" w:rsidRDefault="00357484" w:rsidP="00F24377">
      <w:pPr>
        <w:pStyle w:val="a0"/>
        <w:ind w:left="0" w:firstLine="567"/>
        <w:jc w:val="both"/>
        <w:rPr>
          <w:rFonts w:cs="Arial"/>
          <w:sz w:val="24"/>
          <w:szCs w:val="24"/>
        </w:rPr>
      </w:pPr>
      <w:r w:rsidRPr="00585726">
        <w:rPr>
          <w:rFonts w:cs="Arial"/>
          <w:sz w:val="24"/>
          <w:szCs w:val="24"/>
        </w:rPr>
        <w:lastRenderedPageBreak/>
        <w:t>if payment for banking services is not made in due time;</w:t>
      </w:r>
    </w:p>
    <w:p w14:paraId="70A31057" w14:textId="77777777" w:rsidR="008F00AB" w:rsidRPr="00585726" w:rsidRDefault="00357484" w:rsidP="00F24377">
      <w:pPr>
        <w:pStyle w:val="a0"/>
        <w:ind w:left="0" w:firstLine="567"/>
        <w:jc w:val="both"/>
        <w:rPr>
          <w:rFonts w:cs="Arial"/>
          <w:sz w:val="24"/>
          <w:szCs w:val="24"/>
        </w:rPr>
      </w:pPr>
      <w:r w:rsidRPr="00585726">
        <w:rPr>
          <w:rFonts w:cs="Arial"/>
          <w:sz w:val="24"/>
          <w:szCs w:val="24"/>
        </w:rPr>
        <w:t>in other cases provided for by law.</w:t>
      </w:r>
    </w:p>
    <w:p w14:paraId="3AB6CBDF" w14:textId="77777777" w:rsidR="008F00AB" w:rsidRPr="00585726" w:rsidRDefault="00357484" w:rsidP="00F24377">
      <w:pPr>
        <w:ind w:firstLine="567"/>
        <w:jc w:val="both"/>
        <w:rPr>
          <w:rFonts w:cs="Arial"/>
          <w:sz w:val="24"/>
          <w:szCs w:val="24"/>
        </w:rPr>
      </w:pPr>
      <w:r w:rsidRPr="00585726">
        <w:rPr>
          <w:rFonts w:cs="Arial"/>
          <w:sz w:val="24"/>
          <w:szCs w:val="24"/>
        </w:rPr>
        <w:t>Upon termination of the Agreement, the Card shall be returned upon the Bank’s request or blocked and closed by the Bank. After settlements are completed, the remaining funds shall be returned to the Client or transferred to the relevant account in accordance with the law and the Bank’s rules.</w:t>
      </w:r>
    </w:p>
    <w:p w14:paraId="11B80401" w14:textId="77777777" w:rsidR="007D24A2" w:rsidRPr="00585726" w:rsidRDefault="007D24A2" w:rsidP="00F24377">
      <w:pPr>
        <w:ind w:firstLine="567"/>
        <w:jc w:val="both"/>
        <w:rPr>
          <w:rFonts w:cs="Arial"/>
          <w:b/>
          <w:sz w:val="24"/>
          <w:szCs w:val="24"/>
        </w:rPr>
      </w:pPr>
    </w:p>
    <w:p w14:paraId="5B7E539B" w14:textId="77777777" w:rsidR="008F00AB" w:rsidRPr="00585726" w:rsidRDefault="00357484" w:rsidP="00F24377">
      <w:pPr>
        <w:ind w:firstLine="567"/>
        <w:jc w:val="both"/>
        <w:rPr>
          <w:rFonts w:cs="Arial"/>
          <w:sz w:val="24"/>
          <w:szCs w:val="24"/>
        </w:rPr>
      </w:pPr>
      <w:r w:rsidRPr="00585726">
        <w:rPr>
          <w:rFonts w:cs="Arial"/>
          <w:b/>
          <w:sz w:val="24"/>
          <w:szCs w:val="24"/>
        </w:rPr>
        <w:t>XIII. FINAL PROVISIONS</w:t>
      </w:r>
    </w:p>
    <w:p w14:paraId="185A58D2" w14:textId="77777777" w:rsidR="008F00AB" w:rsidRPr="00585726" w:rsidRDefault="00357484" w:rsidP="00F24377">
      <w:pPr>
        <w:ind w:firstLine="567"/>
        <w:jc w:val="both"/>
        <w:rPr>
          <w:rFonts w:cs="Arial"/>
          <w:sz w:val="24"/>
          <w:szCs w:val="24"/>
        </w:rPr>
      </w:pPr>
      <w:r w:rsidRPr="00585726">
        <w:rPr>
          <w:rFonts w:cs="Arial"/>
          <w:sz w:val="24"/>
          <w:szCs w:val="24"/>
        </w:rPr>
        <w:t>The Client shall be responsible for the accuracy, completeness and relevance of all information, documents and contact details provided to the Bank.</w:t>
      </w:r>
    </w:p>
    <w:p w14:paraId="5D0E3F43" w14:textId="77777777" w:rsidR="008F00AB" w:rsidRPr="00585726" w:rsidRDefault="00357484" w:rsidP="00F24377">
      <w:pPr>
        <w:ind w:firstLine="567"/>
        <w:jc w:val="both"/>
        <w:rPr>
          <w:rFonts w:cs="Arial"/>
          <w:sz w:val="24"/>
          <w:szCs w:val="24"/>
        </w:rPr>
      </w:pPr>
      <w:r w:rsidRPr="00585726">
        <w:rPr>
          <w:rFonts w:cs="Arial"/>
          <w:sz w:val="24"/>
          <w:szCs w:val="24"/>
        </w:rPr>
        <w:t>If the Client’s name, TIN, address, telephone numbers, e-mail address, manager, authorized persons or other important details change, the Client shall notify the Bank thereof without delay, but no later than within 3 (three) business days.</w:t>
      </w:r>
    </w:p>
    <w:p w14:paraId="069DD86B" w14:textId="77777777" w:rsidR="008F00AB" w:rsidRPr="00585726" w:rsidRDefault="00357484" w:rsidP="00F24377">
      <w:pPr>
        <w:ind w:firstLine="567"/>
        <w:jc w:val="both"/>
        <w:rPr>
          <w:rFonts w:cs="Arial"/>
          <w:sz w:val="24"/>
          <w:szCs w:val="24"/>
        </w:rPr>
      </w:pPr>
      <w:r w:rsidRPr="00585726">
        <w:rPr>
          <w:rFonts w:cs="Arial"/>
          <w:sz w:val="24"/>
          <w:szCs w:val="24"/>
        </w:rPr>
        <w:t>Notices under this Agreement may be sent through the Bank’s official website, mobile application, other official information channels, SMS, e-mail, push notifications, the Bank’s office or other communication channels permitted by law.</w:t>
      </w:r>
    </w:p>
    <w:p w14:paraId="4F021945" w14:textId="77777777" w:rsidR="00FF5A38" w:rsidRPr="00585726" w:rsidRDefault="00357484" w:rsidP="00FF5A38">
      <w:pPr>
        <w:ind w:firstLine="567"/>
        <w:jc w:val="both"/>
        <w:rPr>
          <w:rFonts w:cs="Arial"/>
          <w:sz w:val="24"/>
          <w:szCs w:val="24"/>
        </w:rPr>
      </w:pPr>
      <w:r w:rsidRPr="00585726">
        <w:rPr>
          <w:rFonts w:cs="Arial"/>
          <w:sz w:val="24"/>
          <w:szCs w:val="24"/>
        </w:rPr>
        <w:t>Matters not regulated by this Agreement shall be governed by the legislation of the Republic of Uzbekistan.</w:t>
      </w:r>
    </w:p>
    <w:p w14:paraId="28C0D7F5" w14:textId="1E905199" w:rsidR="006D3C33" w:rsidRPr="00585726" w:rsidRDefault="000E02BA" w:rsidP="00FF5A38">
      <w:pPr>
        <w:ind w:firstLine="567"/>
        <w:jc w:val="both"/>
        <w:rPr>
          <w:rFonts w:cs="Arial"/>
          <w:sz w:val="24"/>
          <w:szCs w:val="24"/>
        </w:rPr>
      </w:pPr>
      <w:r w:rsidRPr="00585726">
        <w:rPr>
          <w:rFonts w:cs="Arial"/>
          <w:sz w:val="24"/>
          <w:szCs w:val="24"/>
        </w:rPr>
        <w:t>The appendices to this Agreement, application forms, limits, acts, tariffs, security memo and request forms shall form an integral part thereof.</w:t>
      </w:r>
    </w:p>
    <w:p w14:paraId="219712C8" w14:textId="77777777" w:rsidR="00FF5A38" w:rsidRPr="00585726" w:rsidRDefault="00FF5A38" w:rsidP="00FF5A38">
      <w:pPr>
        <w:ind w:firstLine="567"/>
        <w:jc w:val="both"/>
      </w:pPr>
    </w:p>
    <w:p w14:paraId="0929942B" w14:textId="77777777" w:rsidR="006D3C33" w:rsidRPr="00585726" w:rsidRDefault="000E02BA">
      <w:r w:rsidRPr="00585726">
        <w:rPr>
          <w:b/>
        </w:rPr>
        <w:t>LIST OF APPENDICES</w:t>
      </w:r>
    </w:p>
    <w:p w14:paraId="1B25F803" w14:textId="77777777" w:rsidR="006D3C33" w:rsidRPr="00585726" w:rsidRDefault="000E02BA">
      <w:r w:rsidRPr="00585726">
        <w:t>Appendix 1. Application form for issuance of a corporate bank card.</w:t>
      </w:r>
    </w:p>
    <w:p w14:paraId="1AA83C05" w14:textId="77777777" w:rsidR="006D3C33" w:rsidRPr="00585726" w:rsidRDefault="000E02BA">
      <w:r w:rsidRPr="00585726">
        <w:t>Appendix 2. Form of list of cardholders and limits.</w:t>
      </w:r>
    </w:p>
    <w:p w14:paraId="431356BF" w14:textId="77777777" w:rsidR="006D3C33" w:rsidRPr="00585726" w:rsidRDefault="000E02BA">
      <w:r w:rsidRPr="00585726">
        <w:t>Appendix 3. Card handover and acceptance act.</w:t>
      </w:r>
    </w:p>
    <w:p w14:paraId="57F3A970" w14:textId="77777777" w:rsidR="006D3C33" w:rsidRPr="00585726" w:rsidRDefault="000E02BA">
      <w:r w:rsidRPr="00585726">
        <w:t>Appendix 4. Corporate card tariff form.</w:t>
      </w:r>
    </w:p>
    <w:p w14:paraId="39B8158A" w14:textId="77777777" w:rsidR="006D3C33" w:rsidRPr="00585726" w:rsidRDefault="000E02BA">
      <w:r w:rsidRPr="00585726">
        <w:t>Appendix 5. Memo on safe use of the corporate card.</w:t>
      </w:r>
    </w:p>
    <w:p w14:paraId="661F1F87" w14:textId="1B40F6AC" w:rsidR="006D3C33" w:rsidRPr="00585726" w:rsidRDefault="000E02BA">
      <w:r w:rsidRPr="00585726">
        <w:t>Appendix 6. Request form for unauthorized transaction or card loss.</w:t>
      </w:r>
    </w:p>
    <w:p w14:paraId="2643D231" w14:textId="12E37400" w:rsidR="00FF5A38" w:rsidRPr="00585726" w:rsidRDefault="00FF5A38"/>
    <w:p w14:paraId="3AE5E171" w14:textId="200683CB" w:rsidR="00FF5A38" w:rsidRPr="00585726" w:rsidRDefault="00FF5A38"/>
    <w:p w14:paraId="34FAD11F" w14:textId="15356BF4" w:rsidR="00FF5A38" w:rsidRPr="00585726" w:rsidRDefault="00FF5A38"/>
    <w:p w14:paraId="3D7B3360" w14:textId="3A6ECB82" w:rsidR="00FF5A38" w:rsidRPr="00585726" w:rsidRDefault="00FF5A38"/>
    <w:p w14:paraId="478207B4" w14:textId="626E572F" w:rsidR="00FF5A38" w:rsidRPr="00585726" w:rsidRDefault="00FF5A38"/>
    <w:p w14:paraId="3E139B43" w14:textId="1138367B" w:rsidR="00FF5A38" w:rsidRPr="00585726" w:rsidRDefault="00FF5A38"/>
    <w:p w14:paraId="348EB7B2" w14:textId="6229E52E" w:rsidR="00FF5A38" w:rsidRPr="00585726" w:rsidRDefault="00FF5A38"/>
    <w:p w14:paraId="7C49F46B" w14:textId="3C329D7D" w:rsidR="00FF5A38" w:rsidRPr="00585726" w:rsidRDefault="00FF5A38"/>
    <w:p w14:paraId="7CD09E8C" w14:textId="6A5F4E67" w:rsidR="00FF5A38" w:rsidRPr="00585726" w:rsidRDefault="00FF5A38"/>
    <w:p w14:paraId="654FB4D6" w14:textId="3DD95367" w:rsidR="00FF5A38" w:rsidRPr="00585726" w:rsidRDefault="00FF5A38"/>
    <w:p w14:paraId="55617234" w14:textId="1667224A" w:rsidR="00FF5A38" w:rsidRPr="00585726" w:rsidRDefault="00FF5A38"/>
    <w:p w14:paraId="0D9B2BDB" w14:textId="14EE222A" w:rsidR="00FF5A38" w:rsidRPr="00585726" w:rsidRDefault="00FF5A38"/>
    <w:p w14:paraId="0EA1622E" w14:textId="604025AC" w:rsidR="00FF5A38" w:rsidRPr="00585726" w:rsidRDefault="00FF5A38"/>
    <w:p w14:paraId="17F222B6" w14:textId="3F2A50D2" w:rsidR="00FF5A38" w:rsidRPr="00585726" w:rsidRDefault="00FF5A38"/>
    <w:p w14:paraId="556B64AD" w14:textId="77777777" w:rsidR="00FF5A38" w:rsidRPr="00585726" w:rsidRDefault="00FF5A38"/>
    <w:p w14:paraId="53097A6C" w14:textId="77777777" w:rsidR="006D3C33" w:rsidRPr="00585726" w:rsidRDefault="006D3C33"/>
    <w:p w14:paraId="2DAA6F28" w14:textId="77777777" w:rsidR="00325734" w:rsidRPr="00585726" w:rsidRDefault="00025742">
      <w:r w:rsidRPr="00585726">
        <w:lastRenderedPageBreak/>
        <w:t>APPENDIX 1. APPLICATION FORM FOR ISSUANCE OF A CORPORATE BANK CARD</w:t>
      </w:r>
    </w:p>
    <w:p w14:paraId="7E7716E9" w14:textId="77777777" w:rsidR="008841C6" w:rsidRPr="00585726" w:rsidRDefault="008841C6"/>
    <w:tbl>
      <w:tblPr>
        <w:tblW w:w="0" w:type="auto"/>
        <w:jc w:val="center"/>
        <w:tblLook w:val="04A0" w:firstRow="1" w:lastRow="0" w:firstColumn="1" w:lastColumn="0" w:noHBand="0" w:noVBand="1"/>
      </w:tblPr>
      <w:tblGrid>
        <w:gridCol w:w="3834"/>
        <w:gridCol w:w="5845"/>
      </w:tblGrid>
      <w:tr w:rsidR="00325734" w:rsidRPr="00585726" w14:paraId="1751A4F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9B6F07E" w14:textId="77777777" w:rsidR="00325734" w:rsidRPr="00585726" w:rsidRDefault="00025742">
            <w:r w:rsidRPr="00585726">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3A34D163" w14:textId="77777777" w:rsidR="00325734" w:rsidRPr="00585726" w:rsidRDefault="00025742">
            <w:r w:rsidRPr="00585726">
              <w:t>______________________________________________</w:t>
            </w:r>
          </w:p>
        </w:tc>
      </w:tr>
      <w:tr w:rsidR="00325734" w:rsidRPr="00585726" w14:paraId="5A8E61B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232AE6A" w14:textId="77777777" w:rsidR="00325734" w:rsidRPr="00585726" w:rsidRDefault="00025742">
            <w:r w:rsidRPr="00585726">
              <w:t>TIN</w:t>
            </w:r>
          </w:p>
        </w:tc>
        <w:tc>
          <w:tcPr>
            <w:tcW w:w="5669" w:type="dxa"/>
            <w:tcBorders>
              <w:top w:val="single" w:sz="4" w:space="0" w:color="000000"/>
              <w:left w:val="single" w:sz="4" w:space="0" w:color="000000"/>
              <w:bottom w:val="single" w:sz="4" w:space="0" w:color="000000"/>
              <w:right w:val="single" w:sz="4" w:space="0" w:color="000000"/>
            </w:tcBorders>
            <w:vAlign w:val="center"/>
          </w:tcPr>
          <w:p w14:paraId="5D59D6B2" w14:textId="77777777" w:rsidR="00325734" w:rsidRPr="00585726" w:rsidRDefault="00025742">
            <w:r w:rsidRPr="00585726">
              <w:t>______________________________________________</w:t>
            </w:r>
          </w:p>
        </w:tc>
      </w:tr>
      <w:tr w:rsidR="00325734" w:rsidRPr="00585726" w14:paraId="490E893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347E81A" w14:textId="77777777" w:rsidR="00325734" w:rsidRPr="00585726" w:rsidRDefault="00025742">
            <w:r w:rsidRPr="00585726">
              <w:t>Main account number</w:t>
            </w:r>
          </w:p>
        </w:tc>
        <w:tc>
          <w:tcPr>
            <w:tcW w:w="5669" w:type="dxa"/>
            <w:tcBorders>
              <w:top w:val="single" w:sz="4" w:space="0" w:color="000000"/>
              <w:left w:val="single" w:sz="4" w:space="0" w:color="000000"/>
              <w:bottom w:val="single" w:sz="4" w:space="0" w:color="000000"/>
              <w:right w:val="single" w:sz="4" w:space="0" w:color="000000"/>
            </w:tcBorders>
            <w:vAlign w:val="center"/>
          </w:tcPr>
          <w:p w14:paraId="189FE485" w14:textId="77777777" w:rsidR="00325734" w:rsidRPr="00585726" w:rsidRDefault="00025742">
            <w:r w:rsidRPr="00585726">
              <w:t>______________________________________________</w:t>
            </w:r>
          </w:p>
        </w:tc>
      </w:tr>
      <w:tr w:rsidR="00325734" w:rsidRPr="00585726" w14:paraId="0002451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DB23CEC" w14:textId="77777777" w:rsidR="00325734" w:rsidRPr="00585726" w:rsidRDefault="00025742">
            <w:r w:rsidRPr="00585726">
              <w:t>Card type / payment system</w:t>
            </w:r>
          </w:p>
        </w:tc>
        <w:tc>
          <w:tcPr>
            <w:tcW w:w="5669" w:type="dxa"/>
            <w:tcBorders>
              <w:top w:val="single" w:sz="4" w:space="0" w:color="000000"/>
              <w:left w:val="single" w:sz="4" w:space="0" w:color="000000"/>
              <w:bottom w:val="single" w:sz="4" w:space="0" w:color="000000"/>
              <w:right w:val="single" w:sz="4" w:space="0" w:color="000000"/>
            </w:tcBorders>
            <w:vAlign w:val="center"/>
          </w:tcPr>
          <w:p w14:paraId="49D809F1" w14:textId="77777777" w:rsidR="00325734" w:rsidRPr="00585726" w:rsidRDefault="00025742">
            <w:r w:rsidRPr="00585726">
              <w:t>______________________________________________</w:t>
            </w:r>
          </w:p>
        </w:tc>
      </w:tr>
      <w:tr w:rsidR="00325734" w:rsidRPr="00585726" w14:paraId="0A66EEF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2210AFF" w14:textId="77777777" w:rsidR="00325734" w:rsidRPr="00585726" w:rsidRDefault="00025742">
            <w:r w:rsidRPr="00585726">
              <w:t>Cardholder full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78AFC6B4" w14:textId="77777777" w:rsidR="00325734" w:rsidRPr="00585726" w:rsidRDefault="00025742">
            <w:r w:rsidRPr="00585726">
              <w:t>______________________________________________</w:t>
            </w:r>
          </w:p>
        </w:tc>
      </w:tr>
      <w:tr w:rsidR="00325734" w:rsidRPr="00585726" w14:paraId="22E39F5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9E9374B" w14:textId="77777777" w:rsidR="00325734" w:rsidRPr="00585726" w:rsidRDefault="00025742">
            <w:r w:rsidRPr="00585726">
              <w:t>Cardholder PINFL / passport</w:t>
            </w:r>
          </w:p>
        </w:tc>
        <w:tc>
          <w:tcPr>
            <w:tcW w:w="5669" w:type="dxa"/>
            <w:tcBorders>
              <w:top w:val="single" w:sz="4" w:space="0" w:color="000000"/>
              <w:left w:val="single" w:sz="4" w:space="0" w:color="000000"/>
              <w:bottom w:val="single" w:sz="4" w:space="0" w:color="000000"/>
              <w:right w:val="single" w:sz="4" w:space="0" w:color="000000"/>
            </w:tcBorders>
            <w:vAlign w:val="center"/>
          </w:tcPr>
          <w:p w14:paraId="72FB045F" w14:textId="77777777" w:rsidR="00325734" w:rsidRPr="00585726" w:rsidRDefault="00025742">
            <w:r w:rsidRPr="00585726">
              <w:t>______________________________________________</w:t>
            </w:r>
          </w:p>
        </w:tc>
      </w:tr>
      <w:tr w:rsidR="00325734" w:rsidRPr="00585726" w14:paraId="12A1620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1644C3C" w14:textId="77777777" w:rsidR="00325734" w:rsidRPr="00585726" w:rsidRDefault="00025742">
            <w:r w:rsidRPr="00585726">
              <w:t>Position</w:t>
            </w:r>
          </w:p>
        </w:tc>
        <w:tc>
          <w:tcPr>
            <w:tcW w:w="5669" w:type="dxa"/>
            <w:tcBorders>
              <w:top w:val="single" w:sz="4" w:space="0" w:color="000000"/>
              <w:left w:val="single" w:sz="4" w:space="0" w:color="000000"/>
              <w:bottom w:val="single" w:sz="4" w:space="0" w:color="000000"/>
              <w:right w:val="single" w:sz="4" w:space="0" w:color="000000"/>
            </w:tcBorders>
            <w:vAlign w:val="center"/>
          </w:tcPr>
          <w:p w14:paraId="4FCD50CB" w14:textId="77777777" w:rsidR="00325734" w:rsidRPr="00585726" w:rsidRDefault="00025742">
            <w:r w:rsidRPr="00585726">
              <w:t>______________________________________________</w:t>
            </w:r>
          </w:p>
        </w:tc>
      </w:tr>
      <w:tr w:rsidR="00325734" w:rsidRPr="00585726" w14:paraId="744F193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43A57B2" w14:textId="77777777" w:rsidR="00325734" w:rsidRPr="00585726" w:rsidRDefault="00025742">
            <w:r w:rsidRPr="00585726">
              <w:t>Card validity period</w:t>
            </w:r>
          </w:p>
        </w:tc>
        <w:tc>
          <w:tcPr>
            <w:tcW w:w="5669" w:type="dxa"/>
            <w:tcBorders>
              <w:top w:val="single" w:sz="4" w:space="0" w:color="000000"/>
              <w:left w:val="single" w:sz="4" w:space="0" w:color="000000"/>
              <w:bottom w:val="single" w:sz="4" w:space="0" w:color="000000"/>
              <w:right w:val="single" w:sz="4" w:space="0" w:color="000000"/>
            </w:tcBorders>
            <w:vAlign w:val="center"/>
          </w:tcPr>
          <w:p w14:paraId="5D43277F" w14:textId="77777777" w:rsidR="00325734" w:rsidRPr="00585726" w:rsidRDefault="00025742">
            <w:r w:rsidRPr="00585726">
              <w:t>______________________________________________</w:t>
            </w:r>
          </w:p>
        </w:tc>
      </w:tr>
      <w:tr w:rsidR="00325734" w:rsidRPr="00585726" w14:paraId="6183BD6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9862F6A" w14:textId="77777777" w:rsidR="00325734" w:rsidRPr="00585726" w:rsidRDefault="00025742">
            <w:r w:rsidRPr="00585726">
              <w:t>Requested amount / limit</w:t>
            </w:r>
          </w:p>
        </w:tc>
        <w:tc>
          <w:tcPr>
            <w:tcW w:w="5669" w:type="dxa"/>
            <w:tcBorders>
              <w:top w:val="single" w:sz="4" w:space="0" w:color="000000"/>
              <w:left w:val="single" w:sz="4" w:space="0" w:color="000000"/>
              <w:bottom w:val="single" w:sz="4" w:space="0" w:color="000000"/>
              <w:right w:val="single" w:sz="4" w:space="0" w:color="000000"/>
            </w:tcBorders>
            <w:vAlign w:val="center"/>
          </w:tcPr>
          <w:p w14:paraId="4BD5BB6A" w14:textId="77777777" w:rsidR="00325734" w:rsidRPr="00585726" w:rsidRDefault="00025742">
            <w:r w:rsidRPr="00585726">
              <w:t>______________________________________________</w:t>
            </w:r>
          </w:p>
        </w:tc>
      </w:tr>
      <w:tr w:rsidR="00325734" w:rsidRPr="00585726" w14:paraId="1CCF9D3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60607D7" w14:textId="77777777" w:rsidR="00325734" w:rsidRPr="00585726" w:rsidRDefault="00025742">
            <w:r w:rsidRPr="00585726">
              <w:t>Card delivery method</w:t>
            </w:r>
          </w:p>
        </w:tc>
        <w:tc>
          <w:tcPr>
            <w:tcW w:w="5669" w:type="dxa"/>
            <w:tcBorders>
              <w:top w:val="single" w:sz="4" w:space="0" w:color="000000"/>
              <w:left w:val="single" w:sz="4" w:space="0" w:color="000000"/>
              <w:bottom w:val="single" w:sz="4" w:space="0" w:color="000000"/>
              <w:right w:val="single" w:sz="4" w:space="0" w:color="000000"/>
            </w:tcBorders>
            <w:vAlign w:val="center"/>
          </w:tcPr>
          <w:p w14:paraId="00677A68" w14:textId="77777777" w:rsidR="00325734" w:rsidRPr="00585726" w:rsidRDefault="00025742">
            <w:r w:rsidRPr="00585726">
              <w:t>Bank office / courier / other</w:t>
            </w:r>
          </w:p>
        </w:tc>
      </w:tr>
    </w:tbl>
    <w:p w14:paraId="63CEC149"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47AEE82F"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0DD9FD3E" w14:textId="77777777" w:rsidR="00325734" w:rsidRPr="00585726" w:rsidRDefault="00025742">
            <w:pPr>
              <w:jc w:val="center"/>
            </w:pPr>
            <w:r w:rsidRPr="00585726">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7ED4E054" w14:textId="77777777" w:rsidR="00325734" w:rsidRPr="00585726" w:rsidRDefault="00025742">
            <w:pPr>
              <w:jc w:val="center"/>
            </w:pPr>
            <w:r w:rsidRPr="00585726">
              <w:t>Bank</w:t>
            </w:r>
          </w:p>
        </w:tc>
      </w:tr>
      <w:tr w:rsidR="00325734" w:rsidRPr="00585726" w14:paraId="26A3C772"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1C0E1BAF" w14:textId="77777777" w:rsidR="00325734" w:rsidRPr="00585726" w:rsidRDefault="00025742">
            <w:r w:rsidRPr="00585726">
              <w:t>Full name: ______________________</w:t>
            </w:r>
          </w:p>
          <w:p w14:paraId="6448BC6C" w14:textId="77777777" w:rsidR="00827269" w:rsidRPr="00585726" w:rsidRDefault="00CE172F">
            <w:r w:rsidRPr="00585726">
              <w:t>Position: ___________________</w:t>
            </w:r>
          </w:p>
          <w:p w14:paraId="55716FBF" w14:textId="77777777" w:rsidR="00827269" w:rsidRPr="00585726" w:rsidRDefault="00CE172F">
            <w:r w:rsidRPr="00585726">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7BD8DD88" w14:textId="77777777" w:rsidR="00325734" w:rsidRPr="00585726" w:rsidRDefault="00025742">
            <w:r w:rsidRPr="00585726">
              <w:t>Full name: ______________________</w:t>
            </w:r>
          </w:p>
          <w:p w14:paraId="49B7A0DE" w14:textId="77777777" w:rsidR="00827269" w:rsidRPr="00585726" w:rsidRDefault="00CE172F">
            <w:r w:rsidRPr="00585726">
              <w:t>Position: ___________________</w:t>
            </w:r>
          </w:p>
          <w:p w14:paraId="24A3453C" w14:textId="77777777" w:rsidR="00827269" w:rsidRPr="00585726" w:rsidRDefault="00CE172F">
            <w:r w:rsidRPr="00585726">
              <w:t>Signature: _______________________</w:t>
            </w:r>
          </w:p>
        </w:tc>
      </w:tr>
    </w:tbl>
    <w:p w14:paraId="7427202D" w14:textId="77777777" w:rsidR="00325734" w:rsidRPr="00585726" w:rsidRDefault="00025742">
      <w:r w:rsidRPr="00585726">
        <w:br w:type="page"/>
      </w:r>
    </w:p>
    <w:p w14:paraId="1C0A4E4B" w14:textId="77777777" w:rsidR="00325734" w:rsidRPr="00585726" w:rsidRDefault="00025742">
      <w:r w:rsidRPr="00585726">
        <w:lastRenderedPageBreak/>
        <w:t>APPENDIX 2. LIST OF CARDHOLDERS AND LIMITS FORM</w:t>
      </w:r>
    </w:p>
    <w:tbl>
      <w:tblPr>
        <w:tblW w:w="0" w:type="auto"/>
        <w:jc w:val="center"/>
        <w:tblLook w:val="04A0" w:firstRow="1" w:lastRow="0" w:firstColumn="1" w:lastColumn="0" w:noHBand="0" w:noVBand="1"/>
      </w:tblPr>
      <w:tblGrid>
        <w:gridCol w:w="1119"/>
        <w:gridCol w:w="1305"/>
        <w:gridCol w:w="1165"/>
        <w:gridCol w:w="1256"/>
        <w:gridCol w:w="1135"/>
        <w:gridCol w:w="1164"/>
        <w:gridCol w:w="1403"/>
        <w:gridCol w:w="1132"/>
      </w:tblGrid>
      <w:tr w:rsidR="00325734" w:rsidRPr="00585726" w14:paraId="318AAFF5" w14:textId="77777777">
        <w:trPr>
          <w:tblHeader/>
          <w:jc w:val="center"/>
        </w:trPr>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26A551B" w14:textId="77777777" w:rsidR="00325734" w:rsidRPr="00585726" w:rsidRDefault="00025742">
            <w:pPr>
              <w:jc w:val="center"/>
            </w:pPr>
            <w:r w:rsidRPr="00585726">
              <w:t>No.</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44FE00C" w14:textId="77777777" w:rsidR="00325734" w:rsidRPr="00585726" w:rsidRDefault="00025742">
            <w:pPr>
              <w:jc w:val="center"/>
            </w:pPr>
            <w:r w:rsidRPr="00585726">
              <w:t>Cardholder full name</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7531423" w14:textId="77777777" w:rsidR="00325734" w:rsidRPr="00585726" w:rsidRDefault="00025742">
            <w:pPr>
              <w:jc w:val="center"/>
            </w:pPr>
            <w:r w:rsidRPr="00585726">
              <w:t>Position</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9384C24" w14:textId="77777777" w:rsidR="00325734" w:rsidRPr="00585726" w:rsidRDefault="00025742">
            <w:pPr>
              <w:jc w:val="center"/>
            </w:pPr>
            <w:r w:rsidRPr="00585726">
              <w:t>Telephone</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FCE0195" w14:textId="77777777" w:rsidR="00325734" w:rsidRPr="00585726" w:rsidRDefault="00025742">
            <w:pPr>
              <w:jc w:val="center"/>
            </w:pPr>
            <w:r w:rsidRPr="00585726">
              <w:t>Daily limit</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D1F7850" w14:textId="77777777" w:rsidR="00325734" w:rsidRPr="00585726" w:rsidRDefault="00025742">
            <w:pPr>
              <w:jc w:val="center"/>
            </w:pPr>
            <w:r w:rsidRPr="00585726">
              <w:t>Monthly limit</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B575DF9" w14:textId="77777777" w:rsidR="00325734" w:rsidRPr="00585726" w:rsidRDefault="00025742">
            <w:pPr>
              <w:jc w:val="center"/>
            </w:pPr>
            <w:r w:rsidRPr="00585726">
              <w:t>Permitted transactions</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1BCC2D2" w14:textId="77777777" w:rsidR="00325734" w:rsidRPr="00585726" w:rsidRDefault="00025742">
            <w:pPr>
              <w:jc w:val="center"/>
            </w:pPr>
            <w:r w:rsidRPr="00585726">
              <w:t>Note</w:t>
            </w:r>
          </w:p>
        </w:tc>
      </w:tr>
      <w:tr w:rsidR="00325734" w:rsidRPr="00585726" w14:paraId="42B4AFED"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308D104A" w14:textId="77777777" w:rsidR="00325734" w:rsidRPr="00585726" w:rsidRDefault="00025742">
            <w:r w:rsidRPr="00585726">
              <w:t>1</w:t>
            </w:r>
          </w:p>
        </w:tc>
        <w:tc>
          <w:tcPr>
            <w:tcW w:w="1184" w:type="dxa"/>
            <w:tcBorders>
              <w:top w:val="single" w:sz="4" w:space="0" w:color="000000"/>
              <w:left w:val="single" w:sz="4" w:space="0" w:color="000000"/>
              <w:bottom w:val="single" w:sz="4" w:space="0" w:color="000000"/>
              <w:right w:val="single" w:sz="4" w:space="0" w:color="000000"/>
            </w:tcBorders>
            <w:vAlign w:val="center"/>
          </w:tcPr>
          <w:p w14:paraId="2EB6A8E5"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07A3401"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B29E9E5"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1FEE6BB"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AE68D64"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9CB201A" w14:textId="77777777" w:rsidR="00325734" w:rsidRPr="00585726" w:rsidRDefault="00025742">
            <w:r w:rsidRPr="00585726">
              <w:t>Cash / cashless / internet payments</w:t>
            </w:r>
          </w:p>
        </w:tc>
        <w:tc>
          <w:tcPr>
            <w:tcW w:w="1184" w:type="dxa"/>
            <w:tcBorders>
              <w:top w:val="single" w:sz="4" w:space="0" w:color="000000"/>
              <w:left w:val="single" w:sz="4" w:space="0" w:color="000000"/>
              <w:bottom w:val="single" w:sz="4" w:space="0" w:color="000000"/>
              <w:right w:val="single" w:sz="4" w:space="0" w:color="000000"/>
            </w:tcBorders>
            <w:vAlign w:val="center"/>
          </w:tcPr>
          <w:p w14:paraId="609B5910" w14:textId="77777777" w:rsidR="00325734" w:rsidRPr="00585726" w:rsidRDefault="00325734"/>
        </w:tc>
      </w:tr>
      <w:tr w:rsidR="00325734" w:rsidRPr="00585726" w14:paraId="0481CF46"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28CDED44" w14:textId="77777777" w:rsidR="00325734" w:rsidRPr="00585726" w:rsidRDefault="00025742">
            <w:r w:rsidRPr="00585726">
              <w:t>2</w:t>
            </w:r>
          </w:p>
        </w:tc>
        <w:tc>
          <w:tcPr>
            <w:tcW w:w="1184" w:type="dxa"/>
            <w:tcBorders>
              <w:top w:val="single" w:sz="4" w:space="0" w:color="000000"/>
              <w:left w:val="single" w:sz="4" w:space="0" w:color="000000"/>
              <w:bottom w:val="single" w:sz="4" w:space="0" w:color="000000"/>
              <w:right w:val="single" w:sz="4" w:space="0" w:color="000000"/>
            </w:tcBorders>
            <w:vAlign w:val="center"/>
          </w:tcPr>
          <w:p w14:paraId="7F141F31"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1FDA4AB"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AA3165A"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1D9D598F"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88174C7"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5969C81D"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4A2EE7DC" w14:textId="77777777" w:rsidR="00325734" w:rsidRPr="00585726" w:rsidRDefault="00325734"/>
        </w:tc>
      </w:tr>
      <w:tr w:rsidR="00325734" w:rsidRPr="00585726" w14:paraId="5D2A175B" w14:textId="77777777">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02F95692" w14:textId="77777777" w:rsidR="00325734" w:rsidRPr="00585726" w:rsidRDefault="00025742">
            <w:r w:rsidRPr="00585726">
              <w:t>3</w:t>
            </w:r>
          </w:p>
        </w:tc>
        <w:tc>
          <w:tcPr>
            <w:tcW w:w="1184" w:type="dxa"/>
            <w:tcBorders>
              <w:top w:val="single" w:sz="4" w:space="0" w:color="000000"/>
              <w:left w:val="single" w:sz="4" w:space="0" w:color="000000"/>
              <w:bottom w:val="single" w:sz="4" w:space="0" w:color="000000"/>
              <w:right w:val="single" w:sz="4" w:space="0" w:color="000000"/>
            </w:tcBorders>
            <w:vAlign w:val="center"/>
          </w:tcPr>
          <w:p w14:paraId="327AE3F9"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F88A57F"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2841C20B"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DBDEFB7"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7AA249DF"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3EF8DCBC" w14:textId="77777777" w:rsidR="00325734" w:rsidRPr="00585726" w:rsidRDefault="00325734"/>
        </w:tc>
        <w:tc>
          <w:tcPr>
            <w:tcW w:w="1184" w:type="dxa"/>
            <w:tcBorders>
              <w:top w:val="single" w:sz="4" w:space="0" w:color="000000"/>
              <w:left w:val="single" w:sz="4" w:space="0" w:color="000000"/>
              <w:bottom w:val="single" w:sz="4" w:space="0" w:color="000000"/>
              <w:right w:val="single" w:sz="4" w:space="0" w:color="000000"/>
            </w:tcBorders>
            <w:vAlign w:val="center"/>
          </w:tcPr>
          <w:p w14:paraId="6C38E159" w14:textId="77777777" w:rsidR="00325734" w:rsidRPr="00585726" w:rsidRDefault="00325734"/>
        </w:tc>
      </w:tr>
    </w:tbl>
    <w:p w14:paraId="32CED9FF" w14:textId="77777777" w:rsidR="00325734" w:rsidRPr="00585726" w:rsidRDefault="00025742">
      <w:r w:rsidRPr="00585726">
        <w:br w:type="page"/>
      </w:r>
    </w:p>
    <w:p w14:paraId="448DE09B" w14:textId="77777777" w:rsidR="00325734" w:rsidRPr="00585726" w:rsidRDefault="00025742">
      <w:r w:rsidRPr="00585726">
        <w:lastRenderedPageBreak/>
        <w:t>APPENDIX 3. CARD HANDOVER AND ACCEPTANCE ACT</w:t>
      </w:r>
    </w:p>
    <w:p w14:paraId="11EE7367" w14:textId="77777777" w:rsidR="00325734" w:rsidRPr="00585726" w:rsidRDefault="00025742">
      <w:r w:rsidRPr="00585726">
        <w:t>Under this act, the corporate card issued by the Bank is handed over to the Client’s representative.</w:t>
      </w:r>
    </w:p>
    <w:tbl>
      <w:tblPr>
        <w:tblW w:w="0" w:type="auto"/>
        <w:jc w:val="center"/>
        <w:tblLook w:val="04A0" w:firstRow="1" w:lastRow="0" w:firstColumn="1" w:lastColumn="0" w:noHBand="0" w:noVBand="1"/>
      </w:tblPr>
      <w:tblGrid>
        <w:gridCol w:w="3834"/>
        <w:gridCol w:w="5845"/>
      </w:tblGrid>
      <w:tr w:rsidR="00325734" w:rsidRPr="00585726" w14:paraId="5CEA0E5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3CDE8C6" w14:textId="77777777" w:rsidR="00325734" w:rsidRPr="00585726" w:rsidRDefault="00025742">
            <w:r w:rsidRPr="00585726">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0D67A9CE" w14:textId="77777777" w:rsidR="00325734" w:rsidRPr="00585726" w:rsidRDefault="00025742">
            <w:r w:rsidRPr="00585726">
              <w:t>______________________________________________</w:t>
            </w:r>
          </w:p>
        </w:tc>
      </w:tr>
      <w:tr w:rsidR="00325734" w:rsidRPr="00585726" w14:paraId="7B69BE6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A340209" w14:textId="77777777" w:rsidR="00325734" w:rsidRPr="00585726" w:rsidRDefault="00025742">
            <w:r w:rsidRPr="00585726">
              <w:t>Cardholder</w:t>
            </w:r>
          </w:p>
        </w:tc>
        <w:tc>
          <w:tcPr>
            <w:tcW w:w="5669" w:type="dxa"/>
            <w:tcBorders>
              <w:top w:val="single" w:sz="4" w:space="0" w:color="000000"/>
              <w:left w:val="single" w:sz="4" w:space="0" w:color="000000"/>
              <w:bottom w:val="single" w:sz="4" w:space="0" w:color="000000"/>
              <w:right w:val="single" w:sz="4" w:space="0" w:color="000000"/>
            </w:tcBorders>
            <w:vAlign w:val="center"/>
          </w:tcPr>
          <w:p w14:paraId="583EC71E" w14:textId="77777777" w:rsidR="00325734" w:rsidRPr="00585726" w:rsidRDefault="00025742">
            <w:r w:rsidRPr="00585726">
              <w:t>______________________________________________</w:t>
            </w:r>
          </w:p>
        </w:tc>
      </w:tr>
      <w:tr w:rsidR="00325734" w:rsidRPr="00585726" w14:paraId="2E155E3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2BAAD4B" w14:textId="77777777" w:rsidR="00325734" w:rsidRPr="00585726" w:rsidRDefault="00025742">
            <w:r w:rsidRPr="00585726">
              <w:t>Last 4 digits of the card number</w:t>
            </w:r>
          </w:p>
        </w:tc>
        <w:tc>
          <w:tcPr>
            <w:tcW w:w="5669" w:type="dxa"/>
            <w:tcBorders>
              <w:top w:val="single" w:sz="4" w:space="0" w:color="000000"/>
              <w:left w:val="single" w:sz="4" w:space="0" w:color="000000"/>
              <w:bottom w:val="single" w:sz="4" w:space="0" w:color="000000"/>
              <w:right w:val="single" w:sz="4" w:space="0" w:color="000000"/>
            </w:tcBorders>
            <w:vAlign w:val="center"/>
          </w:tcPr>
          <w:p w14:paraId="6E96E67E" w14:textId="77777777" w:rsidR="00325734" w:rsidRPr="00585726" w:rsidRDefault="00025742">
            <w:r w:rsidRPr="00585726">
              <w:t>____</w:t>
            </w:r>
          </w:p>
        </w:tc>
      </w:tr>
      <w:tr w:rsidR="00325734" w:rsidRPr="00585726" w14:paraId="4E084F3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4CC5A4C" w14:textId="77777777" w:rsidR="00325734" w:rsidRPr="00585726" w:rsidRDefault="00025742">
            <w:r w:rsidRPr="00585726">
              <w:t>Date of handover</w:t>
            </w:r>
          </w:p>
        </w:tc>
        <w:tc>
          <w:tcPr>
            <w:tcW w:w="5669" w:type="dxa"/>
            <w:tcBorders>
              <w:top w:val="single" w:sz="4" w:space="0" w:color="000000"/>
              <w:left w:val="single" w:sz="4" w:space="0" w:color="000000"/>
              <w:bottom w:val="single" w:sz="4" w:space="0" w:color="000000"/>
              <w:right w:val="single" w:sz="4" w:space="0" w:color="000000"/>
            </w:tcBorders>
            <w:vAlign w:val="center"/>
          </w:tcPr>
          <w:p w14:paraId="2EB0C1D2" w14:textId="77777777" w:rsidR="00325734" w:rsidRPr="00585726" w:rsidRDefault="00025742">
            <w:r w:rsidRPr="00585726">
              <w:t>____ / ____ / ______</w:t>
            </w:r>
          </w:p>
        </w:tc>
      </w:tr>
      <w:tr w:rsidR="00325734" w:rsidRPr="00585726" w14:paraId="1A5EB8D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FD38DC1" w14:textId="77777777" w:rsidR="00325734" w:rsidRPr="00585726" w:rsidRDefault="00025742">
            <w:r w:rsidRPr="00585726">
              <w:t>Card status</w:t>
            </w:r>
          </w:p>
        </w:tc>
        <w:tc>
          <w:tcPr>
            <w:tcW w:w="5669" w:type="dxa"/>
            <w:tcBorders>
              <w:top w:val="single" w:sz="4" w:space="0" w:color="000000"/>
              <w:left w:val="single" w:sz="4" w:space="0" w:color="000000"/>
              <w:bottom w:val="single" w:sz="4" w:space="0" w:color="000000"/>
              <w:right w:val="single" w:sz="4" w:space="0" w:color="000000"/>
            </w:tcBorders>
            <w:vAlign w:val="center"/>
          </w:tcPr>
          <w:p w14:paraId="61F1F55C" w14:textId="77777777" w:rsidR="00325734" w:rsidRPr="00585726" w:rsidRDefault="00025742">
            <w:r w:rsidRPr="00585726">
              <w:t>Active / inactive / PIN not set</w:t>
            </w:r>
          </w:p>
        </w:tc>
      </w:tr>
      <w:tr w:rsidR="00325734" w:rsidRPr="00585726" w14:paraId="5C8DF0A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EE6EC73" w14:textId="77777777" w:rsidR="00325734" w:rsidRPr="00585726" w:rsidRDefault="00025742">
            <w:r w:rsidRPr="00585726">
              <w:t>Note</w:t>
            </w:r>
          </w:p>
        </w:tc>
        <w:tc>
          <w:tcPr>
            <w:tcW w:w="5669" w:type="dxa"/>
            <w:tcBorders>
              <w:top w:val="single" w:sz="4" w:space="0" w:color="000000"/>
              <w:left w:val="single" w:sz="4" w:space="0" w:color="000000"/>
              <w:bottom w:val="single" w:sz="4" w:space="0" w:color="000000"/>
              <w:right w:val="single" w:sz="4" w:space="0" w:color="000000"/>
            </w:tcBorders>
            <w:vAlign w:val="center"/>
          </w:tcPr>
          <w:p w14:paraId="3C09BC6A" w14:textId="77777777" w:rsidR="00325734" w:rsidRPr="00585726" w:rsidRDefault="00025742">
            <w:r w:rsidRPr="00585726">
              <w:t>______________________________________________</w:t>
            </w:r>
          </w:p>
        </w:tc>
      </w:tr>
    </w:tbl>
    <w:p w14:paraId="4C56B8DF" w14:textId="77777777" w:rsidR="00325734" w:rsidRPr="00585726" w:rsidRDefault="00025742">
      <w:r w:rsidRPr="00585726">
        <w:t>The Client’s representative confirms receipt of the card, the security instructions and the tariff information.</w:t>
      </w:r>
    </w:p>
    <w:p w14:paraId="35FF1A4E"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423E74F7"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16A0ED44" w14:textId="77777777" w:rsidR="00325734" w:rsidRPr="00585726" w:rsidRDefault="00025742">
            <w:pPr>
              <w:jc w:val="center"/>
            </w:pPr>
            <w:r w:rsidRPr="00585726">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36BB15C2" w14:textId="77777777" w:rsidR="00325734" w:rsidRPr="00585726" w:rsidRDefault="00025742">
            <w:pPr>
              <w:jc w:val="center"/>
            </w:pPr>
            <w:r w:rsidRPr="00585726">
              <w:t>Bank</w:t>
            </w:r>
          </w:p>
        </w:tc>
      </w:tr>
      <w:tr w:rsidR="00325734" w:rsidRPr="00585726" w14:paraId="6D473C0A"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7119F820" w14:textId="77777777" w:rsidR="00325734" w:rsidRPr="00585726" w:rsidRDefault="00025742">
            <w:r w:rsidRPr="00585726">
              <w:t>Full name: ______________________</w:t>
            </w:r>
          </w:p>
          <w:p w14:paraId="0C50E002" w14:textId="77777777" w:rsidR="00827269" w:rsidRPr="00585726" w:rsidRDefault="00CE172F">
            <w:r w:rsidRPr="00585726">
              <w:t>Position: ___________________</w:t>
            </w:r>
          </w:p>
          <w:p w14:paraId="15AE7449" w14:textId="77777777" w:rsidR="00827269" w:rsidRPr="00585726" w:rsidRDefault="00CE172F">
            <w:r w:rsidRPr="00585726">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0AFD9E7" w14:textId="77777777" w:rsidR="00325734" w:rsidRPr="00585726" w:rsidRDefault="00025742">
            <w:r w:rsidRPr="00585726">
              <w:t>Full name: ______________________</w:t>
            </w:r>
          </w:p>
          <w:p w14:paraId="55475466" w14:textId="77777777" w:rsidR="00827269" w:rsidRPr="00585726" w:rsidRDefault="00CE172F">
            <w:r w:rsidRPr="00585726">
              <w:t>Position: ___________________</w:t>
            </w:r>
          </w:p>
          <w:p w14:paraId="2C7DB2F5" w14:textId="77777777" w:rsidR="00827269" w:rsidRPr="00585726" w:rsidRDefault="00CE172F">
            <w:r w:rsidRPr="00585726">
              <w:t>Signature: _______________________</w:t>
            </w:r>
          </w:p>
        </w:tc>
      </w:tr>
    </w:tbl>
    <w:p w14:paraId="60D74012" w14:textId="77777777" w:rsidR="00325734" w:rsidRPr="00585726" w:rsidRDefault="00025742">
      <w:r w:rsidRPr="00585726">
        <w:br w:type="page"/>
      </w:r>
    </w:p>
    <w:p w14:paraId="3CC1D6DE" w14:textId="77777777" w:rsidR="00325734" w:rsidRPr="00585726" w:rsidRDefault="00025742">
      <w:r w:rsidRPr="00585726">
        <w:lastRenderedPageBreak/>
        <w:t>APPENDIX 4. CORPORATE CARD TARIFF FORM</w:t>
      </w:r>
    </w:p>
    <w:tbl>
      <w:tblPr>
        <w:tblW w:w="0" w:type="auto"/>
        <w:jc w:val="center"/>
        <w:tblLook w:val="04A0" w:firstRow="1" w:lastRow="0" w:firstColumn="1" w:lastColumn="0" w:noHBand="0" w:noVBand="1"/>
      </w:tblPr>
      <w:tblGrid>
        <w:gridCol w:w="2367"/>
        <w:gridCol w:w="2367"/>
        <w:gridCol w:w="2367"/>
        <w:gridCol w:w="2367"/>
      </w:tblGrid>
      <w:tr w:rsidR="00325734" w:rsidRPr="00585726" w14:paraId="7FFE6798" w14:textId="77777777">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35CE4CD" w14:textId="77777777" w:rsidR="00325734" w:rsidRPr="00585726" w:rsidRDefault="00025742">
            <w:pPr>
              <w:jc w:val="center"/>
            </w:pPr>
            <w:r w:rsidRPr="00585726">
              <w:t>Service type</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DC28ABA" w14:textId="77777777" w:rsidR="00325734" w:rsidRPr="00585726" w:rsidRDefault="00025742">
            <w:pPr>
              <w:jc w:val="center"/>
            </w:pPr>
            <w:r w:rsidRPr="00585726">
              <w:t>Tariff amount</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B50DDF5" w14:textId="77777777" w:rsidR="00325734" w:rsidRPr="00585726" w:rsidRDefault="00025742">
            <w:pPr>
              <w:jc w:val="center"/>
            </w:pPr>
            <w:r w:rsidRPr="00585726">
              <w:t>Charging procedure</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85FD86C" w14:textId="77777777" w:rsidR="00325734" w:rsidRPr="00585726" w:rsidRDefault="00025742">
            <w:pPr>
              <w:jc w:val="center"/>
            </w:pPr>
            <w:r w:rsidRPr="00585726">
              <w:t>Note</w:t>
            </w:r>
          </w:p>
        </w:tc>
      </w:tr>
      <w:tr w:rsidR="00325734" w:rsidRPr="00585726" w14:paraId="2F7AEB8E"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5DD9338B" w14:textId="77777777" w:rsidR="00325734" w:rsidRPr="00585726" w:rsidRDefault="00025742">
            <w:r w:rsidRPr="00585726">
              <w:t>Card issuance</w:t>
            </w:r>
          </w:p>
        </w:tc>
        <w:tc>
          <w:tcPr>
            <w:tcW w:w="2367" w:type="dxa"/>
            <w:tcBorders>
              <w:top w:val="single" w:sz="4" w:space="0" w:color="000000"/>
              <w:left w:val="single" w:sz="4" w:space="0" w:color="000000"/>
              <w:bottom w:val="single" w:sz="4" w:space="0" w:color="000000"/>
              <w:right w:val="single" w:sz="4" w:space="0" w:color="000000"/>
            </w:tcBorders>
            <w:vAlign w:val="center"/>
          </w:tcPr>
          <w:p w14:paraId="709B491D"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1050D3C6" w14:textId="77777777" w:rsidR="00325734" w:rsidRPr="00585726" w:rsidRDefault="00025742">
            <w:r w:rsidRPr="00585726">
              <w:t>One-time</w:t>
            </w:r>
          </w:p>
        </w:tc>
        <w:tc>
          <w:tcPr>
            <w:tcW w:w="2367" w:type="dxa"/>
            <w:tcBorders>
              <w:top w:val="single" w:sz="4" w:space="0" w:color="000000"/>
              <w:left w:val="single" w:sz="4" w:space="0" w:color="000000"/>
              <w:bottom w:val="single" w:sz="4" w:space="0" w:color="000000"/>
              <w:right w:val="single" w:sz="4" w:space="0" w:color="000000"/>
            </w:tcBorders>
            <w:vAlign w:val="center"/>
          </w:tcPr>
          <w:p w14:paraId="07D91EB0" w14:textId="77777777" w:rsidR="00325734" w:rsidRPr="00585726" w:rsidRDefault="00325734"/>
        </w:tc>
      </w:tr>
      <w:tr w:rsidR="00325734" w:rsidRPr="00585726" w14:paraId="3F845A99"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19AB611C" w14:textId="77777777" w:rsidR="00325734" w:rsidRPr="00585726" w:rsidRDefault="00025742">
            <w:r w:rsidRPr="00585726">
              <w:t>Reissuance</w:t>
            </w:r>
          </w:p>
        </w:tc>
        <w:tc>
          <w:tcPr>
            <w:tcW w:w="2367" w:type="dxa"/>
            <w:tcBorders>
              <w:top w:val="single" w:sz="4" w:space="0" w:color="000000"/>
              <w:left w:val="single" w:sz="4" w:space="0" w:color="000000"/>
              <w:bottom w:val="single" w:sz="4" w:space="0" w:color="000000"/>
              <w:right w:val="single" w:sz="4" w:space="0" w:color="000000"/>
            </w:tcBorders>
            <w:vAlign w:val="center"/>
          </w:tcPr>
          <w:p w14:paraId="5EB91D53"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7EA6F528" w14:textId="77777777" w:rsidR="00325734" w:rsidRPr="00585726" w:rsidRDefault="00025742">
            <w:r w:rsidRPr="00585726">
              <w:t>One-time</w:t>
            </w:r>
          </w:p>
        </w:tc>
        <w:tc>
          <w:tcPr>
            <w:tcW w:w="2367" w:type="dxa"/>
            <w:tcBorders>
              <w:top w:val="single" w:sz="4" w:space="0" w:color="000000"/>
              <w:left w:val="single" w:sz="4" w:space="0" w:color="000000"/>
              <w:bottom w:val="single" w:sz="4" w:space="0" w:color="000000"/>
              <w:right w:val="single" w:sz="4" w:space="0" w:color="000000"/>
            </w:tcBorders>
            <w:vAlign w:val="center"/>
          </w:tcPr>
          <w:p w14:paraId="6617F0F8" w14:textId="77777777" w:rsidR="00325734" w:rsidRPr="00585726" w:rsidRDefault="00325734"/>
        </w:tc>
      </w:tr>
      <w:tr w:rsidR="00325734" w:rsidRPr="00585726" w14:paraId="2A7468FE"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539466C3" w14:textId="77777777" w:rsidR="00325734" w:rsidRPr="00585726" w:rsidRDefault="00025742">
            <w:r w:rsidRPr="00585726">
              <w:t>Annual service fee</w:t>
            </w:r>
          </w:p>
        </w:tc>
        <w:tc>
          <w:tcPr>
            <w:tcW w:w="2367" w:type="dxa"/>
            <w:tcBorders>
              <w:top w:val="single" w:sz="4" w:space="0" w:color="000000"/>
              <w:left w:val="single" w:sz="4" w:space="0" w:color="000000"/>
              <w:bottom w:val="single" w:sz="4" w:space="0" w:color="000000"/>
              <w:right w:val="single" w:sz="4" w:space="0" w:color="000000"/>
            </w:tcBorders>
            <w:vAlign w:val="center"/>
          </w:tcPr>
          <w:p w14:paraId="7F37361B"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04239FE6" w14:textId="77777777" w:rsidR="00325734" w:rsidRPr="00585726" w:rsidRDefault="00025742">
            <w:r w:rsidRPr="00585726">
              <w:t>Annual / monthly</w:t>
            </w:r>
          </w:p>
        </w:tc>
        <w:tc>
          <w:tcPr>
            <w:tcW w:w="2367" w:type="dxa"/>
            <w:tcBorders>
              <w:top w:val="single" w:sz="4" w:space="0" w:color="000000"/>
              <w:left w:val="single" w:sz="4" w:space="0" w:color="000000"/>
              <w:bottom w:val="single" w:sz="4" w:space="0" w:color="000000"/>
              <w:right w:val="single" w:sz="4" w:space="0" w:color="000000"/>
            </w:tcBorders>
            <w:vAlign w:val="center"/>
          </w:tcPr>
          <w:p w14:paraId="65B9F838" w14:textId="77777777" w:rsidR="00325734" w:rsidRPr="00585726" w:rsidRDefault="00325734"/>
        </w:tc>
      </w:tr>
      <w:tr w:rsidR="00325734" w:rsidRPr="00585726" w14:paraId="198FDC09"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EEC9A49" w14:textId="77777777" w:rsidR="00325734" w:rsidRPr="00585726" w:rsidRDefault="00025742">
            <w:r w:rsidRPr="00585726">
              <w:t>Cash withdrawal</w:t>
            </w:r>
          </w:p>
        </w:tc>
        <w:tc>
          <w:tcPr>
            <w:tcW w:w="2367" w:type="dxa"/>
            <w:tcBorders>
              <w:top w:val="single" w:sz="4" w:space="0" w:color="000000"/>
              <w:left w:val="single" w:sz="4" w:space="0" w:color="000000"/>
              <w:bottom w:val="single" w:sz="4" w:space="0" w:color="000000"/>
              <w:right w:val="single" w:sz="4" w:space="0" w:color="000000"/>
            </w:tcBorders>
            <w:vAlign w:val="center"/>
          </w:tcPr>
          <w:p w14:paraId="65E7BD55"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0657456B" w14:textId="77777777" w:rsidR="00325734" w:rsidRPr="00585726" w:rsidRDefault="00025742">
            <w:r w:rsidRPr="00585726">
              <w:t>Per transaction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5D0EBDAF" w14:textId="77777777" w:rsidR="00325734" w:rsidRPr="00585726" w:rsidRDefault="00325734"/>
        </w:tc>
      </w:tr>
      <w:tr w:rsidR="00325734" w:rsidRPr="00585726" w14:paraId="686F4565"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3EF9099B" w14:textId="77777777" w:rsidR="00325734" w:rsidRPr="00585726" w:rsidRDefault="00025742">
            <w:r w:rsidRPr="00585726">
              <w:t>Currency conversion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72F24BF5"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5458EF3D" w14:textId="77777777" w:rsidR="00325734" w:rsidRPr="00585726" w:rsidRDefault="00025742">
            <w:r w:rsidRPr="00585726">
              <w:t>Applicable rate / commission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72DECD1A" w14:textId="77777777" w:rsidR="00325734" w:rsidRPr="00585726" w:rsidRDefault="00325734"/>
        </w:tc>
      </w:tr>
      <w:tr w:rsidR="00325734" w:rsidRPr="00585726" w14:paraId="0F7017F4" w14:textId="77777777">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0FC623B6" w14:textId="77777777" w:rsidR="00325734" w:rsidRPr="00585726" w:rsidRDefault="00025742">
            <w:r w:rsidRPr="00585726">
              <w:t>Review of unauthorized transaction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3F54C5CC" w14:textId="77777777" w:rsidR="00325734" w:rsidRPr="00585726" w:rsidRDefault="00325734"/>
        </w:tc>
        <w:tc>
          <w:tcPr>
            <w:tcW w:w="2367" w:type="dxa"/>
            <w:tcBorders>
              <w:top w:val="single" w:sz="4" w:space="0" w:color="000000"/>
              <w:left w:val="single" w:sz="4" w:space="0" w:color="000000"/>
              <w:bottom w:val="single" w:sz="4" w:space="0" w:color="000000"/>
              <w:right w:val="single" w:sz="4" w:space="0" w:color="000000"/>
            </w:tcBorders>
            <w:vAlign w:val="center"/>
          </w:tcPr>
          <w:p w14:paraId="3235044B" w14:textId="77777777" w:rsidR="00325734" w:rsidRPr="00585726" w:rsidRDefault="00025742">
            <w:r w:rsidRPr="00585726">
              <w:t>Based on application</w:t>
            </w:r>
          </w:p>
        </w:tc>
        <w:tc>
          <w:tcPr>
            <w:tcW w:w="2367" w:type="dxa"/>
            <w:tcBorders>
              <w:top w:val="single" w:sz="4" w:space="0" w:color="000000"/>
              <w:left w:val="single" w:sz="4" w:space="0" w:color="000000"/>
              <w:bottom w:val="single" w:sz="4" w:space="0" w:color="000000"/>
              <w:right w:val="single" w:sz="4" w:space="0" w:color="000000"/>
            </w:tcBorders>
            <w:vAlign w:val="center"/>
          </w:tcPr>
          <w:p w14:paraId="36F27B47" w14:textId="77777777" w:rsidR="00325734" w:rsidRPr="00585726" w:rsidRDefault="00325734"/>
        </w:tc>
      </w:tr>
    </w:tbl>
    <w:p w14:paraId="5A53B837" w14:textId="77777777" w:rsidR="00325734" w:rsidRPr="00585726" w:rsidRDefault="00025742" w:rsidP="00455F76">
      <w:pPr>
        <w:ind w:firstLine="567"/>
        <w:jc w:val="both"/>
      </w:pPr>
      <w:r w:rsidRPr="00585726">
        <w:t>This appendix shall be completed on the basis of the Bank’s current Tariffs and applied in accordance with the Tariffs approved by the Bank’s Management Board.</w:t>
      </w:r>
    </w:p>
    <w:p w14:paraId="58CF083F" w14:textId="77777777" w:rsidR="001768B3" w:rsidRPr="00585726" w:rsidRDefault="001768B3"/>
    <w:p w14:paraId="197C32CE" w14:textId="77777777" w:rsidR="00325734" w:rsidRPr="00585726" w:rsidRDefault="00025742">
      <w:pPr>
        <w:rPr>
          <w:b/>
          <w:bCs/>
        </w:rPr>
      </w:pPr>
      <w:r w:rsidRPr="00585726">
        <w:t>APPENDIX 5. MEMO ON SAFE USE OF THE CORPORATE CARD</w:t>
      </w:r>
    </w:p>
    <w:p w14:paraId="4CB5BB1D" w14:textId="77777777" w:rsidR="004F0D14" w:rsidRPr="00585726" w:rsidRDefault="004F0D14" w:rsidP="004F0D14">
      <w:pPr>
        <w:ind w:firstLine="567"/>
        <w:jc w:val="both"/>
      </w:pPr>
    </w:p>
    <w:p w14:paraId="72D81CCD" w14:textId="77777777" w:rsidR="00325734" w:rsidRPr="00585726" w:rsidRDefault="00025742" w:rsidP="004F0D14">
      <w:pPr>
        <w:ind w:firstLine="567"/>
        <w:jc w:val="both"/>
      </w:pPr>
      <w:r w:rsidRPr="00585726">
        <w:t>1. The PIN code, CVV/CVC, SMS codes and other confirmation means shall not be disclosed to third parties.</w:t>
      </w:r>
    </w:p>
    <w:p w14:paraId="67D5D96F" w14:textId="77777777" w:rsidR="00325734" w:rsidRPr="00585726" w:rsidRDefault="00025742" w:rsidP="004F0D14">
      <w:pPr>
        <w:ind w:firstLine="567"/>
        <w:jc w:val="both"/>
      </w:pPr>
      <w:r w:rsidRPr="00585726">
        <w:t>2. In the event of loss, theft of the card or disclosure of its details, the Bank shall be notified immediately and card blocking shall be requested.</w:t>
      </w:r>
    </w:p>
    <w:p w14:paraId="120365FF" w14:textId="77777777" w:rsidR="00325734" w:rsidRPr="00585726" w:rsidRDefault="00025742" w:rsidP="004F0D14">
      <w:pPr>
        <w:ind w:firstLine="567"/>
        <w:jc w:val="both"/>
      </w:pPr>
      <w:r w:rsidRPr="00585726">
        <w:t>3. The Card shall be used only within the official duties and operating limits established by the Client.</w:t>
      </w:r>
    </w:p>
    <w:p w14:paraId="276CA5FB" w14:textId="77777777" w:rsidR="00325734" w:rsidRPr="00585726" w:rsidRDefault="00025742" w:rsidP="004F0D14">
      <w:pPr>
        <w:ind w:firstLine="567"/>
        <w:jc w:val="both"/>
      </w:pPr>
      <w:r w:rsidRPr="00585726">
        <w:t>4. Internet payments shall be carried out only on reliable platforms and in cases permitted by the Bank.</w:t>
      </w:r>
    </w:p>
    <w:p w14:paraId="0E284675" w14:textId="77777777" w:rsidR="00325734" w:rsidRPr="00585726" w:rsidRDefault="00025742" w:rsidP="004F0D14">
      <w:pPr>
        <w:ind w:firstLine="567"/>
        <w:jc w:val="both"/>
      </w:pPr>
      <w:r w:rsidRPr="00585726">
        <w:t>5. A request regarding unauthorized transactions shall be submitted as quickly as possible, usually without delay from the date of discovery.</w:t>
      </w:r>
    </w:p>
    <w:p w14:paraId="3A23B9CA" w14:textId="77777777" w:rsidR="00325734" w:rsidRPr="00585726" w:rsidRDefault="00025742">
      <w:r w:rsidRPr="00585726">
        <w:br w:type="page"/>
      </w:r>
    </w:p>
    <w:p w14:paraId="079B5892" w14:textId="77777777" w:rsidR="00325734" w:rsidRPr="00585726" w:rsidRDefault="00025742">
      <w:r w:rsidRPr="00585726">
        <w:lastRenderedPageBreak/>
        <w:t>APPENDIX 6. REQUEST FORM FOR UNAUTHORIZED TRANSACTION OR CARD LOSS</w:t>
      </w:r>
    </w:p>
    <w:tbl>
      <w:tblPr>
        <w:tblW w:w="0" w:type="auto"/>
        <w:jc w:val="center"/>
        <w:tblLook w:val="04A0" w:firstRow="1" w:lastRow="0" w:firstColumn="1" w:lastColumn="0" w:noHBand="0" w:noVBand="1"/>
      </w:tblPr>
      <w:tblGrid>
        <w:gridCol w:w="3834"/>
        <w:gridCol w:w="5845"/>
      </w:tblGrid>
      <w:tr w:rsidR="00325734" w:rsidRPr="00585726" w14:paraId="2C47948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DA198E0" w14:textId="77777777" w:rsidR="00325734" w:rsidRPr="00585726" w:rsidRDefault="00025742">
            <w:r w:rsidRPr="00585726">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6B72C049" w14:textId="77777777" w:rsidR="00325734" w:rsidRPr="00585726" w:rsidRDefault="00025742">
            <w:r w:rsidRPr="00585726">
              <w:t>______________________________________________</w:t>
            </w:r>
          </w:p>
        </w:tc>
      </w:tr>
      <w:tr w:rsidR="00325734" w:rsidRPr="00585726" w14:paraId="204FD4D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11AAB94" w14:textId="77777777" w:rsidR="00325734" w:rsidRPr="00585726" w:rsidRDefault="00025742">
            <w:r w:rsidRPr="00585726">
              <w:t>Cardholder</w:t>
            </w:r>
          </w:p>
        </w:tc>
        <w:tc>
          <w:tcPr>
            <w:tcW w:w="5669" w:type="dxa"/>
            <w:tcBorders>
              <w:top w:val="single" w:sz="4" w:space="0" w:color="000000"/>
              <w:left w:val="single" w:sz="4" w:space="0" w:color="000000"/>
              <w:bottom w:val="single" w:sz="4" w:space="0" w:color="000000"/>
              <w:right w:val="single" w:sz="4" w:space="0" w:color="000000"/>
            </w:tcBorders>
            <w:vAlign w:val="center"/>
          </w:tcPr>
          <w:p w14:paraId="07353C1D" w14:textId="77777777" w:rsidR="00325734" w:rsidRPr="00585726" w:rsidRDefault="00025742">
            <w:r w:rsidRPr="00585726">
              <w:t>______________________________________________</w:t>
            </w:r>
          </w:p>
        </w:tc>
      </w:tr>
      <w:tr w:rsidR="00325734" w:rsidRPr="00585726" w14:paraId="7C72A32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1A60232" w14:textId="77777777" w:rsidR="00325734" w:rsidRPr="00585726" w:rsidRDefault="00025742">
            <w:r w:rsidRPr="00585726">
              <w:t>Last 4 digits of the card number</w:t>
            </w:r>
          </w:p>
        </w:tc>
        <w:tc>
          <w:tcPr>
            <w:tcW w:w="5669" w:type="dxa"/>
            <w:tcBorders>
              <w:top w:val="single" w:sz="4" w:space="0" w:color="000000"/>
              <w:left w:val="single" w:sz="4" w:space="0" w:color="000000"/>
              <w:bottom w:val="single" w:sz="4" w:space="0" w:color="000000"/>
              <w:right w:val="single" w:sz="4" w:space="0" w:color="000000"/>
            </w:tcBorders>
            <w:vAlign w:val="center"/>
          </w:tcPr>
          <w:p w14:paraId="48AEFED2" w14:textId="77777777" w:rsidR="00325734" w:rsidRPr="00585726" w:rsidRDefault="00025742">
            <w:r w:rsidRPr="00585726">
              <w:t>____</w:t>
            </w:r>
          </w:p>
        </w:tc>
      </w:tr>
      <w:tr w:rsidR="00325734" w:rsidRPr="00585726" w14:paraId="1F4BE9ED"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4E988A6" w14:textId="77777777" w:rsidR="00325734" w:rsidRPr="00585726" w:rsidRDefault="00025742">
            <w:r w:rsidRPr="00585726">
              <w:t>Date and time of the event</w:t>
            </w:r>
          </w:p>
        </w:tc>
        <w:tc>
          <w:tcPr>
            <w:tcW w:w="5669" w:type="dxa"/>
            <w:tcBorders>
              <w:top w:val="single" w:sz="4" w:space="0" w:color="000000"/>
              <w:left w:val="single" w:sz="4" w:space="0" w:color="000000"/>
              <w:bottom w:val="single" w:sz="4" w:space="0" w:color="000000"/>
              <w:right w:val="single" w:sz="4" w:space="0" w:color="000000"/>
            </w:tcBorders>
            <w:vAlign w:val="center"/>
          </w:tcPr>
          <w:p w14:paraId="1E2C29CA" w14:textId="77777777" w:rsidR="00325734" w:rsidRPr="00585726" w:rsidRDefault="00025742">
            <w:r w:rsidRPr="00585726">
              <w:t>______________________________________________</w:t>
            </w:r>
          </w:p>
        </w:tc>
      </w:tr>
      <w:tr w:rsidR="00325734" w:rsidRPr="00585726" w14:paraId="774EE18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E59DDC6" w14:textId="77777777" w:rsidR="00325734" w:rsidRPr="00585726" w:rsidRDefault="00025742">
            <w:r w:rsidRPr="00585726">
              <w:t>Type of event</w:t>
            </w:r>
          </w:p>
        </w:tc>
        <w:tc>
          <w:tcPr>
            <w:tcW w:w="5669" w:type="dxa"/>
            <w:tcBorders>
              <w:top w:val="single" w:sz="4" w:space="0" w:color="000000"/>
              <w:left w:val="single" w:sz="4" w:space="0" w:color="000000"/>
              <w:bottom w:val="single" w:sz="4" w:space="0" w:color="000000"/>
              <w:right w:val="single" w:sz="4" w:space="0" w:color="000000"/>
            </w:tcBorders>
            <w:vAlign w:val="center"/>
          </w:tcPr>
          <w:p w14:paraId="189DC302" w14:textId="77777777" w:rsidR="00325734" w:rsidRPr="00585726" w:rsidRDefault="00025742">
            <w:r w:rsidRPr="00585726">
              <w:t>Lost / stolen / unauthorized transaction / other</w:t>
            </w:r>
          </w:p>
        </w:tc>
      </w:tr>
      <w:tr w:rsidR="00325734" w:rsidRPr="00585726" w14:paraId="59D74B9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82F65B8" w14:textId="77777777" w:rsidR="00325734" w:rsidRPr="00585726" w:rsidRDefault="00025742">
            <w:r w:rsidRPr="00585726">
              <w:t>Description of the event</w:t>
            </w:r>
          </w:p>
        </w:tc>
        <w:tc>
          <w:tcPr>
            <w:tcW w:w="5669" w:type="dxa"/>
            <w:tcBorders>
              <w:top w:val="single" w:sz="4" w:space="0" w:color="000000"/>
              <w:left w:val="single" w:sz="4" w:space="0" w:color="000000"/>
              <w:bottom w:val="single" w:sz="4" w:space="0" w:color="000000"/>
              <w:right w:val="single" w:sz="4" w:space="0" w:color="000000"/>
            </w:tcBorders>
            <w:vAlign w:val="center"/>
          </w:tcPr>
          <w:p w14:paraId="3D5DFD9D" w14:textId="77777777" w:rsidR="00325734" w:rsidRPr="00585726" w:rsidRDefault="00025742">
            <w:r w:rsidRPr="00585726">
              <w:t>______________________________________________</w:t>
            </w:r>
          </w:p>
        </w:tc>
      </w:tr>
      <w:tr w:rsidR="00325734" w:rsidRPr="00585726" w14:paraId="7893E1A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37C0513" w14:textId="77777777" w:rsidR="00325734" w:rsidRPr="00585726" w:rsidRDefault="00025742">
            <w:r w:rsidRPr="00585726">
              <w:t>Request to the Bank</w:t>
            </w:r>
          </w:p>
        </w:tc>
        <w:tc>
          <w:tcPr>
            <w:tcW w:w="5669" w:type="dxa"/>
            <w:tcBorders>
              <w:top w:val="single" w:sz="4" w:space="0" w:color="000000"/>
              <w:left w:val="single" w:sz="4" w:space="0" w:color="000000"/>
              <w:bottom w:val="single" w:sz="4" w:space="0" w:color="000000"/>
              <w:right w:val="single" w:sz="4" w:space="0" w:color="000000"/>
            </w:tcBorders>
            <w:vAlign w:val="center"/>
          </w:tcPr>
          <w:p w14:paraId="37DB713C" w14:textId="77777777" w:rsidR="00325734" w:rsidRPr="00585726" w:rsidRDefault="00025742">
            <w:r w:rsidRPr="00585726">
              <w:t>Blocking / reissuance / review / other</w:t>
            </w:r>
          </w:p>
        </w:tc>
      </w:tr>
    </w:tbl>
    <w:p w14:paraId="5C44180F" w14:textId="77777777" w:rsidR="00325734" w:rsidRPr="00585726" w:rsidRDefault="00325734"/>
    <w:tbl>
      <w:tblPr>
        <w:tblW w:w="0" w:type="auto"/>
        <w:tblLook w:val="04A0" w:firstRow="1" w:lastRow="0" w:firstColumn="1" w:lastColumn="0" w:noHBand="0" w:noVBand="1"/>
      </w:tblPr>
      <w:tblGrid>
        <w:gridCol w:w="4734"/>
        <w:gridCol w:w="4734"/>
      </w:tblGrid>
      <w:tr w:rsidR="00325734" w:rsidRPr="00585726" w14:paraId="135AB9CC"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B5BDC61" w14:textId="77777777" w:rsidR="00325734" w:rsidRPr="00585726" w:rsidRDefault="00025742">
            <w:pPr>
              <w:jc w:val="center"/>
            </w:pPr>
            <w:r w:rsidRPr="00585726">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4E22426A" w14:textId="77777777" w:rsidR="00325734" w:rsidRPr="00585726" w:rsidRDefault="00025742">
            <w:pPr>
              <w:jc w:val="center"/>
            </w:pPr>
            <w:r w:rsidRPr="00585726">
              <w:t>Bank</w:t>
            </w:r>
          </w:p>
        </w:tc>
      </w:tr>
      <w:tr w:rsidR="00325734" w:rsidRPr="00585726" w14:paraId="58F7AC3E"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1A96800F" w14:textId="77777777" w:rsidR="00325734" w:rsidRPr="00585726" w:rsidRDefault="00025742">
            <w:r w:rsidRPr="00585726">
              <w:t>Full name: ______________________</w:t>
            </w:r>
          </w:p>
          <w:p w14:paraId="1ABB74BA" w14:textId="77777777" w:rsidR="00827269" w:rsidRPr="00585726" w:rsidRDefault="00CE172F">
            <w:r w:rsidRPr="00585726">
              <w:t>Position: ___________________</w:t>
            </w:r>
          </w:p>
          <w:p w14:paraId="2479BCAB" w14:textId="77777777" w:rsidR="00827269" w:rsidRPr="00585726" w:rsidRDefault="00CE172F">
            <w:r w:rsidRPr="00585726">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D47AF54" w14:textId="77777777" w:rsidR="00325734" w:rsidRPr="00585726" w:rsidRDefault="00025742">
            <w:r w:rsidRPr="00585726">
              <w:t>Full name: ______________________</w:t>
            </w:r>
          </w:p>
          <w:p w14:paraId="721E2718" w14:textId="77777777" w:rsidR="00827269" w:rsidRPr="00585726" w:rsidRDefault="00CE172F">
            <w:r w:rsidRPr="00585726">
              <w:t>Position: ___________________</w:t>
            </w:r>
          </w:p>
          <w:p w14:paraId="09CEAE0C" w14:textId="77777777" w:rsidR="00827269" w:rsidRPr="00585726" w:rsidRDefault="00CE172F">
            <w:r w:rsidRPr="00585726">
              <w:t>Signature: _______________________</w:t>
            </w:r>
          </w:p>
        </w:tc>
      </w:tr>
    </w:tbl>
    <w:p w14:paraId="3097B4F8" w14:textId="77777777" w:rsidR="00025742" w:rsidRPr="00585726" w:rsidRDefault="00025742">
      <w:pPr>
        <w:rPr>
          <w:lang w:val="uz-Cyrl-UZ"/>
        </w:rPr>
      </w:pPr>
    </w:p>
    <w:p w14:paraId="7DC331BE" w14:textId="77777777" w:rsidR="00585726" w:rsidRPr="00585726" w:rsidRDefault="00585726">
      <w:pPr>
        <w:rPr>
          <w:lang w:val="uz-Cyrl-UZ"/>
        </w:rPr>
      </w:pPr>
    </w:p>
    <w:p w14:paraId="08FE173C" w14:textId="77777777" w:rsidR="00585726" w:rsidRPr="00585726" w:rsidRDefault="00585726">
      <w:pPr>
        <w:rPr>
          <w:lang w:val="uz-Cyrl-UZ"/>
        </w:rPr>
      </w:pPr>
    </w:p>
    <w:p w14:paraId="77836493" w14:textId="77777777" w:rsidR="00585726" w:rsidRPr="00585726" w:rsidRDefault="00585726">
      <w:pPr>
        <w:rPr>
          <w:lang w:val="uz-Cyrl-UZ"/>
        </w:rPr>
      </w:pPr>
    </w:p>
    <w:p w14:paraId="1DC27106" w14:textId="77777777" w:rsidR="00585726" w:rsidRPr="00585726" w:rsidRDefault="00585726">
      <w:pPr>
        <w:rPr>
          <w:lang w:val="uz-Cyrl-UZ"/>
        </w:rPr>
      </w:pPr>
    </w:p>
    <w:p w14:paraId="32033D3E" w14:textId="77777777" w:rsidR="00585726" w:rsidRPr="00585726" w:rsidRDefault="00585726">
      <w:pPr>
        <w:rPr>
          <w:lang w:val="uz-Cyrl-UZ"/>
        </w:rPr>
      </w:pPr>
    </w:p>
    <w:p w14:paraId="6490B74B" w14:textId="77777777" w:rsidR="00585726" w:rsidRPr="00585726" w:rsidRDefault="00585726">
      <w:pPr>
        <w:rPr>
          <w:lang w:val="uz-Cyrl-UZ"/>
        </w:rPr>
      </w:pPr>
    </w:p>
    <w:p w14:paraId="61618933" w14:textId="77777777" w:rsidR="00585726" w:rsidRPr="00585726" w:rsidRDefault="00585726">
      <w:pPr>
        <w:rPr>
          <w:lang w:val="uz-Cyrl-UZ"/>
        </w:rPr>
      </w:pPr>
    </w:p>
    <w:p w14:paraId="2B9297F8" w14:textId="77777777" w:rsidR="00585726" w:rsidRPr="00585726" w:rsidRDefault="00585726">
      <w:pPr>
        <w:rPr>
          <w:lang w:val="uz-Cyrl-UZ"/>
        </w:rPr>
      </w:pPr>
    </w:p>
    <w:p w14:paraId="7D56770D" w14:textId="77777777" w:rsidR="00585726" w:rsidRPr="00585726" w:rsidRDefault="00585726">
      <w:pPr>
        <w:rPr>
          <w:lang w:val="uz-Cyrl-UZ"/>
        </w:rPr>
      </w:pPr>
    </w:p>
    <w:p w14:paraId="2D548559" w14:textId="77777777" w:rsidR="00585726" w:rsidRPr="00585726" w:rsidRDefault="00585726">
      <w:pPr>
        <w:rPr>
          <w:lang w:val="uz-Cyrl-UZ"/>
        </w:rPr>
      </w:pPr>
    </w:p>
    <w:p w14:paraId="0E7B0FB6" w14:textId="77777777" w:rsidR="00585726" w:rsidRPr="00585726" w:rsidRDefault="00585726">
      <w:pPr>
        <w:rPr>
          <w:lang w:val="uz-Cyrl-UZ"/>
        </w:rPr>
      </w:pPr>
    </w:p>
    <w:p w14:paraId="543C3344" w14:textId="77777777" w:rsidR="00585726" w:rsidRPr="00585726" w:rsidRDefault="00585726">
      <w:pPr>
        <w:rPr>
          <w:lang w:val="uz-Cyrl-UZ"/>
        </w:rPr>
      </w:pPr>
    </w:p>
    <w:p w14:paraId="003D8F4B" w14:textId="77777777" w:rsidR="00585726" w:rsidRPr="00585726" w:rsidRDefault="00585726">
      <w:pPr>
        <w:rPr>
          <w:lang w:val="uz-Cyrl-UZ"/>
        </w:rPr>
      </w:pPr>
    </w:p>
    <w:p w14:paraId="530A1166" w14:textId="77777777" w:rsidR="00585726" w:rsidRPr="00585726" w:rsidRDefault="00585726">
      <w:pPr>
        <w:rPr>
          <w:lang w:val="uz-Cyrl-UZ"/>
        </w:rPr>
      </w:pPr>
    </w:p>
    <w:p w14:paraId="735D850C" w14:textId="77777777" w:rsidR="00585726" w:rsidRPr="00585726" w:rsidRDefault="00585726">
      <w:pPr>
        <w:rPr>
          <w:lang w:val="uz-Cyrl-UZ"/>
        </w:rPr>
      </w:pPr>
    </w:p>
    <w:p w14:paraId="7C8B6D81" w14:textId="77777777" w:rsidR="00585726" w:rsidRPr="00585726" w:rsidRDefault="00585726">
      <w:pPr>
        <w:rPr>
          <w:lang w:val="uz-Cyrl-UZ"/>
        </w:rPr>
      </w:pPr>
    </w:p>
    <w:p w14:paraId="4DAE7BE3" w14:textId="77777777" w:rsidR="00585726" w:rsidRPr="00585726" w:rsidRDefault="00585726">
      <w:pPr>
        <w:rPr>
          <w:lang w:val="uz-Cyrl-UZ"/>
        </w:rPr>
      </w:pPr>
    </w:p>
    <w:p w14:paraId="0353E159" w14:textId="77777777" w:rsidR="00585726" w:rsidRPr="00585726" w:rsidRDefault="00585726">
      <w:pPr>
        <w:rPr>
          <w:lang w:val="uz-Cyrl-UZ"/>
        </w:rPr>
      </w:pPr>
    </w:p>
    <w:p w14:paraId="3B629431" w14:textId="77777777" w:rsidR="00585726" w:rsidRPr="00585726" w:rsidRDefault="00585726">
      <w:pPr>
        <w:rPr>
          <w:lang w:val="uz-Cyrl-UZ"/>
        </w:rPr>
      </w:pPr>
    </w:p>
    <w:p w14:paraId="42DEB819" w14:textId="77777777" w:rsidR="00585726" w:rsidRPr="00585726" w:rsidRDefault="00585726">
      <w:pPr>
        <w:rPr>
          <w:lang w:val="uz-Cyrl-UZ"/>
        </w:rPr>
      </w:pPr>
    </w:p>
    <w:p w14:paraId="1C69EBD3" w14:textId="77777777" w:rsidR="00585726" w:rsidRPr="00585726" w:rsidRDefault="00585726">
      <w:pPr>
        <w:rPr>
          <w:lang w:val="uz-Cyrl-UZ"/>
        </w:rPr>
      </w:pPr>
    </w:p>
    <w:p w14:paraId="66C07C7C" w14:textId="77777777" w:rsidR="00585726" w:rsidRPr="00585726" w:rsidRDefault="00585726">
      <w:pPr>
        <w:rPr>
          <w:lang w:val="uz-Cyrl-UZ"/>
        </w:rPr>
      </w:pPr>
    </w:p>
    <w:p w14:paraId="6DEE58E0" w14:textId="77777777" w:rsidR="00585726" w:rsidRPr="00585726" w:rsidRDefault="00585726">
      <w:pPr>
        <w:rPr>
          <w:lang w:val="uz-Cyrl-UZ"/>
        </w:rPr>
      </w:pPr>
    </w:p>
    <w:p w14:paraId="4FBAFD93" w14:textId="77777777" w:rsidR="00585726" w:rsidRPr="00585726" w:rsidRDefault="00585726">
      <w:pPr>
        <w:rPr>
          <w:lang w:val="uz-Cyrl-UZ"/>
        </w:rPr>
      </w:pPr>
    </w:p>
    <w:p w14:paraId="0D82410B" w14:textId="77777777" w:rsidR="00585726" w:rsidRPr="00585726" w:rsidRDefault="00585726">
      <w:pPr>
        <w:rPr>
          <w:lang w:val="uz-Cyrl-UZ"/>
        </w:rPr>
      </w:pPr>
    </w:p>
    <w:p w14:paraId="56D2BA59" w14:textId="77777777" w:rsidR="00585726" w:rsidRPr="00585726" w:rsidRDefault="00585726">
      <w:pPr>
        <w:rPr>
          <w:lang w:val="uz-Cyrl-UZ"/>
        </w:rPr>
      </w:pPr>
    </w:p>
    <w:p w14:paraId="5F3CF876" w14:textId="77777777" w:rsidR="00585726" w:rsidRPr="00585726" w:rsidRDefault="00585726">
      <w:pPr>
        <w:rPr>
          <w:lang w:val="uz-Cyrl-UZ"/>
        </w:rPr>
      </w:pPr>
    </w:p>
    <w:p w14:paraId="50070A2F" w14:textId="77777777" w:rsidR="00585726" w:rsidRPr="00585726" w:rsidRDefault="00585726">
      <w:pPr>
        <w:rPr>
          <w:lang w:val="uz-Cyrl-UZ"/>
        </w:rPr>
      </w:pPr>
    </w:p>
    <w:p w14:paraId="6302527D" w14:textId="77777777" w:rsidR="00585726" w:rsidRPr="00585726" w:rsidRDefault="00585726">
      <w:pPr>
        <w:rPr>
          <w:lang w:val="uz-Cyrl-UZ"/>
        </w:rPr>
      </w:pPr>
    </w:p>
    <w:p w14:paraId="49DE4B55" w14:textId="77777777" w:rsidR="00585726" w:rsidRPr="00585726" w:rsidRDefault="00585726">
      <w:pPr>
        <w:rPr>
          <w:lang w:val="uz-Cyrl-UZ"/>
        </w:rPr>
      </w:pPr>
    </w:p>
    <w:p w14:paraId="512CCAB0" w14:textId="77777777" w:rsidR="00585726" w:rsidRPr="00585726" w:rsidRDefault="00585726">
      <w:pPr>
        <w:rPr>
          <w:lang w:val="uz-Cyrl-UZ"/>
        </w:rPr>
      </w:pPr>
    </w:p>
    <w:p w14:paraId="4FD65FD3" w14:textId="77777777" w:rsidR="00585726" w:rsidRPr="00585726" w:rsidRDefault="00585726">
      <w:pPr>
        <w:rPr>
          <w:lang w:val="uz-Cyrl-UZ"/>
        </w:rPr>
      </w:pPr>
    </w:p>
    <w:p w14:paraId="03C50FC7" w14:textId="77777777" w:rsidR="00585726" w:rsidRPr="00585726" w:rsidRDefault="00585726" w:rsidP="00585726">
      <w:pPr>
        <w:jc w:val="center"/>
        <w:rPr>
          <w:rFonts w:cs="Arial"/>
          <w:b/>
          <w:noProof/>
          <w:sz w:val="24"/>
          <w:szCs w:val="24"/>
          <w:lang w:val="ru-RU"/>
        </w:rPr>
      </w:pPr>
      <w:r w:rsidRPr="00585726">
        <w:rPr>
          <w:rFonts w:cs="Arial"/>
          <w:b/>
          <w:noProof/>
          <w:sz w:val="24"/>
          <w:szCs w:val="24"/>
          <w:lang w:val="ru-RU"/>
        </w:rPr>
        <w:lastRenderedPageBreak/>
        <w:t>ЮРИДИК ШАХСЛАР ВА ЯККА ТАРТИБДАГИ ТАДБИРКОРЛАРГА</w:t>
      </w:r>
      <w:r w:rsidRPr="00585726">
        <w:rPr>
          <w:rFonts w:cs="Arial"/>
          <w:b/>
          <w:noProof/>
          <w:sz w:val="24"/>
          <w:szCs w:val="24"/>
          <w:lang w:val="ru-RU"/>
        </w:rPr>
        <w:br/>
        <w:t>КОРПОРАТИВ БАНК КАРТАЛАРИНИ ЧИҚАРИШ</w:t>
      </w:r>
    </w:p>
    <w:p w14:paraId="39FAFE64" w14:textId="77777777" w:rsidR="00585726" w:rsidRPr="00585726" w:rsidRDefault="00585726" w:rsidP="00585726">
      <w:pPr>
        <w:jc w:val="center"/>
        <w:rPr>
          <w:rFonts w:cs="Arial"/>
          <w:b/>
          <w:noProof/>
          <w:sz w:val="24"/>
          <w:szCs w:val="24"/>
          <w:lang w:val="ru-RU"/>
        </w:rPr>
      </w:pPr>
      <w:r w:rsidRPr="00585726">
        <w:rPr>
          <w:rFonts w:cs="Arial"/>
          <w:b/>
          <w:noProof/>
          <w:sz w:val="24"/>
          <w:szCs w:val="24"/>
          <w:lang w:val="ru-RU"/>
        </w:rPr>
        <w:t>ВА УЛАРДАН ФОЙДАЛАНИШ БЎЙИЧА</w:t>
      </w:r>
      <w:r w:rsidRPr="00585726">
        <w:rPr>
          <w:rFonts w:cs="Arial"/>
          <w:b/>
          <w:noProof/>
          <w:sz w:val="24"/>
          <w:szCs w:val="24"/>
          <w:lang w:val="ru-RU"/>
        </w:rPr>
        <w:br/>
        <w:t>ОММАВИЙ ОФ</w:t>
      </w:r>
      <w:r w:rsidRPr="00585726">
        <w:rPr>
          <w:rFonts w:cs="Arial"/>
          <w:b/>
          <w:noProof/>
          <w:sz w:val="24"/>
          <w:szCs w:val="24"/>
        </w:rPr>
        <w:t>E</w:t>
      </w:r>
      <w:r w:rsidRPr="00585726">
        <w:rPr>
          <w:rFonts w:cs="Arial"/>
          <w:b/>
          <w:noProof/>
          <w:sz w:val="24"/>
          <w:szCs w:val="24"/>
          <w:lang w:val="ru-RU"/>
        </w:rPr>
        <w:t>РТА ШАРТНОМАСИ</w:t>
      </w:r>
    </w:p>
    <w:p w14:paraId="6CFE0589" w14:textId="77777777" w:rsidR="00585726" w:rsidRPr="00585726" w:rsidRDefault="00585726" w:rsidP="00585726">
      <w:pPr>
        <w:jc w:val="center"/>
        <w:rPr>
          <w:rFonts w:cs="Arial"/>
          <w:b/>
          <w:noProof/>
          <w:sz w:val="24"/>
          <w:szCs w:val="24"/>
          <w:lang w:val="ru-RU"/>
        </w:rPr>
      </w:pPr>
    </w:p>
    <w:p w14:paraId="68275659"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«Пойтахт Банк» АЖ (бундан буён матнда «Банк» деб юритилади) Ўзбекистон Республикасининг Фуқаролик кодекси, «Банклар ва банк фаолияти тўғрисида»ги, «Тўловлар ва тўлов тизимлари тўғрисида»ги, «Банк сири тўғрисида»ги, «Жиноий фаолиятдан олинган даромадларни легаллаштиришга, терроризмни молиялаштиришга ва оммавий қирғин қуролини тарқатишни молиялаштиришга қарши курашиш тўғрисида»ги қонунлари, шунингдек Ўзбекистон Республикаси ҳудудида банк карталарининг чиқарилиши ва муомалада бўлиши қоидалари тўғрисидаги низом ҳамда тижорат банкларида 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бўйича ички назорат қоидалари талабларига мувофиқ юридик шахслар ва якка тартибдаги тадбиркорларга (бундан буён матнда «Мижоз» деб юритилади) корпоратив банк карталарини чиқариш ва улардан фойдаланиш бўйича мазкур оммавий оферта шартномасини (бундан буён матнда «Шартнома» деб юритилади) тузишни таклиф қилади.</w:t>
      </w:r>
    </w:p>
    <w:p w14:paraId="48287EA8"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Мазкур Шартнома Ўзбекистон Республикаси Фуқаролик кодексининг оферта ва акцептга оид қоидаларига мувофиқ тузилади. Мижоз томонидан Банкка корпоратив банк картасини чиқариш тўғрисидаги ариза, сўровнома ва талаб этилган ҳужжатларнинг тақдим этилиши, шунингдек Банкнинг мазкур Шартномага мувофиқ картани расмийлаштиришга киришиши ёхуд картани беришга тайёр ҳолга келтириши мазкур оферта акцепти сифатида эътироф этилади.</w:t>
      </w:r>
    </w:p>
    <w:p w14:paraId="548FC334"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мазкур Шартнома матни билан Банкнинг расмий веб-сайтида, мобил иловасида ва Банк офисларида танишиши мумкин. Мижоз Шартномани акцептлаш орқали ундаги барча шартлар билан тўлиқ танишганлигини, уларни ҳеч қандай истисно ва чекловларсиз қабул қилганлигини тасдиқлайди.</w:t>
      </w:r>
    </w:p>
    <w:p w14:paraId="2A40895E" w14:textId="77777777" w:rsidR="00585726" w:rsidRPr="00585726" w:rsidRDefault="00585726" w:rsidP="00585726">
      <w:pPr>
        <w:ind w:firstLine="567"/>
        <w:jc w:val="both"/>
        <w:rPr>
          <w:rFonts w:cs="Arial"/>
          <w:noProof/>
          <w:sz w:val="24"/>
          <w:szCs w:val="24"/>
          <w:lang w:val="ru-RU"/>
        </w:rPr>
      </w:pPr>
    </w:p>
    <w:p w14:paraId="08E2AF12" w14:textId="7635C67B" w:rsidR="00585726" w:rsidRPr="00585726" w:rsidRDefault="002F3632" w:rsidP="00585726">
      <w:pPr>
        <w:ind w:firstLine="567"/>
        <w:jc w:val="both"/>
        <w:rPr>
          <w:rFonts w:cs="Arial"/>
          <w:noProof/>
          <w:sz w:val="24"/>
          <w:szCs w:val="24"/>
          <w:lang w:val="ru-RU"/>
        </w:rPr>
      </w:pPr>
      <w:r>
        <w:rPr>
          <w:rFonts w:cs="Arial"/>
          <w:b/>
          <w:noProof/>
          <w:sz w:val="24"/>
          <w:szCs w:val="24"/>
        </w:rPr>
        <w:t>I</w:t>
      </w:r>
      <w:r w:rsidR="00585726" w:rsidRPr="00585726">
        <w:rPr>
          <w:rFonts w:cs="Arial"/>
          <w:b/>
          <w:noProof/>
          <w:sz w:val="24"/>
          <w:szCs w:val="24"/>
          <w:lang w:val="ru-RU"/>
        </w:rPr>
        <w:t>. АТАМАЛАР ВА ТАЪРИФЛАР</w:t>
      </w:r>
    </w:p>
    <w:p w14:paraId="7B6309CC"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Корпоратив банк картаси</w:t>
      </w:r>
      <w:r w:rsidRPr="00585726">
        <w:rPr>
          <w:rFonts w:cs="Arial"/>
          <w:noProof/>
          <w:sz w:val="24"/>
          <w:szCs w:val="24"/>
          <w:lang w:val="ru-RU"/>
        </w:rPr>
        <w:t xml:space="preserve"> (бундан буён матнда «Карта») – Банк томонидан юридик шахс ёки якка тартибдаги тадбиркорнинг ҳисобварағи доирасида, Мижознинг ваколатли ходими ёки ваколатли шахси номига чиқариладиган, тўловлар ва бошқа қонуний операцияларни амалга оширишга мўлжалланган электрон тўлов воситасидир.</w:t>
      </w:r>
    </w:p>
    <w:p w14:paraId="217BC328"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Карта эгаси</w:t>
      </w:r>
      <w:r w:rsidRPr="00585726">
        <w:rPr>
          <w:rFonts w:cs="Arial"/>
          <w:noProof/>
          <w:sz w:val="24"/>
          <w:szCs w:val="24"/>
          <w:lang w:val="ru-RU"/>
        </w:rPr>
        <w:t xml:space="preserve"> – Мижознинг аризасига асосан Банк томонидан номига Карта чиқарилган жисмоний шахс.</w:t>
      </w:r>
    </w:p>
    <w:p w14:paraId="23FAACAD"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Карта ҳисобварағи</w:t>
      </w:r>
      <w:r w:rsidRPr="00585726">
        <w:rPr>
          <w:rFonts w:cs="Arial"/>
          <w:noProof/>
          <w:sz w:val="24"/>
          <w:szCs w:val="24"/>
          <w:lang w:val="ru-RU"/>
        </w:rPr>
        <w:t xml:space="preserve"> – Карта бўйича операцияларни ҳисобга олиш учун Банкда очиладиган ҳисобварақ ёки Мижознинг тегишли асосий ҳисобварағига боғланган махсус ҳисобвараққа оид ҳисоб юритиш режими.</w:t>
      </w:r>
    </w:p>
    <w:p w14:paraId="62BF25D6"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Харажат лимити</w:t>
      </w:r>
      <w:r w:rsidRPr="00585726">
        <w:rPr>
          <w:rFonts w:cs="Arial"/>
          <w:noProof/>
          <w:sz w:val="24"/>
          <w:szCs w:val="24"/>
          <w:lang w:val="ru-RU"/>
        </w:rPr>
        <w:t xml:space="preserve"> – Мижоз томонидан Карта бўйича операцияларни амалга ошириш учун белгиланган максимал миқдор.</w:t>
      </w:r>
    </w:p>
    <w:p w14:paraId="5A1B7D66"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lastRenderedPageBreak/>
        <w:t>Рухсатсиз операция</w:t>
      </w:r>
      <w:r w:rsidRPr="00585726">
        <w:rPr>
          <w:rFonts w:cs="Arial"/>
          <w:noProof/>
          <w:sz w:val="24"/>
          <w:szCs w:val="24"/>
          <w:lang w:val="ru-RU"/>
        </w:rPr>
        <w:t xml:space="preserve"> – Мижоз, Карта эгаси ёки улар ваколат берган шахс томонидан тасдиқланмаган, аммо Карта, ПИН-код, реквизитлар ёки бошқа аутентификация воситаларидан фойдаланган ҳолда амалга оширилган операция.</w:t>
      </w:r>
    </w:p>
    <w:p w14:paraId="6BA69927"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Блоклаш</w:t>
      </w:r>
      <w:r w:rsidRPr="00585726">
        <w:rPr>
          <w:rFonts w:cs="Arial"/>
          <w:noProof/>
          <w:sz w:val="24"/>
          <w:szCs w:val="24"/>
          <w:lang w:val="ru-RU"/>
        </w:rPr>
        <w:t xml:space="preserve"> – Карта бўйича операцияларни вақтинча ёки доимий равишда тўхтатиш.</w:t>
      </w:r>
    </w:p>
    <w:p w14:paraId="714E6AF8" w14:textId="77777777" w:rsidR="00585726" w:rsidRPr="00585726" w:rsidRDefault="00585726" w:rsidP="00585726">
      <w:pPr>
        <w:ind w:firstLine="567"/>
        <w:jc w:val="both"/>
        <w:rPr>
          <w:rFonts w:cs="Arial"/>
          <w:noProof/>
          <w:sz w:val="24"/>
          <w:szCs w:val="24"/>
          <w:lang w:val="ru-RU"/>
        </w:rPr>
      </w:pPr>
      <w:r w:rsidRPr="00585726">
        <w:rPr>
          <w:rFonts w:cs="Arial"/>
          <w:b/>
          <w:bCs/>
          <w:noProof/>
          <w:sz w:val="24"/>
          <w:szCs w:val="24"/>
          <w:lang w:val="ru-RU"/>
        </w:rPr>
        <w:t>Тарифлар</w:t>
      </w:r>
      <w:r w:rsidRPr="00585726">
        <w:rPr>
          <w:rFonts w:cs="Arial"/>
          <w:noProof/>
          <w:sz w:val="24"/>
          <w:szCs w:val="24"/>
          <w:lang w:val="ru-RU"/>
        </w:rPr>
        <w:t xml:space="preserve"> – Банк томонидан тасдиқланган ва расмий каналларда эълон қилинадиган комиссиялар, йиғимлар, жарималар ва бошқа тўловлар рўйхати.</w:t>
      </w:r>
    </w:p>
    <w:p w14:paraId="686AAB65" w14:textId="77777777" w:rsidR="00585726" w:rsidRPr="00585726" w:rsidRDefault="00585726" w:rsidP="00585726">
      <w:pPr>
        <w:ind w:firstLine="567"/>
        <w:jc w:val="both"/>
        <w:rPr>
          <w:rFonts w:cs="Arial"/>
          <w:noProof/>
          <w:sz w:val="24"/>
          <w:szCs w:val="24"/>
          <w:lang w:val="ru-RU"/>
        </w:rPr>
      </w:pPr>
    </w:p>
    <w:p w14:paraId="5F3E32E8" w14:textId="6AF23BD0" w:rsidR="00585726" w:rsidRPr="00585726" w:rsidRDefault="002F3632" w:rsidP="00585726">
      <w:pPr>
        <w:ind w:firstLine="567"/>
        <w:jc w:val="both"/>
        <w:rPr>
          <w:rFonts w:cs="Arial"/>
          <w:noProof/>
          <w:sz w:val="24"/>
          <w:szCs w:val="24"/>
          <w:lang w:val="ru-RU"/>
        </w:rPr>
      </w:pPr>
      <w:r>
        <w:rPr>
          <w:rFonts w:cs="Arial"/>
          <w:b/>
          <w:noProof/>
          <w:sz w:val="24"/>
          <w:szCs w:val="24"/>
        </w:rPr>
        <w:t>II</w:t>
      </w:r>
      <w:r w:rsidR="00585726" w:rsidRPr="00585726">
        <w:rPr>
          <w:rFonts w:cs="Arial"/>
          <w:b/>
          <w:noProof/>
          <w:sz w:val="24"/>
          <w:szCs w:val="24"/>
          <w:lang w:val="ru-RU"/>
        </w:rPr>
        <w:t>. ШАРТНОМА ПР</w:t>
      </w:r>
      <w:r w:rsidR="00585726" w:rsidRPr="00585726">
        <w:rPr>
          <w:rFonts w:cs="Arial"/>
          <w:b/>
          <w:noProof/>
          <w:sz w:val="24"/>
          <w:szCs w:val="24"/>
        </w:rPr>
        <w:t>E</w:t>
      </w:r>
      <w:r w:rsidR="00585726" w:rsidRPr="00585726">
        <w:rPr>
          <w:rFonts w:cs="Arial"/>
          <w:b/>
          <w:noProof/>
          <w:sz w:val="24"/>
          <w:szCs w:val="24"/>
          <w:lang w:val="ru-RU"/>
        </w:rPr>
        <w:t>ДМ</w:t>
      </w:r>
      <w:r w:rsidR="00585726" w:rsidRPr="00585726">
        <w:rPr>
          <w:rFonts w:cs="Arial"/>
          <w:b/>
          <w:noProof/>
          <w:sz w:val="24"/>
          <w:szCs w:val="24"/>
        </w:rPr>
        <w:t>E</w:t>
      </w:r>
      <w:r w:rsidR="00585726" w:rsidRPr="00585726">
        <w:rPr>
          <w:rFonts w:cs="Arial"/>
          <w:b/>
          <w:noProof/>
          <w:sz w:val="24"/>
          <w:szCs w:val="24"/>
          <w:lang w:val="ru-RU"/>
        </w:rPr>
        <w:t>ТИ</w:t>
      </w:r>
    </w:p>
    <w:p w14:paraId="7033D9BA"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Ушбу Шартномага асосан Банк Мижознинг аризасига кўра корпоратив банк картасини чиқаради, унга хизмат кўрсатади, карта ҳисобварағи бўйича операцияларни ҳисобга олади ҳамда амалдаги қонунчилик, тўлов тизими қоидалари, Банкнинг ички қоидалари ва мазкур Шартнома доирасида бошқа хизматларни кўрсатади.</w:t>
      </w:r>
    </w:p>
    <w:p w14:paraId="1034A08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эса Картадан фойдаланиш бўйича белгиланган тартибга риоя этиш, Банкка зарур ҳужжат ва маълумотларни тақдим этиш, Картадан фойдаланиш билан боғлиқ хавфсизлик талабларига риоя этиш ҳамда Банк Тарифларига мувофиқ тўловларни амалга ошириш мажбуриятини олади.</w:t>
      </w:r>
    </w:p>
    <w:p w14:paraId="4DFFC498"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фақат қонунчиликда тақиқланмаган мақсадлар ва Картанинг функционал имкониятлари доирасида қўлланилади. Карта бўйича операциялар амалдаги қонунчилик, тўлов тизими оператори қоидалари ва Банкнинг ички тартиб-таомилларига мувофиқ амалга оширилади.</w:t>
      </w:r>
    </w:p>
    <w:p w14:paraId="6825DBB9" w14:textId="77777777" w:rsidR="00585726" w:rsidRPr="00585726" w:rsidRDefault="00585726" w:rsidP="00585726">
      <w:pPr>
        <w:ind w:firstLine="567"/>
        <w:jc w:val="both"/>
        <w:rPr>
          <w:rFonts w:cs="Arial"/>
          <w:noProof/>
          <w:sz w:val="24"/>
          <w:szCs w:val="24"/>
          <w:lang w:val="ru-RU"/>
        </w:rPr>
      </w:pPr>
    </w:p>
    <w:p w14:paraId="0F6B469D" w14:textId="71B8EFF2" w:rsidR="00585726" w:rsidRPr="00585726" w:rsidRDefault="002F3632" w:rsidP="00585726">
      <w:pPr>
        <w:ind w:firstLine="567"/>
        <w:jc w:val="both"/>
        <w:rPr>
          <w:rFonts w:cs="Arial"/>
          <w:noProof/>
          <w:sz w:val="24"/>
          <w:szCs w:val="24"/>
          <w:lang w:val="ru-RU"/>
        </w:rPr>
      </w:pPr>
      <w:r>
        <w:rPr>
          <w:rFonts w:cs="Arial"/>
          <w:b/>
          <w:noProof/>
          <w:sz w:val="24"/>
          <w:szCs w:val="24"/>
        </w:rPr>
        <w:t>III</w:t>
      </w:r>
      <w:r w:rsidR="00585726" w:rsidRPr="00585726">
        <w:rPr>
          <w:rFonts w:cs="Arial"/>
          <w:b/>
          <w:noProof/>
          <w:sz w:val="24"/>
          <w:szCs w:val="24"/>
          <w:lang w:val="ru-RU"/>
        </w:rPr>
        <w:t>. ШАРТНОМАНИ АКЦЕПТЛАШ ВА ТУЗИШ ТАРТИБИ</w:t>
      </w:r>
    </w:p>
    <w:p w14:paraId="2180B8E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Мазкур Шартномани акцептлаш Мижоз томонидан Банкка корпоратив банк картасини чиқариш бўйича ариза ва Банк талаб этган бошқа ҳужжатларни қоғоз ёки электрон шаклда тақдим этиш орқали амалга оширилади.</w:t>
      </w:r>
    </w:p>
    <w:p w14:paraId="6242FEF0"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Агар ариза масофадан туриб юборилса, Мижозни идентификация қилиш, ваколатларни текшириш ҳамда зарур ҳолатларда КЙ</w:t>
      </w:r>
      <w:r w:rsidRPr="00585726">
        <w:rPr>
          <w:rFonts w:cs="Arial"/>
          <w:noProof/>
          <w:sz w:val="24"/>
          <w:szCs w:val="24"/>
        </w:rPr>
        <w:t>C</w:t>
      </w:r>
      <w:r w:rsidRPr="00585726">
        <w:rPr>
          <w:rFonts w:cs="Arial"/>
          <w:noProof/>
          <w:sz w:val="24"/>
          <w:szCs w:val="24"/>
          <w:lang w:val="ru-RU"/>
        </w:rPr>
        <w:t>, э-КЙ</w:t>
      </w:r>
      <w:r w:rsidRPr="00585726">
        <w:rPr>
          <w:rFonts w:cs="Arial"/>
          <w:noProof/>
          <w:sz w:val="24"/>
          <w:szCs w:val="24"/>
        </w:rPr>
        <w:t>C</w:t>
      </w:r>
      <w:r w:rsidRPr="00585726">
        <w:rPr>
          <w:rFonts w:cs="Arial"/>
          <w:noProof/>
          <w:sz w:val="24"/>
          <w:szCs w:val="24"/>
          <w:lang w:val="ru-RU"/>
        </w:rPr>
        <w:t xml:space="preserve"> ва/ёки видео-КЙ</w:t>
      </w:r>
      <w:r w:rsidRPr="00585726">
        <w:rPr>
          <w:rFonts w:cs="Arial"/>
          <w:noProof/>
          <w:sz w:val="24"/>
          <w:szCs w:val="24"/>
        </w:rPr>
        <w:t>C</w:t>
      </w:r>
      <w:r w:rsidRPr="00585726">
        <w:rPr>
          <w:rFonts w:cs="Arial"/>
          <w:noProof/>
          <w:sz w:val="24"/>
          <w:szCs w:val="24"/>
          <w:lang w:val="ru-RU"/>
        </w:rPr>
        <w:t xml:space="preserve"> тартиблари Банкнинг ички қоидалари ва амалдаги норматив ҳужжатлар асосида амалга оширилади.</w:t>
      </w:r>
    </w:p>
    <w:p w14:paraId="3F3B28C9"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Мижознинг аризаси ва ҳужжатларини кўриб чиқиш натижасида Картани чиқариш, рад этиш ёки қўшимча маълумотлар талаб қилиш тўғрисида қарор қабул қилади.</w:t>
      </w:r>
    </w:p>
    <w:p w14:paraId="5B987A90"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Шартнома Банк томонидан Мижоз аризаси қабул қилинган ва Картани расмийлаштириш бўйича ижобий қарор қабул қилинган пайтдан бошлаб тузилган ҳисобланади.</w:t>
      </w:r>
    </w:p>
    <w:p w14:paraId="03A2D476" w14:textId="77777777" w:rsidR="00585726" w:rsidRPr="00585726" w:rsidRDefault="00585726" w:rsidP="00585726">
      <w:pPr>
        <w:ind w:firstLine="567"/>
        <w:jc w:val="both"/>
        <w:rPr>
          <w:rFonts w:cs="Arial"/>
          <w:noProof/>
          <w:sz w:val="24"/>
          <w:szCs w:val="24"/>
          <w:lang w:val="ru-RU"/>
        </w:rPr>
      </w:pPr>
    </w:p>
    <w:p w14:paraId="18BD66CC" w14:textId="467EF9DB" w:rsidR="00585726" w:rsidRPr="00585726" w:rsidRDefault="001E5536" w:rsidP="00585726">
      <w:pPr>
        <w:ind w:firstLine="567"/>
        <w:jc w:val="both"/>
        <w:rPr>
          <w:rFonts w:cs="Arial"/>
          <w:noProof/>
          <w:sz w:val="24"/>
          <w:szCs w:val="24"/>
          <w:lang w:val="ru-RU"/>
        </w:rPr>
      </w:pPr>
      <w:r>
        <w:rPr>
          <w:rFonts w:cs="Arial"/>
          <w:b/>
          <w:noProof/>
          <w:sz w:val="24"/>
          <w:szCs w:val="24"/>
        </w:rPr>
        <w:t>I</w:t>
      </w:r>
      <w:r w:rsidR="002F3632">
        <w:rPr>
          <w:rFonts w:cs="Arial"/>
          <w:b/>
          <w:noProof/>
          <w:sz w:val="24"/>
          <w:szCs w:val="24"/>
        </w:rPr>
        <w:t>V</w:t>
      </w:r>
      <w:r w:rsidR="00585726" w:rsidRPr="00585726">
        <w:rPr>
          <w:rFonts w:cs="Arial"/>
          <w:b/>
          <w:noProof/>
          <w:sz w:val="24"/>
          <w:szCs w:val="24"/>
          <w:lang w:val="ru-RU"/>
        </w:rPr>
        <w:t>. КАРТАНИ ЧИҚАРИШ ТАРТИБИ</w:t>
      </w:r>
    </w:p>
    <w:p w14:paraId="351D4EDE"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Корпоратив Картани чиқариш учун Мижоз қуйидаги ҳужжат ва маълумотларни тақдим этади:</w:t>
      </w:r>
    </w:p>
    <w:p w14:paraId="40675B50"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корпоратив банк картасини чиқариш тўғрисидаги ариза;</w:t>
      </w:r>
    </w:p>
    <w:p w14:paraId="5826DC89"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ваколатли шахс(лар) ва Карта эгаси(лар)и рўйхати;</w:t>
      </w:r>
    </w:p>
    <w:p w14:paraId="65E750C1"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lastRenderedPageBreak/>
        <w:t>рўйхатда кўрсатилган шахсларнинг шахсини тасдиқловчи ҳужжат нусхалари;</w:t>
      </w:r>
    </w:p>
    <w:p w14:paraId="7611E5E9"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ишончнома ёки ваколатни тасдиқловчи бошқа ҳужжат, агар зарур бўлса;</w:t>
      </w:r>
    </w:p>
    <w:p w14:paraId="27AE07C5"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Банк томонидан талаб этилган бошқа ҳужжатлар ва маълумотлар.</w:t>
      </w:r>
    </w:p>
    <w:p w14:paraId="5A6CC83D"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Ариза ва унга илова қилинадиган форма ҳамда сўровномалар Банк томонидан белгиланган шаклда расмийлаштирилади. Банк заруратга кўра қўшимча маълумотлар, тасдиқловчи ҳужжатлар, ваколатларни кўрсатувчи ҳужжатлар ва бошқа ахборотларни талаб қилишга ҳақли.</w:t>
      </w:r>
    </w:p>
    <w:p w14:paraId="1A4AA46E"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Картани белгиланган тартибда расмийлаштиради ва уни Карта эгасига ёхуд Мижознинг ёзма ваколати асосида ваколатли шахсга топширади.</w:t>
      </w:r>
    </w:p>
    <w:p w14:paraId="3C92C263"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топширилган пайтдан бошлаб, агар қонунчилик ёки Шартномада бошқача қоида назарда тутилмаган бўлса, Картадан фойдаланиш билан боғлиқ операциялар учун Мижоз жавобгар бўлади.</w:t>
      </w:r>
    </w:p>
    <w:p w14:paraId="6538332B"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Банк мулки ҳисобланади ва Мижозга ҳамда Карта эгасига фойдаланиш учун берилади.</w:t>
      </w:r>
    </w:p>
    <w:p w14:paraId="380FE558" w14:textId="77777777" w:rsidR="00585726" w:rsidRPr="00585726" w:rsidRDefault="00585726" w:rsidP="00585726">
      <w:pPr>
        <w:ind w:firstLine="567"/>
        <w:jc w:val="both"/>
        <w:rPr>
          <w:rFonts w:cs="Arial"/>
          <w:noProof/>
          <w:sz w:val="24"/>
          <w:szCs w:val="24"/>
          <w:lang w:val="ru-RU"/>
        </w:rPr>
      </w:pPr>
    </w:p>
    <w:p w14:paraId="54DE29F3" w14:textId="20ACF9F4" w:rsidR="00585726" w:rsidRPr="00585726" w:rsidRDefault="001E5536" w:rsidP="00585726">
      <w:pPr>
        <w:ind w:firstLine="567"/>
        <w:jc w:val="both"/>
        <w:rPr>
          <w:rFonts w:cs="Arial"/>
          <w:noProof/>
          <w:sz w:val="24"/>
          <w:szCs w:val="24"/>
          <w:lang w:val="ru-RU"/>
        </w:rPr>
      </w:pPr>
      <w:r>
        <w:rPr>
          <w:rFonts w:cs="Arial"/>
          <w:b/>
          <w:noProof/>
          <w:sz w:val="24"/>
          <w:szCs w:val="24"/>
        </w:rPr>
        <w:t>V</w:t>
      </w:r>
      <w:r w:rsidR="00585726" w:rsidRPr="00585726">
        <w:rPr>
          <w:rFonts w:cs="Arial"/>
          <w:b/>
          <w:noProof/>
          <w:sz w:val="24"/>
          <w:szCs w:val="24"/>
          <w:lang w:val="ru-RU"/>
        </w:rPr>
        <w:t>. КАРТАДАН ФОЙДАЛАНИШ ТАРТИБИ</w:t>
      </w:r>
    </w:p>
    <w:p w14:paraId="69FC25F8"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бўйича операциялар фақат Мижознинг қонуний фаолияти билан боғлиқ мақсадларда амалга оширилиши мумкин.</w:t>
      </w:r>
    </w:p>
    <w:p w14:paraId="09497B01"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бўйича нақд пульсиз тўловлар товарлар, ишлар ва хизматлар учун ҳақ тўлаш, хизмат сафари, вакиллик, маъмурий-хўжалик ва бошқа қонуний харажатларни амалга ошириш учун қўлланилиши мумкин, агар бундай операциялар амалдаги қонунчилик, тўлов тизими қоидалари ва Банкнинг ички тартиб-таомилларига зид бўлмаса.</w:t>
      </w:r>
    </w:p>
    <w:p w14:paraId="63009C05"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бўйича нақд пул ечиш, валюта операциялари, ўтказмалар, онлайн тўловлар ёки бошқа алоҳида турдаги операциялар фақат Банк томонидан рухсат этилган маҳсулот параметрлари ва амалдаги қонунчилик доирасида амалга оширилади.</w:t>
      </w:r>
    </w:p>
    <w:p w14:paraId="296E50A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Картадан фойдаланиш учун умумий лимит, бир марталик лимит, кунлик лимит, ойлик лимит ҳамда алоҳида операциялар бўйича чекловларни белгилашни сўрашга ҳақли. Банк ушбу лимитларни техник ва маҳсулот шартлари доирасида татбиқ этади.</w:t>
      </w:r>
    </w:p>
    <w:p w14:paraId="08199CB2"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ҳисобварағидаги маблағлар етарли бўлмаган тақдирда операция рад этилиши мумкин.</w:t>
      </w:r>
    </w:p>
    <w:p w14:paraId="599D13B5"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айрим операцияларни хавфсизлик, 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санкция назорати, тўлов тизими қоидалари ёки техник сабабларга кўра рад этишга, тўхтатиб туришга ёхуд қўшимча текширувга юборишга ҳақли.</w:t>
      </w:r>
    </w:p>
    <w:p w14:paraId="7A09E5AF" w14:textId="77777777" w:rsidR="00585726" w:rsidRPr="00585726" w:rsidRDefault="00585726" w:rsidP="00585726">
      <w:pPr>
        <w:ind w:firstLine="567"/>
        <w:jc w:val="both"/>
        <w:rPr>
          <w:rFonts w:cs="Arial"/>
          <w:noProof/>
          <w:sz w:val="24"/>
          <w:szCs w:val="24"/>
          <w:lang w:val="ru-RU"/>
        </w:rPr>
      </w:pPr>
    </w:p>
    <w:p w14:paraId="68BD7018" w14:textId="11F26CF3" w:rsidR="00585726" w:rsidRPr="00585726" w:rsidRDefault="001E5536" w:rsidP="00585726">
      <w:pPr>
        <w:ind w:firstLine="567"/>
        <w:jc w:val="both"/>
        <w:rPr>
          <w:rFonts w:cs="Arial"/>
          <w:noProof/>
          <w:sz w:val="24"/>
          <w:szCs w:val="24"/>
          <w:lang w:val="ru-RU"/>
        </w:rPr>
      </w:pPr>
      <w:r>
        <w:rPr>
          <w:rFonts w:cs="Arial"/>
          <w:b/>
          <w:noProof/>
          <w:sz w:val="24"/>
          <w:szCs w:val="24"/>
        </w:rPr>
        <w:t>VI</w:t>
      </w:r>
      <w:r w:rsidR="00585726" w:rsidRPr="00585726">
        <w:rPr>
          <w:rFonts w:cs="Arial"/>
          <w:b/>
          <w:noProof/>
          <w:sz w:val="24"/>
          <w:szCs w:val="24"/>
          <w:lang w:val="ru-RU"/>
        </w:rPr>
        <w:t>. ТАРАФЛАРНИНГ ҲУҚУҚ ВА МАЖБУРИЯТЛАРИ</w:t>
      </w:r>
    </w:p>
    <w:p w14:paraId="46823CEF"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Банкнинг мажбуриятлари:</w:t>
      </w:r>
    </w:p>
    <w:p w14:paraId="0D686C1A"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Картани белгиланган тартибда чиқариш, расмийлаштириш ва топшириш;</w:t>
      </w:r>
    </w:p>
    <w:p w14:paraId="7A07DBA9"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 ҳисобварағи бўйича операцияларни ҳисобга олиш ва кўчирмаларни шакллантириш;</w:t>
      </w:r>
    </w:p>
    <w:p w14:paraId="1A82E7C5"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lastRenderedPageBreak/>
        <w:t>хавфсизлик талаблари, Картадан фойдаланиш қоидалари ва Тарифлар ҳақида ахборот бериш;</w:t>
      </w:r>
    </w:p>
    <w:p w14:paraId="2B023055"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қонунчиликда назарда тутилган ҳолларда банк сирини сақлаш;</w:t>
      </w:r>
    </w:p>
    <w:p w14:paraId="0E04F676"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Мижознинг мурожаатларини белгиланган тартибда кўриб чиқиш.</w:t>
      </w:r>
    </w:p>
    <w:p w14:paraId="6F6FCE94" w14:textId="77777777" w:rsidR="00585726" w:rsidRPr="00585726" w:rsidRDefault="00585726" w:rsidP="00585726">
      <w:pPr>
        <w:ind w:firstLine="567"/>
        <w:jc w:val="both"/>
        <w:rPr>
          <w:rFonts w:cs="Arial"/>
          <w:noProof/>
          <w:sz w:val="24"/>
          <w:szCs w:val="24"/>
        </w:rPr>
      </w:pPr>
      <w:r w:rsidRPr="00585726">
        <w:rPr>
          <w:rFonts w:cs="Arial"/>
          <w:noProof/>
          <w:sz w:val="24"/>
          <w:szCs w:val="24"/>
        </w:rPr>
        <w:t>Мижознинг ҳуқуқлари:</w:t>
      </w:r>
    </w:p>
    <w:p w14:paraId="2F54E912" w14:textId="77777777" w:rsidR="00585726" w:rsidRPr="00585726" w:rsidRDefault="00585726" w:rsidP="00585726">
      <w:pPr>
        <w:pStyle w:val="a0"/>
        <w:ind w:left="0" w:firstLine="567"/>
        <w:jc w:val="both"/>
        <w:rPr>
          <w:rFonts w:cs="Arial"/>
          <w:noProof/>
          <w:sz w:val="24"/>
          <w:szCs w:val="24"/>
        </w:rPr>
      </w:pPr>
      <w:r w:rsidRPr="00585726">
        <w:rPr>
          <w:rFonts w:cs="Arial"/>
          <w:noProof/>
          <w:sz w:val="24"/>
          <w:szCs w:val="24"/>
        </w:rPr>
        <w:t>Картани чиқаришни сўраш, лимит белгилаш ва қонунчилик ҳамда Банк қоидаларига зид бўлмаган қўшимча хизматларни талаб қилиш;</w:t>
      </w:r>
    </w:p>
    <w:p w14:paraId="677E2131"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 бўйича операциялар юзасидан кўчирма ва маълумотларни олиш;</w:t>
      </w:r>
    </w:p>
    <w:p w14:paraId="6CCC43D8"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 йўқолганида ёки реквизитлари фош бўлганида уни блоклашни талаб қилиш;</w:t>
      </w:r>
    </w:p>
    <w:p w14:paraId="735396A6"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Шартномани қонунчилик ва Банк қоидаларига мувофиқ бекор қилиш.</w:t>
      </w:r>
    </w:p>
    <w:p w14:paraId="68C74EC5" w14:textId="77777777" w:rsidR="00585726" w:rsidRPr="00585726" w:rsidRDefault="00585726" w:rsidP="00585726">
      <w:pPr>
        <w:ind w:firstLine="567"/>
        <w:jc w:val="both"/>
        <w:rPr>
          <w:rFonts w:cs="Arial"/>
          <w:noProof/>
          <w:sz w:val="24"/>
          <w:szCs w:val="24"/>
        </w:rPr>
      </w:pPr>
      <w:r w:rsidRPr="00585726">
        <w:rPr>
          <w:rFonts w:cs="Arial"/>
          <w:noProof/>
          <w:sz w:val="24"/>
          <w:szCs w:val="24"/>
        </w:rPr>
        <w:t>Мижознинг мажбуриятлари:</w:t>
      </w:r>
    </w:p>
    <w:p w14:paraId="4125CE22" w14:textId="77777777" w:rsidR="00585726" w:rsidRPr="00585726" w:rsidRDefault="00585726" w:rsidP="00585726">
      <w:pPr>
        <w:pStyle w:val="a0"/>
        <w:ind w:left="0" w:firstLine="567"/>
        <w:jc w:val="both"/>
        <w:rPr>
          <w:rFonts w:cs="Arial"/>
          <w:noProof/>
          <w:sz w:val="24"/>
          <w:szCs w:val="24"/>
        </w:rPr>
      </w:pPr>
      <w:r w:rsidRPr="00585726">
        <w:rPr>
          <w:rFonts w:cs="Arial"/>
          <w:noProof/>
          <w:sz w:val="24"/>
          <w:szCs w:val="24"/>
        </w:rPr>
        <w:t>Банкка зарур ҳужжатлар ва долзарб маълумотларни тақдим этиш;</w:t>
      </w:r>
    </w:p>
    <w:p w14:paraId="6261BDC6"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 ва ундан фойдаланиш воситаларининг сақланишини таъминлаш;</w:t>
      </w:r>
    </w:p>
    <w:p w14:paraId="5ABA4373"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Карта фақат қонуний мақсадларда ва ваколат доирасида ишлатилишини назорат қилиш;</w:t>
      </w:r>
    </w:p>
    <w:p w14:paraId="36BA698C"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йўқолиш, ўғирланиш, реквизитлар ошкор бўлиши ёки рухсатсиз операция хавфи тўғрисида дарҳол Банкни хабардор қилиш;</w:t>
      </w:r>
    </w:p>
    <w:p w14:paraId="286FE060"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Банк Тарифларига мувофиқ тўловларни ўз вақтида амалга ошириш;</w:t>
      </w:r>
    </w:p>
    <w:p w14:paraId="66FF8569" w14:textId="1751545B"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компла</w:t>
      </w:r>
      <w:r w:rsidR="001E5536">
        <w:rPr>
          <w:rFonts w:cs="Arial"/>
          <w:noProof/>
          <w:sz w:val="24"/>
          <w:szCs w:val="24"/>
          <w:lang w:val="ru-RU"/>
        </w:rPr>
        <w:t>е</w:t>
      </w:r>
      <w:r w:rsidRPr="00585726">
        <w:rPr>
          <w:rFonts w:cs="Arial"/>
          <w:noProof/>
          <w:sz w:val="24"/>
          <w:szCs w:val="24"/>
          <w:lang w:val="ru-RU"/>
        </w:rPr>
        <w:t>нс ва санкция назорати учун сўралган маълумотларни ўз вақтида тақдим этиш.</w:t>
      </w:r>
    </w:p>
    <w:p w14:paraId="73ADF25F" w14:textId="77777777" w:rsidR="00585726" w:rsidRPr="00585726" w:rsidRDefault="00585726" w:rsidP="00585726">
      <w:pPr>
        <w:pStyle w:val="a0"/>
        <w:numPr>
          <w:ilvl w:val="0"/>
          <w:numId w:val="0"/>
        </w:numPr>
        <w:ind w:left="567"/>
        <w:jc w:val="both"/>
        <w:rPr>
          <w:rFonts w:cs="Arial"/>
          <w:noProof/>
          <w:sz w:val="24"/>
          <w:szCs w:val="24"/>
          <w:lang w:val="ru-RU"/>
        </w:rPr>
      </w:pPr>
    </w:p>
    <w:p w14:paraId="73380F8F" w14:textId="5573AFEE" w:rsidR="00585726" w:rsidRPr="00585726" w:rsidRDefault="001E5536" w:rsidP="00585726">
      <w:pPr>
        <w:ind w:firstLine="567"/>
        <w:jc w:val="both"/>
        <w:rPr>
          <w:rFonts w:cs="Arial"/>
          <w:noProof/>
          <w:sz w:val="24"/>
          <w:szCs w:val="24"/>
          <w:lang w:val="ru-RU"/>
        </w:rPr>
      </w:pPr>
      <w:r>
        <w:rPr>
          <w:rFonts w:cs="Arial"/>
          <w:b/>
          <w:noProof/>
          <w:sz w:val="24"/>
          <w:szCs w:val="24"/>
        </w:rPr>
        <w:t>VII</w:t>
      </w:r>
      <w:r w:rsidR="00585726" w:rsidRPr="00585726">
        <w:rPr>
          <w:rFonts w:cs="Arial"/>
          <w:b/>
          <w:noProof/>
          <w:sz w:val="24"/>
          <w:szCs w:val="24"/>
          <w:lang w:val="ru-RU"/>
        </w:rPr>
        <w:t>. ХАВФСИЗЛИК, БЛОКЛАШ ВА ҚАЙТА ЧИҚАРИШ</w:t>
      </w:r>
    </w:p>
    <w:p w14:paraId="48B9D443"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ва Карта эгаси ПИН-код, пароль, СМС-код, пуш-тасдиқлар, Карта реквизитлари ва бошқа аутентификация воситаларининг сир сақланишини таъминлаши шарт.</w:t>
      </w:r>
    </w:p>
    <w:p w14:paraId="1C10FD29"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йўқолган, ўғирланган, реквизитлари фош бўлган ёки рухсатсиз фойдаланиш хавфи юзага келган тақдирда Мижоз ёхуд Карта эгаси бу ҳақда дарҳол Банкка хабар бериши ва Картани блоклашни талаб қилиши шарт.</w:t>
      </w:r>
    </w:p>
    <w:p w14:paraId="52CCDA2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бундай хабарни олганидан сўнг амалдаги тартибга мувофиқ Картани блоклаш чораларини кўради.</w:t>
      </w:r>
    </w:p>
    <w:p w14:paraId="17DAA061"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амал қилиш муддати тугаганида, йўқолганида, яроқсиз ҳолга келганида, ПИН-код компрометацияси ёки бошқа асослар мавжуд бўлганда Банк Тарифларига ва ички қоидаларга мувофиқ қайта чиқарилиши мумкин.</w:t>
      </w:r>
    </w:p>
    <w:p w14:paraId="39476D46"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хавфсизлик мақсадида, шубҳали операциялар аниқланганда, Мижоз билан боғлана олмаганда, санкция ёки 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рисклари юзага келганида Картани олдиндан хабардор қилган ҳолда ёки қонунчилик рухсат берган ҳолларда олдиндан хабардор қилмасдан блоклашга ҳақли.</w:t>
      </w:r>
    </w:p>
    <w:p w14:paraId="0437ED93" w14:textId="77777777" w:rsidR="00585726" w:rsidRPr="00585726" w:rsidRDefault="00585726" w:rsidP="00585726">
      <w:pPr>
        <w:ind w:firstLine="567"/>
        <w:jc w:val="both"/>
        <w:rPr>
          <w:rFonts w:cs="Arial"/>
          <w:b/>
          <w:noProof/>
          <w:sz w:val="24"/>
          <w:szCs w:val="24"/>
          <w:lang w:val="ru-RU"/>
        </w:rPr>
      </w:pPr>
    </w:p>
    <w:p w14:paraId="70A1DD64" w14:textId="4C9FE9B0" w:rsidR="00585726" w:rsidRPr="00585726" w:rsidRDefault="001E5536" w:rsidP="00585726">
      <w:pPr>
        <w:ind w:firstLine="567"/>
        <w:jc w:val="both"/>
        <w:rPr>
          <w:rFonts w:cs="Arial"/>
          <w:noProof/>
          <w:sz w:val="24"/>
          <w:szCs w:val="24"/>
          <w:lang w:val="ru-RU"/>
        </w:rPr>
      </w:pPr>
      <w:r>
        <w:rPr>
          <w:rFonts w:cs="Arial"/>
          <w:b/>
          <w:noProof/>
          <w:sz w:val="24"/>
          <w:szCs w:val="24"/>
        </w:rPr>
        <w:t>VIII</w:t>
      </w:r>
      <w:r w:rsidR="00585726" w:rsidRPr="00585726">
        <w:rPr>
          <w:rFonts w:cs="Arial"/>
          <w:b/>
          <w:noProof/>
          <w:sz w:val="24"/>
          <w:szCs w:val="24"/>
          <w:lang w:val="ru-RU"/>
        </w:rPr>
        <w:t>. АМЛ/</w:t>
      </w:r>
      <w:r w:rsidR="00585726" w:rsidRPr="00585726">
        <w:rPr>
          <w:rFonts w:cs="Arial"/>
          <w:b/>
          <w:noProof/>
          <w:sz w:val="24"/>
          <w:szCs w:val="24"/>
        </w:rPr>
        <w:t>C</w:t>
      </w:r>
      <w:r w:rsidR="00585726" w:rsidRPr="00585726">
        <w:rPr>
          <w:rFonts w:cs="Arial"/>
          <w:b/>
          <w:noProof/>
          <w:sz w:val="24"/>
          <w:szCs w:val="24"/>
          <w:lang w:val="ru-RU"/>
        </w:rPr>
        <w:t>ФТ/</w:t>
      </w:r>
      <w:r w:rsidR="00585726" w:rsidRPr="00585726">
        <w:rPr>
          <w:rFonts w:cs="Arial"/>
          <w:b/>
          <w:noProof/>
          <w:sz w:val="24"/>
          <w:szCs w:val="24"/>
        </w:rPr>
        <w:t>C</w:t>
      </w:r>
      <w:r w:rsidR="00585726" w:rsidRPr="00585726">
        <w:rPr>
          <w:rFonts w:cs="Arial"/>
          <w:b/>
          <w:noProof/>
          <w:sz w:val="24"/>
          <w:szCs w:val="24"/>
          <w:lang w:val="ru-RU"/>
        </w:rPr>
        <w:t>ПФ, КОМПЛА</w:t>
      </w:r>
      <w:r>
        <w:rPr>
          <w:rFonts w:cs="Arial"/>
          <w:b/>
          <w:noProof/>
          <w:sz w:val="24"/>
          <w:szCs w:val="24"/>
          <w:lang w:val="ru-RU"/>
        </w:rPr>
        <w:t>Е</w:t>
      </w:r>
      <w:r w:rsidR="00585726" w:rsidRPr="00585726">
        <w:rPr>
          <w:rFonts w:cs="Arial"/>
          <w:b/>
          <w:noProof/>
          <w:sz w:val="24"/>
          <w:szCs w:val="24"/>
          <w:lang w:val="ru-RU"/>
        </w:rPr>
        <w:t>НС ВА САНКЦИЯ НАЗОРАТИ</w:t>
      </w:r>
    </w:p>
    <w:p w14:paraId="0CB73FFD" w14:textId="24885586"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мижозни лозим даражада текшириш, идентификация, верификация, операциялар мониторинги, шубҳали операцияларни аниқлаш ва бошқа компла</w:t>
      </w:r>
      <w:r w:rsidR="001E5536">
        <w:rPr>
          <w:rFonts w:cs="Arial"/>
          <w:noProof/>
          <w:sz w:val="24"/>
          <w:szCs w:val="24"/>
          <w:lang w:val="ru-RU"/>
        </w:rPr>
        <w:t>е</w:t>
      </w:r>
      <w:r w:rsidRPr="00585726">
        <w:rPr>
          <w:rFonts w:cs="Arial"/>
          <w:noProof/>
          <w:sz w:val="24"/>
          <w:szCs w:val="24"/>
          <w:lang w:val="ru-RU"/>
        </w:rPr>
        <w:t xml:space="preserve">нс </w:t>
      </w:r>
      <w:r w:rsidRPr="00585726">
        <w:rPr>
          <w:rFonts w:cs="Arial"/>
          <w:noProof/>
          <w:sz w:val="24"/>
          <w:szCs w:val="24"/>
          <w:lang w:val="ru-RU"/>
        </w:rPr>
        <w:lastRenderedPageBreak/>
        <w:t>тадбирларини амалдаги қонунчилик ва Банкнинг ички қоидаларига мувофиқ амалга оширади.</w:t>
      </w:r>
    </w:p>
    <w:p w14:paraId="6D1E8DB9"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Мижоздан ва Карта эгасидан операциянинг иқтисодий мазмунини, маблағлар манбасини, контрагентларни, тўлов мақсадини, тегишли шартномалар ва бошқа тасдиқловчи ҳужжатларни тақдим этишни талаб қилишга ҳақли.</w:t>
      </w:r>
    </w:p>
    <w:p w14:paraId="482FD09E"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санкцион чекловлар, фирибгарлик аломатлари ёки бошқа ҳуқуқий рисклар аниқланганда Банк операцияни рад этиш, тўхтатиб туриш, қўшимча текширув ўтказиш, Картани блоклаш ёки Шартномани қонунчиликда назарда тутилган тартибда бир томонлама бекор қилишга ҳақли.</w:t>
      </w:r>
    </w:p>
    <w:p w14:paraId="6D631224"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томонидан тақдим этилган маълумотларнинг тўғрилиги ва долзарблиги учун Мижоз жавобгар бўлади.</w:t>
      </w:r>
    </w:p>
    <w:p w14:paraId="0CBBD9A1" w14:textId="77777777" w:rsidR="00585726" w:rsidRPr="00585726" w:rsidRDefault="00585726" w:rsidP="00585726">
      <w:pPr>
        <w:ind w:firstLine="567"/>
        <w:jc w:val="both"/>
        <w:rPr>
          <w:rFonts w:cs="Arial"/>
          <w:b/>
          <w:noProof/>
          <w:sz w:val="24"/>
          <w:szCs w:val="24"/>
          <w:lang w:val="ru-RU"/>
        </w:rPr>
      </w:pPr>
    </w:p>
    <w:p w14:paraId="1D98B45B" w14:textId="5D75A74E" w:rsidR="00585726" w:rsidRPr="00585726" w:rsidRDefault="001E5536" w:rsidP="00585726">
      <w:pPr>
        <w:ind w:firstLine="567"/>
        <w:jc w:val="both"/>
        <w:rPr>
          <w:rFonts w:cs="Arial"/>
          <w:noProof/>
          <w:sz w:val="24"/>
          <w:szCs w:val="24"/>
          <w:lang w:val="ru-RU"/>
        </w:rPr>
      </w:pPr>
      <w:r>
        <w:rPr>
          <w:rFonts w:cs="Arial"/>
          <w:b/>
          <w:noProof/>
          <w:sz w:val="24"/>
          <w:szCs w:val="24"/>
        </w:rPr>
        <w:t>I</w:t>
      </w:r>
      <w:r w:rsidR="00585726" w:rsidRPr="00585726">
        <w:rPr>
          <w:rFonts w:cs="Arial"/>
          <w:b/>
          <w:noProof/>
          <w:sz w:val="24"/>
          <w:szCs w:val="24"/>
          <w:lang w:val="ru-RU"/>
        </w:rPr>
        <w:t>Х. ТАРИФЛАР ВА ҲИСОБ-КИТОБЛАР</w:t>
      </w:r>
    </w:p>
    <w:p w14:paraId="064BC9C0"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Карта чиқариш, қайта чиқариш, хизмат кўрсатиш, СМС-хабарнома, блоклаш, қайта активлаштириш, кўчирма бериш, нақд пул ечиш, валюта конвертацияси ва бошқа хизматлар учун тўловлар Банк Тарифларига мувофиқ ундирилади.</w:t>
      </w:r>
    </w:p>
    <w:p w14:paraId="24877131"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Тарифлар Банкнинг расмий веб-сайтида, мобил иловасида ёки Банк офисларида эълон қилинади. Тарифларга киритиладиган ўзгартиришлар Банк томонидан қонунчилик ва ички тартиб-таомилларга мувофиқ эълон қилинади.</w:t>
      </w:r>
    </w:p>
    <w:p w14:paraId="7B0E1F3E"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мазкур Шартнома ва Тарифларга мувофиқ ундирилиши лозим бўлган тўловларни Мижознинг тегишли ҳисобварақларидан акцептсиз тартибда ҳисобдан чиқаришга ҳақли, агар бундай тартиб қонунчиликка зид бўлмаса.</w:t>
      </w:r>
    </w:p>
    <w:p w14:paraId="67D1816F" w14:textId="77777777" w:rsidR="00585726" w:rsidRPr="00585726" w:rsidRDefault="00585726" w:rsidP="00585726">
      <w:pPr>
        <w:ind w:firstLine="567"/>
        <w:jc w:val="both"/>
        <w:rPr>
          <w:rFonts w:cs="Arial"/>
          <w:b/>
          <w:noProof/>
          <w:sz w:val="24"/>
          <w:szCs w:val="24"/>
          <w:lang w:val="ru-RU"/>
        </w:rPr>
      </w:pPr>
    </w:p>
    <w:p w14:paraId="6B5F7F86" w14:textId="77777777" w:rsidR="00585726" w:rsidRPr="00585726" w:rsidRDefault="00585726" w:rsidP="00585726">
      <w:pPr>
        <w:ind w:firstLine="567"/>
        <w:jc w:val="both"/>
        <w:rPr>
          <w:rFonts w:cs="Arial"/>
          <w:noProof/>
          <w:sz w:val="24"/>
          <w:szCs w:val="24"/>
          <w:lang w:val="ru-RU"/>
        </w:rPr>
      </w:pPr>
      <w:r w:rsidRPr="00585726">
        <w:rPr>
          <w:rFonts w:cs="Arial"/>
          <w:b/>
          <w:noProof/>
          <w:sz w:val="24"/>
          <w:szCs w:val="24"/>
          <w:lang w:val="ru-RU"/>
        </w:rPr>
        <w:t>Х. ЖАВОБГАРЛИК</w:t>
      </w:r>
    </w:p>
    <w:p w14:paraId="49AC2FB7"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фақат ўз айби билан бевосита етказилган ҳақиқий зарарни қонунчиликда белгиланган тартибда қоплайди.</w:t>
      </w:r>
    </w:p>
    <w:p w14:paraId="6DAF5904"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тўлов тизими оператори, алоқа операторлари, учинчи шахсларнинг дастурий-техник носозликлари, электр энергияси узилиши, киберҳужумлар, форс-мажор ҳолатлари ёки Мижоз/Карта эгаси хавфсизлик қоидаларига риоя қилмаганлиги оқибатида юзага келган йўқотишлар учун, агар қонунчиликда бошқача қоида назарда тутилмаган бўлса, жавобгар бўлмайди.</w:t>
      </w:r>
    </w:p>
    <w:p w14:paraId="7AF6F0FA"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ва Карта эгаси ПИН-код, пароль, тасдиқлаш коди, карта реквизитлари ва бошқа ҳимоя воситаларининг учинчи шахсларга ошкор этилиши оқибатлари учун жавобгар бўлади.</w:t>
      </w:r>
    </w:p>
    <w:p w14:paraId="6E8790D7"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Картадан ноқонуний, мақсадсиз ёки қонунчиликка зид фойдаланиш оқибатида Банкка етказилган зарарни қоплаш мажбуриятини олади.</w:t>
      </w:r>
    </w:p>
    <w:p w14:paraId="61CC8935" w14:textId="77777777" w:rsidR="00585726" w:rsidRPr="00585726" w:rsidRDefault="00585726" w:rsidP="00585726">
      <w:pPr>
        <w:ind w:firstLine="567"/>
        <w:jc w:val="both"/>
        <w:rPr>
          <w:rFonts w:cs="Arial"/>
          <w:b/>
          <w:noProof/>
          <w:sz w:val="24"/>
          <w:szCs w:val="24"/>
          <w:lang w:val="ru-RU"/>
        </w:rPr>
      </w:pPr>
    </w:p>
    <w:p w14:paraId="7EB88EE4" w14:textId="5C58623C" w:rsidR="00585726" w:rsidRPr="00585726" w:rsidRDefault="00585726" w:rsidP="00585726">
      <w:pPr>
        <w:ind w:firstLine="567"/>
        <w:jc w:val="both"/>
        <w:rPr>
          <w:rFonts w:cs="Arial"/>
          <w:noProof/>
          <w:sz w:val="24"/>
          <w:szCs w:val="24"/>
          <w:lang w:val="ru-RU"/>
        </w:rPr>
      </w:pPr>
      <w:r w:rsidRPr="00585726">
        <w:rPr>
          <w:rFonts w:cs="Arial"/>
          <w:b/>
          <w:noProof/>
          <w:sz w:val="24"/>
          <w:szCs w:val="24"/>
          <w:lang w:val="ru-RU"/>
        </w:rPr>
        <w:t>Х</w:t>
      </w:r>
      <w:r w:rsidR="001E5536">
        <w:rPr>
          <w:rFonts w:cs="Arial"/>
          <w:b/>
          <w:noProof/>
          <w:sz w:val="24"/>
          <w:szCs w:val="24"/>
        </w:rPr>
        <w:t>I</w:t>
      </w:r>
      <w:r w:rsidRPr="00585726">
        <w:rPr>
          <w:rFonts w:cs="Arial"/>
          <w:b/>
          <w:noProof/>
          <w:sz w:val="24"/>
          <w:szCs w:val="24"/>
          <w:lang w:val="ru-RU"/>
        </w:rPr>
        <w:t>. НИЗОЛАРНИ ҲАЛ ЭТИШ</w:t>
      </w:r>
    </w:p>
    <w:p w14:paraId="094EBC77"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Ушбу Шартномадан келиб чиқадиган низолар ва келишмовчиликлар, аввало, музокаралар ва ёзма мурожаатлар тартибида ҳал этилади.</w:t>
      </w:r>
    </w:p>
    <w:p w14:paraId="2CA0C99E"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lastRenderedPageBreak/>
        <w:t>Мурожаатлар бепул қабул қилинади, Банк томонидан рўйхатга олинади ва қонунчилик ҳамда Банкнинг ички тартиб-таомилларига мувофиқ кўриб чиқилади. Кўриб чиқиш натижаси ҳақида Мижозга жавоб берилади.</w:t>
      </w:r>
    </w:p>
    <w:p w14:paraId="2F638891" w14:textId="77777777" w:rsidR="00585726" w:rsidRPr="00585726" w:rsidRDefault="00585726" w:rsidP="00585726">
      <w:pPr>
        <w:rPr>
          <w:noProof/>
          <w:lang w:val="ru-RU"/>
        </w:rPr>
      </w:pPr>
      <w:r w:rsidRPr="00585726">
        <w:rPr>
          <w:noProof/>
          <w:lang w:val="ru-RU"/>
        </w:rPr>
        <w:t>Зарур ҳолларда Мижозга Банкнинг ички апелляция тартиби, ваколатли давлат органларига ёки судга мурожаат қилиш имконияти тўғрисида ахборот берилади.</w:t>
      </w:r>
    </w:p>
    <w:p w14:paraId="187AF82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Музокаралар натижа бермаган тақдирда низолар Ўзбекистон Республикаси қонунчилигида белгиланган тартибда кўриб чиқилади.</w:t>
      </w:r>
    </w:p>
    <w:p w14:paraId="408F6D20" w14:textId="77777777" w:rsidR="00585726" w:rsidRPr="00585726" w:rsidRDefault="00585726" w:rsidP="00585726">
      <w:pPr>
        <w:ind w:firstLine="567"/>
        <w:jc w:val="both"/>
        <w:rPr>
          <w:rFonts w:cs="Arial"/>
          <w:b/>
          <w:noProof/>
          <w:sz w:val="24"/>
          <w:szCs w:val="24"/>
          <w:lang w:val="ru-RU"/>
        </w:rPr>
      </w:pPr>
    </w:p>
    <w:p w14:paraId="595A46DB" w14:textId="7ADD2A9F" w:rsidR="00585726" w:rsidRPr="00585726" w:rsidRDefault="00585726" w:rsidP="00585726">
      <w:pPr>
        <w:ind w:firstLine="567"/>
        <w:jc w:val="both"/>
        <w:rPr>
          <w:rFonts w:cs="Arial"/>
          <w:noProof/>
          <w:sz w:val="24"/>
          <w:szCs w:val="24"/>
          <w:lang w:val="ru-RU"/>
        </w:rPr>
      </w:pPr>
      <w:r w:rsidRPr="00585726">
        <w:rPr>
          <w:rFonts w:cs="Arial"/>
          <w:b/>
          <w:noProof/>
          <w:sz w:val="24"/>
          <w:szCs w:val="24"/>
          <w:lang w:val="ru-RU"/>
        </w:rPr>
        <w:t>Х</w:t>
      </w:r>
      <w:r w:rsidR="001E5536">
        <w:rPr>
          <w:rFonts w:cs="Arial"/>
          <w:b/>
          <w:noProof/>
          <w:sz w:val="24"/>
          <w:szCs w:val="24"/>
        </w:rPr>
        <w:t>II</w:t>
      </w:r>
      <w:r w:rsidRPr="00585726">
        <w:rPr>
          <w:rFonts w:cs="Arial"/>
          <w:b/>
          <w:noProof/>
          <w:sz w:val="24"/>
          <w:szCs w:val="24"/>
          <w:lang w:val="ru-RU"/>
        </w:rPr>
        <w:t>. ШАРТНОМАНИНГ АМАЛ ҚИЛИШ МУДДАТИ, ЎЗГАРТИРИЛИШИ ВА Б</w:t>
      </w:r>
      <w:r w:rsidRPr="00585726">
        <w:rPr>
          <w:rFonts w:cs="Arial"/>
          <w:b/>
          <w:noProof/>
          <w:sz w:val="24"/>
          <w:szCs w:val="24"/>
        </w:rPr>
        <w:t>E</w:t>
      </w:r>
      <w:r w:rsidRPr="00585726">
        <w:rPr>
          <w:rFonts w:cs="Arial"/>
          <w:b/>
          <w:noProof/>
          <w:sz w:val="24"/>
          <w:szCs w:val="24"/>
          <w:lang w:val="ru-RU"/>
        </w:rPr>
        <w:t>КОР ҚИЛИНИШИ</w:t>
      </w:r>
    </w:p>
    <w:p w14:paraId="775D1E6A"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Мазкур Шартнома у акцепт қилинган пайтдан кучга киради ва тарафлар ўртасидаги муносабатлар тўлиқ тугатилгунга қадар амал қилади.</w:t>
      </w:r>
    </w:p>
    <w:p w14:paraId="4A64C710"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қонунчиликдаги ўзгаришлар, ички жараёнлар, тўлов тизими қоидалари ёки маҳсулот шартлари ўзгариши муносабати билан Шартнома шартларига ўзгартириш ва қўшимчалар киритишга ҳақли. Бундай ўзгартиришлар Банк томонидан расмий каналларда эълон қилинган кундан ёки уларда кўрсатилган санадан кучга киради.</w:t>
      </w:r>
    </w:p>
    <w:p w14:paraId="173582B6"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Шартноманинг янги таҳрири билан рози бўлмаган тақдирда Картадан фойдаланишни тўхтатиб, Банкка Шартномани бекор қилиш тўғрисида ёзма мурожаат қилишга ҳақли.</w:t>
      </w:r>
    </w:p>
    <w:p w14:paraId="7AE4480C"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Банк қуйидаги ҳолларда Шартномани бир томонлама бекор қилишга ҳақли:</w:t>
      </w:r>
    </w:p>
    <w:p w14:paraId="22ACDC96"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Мижоз ёки Карта эгаси Шартнома, Банк қоидалари, тўлов тизими қоидалари ёки амалдаги қонунчилик талабларини бузганида;</w:t>
      </w:r>
    </w:p>
    <w:p w14:paraId="5C973371" w14:textId="01451C3F"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АМЛ/</w:t>
      </w:r>
      <w:r w:rsidRPr="00585726">
        <w:rPr>
          <w:rFonts w:cs="Arial"/>
          <w:noProof/>
          <w:sz w:val="24"/>
          <w:szCs w:val="24"/>
        </w:rPr>
        <w:t>C</w:t>
      </w:r>
      <w:r w:rsidRPr="00585726">
        <w:rPr>
          <w:rFonts w:cs="Arial"/>
          <w:noProof/>
          <w:sz w:val="24"/>
          <w:szCs w:val="24"/>
          <w:lang w:val="ru-RU"/>
        </w:rPr>
        <w:t>ФТ/</w:t>
      </w:r>
      <w:r w:rsidRPr="00585726">
        <w:rPr>
          <w:rFonts w:cs="Arial"/>
          <w:noProof/>
          <w:sz w:val="24"/>
          <w:szCs w:val="24"/>
        </w:rPr>
        <w:t>C</w:t>
      </w:r>
      <w:r w:rsidRPr="00585726">
        <w:rPr>
          <w:rFonts w:cs="Arial"/>
          <w:noProof/>
          <w:sz w:val="24"/>
          <w:szCs w:val="24"/>
          <w:lang w:val="ru-RU"/>
        </w:rPr>
        <w:t>ПФ, санкцион компла</w:t>
      </w:r>
      <w:r w:rsidR="001E5536">
        <w:rPr>
          <w:rFonts w:cs="Arial"/>
          <w:noProof/>
          <w:sz w:val="24"/>
          <w:szCs w:val="24"/>
        </w:rPr>
        <w:t>e</w:t>
      </w:r>
      <w:r w:rsidRPr="00585726">
        <w:rPr>
          <w:rFonts w:cs="Arial"/>
          <w:noProof/>
          <w:sz w:val="24"/>
          <w:szCs w:val="24"/>
          <w:lang w:val="ru-RU"/>
        </w:rPr>
        <w:t>нс ёки бошқа юқори риск омиллари аниқланганда;</w:t>
      </w:r>
    </w:p>
    <w:p w14:paraId="2F9D64CC"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Мижоз томонидан нотўғри ёки сохта маълумотлар тақдим этилганда;</w:t>
      </w:r>
    </w:p>
    <w:p w14:paraId="4430AB6B"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Банк хизматлари учун тўловлар ўз вақтида амалга оширилмаганда;</w:t>
      </w:r>
    </w:p>
    <w:p w14:paraId="1A2D0263" w14:textId="77777777" w:rsidR="00585726" w:rsidRPr="00585726" w:rsidRDefault="00585726" w:rsidP="00585726">
      <w:pPr>
        <w:pStyle w:val="a0"/>
        <w:ind w:left="0" w:firstLine="567"/>
        <w:jc w:val="both"/>
        <w:rPr>
          <w:rFonts w:cs="Arial"/>
          <w:noProof/>
          <w:sz w:val="24"/>
          <w:szCs w:val="24"/>
          <w:lang w:val="ru-RU"/>
        </w:rPr>
      </w:pPr>
      <w:r w:rsidRPr="00585726">
        <w:rPr>
          <w:rFonts w:cs="Arial"/>
          <w:noProof/>
          <w:sz w:val="24"/>
          <w:szCs w:val="24"/>
          <w:lang w:val="ru-RU"/>
        </w:rPr>
        <w:t>қонунчиликда назарда тутилган бошқа ҳолларда.</w:t>
      </w:r>
    </w:p>
    <w:p w14:paraId="4BC153A0"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Шартнома бекор қилинганда Карта Банк талабига кўра қайтарилади ёки Банк томонидан блокланади ва ёпилади. Ҳисоб-китоблар якунлангандан сўнг қолган маблағлар қонунчилик ва Банк қоидаларига мувофиқ Мижозга қайтарилади ёки тегишли ҳисобвараққа ўтказилади.</w:t>
      </w:r>
    </w:p>
    <w:p w14:paraId="52B1FBCA" w14:textId="77777777" w:rsidR="00585726" w:rsidRPr="00585726" w:rsidRDefault="00585726" w:rsidP="00585726">
      <w:pPr>
        <w:ind w:firstLine="567"/>
        <w:jc w:val="both"/>
        <w:rPr>
          <w:rFonts w:cs="Arial"/>
          <w:b/>
          <w:noProof/>
          <w:sz w:val="24"/>
          <w:szCs w:val="24"/>
          <w:lang w:val="ru-RU"/>
        </w:rPr>
      </w:pPr>
    </w:p>
    <w:p w14:paraId="111545FC" w14:textId="4C35A54C" w:rsidR="00585726" w:rsidRPr="00585726" w:rsidRDefault="00585726" w:rsidP="00585726">
      <w:pPr>
        <w:ind w:firstLine="567"/>
        <w:jc w:val="both"/>
        <w:rPr>
          <w:rFonts w:cs="Arial"/>
          <w:noProof/>
          <w:sz w:val="24"/>
          <w:szCs w:val="24"/>
          <w:lang w:val="ru-RU"/>
        </w:rPr>
      </w:pPr>
      <w:r w:rsidRPr="00585726">
        <w:rPr>
          <w:rFonts w:cs="Arial"/>
          <w:b/>
          <w:noProof/>
          <w:sz w:val="24"/>
          <w:szCs w:val="24"/>
          <w:lang w:val="ru-RU"/>
        </w:rPr>
        <w:t>Х</w:t>
      </w:r>
      <w:r w:rsidR="001E5536">
        <w:rPr>
          <w:rFonts w:cs="Arial"/>
          <w:b/>
          <w:noProof/>
          <w:sz w:val="24"/>
          <w:szCs w:val="24"/>
        </w:rPr>
        <w:t>III</w:t>
      </w:r>
      <w:r w:rsidRPr="00585726">
        <w:rPr>
          <w:rFonts w:cs="Arial"/>
          <w:b/>
          <w:noProof/>
          <w:sz w:val="24"/>
          <w:szCs w:val="24"/>
          <w:lang w:val="ru-RU"/>
        </w:rPr>
        <w:t>. ЯКУНИЙ ҚОИДАЛАР</w:t>
      </w:r>
    </w:p>
    <w:p w14:paraId="782A809A"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 Банкка тақдим этган барча маълумотлар, ҳужжатлар ва алоқа реквизитларининг тўғрилиги, тўлиқлиги ва долзарблиги учун жавобгар бўлади.</w:t>
      </w:r>
    </w:p>
    <w:p w14:paraId="11948CA8"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Мижознинг номи, СТИРи, манзили, телефон рақамлари, электрон почта манзили, раҳбари, ваколатли шахслари ёки бошқа муҳим реквизитлари ўзгарганда, Мижоз бу ҳақда Банкни кечиктирмасдан, бироқ кўпи билан 3 (уч) иш куни ичида хабардор қилиши шарт.</w:t>
      </w:r>
    </w:p>
    <w:p w14:paraId="0AE4D47D"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 xml:space="preserve">Ушбу Шартнома бўйича хабарномалар Банкнинг расмий веб-сайти, мобил иловаси ва бошқа расмий ахборот каналлари, СМС, электрон почта, пуш-хабарнома, </w:t>
      </w:r>
      <w:r w:rsidRPr="00585726">
        <w:rPr>
          <w:rFonts w:cs="Arial"/>
          <w:noProof/>
          <w:sz w:val="24"/>
          <w:szCs w:val="24"/>
          <w:lang w:val="ru-RU"/>
        </w:rPr>
        <w:lastRenderedPageBreak/>
        <w:t>Банк офиси ёки бошқа қонунчиликда рухсат этилган алоқа каналлари орқали юборилиши мумкин.</w:t>
      </w:r>
    </w:p>
    <w:p w14:paraId="07B86F85"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Ушбу Шартномада назарда тутилмаган масалалар Ўзбекистон Республикаси қонунчилигига мувофиқ тартибга солинади.</w:t>
      </w:r>
    </w:p>
    <w:p w14:paraId="499AE5F5" w14:textId="77777777" w:rsidR="00585726" w:rsidRPr="00585726" w:rsidRDefault="00585726" w:rsidP="00585726">
      <w:pPr>
        <w:ind w:firstLine="567"/>
        <w:jc w:val="both"/>
        <w:rPr>
          <w:rFonts w:cs="Arial"/>
          <w:noProof/>
          <w:sz w:val="24"/>
          <w:szCs w:val="24"/>
          <w:lang w:val="ru-RU"/>
        </w:rPr>
      </w:pPr>
      <w:r w:rsidRPr="00585726">
        <w:rPr>
          <w:rFonts w:cs="Arial"/>
          <w:noProof/>
          <w:sz w:val="24"/>
          <w:szCs w:val="24"/>
          <w:lang w:val="ru-RU"/>
        </w:rPr>
        <w:t>Мазкур Шартномага иловалар, ариза шакллари, лимитлар, далолатномалар, тарифлар, хавфсизлик бўйича эслатма ва мурожаат шакллари унинг ажралмас қисми ҳисобланади.</w:t>
      </w:r>
    </w:p>
    <w:p w14:paraId="5674BB06" w14:textId="77777777" w:rsidR="00585726" w:rsidRPr="00585726" w:rsidRDefault="00585726" w:rsidP="00585726">
      <w:pPr>
        <w:ind w:firstLine="567"/>
        <w:jc w:val="both"/>
        <w:rPr>
          <w:noProof/>
          <w:lang w:val="ru-RU"/>
        </w:rPr>
      </w:pPr>
    </w:p>
    <w:p w14:paraId="5737B8E8" w14:textId="77777777" w:rsidR="00585726" w:rsidRPr="00585726" w:rsidRDefault="00585726" w:rsidP="00585726">
      <w:pPr>
        <w:rPr>
          <w:noProof/>
          <w:lang w:val="ru-RU"/>
        </w:rPr>
      </w:pPr>
      <w:r w:rsidRPr="00585726">
        <w:rPr>
          <w:b/>
          <w:noProof/>
          <w:lang w:val="ru-RU"/>
        </w:rPr>
        <w:t>ИЛОВАЛАР РЎЙХАТИ</w:t>
      </w:r>
    </w:p>
    <w:p w14:paraId="0FBD936C" w14:textId="77777777" w:rsidR="00585726" w:rsidRPr="00585726" w:rsidRDefault="00585726" w:rsidP="00585726">
      <w:pPr>
        <w:rPr>
          <w:noProof/>
          <w:lang w:val="ru-RU"/>
        </w:rPr>
      </w:pPr>
      <w:r w:rsidRPr="00585726">
        <w:rPr>
          <w:noProof/>
          <w:lang w:val="ru-RU"/>
        </w:rPr>
        <w:t>1-илова. Корпоратив банк картасини чиқариш тўғрисидаги ариза шакли.</w:t>
      </w:r>
    </w:p>
    <w:p w14:paraId="76CD425D" w14:textId="77777777" w:rsidR="00585726" w:rsidRPr="00585726" w:rsidRDefault="00585726" w:rsidP="00585726">
      <w:pPr>
        <w:rPr>
          <w:noProof/>
          <w:lang w:val="ru-RU"/>
        </w:rPr>
      </w:pPr>
      <w:r w:rsidRPr="00585726">
        <w:rPr>
          <w:noProof/>
          <w:lang w:val="ru-RU"/>
        </w:rPr>
        <w:t>2-илова. Карта эгалари рўйхати ва лимитлар шакли.</w:t>
      </w:r>
    </w:p>
    <w:p w14:paraId="3B77E977" w14:textId="77777777" w:rsidR="00585726" w:rsidRPr="00585726" w:rsidRDefault="00585726" w:rsidP="00585726">
      <w:pPr>
        <w:rPr>
          <w:noProof/>
          <w:lang w:val="ru-RU"/>
        </w:rPr>
      </w:pPr>
      <w:r w:rsidRPr="00585726">
        <w:rPr>
          <w:noProof/>
          <w:lang w:val="ru-RU"/>
        </w:rPr>
        <w:t>3-илова. Картани топшириш-қабул қилиш далолатномаси.</w:t>
      </w:r>
    </w:p>
    <w:p w14:paraId="0244417E" w14:textId="77777777" w:rsidR="00585726" w:rsidRPr="00585726" w:rsidRDefault="00585726" w:rsidP="00585726">
      <w:pPr>
        <w:rPr>
          <w:noProof/>
          <w:lang w:val="ru-RU"/>
        </w:rPr>
      </w:pPr>
      <w:r w:rsidRPr="00585726">
        <w:rPr>
          <w:noProof/>
          <w:lang w:val="ru-RU"/>
        </w:rPr>
        <w:t>4-илова. Корпоратив карта бўйича тарифлар шакли.</w:t>
      </w:r>
    </w:p>
    <w:p w14:paraId="0F912849" w14:textId="77777777" w:rsidR="00585726" w:rsidRPr="00585726" w:rsidRDefault="00585726" w:rsidP="00585726">
      <w:pPr>
        <w:rPr>
          <w:noProof/>
          <w:lang w:val="ru-RU"/>
        </w:rPr>
      </w:pPr>
      <w:r w:rsidRPr="00585726">
        <w:rPr>
          <w:noProof/>
          <w:lang w:val="ru-RU"/>
        </w:rPr>
        <w:t>5-илова. Корпоратив картадан хавфсиз фойдаланиш бўйича эсдалатма.</w:t>
      </w:r>
    </w:p>
    <w:p w14:paraId="4EC34420" w14:textId="77777777" w:rsidR="00585726" w:rsidRPr="00585726" w:rsidRDefault="00585726" w:rsidP="00585726">
      <w:pPr>
        <w:rPr>
          <w:noProof/>
          <w:lang w:val="ru-RU"/>
        </w:rPr>
      </w:pPr>
      <w:r w:rsidRPr="00585726">
        <w:rPr>
          <w:noProof/>
          <w:lang w:val="ru-RU"/>
        </w:rPr>
        <w:t>6-илова. Рухсатсиз операция ёки карта йўқолиши бўйича мурожаат шакли.</w:t>
      </w:r>
    </w:p>
    <w:p w14:paraId="341954AB" w14:textId="77777777" w:rsidR="00585726" w:rsidRPr="00585726" w:rsidRDefault="00585726" w:rsidP="00585726">
      <w:pPr>
        <w:rPr>
          <w:noProof/>
          <w:lang w:val="ru-RU"/>
        </w:rPr>
      </w:pPr>
    </w:p>
    <w:p w14:paraId="4AD2042E" w14:textId="77777777" w:rsidR="00585726" w:rsidRPr="00585726" w:rsidRDefault="00585726" w:rsidP="00585726">
      <w:pPr>
        <w:rPr>
          <w:noProof/>
          <w:lang w:val="ru-RU"/>
        </w:rPr>
      </w:pPr>
    </w:p>
    <w:p w14:paraId="2BFDA51E" w14:textId="77777777" w:rsidR="001E5536" w:rsidRDefault="001E5536" w:rsidP="00585726">
      <w:pPr>
        <w:rPr>
          <w:noProof/>
        </w:rPr>
      </w:pPr>
    </w:p>
    <w:p w14:paraId="69F0FB2D" w14:textId="77777777" w:rsidR="001E5536" w:rsidRDefault="001E5536" w:rsidP="00585726">
      <w:pPr>
        <w:rPr>
          <w:noProof/>
        </w:rPr>
      </w:pPr>
    </w:p>
    <w:p w14:paraId="3AF2184F" w14:textId="77777777" w:rsidR="001E5536" w:rsidRDefault="001E5536" w:rsidP="00585726">
      <w:pPr>
        <w:rPr>
          <w:noProof/>
        </w:rPr>
      </w:pPr>
    </w:p>
    <w:p w14:paraId="071A621C" w14:textId="77777777" w:rsidR="00585726" w:rsidRPr="00585726" w:rsidRDefault="00585726" w:rsidP="00585726">
      <w:pPr>
        <w:rPr>
          <w:noProof/>
          <w:lang w:val="ru-RU"/>
        </w:rPr>
      </w:pPr>
    </w:p>
    <w:p w14:paraId="1A328ABD" w14:textId="77777777" w:rsidR="00585726" w:rsidRPr="00585726" w:rsidRDefault="00585726" w:rsidP="00585726">
      <w:pPr>
        <w:rPr>
          <w:noProof/>
          <w:lang w:val="ru-RU"/>
        </w:rPr>
      </w:pPr>
    </w:p>
    <w:p w14:paraId="200141D7" w14:textId="77777777" w:rsidR="00585726" w:rsidRPr="00585726" w:rsidRDefault="00585726" w:rsidP="00585726">
      <w:pPr>
        <w:rPr>
          <w:noProof/>
          <w:lang w:val="ru-RU"/>
        </w:rPr>
      </w:pPr>
      <w:r w:rsidRPr="00585726">
        <w:rPr>
          <w:noProof/>
          <w:lang w:val="ru-RU"/>
        </w:rPr>
        <w:t>1-ИЛОВА. КОРПОРАТИВ БАНК КАРТАСИНИ ЧИҚАРИШ ТЎҒРИСИДАГИ АРИЗА ШАКЛИ</w:t>
      </w:r>
    </w:p>
    <w:p w14:paraId="6B478C07" w14:textId="77777777" w:rsidR="00585726" w:rsidRPr="00585726" w:rsidRDefault="00585726" w:rsidP="00585726">
      <w:pPr>
        <w:rPr>
          <w:noProof/>
          <w:lang w:val="ru-RU"/>
        </w:rPr>
      </w:pPr>
    </w:p>
    <w:tbl>
      <w:tblPr>
        <w:tblW w:w="0" w:type="auto"/>
        <w:jc w:val="center"/>
        <w:tblLook w:val="04A0" w:firstRow="1" w:lastRow="0" w:firstColumn="1" w:lastColumn="0" w:noHBand="0" w:noVBand="1"/>
      </w:tblPr>
      <w:tblGrid>
        <w:gridCol w:w="3834"/>
        <w:gridCol w:w="5845"/>
      </w:tblGrid>
      <w:tr w:rsidR="00585726" w:rsidRPr="00585726" w14:paraId="77CCB7D6"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2D3C7DA" w14:textId="77777777" w:rsidR="00585726" w:rsidRPr="00585726" w:rsidRDefault="00585726" w:rsidP="00D278DB">
            <w:pPr>
              <w:rPr>
                <w:noProof/>
              </w:rPr>
            </w:pPr>
            <w:r w:rsidRPr="00585726">
              <w:rPr>
                <w:noProof/>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01A6D1D6" w14:textId="77777777" w:rsidR="00585726" w:rsidRPr="00585726" w:rsidRDefault="00585726" w:rsidP="00D278DB">
            <w:pPr>
              <w:rPr>
                <w:noProof/>
              </w:rPr>
            </w:pPr>
            <w:r w:rsidRPr="00585726">
              <w:rPr>
                <w:noProof/>
              </w:rPr>
              <w:t>______________________________________________</w:t>
            </w:r>
          </w:p>
        </w:tc>
      </w:tr>
      <w:tr w:rsidR="00585726" w:rsidRPr="00585726" w14:paraId="15A981DC"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3B57652" w14:textId="77777777" w:rsidR="00585726" w:rsidRPr="00585726" w:rsidRDefault="00585726" w:rsidP="00D278DB">
            <w:pPr>
              <w:rPr>
                <w:noProof/>
              </w:rPr>
            </w:pPr>
            <w:r w:rsidRPr="00585726">
              <w:rPr>
                <w:noProof/>
              </w:rPr>
              <w:t>СТИР</w:t>
            </w:r>
          </w:p>
        </w:tc>
        <w:tc>
          <w:tcPr>
            <w:tcW w:w="5669" w:type="dxa"/>
            <w:tcBorders>
              <w:top w:val="single" w:sz="4" w:space="0" w:color="000000"/>
              <w:left w:val="single" w:sz="4" w:space="0" w:color="000000"/>
              <w:bottom w:val="single" w:sz="4" w:space="0" w:color="000000"/>
              <w:right w:val="single" w:sz="4" w:space="0" w:color="000000"/>
            </w:tcBorders>
            <w:vAlign w:val="center"/>
          </w:tcPr>
          <w:p w14:paraId="6388E441" w14:textId="77777777" w:rsidR="00585726" w:rsidRPr="00585726" w:rsidRDefault="00585726" w:rsidP="00D278DB">
            <w:pPr>
              <w:rPr>
                <w:noProof/>
              </w:rPr>
            </w:pPr>
            <w:r w:rsidRPr="00585726">
              <w:rPr>
                <w:noProof/>
              </w:rPr>
              <w:t>______________________________________________</w:t>
            </w:r>
          </w:p>
        </w:tc>
      </w:tr>
      <w:tr w:rsidR="00585726" w:rsidRPr="00585726" w14:paraId="792CA17D"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2E78C25" w14:textId="77777777" w:rsidR="00585726" w:rsidRPr="00585726" w:rsidRDefault="00585726" w:rsidP="00D278DB">
            <w:pPr>
              <w:rPr>
                <w:noProof/>
              </w:rPr>
            </w:pPr>
            <w:r w:rsidRPr="00585726">
              <w:rPr>
                <w:noProof/>
              </w:rPr>
              <w:t>Асосий ҳисобварақ рақами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7F83C43" w14:textId="77777777" w:rsidR="00585726" w:rsidRPr="00585726" w:rsidRDefault="00585726" w:rsidP="00D278DB">
            <w:pPr>
              <w:rPr>
                <w:noProof/>
              </w:rPr>
            </w:pPr>
            <w:r w:rsidRPr="00585726">
              <w:rPr>
                <w:noProof/>
              </w:rPr>
              <w:t>______________________________________________</w:t>
            </w:r>
          </w:p>
        </w:tc>
      </w:tr>
      <w:tr w:rsidR="00585726" w:rsidRPr="00585726" w14:paraId="7532F47F"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03C3FBB" w14:textId="77777777" w:rsidR="00585726" w:rsidRPr="00585726" w:rsidRDefault="00585726" w:rsidP="00D278DB">
            <w:pPr>
              <w:rPr>
                <w:noProof/>
              </w:rPr>
            </w:pPr>
            <w:r w:rsidRPr="00585726">
              <w:rPr>
                <w:noProof/>
              </w:rPr>
              <w:t>Карта тури / тўлов тизими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265C492" w14:textId="77777777" w:rsidR="00585726" w:rsidRPr="00585726" w:rsidRDefault="00585726" w:rsidP="00D278DB">
            <w:pPr>
              <w:rPr>
                <w:noProof/>
              </w:rPr>
            </w:pPr>
            <w:r w:rsidRPr="00585726">
              <w:rPr>
                <w:noProof/>
              </w:rPr>
              <w:t>______________________________________________</w:t>
            </w:r>
          </w:p>
        </w:tc>
      </w:tr>
      <w:tr w:rsidR="00585726" w:rsidRPr="00585726" w14:paraId="519D0D12"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EDA95B6" w14:textId="77777777" w:rsidR="00585726" w:rsidRPr="00585726" w:rsidRDefault="00585726" w:rsidP="00D278DB">
            <w:pPr>
              <w:rPr>
                <w:noProof/>
                <w:lang w:val="ru-RU"/>
              </w:rPr>
            </w:pPr>
            <w:r w:rsidRPr="00585726">
              <w:rPr>
                <w:noProof/>
                <w:lang w:val="ru-RU"/>
              </w:rPr>
              <w:t>Карта эгаси Ф.И.Ш.</w:t>
            </w:r>
          </w:p>
        </w:tc>
        <w:tc>
          <w:tcPr>
            <w:tcW w:w="5669" w:type="dxa"/>
            <w:tcBorders>
              <w:top w:val="single" w:sz="4" w:space="0" w:color="000000"/>
              <w:left w:val="single" w:sz="4" w:space="0" w:color="000000"/>
              <w:bottom w:val="single" w:sz="4" w:space="0" w:color="000000"/>
              <w:right w:val="single" w:sz="4" w:space="0" w:color="000000"/>
            </w:tcBorders>
            <w:vAlign w:val="center"/>
          </w:tcPr>
          <w:p w14:paraId="62AE3E68" w14:textId="77777777" w:rsidR="00585726" w:rsidRPr="00585726" w:rsidRDefault="00585726" w:rsidP="00D278DB">
            <w:pPr>
              <w:rPr>
                <w:noProof/>
              </w:rPr>
            </w:pPr>
            <w:r w:rsidRPr="00585726">
              <w:rPr>
                <w:noProof/>
              </w:rPr>
              <w:t>______________________________________________</w:t>
            </w:r>
          </w:p>
        </w:tc>
      </w:tr>
      <w:tr w:rsidR="00585726" w:rsidRPr="00585726" w14:paraId="7C7D4F2B"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10B5DF5" w14:textId="77777777" w:rsidR="00585726" w:rsidRPr="00585726" w:rsidRDefault="00585726" w:rsidP="00D278DB">
            <w:pPr>
              <w:rPr>
                <w:noProof/>
              </w:rPr>
            </w:pPr>
            <w:r w:rsidRPr="00585726">
              <w:rPr>
                <w:noProof/>
              </w:rPr>
              <w:t>Карта эгасининг ЖШШИР / паспорти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C20417D" w14:textId="77777777" w:rsidR="00585726" w:rsidRPr="00585726" w:rsidRDefault="00585726" w:rsidP="00D278DB">
            <w:pPr>
              <w:rPr>
                <w:noProof/>
              </w:rPr>
            </w:pPr>
            <w:r w:rsidRPr="00585726">
              <w:rPr>
                <w:noProof/>
              </w:rPr>
              <w:t>______________________________________________</w:t>
            </w:r>
          </w:p>
        </w:tc>
      </w:tr>
      <w:tr w:rsidR="00585726" w:rsidRPr="00585726" w14:paraId="65FB6EF4"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E532113" w14:textId="77777777" w:rsidR="00585726" w:rsidRPr="00585726" w:rsidRDefault="00585726" w:rsidP="00D278DB">
            <w:pPr>
              <w:rPr>
                <w:noProof/>
              </w:rPr>
            </w:pPr>
            <w:r w:rsidRPr="00585726">
              <w:rPr>
                <w:noProof/>
              </w:rPr>
              <w:t>Лавозими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0628CADF" w14:textId="77777777" w:rsidR="00585726" w:rsidRPr="00585726" w:rsidRDefault="00585726" w:rsidP="00D278DB">
            <w:pPr>
              <w:rPr>
                <w:noProof/>
              </w:rPr>
            </w:pPr>
            <w:r w:rsidRPr="00585726">
              <w:rPr>
                <w:noProof/>
              </w:rPr>
              <w:t>______________________________________________</w:t>
            </w:r>
          </w:p>
        </w:tc>
      </w:tr>
      <w:tr w:rsidR="00585726" w:rsidRPr="00585726" w14:paraId="0FBE16AC"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9DC6B57" w14:textId="77777777" w:rsidR="00585726" w:rsidRPr="00585726" w:rsidRDefault="00585726" w:rsidP="00D278DB">
            <w:pPr>
              <w:rPr>
                <w:noProof/>
              </w:rPr>
            </w:pPr>
            <w:r w:rsidRPr="00585726">
              <w:rPr>
                <w:noProof/>
              </w:rPr>
              <w:t>Карта амал қилиш муддати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80EED9B" w14:textId="77777777" w:rsidR="00585726" w:rsidRPr="00585726" w:rsidRDefault="00585726" w:rsidP="00D278DB">
            <w:pPr>
              <w:rPr>
                <w:noProof/>
              </w:rPr>
            </w:pPr>
            <w:r w:rsidRPr="00585726">
              <w:rPr>
                <w:noProof/>
              </w:rPr>
              <w:t>______________________________________________</w:t>
            </w:r>
          </w:p>
        </w:tc>
      </w:tr>
      <w:tr w:rsidR="00585726" w:rsidRPr="00585726" w14:paraId="590DD083"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A788347" w14:textId="77777777" w:rsidR="00585726" w:rsidRPr="00585726" w:rsidRDefault="00585726" w:rsidP="00D278DB">
            <w:pPr>
              <w:rPr>
                <w:noProof/>
              </w:rPr>
            </w:pPr>
            <w:r w:rsidRPr="00585726">
              <w:rPr>
                <w:noProof/>
              </w:rPr>
              <w:t>Сўралаётган миқдор / лимит</w:t>
            </w:r>
          </w:p>
        </w:tc>
        <w:tc>
          <w:tcPr>
            <w:tcW w:w="5669" w:type="dxa"/>
            <w:tcBorders>
              <w:top w:val="single" w:sz="4" w:space="0" w:color="000000"/>
              <w:left w:val="single" w:sz="4" w:space="0" w:color="000000"/>
              <w:bottom w:val="single" w:sz="4" w:space="0" w:color="000000"/>
              <w:right w:val="single" w:sz="4" w:space="0" w:color="000000"/>
            </w:tcBorders>
            <w:vAlign w:val="center"/>
          </w:tcPr>
          <w:p w14:paraId="4C50F683" w14:textId="77777777" w:rsidR="00585726" w:rsidRPr="00585726" w:rsidRDefault="00585726" w:rsidP="00D278DB">
            <w:pPr>
              <w:rPr>
                <w:noProof/>
              </w:rPr>
            </w:pPr>
            <w:r w:rsidRPr="00585726">
              <w:rPr>
                <w:noProof/>
              </w:rPr>
              <w:t>______________________________________________</w:t>
            </w:r>
          </w:p>
        </w:tc>
      </w:tr>
      <w:tr w:rsidR="00585726" w:rsidRPr="00585726" w14:paraId="3A81229F"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2051207" w14:textId="77777777" w:rsidR="00585726" w:rsidRPr="00585726" w:rsidRDefault="00585726" w:rsidP="00D278DB">
            <w:pPr>
              <w:rPr>
                <w:noProof/>
              </w:rPr>
            </w:pPr>
            <w:r w:rsidRPr="00585726">
              <w:rPr>
                <w:noProof/>
              </w:rPr>
              <w:t>Карта етказиб бериш усули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7914141" w14:textId="77777777" w:rsidR="00585726" w:rsidRPr="00585726" w:rsidRDefault="00585726" w:rsidP="00D278DB">
            <w:pPr>
              <w:rPr>
                <w:noProof/>
              </w:rPr>
            </w:pPr>
            <w:r w:rsidRPr="00585726">
              <w:rPr>
                <w:noProof/>
              </w:rPr>
              <w:t>Банк офиси / курьер / бошқа</w:t>
            </w:r>
          </w:p>
        </w:tc>
      </w:tr>
    </w:tbl>
    <w:p w14:paraId="071A0D99" w14:textId="77777777" w:rsidR="00585726" w:rsidRPr="00585726" w:rsidRDefault="00585726" w:rsidP="00585726">
      <w:pPr>
        <w:rPr>
          <w:noProof/>
        </w:rPr>
      </w:pPr>
    </w:p>
    <w:tbl>
      <w:tblPr>
        <w:tblW w:w="0" w:type="auto"/>
        <w:tblLook w:val="04A0" w:firstRow="1" w:lastRow="0" w:firstColumn="1" w:lastColumn="0" w:noHBand="0" w:noVBand="1"/>
      </w:tblPr>
      <w:tblGrid>
        <w:gridCol w:w="4734"/>
        <w:gridCol w:w="4900"/>
      </w:tblGrid>
      <w:tr w:rsidR="00585726" w:rsidRPr="00585726" w14:paraId="5366C1D4"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0D886646" w14:textId="77777777" w:rsidR="00585726" w:rsidRPr="00585726" w:rsidRDefault="00585726" w:rsidP="00D278DB">
            <w:pPr>
              <w:jc w:val="center"/>
              <w:rPr>
                <w:noProof/>
              </w:rPr>
            </w:pPr>
            <w:r w:rsidRPr="00585726">
              <w:rPr>
                <w:b/>
                <w:noProof/>
              </w:rPr>
              <w:t>Мижоз</w:t>
            </w:r>
          </w:p>
        </w:tc>
        <w:tc>
          <w:tcPr>
            <w:tcW w:w="4900" w:type="dxa"/>
            <w:tcBorders>
              <w:top w:val="single" w:sz="4" w:space="0" w:color="000000"/>
              <w:left w:val="single" w:sz="4" w:space="0" w:color="000000"/>
              <w:bottom w:val="single" w:sz="4" w:space="0" w:color="000000"/>
              <w:right w:val="single" w:sz="4" w:space="0" w:color="000000"/>
            </w:tcBorders>
            <w:vAlign w:val="center"/>
          </w:tcPr>
          <w:p w14:paraId="44C84E0A" w14:textId="77777777" w:rsidR="00585726" w:rsidRPr="00585726" w:rsidRDefault="00585726" w:rsidP="00D278DB">
            <w:pPr>
              <w:jc w:val="center"/>
              <w:rPr>
                <w:noProof/>
              </w:rPr>
            </w:pPr>
            <w:r w:rsidRPr="00585726">
              <w:rPr>
                <w:b/>
                <w:noProof/>
              </w:rPr>
              <w:t>Банк</w:t>
            </w:r>
          </w:p>
        </w:tc>
      </w:tr>
      <w:tr w:rsidR="00585726" w:rsidRPr="002F3632" w14:paraId="2508F2A5"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2826C6F2" w14:textId="77777777" w:rsidR="00585726" w:rsidRPr="00585726" w:rsidRDefault="00585726" w:rsidP="00D278DB">
            <w:pPr>
              <w:rPr>
                <w:noProof/>
                <w:lang w:val="ru-RU"/>
              </w:rPr>
            </w:pPr>
            <w:r w:rsidRPr="00585726">
              <w:rPr>
                <w:noProof/>
                <w:lang w:val="ru-RU"/>
              </w:rPr>
              <w:lastRenderedPageBreak/>
              <w:t>Ф.И.Ш.: ______________________</w:t>
            </w:r>
            <w:r w:rsidRPr="00585726">
              <w:rPr>
                <w:noProof/>
                <w:lang w:val="ru-RU"/>
              </w:rPr>
              <w:br/>
              <w:t>Лавозими: ___________________</w:t>
            </w:r>
            <w:r w:rsidRPr="00585726">
              <w:rPr>
                <w:noProof/>
                <w:lang w:val="ru-RU"/>
              </w:rPr>
              <w:br/>
              <w:t>Имзо: _______________________</w:t>
            </w:r>
          </w:p>
        </w:tc>
        <w:tc>
          <w:tcPr>
            <w:tcW w:w="4900" w:type="dxa"/>
            <w:tcBorders>
              <w:top w:val="single" w:sz="4" w:space="0" w:color="000000"/>
              <w:left w:val="single" w:sz="4" w:space="0" w:color="000000"/>
              <w:bottom w:val="single" w:sz="4" w:space="0" w:color="000000"/>
              <w:right w:val="single" w:sz="4" w:space="0" w:color="000000"/>
            </w:tcBorders>
            <w:vAlign w:val="center"/>
          </w:tcPr>
          <w:p w14:paraId="72AAFF16" w14:textId="77777777" w:rsidR="00585726" w:rsidRPr="00585726" w:rsidRDefault="00585726" w:rsidP="00D278DB">
            <w:pPr>
              <w:rPr>
                <w:noProof/>
                <w:lang w:val="ru-RU"/>
              </w:rPr>
            </w:pPr>
            <w:r w:rsidRPr="00585726">
              <w:rPr>
                <w:noProof/>
                <w:lang w:val="ru-RU"/>
              </w:rPr>
              <w:t>Ф.И.Ш.: ______________________</w:t>
            </w:r>
            <w:r w:rsidRPr="00585726">
              <w:rPr>
                <w:noProof/>
                <w:lang w:val="ru-RU"/>
              </w:rPr>
              <w:br/>
              <w:t>Лавозими: ___________________</w:t>
            </w:r>
            <w:r w:rsidRPr="00585726">
              <w:rPr>
                <w:noProof/>
                <w:lang w:val="ru-RU"/>
              </w:rPr>
              <w:br/>
              <w:t>Имзо: _______________________</w:t>
            </w:r>
          </w:p>
        </w:tc>
      </w:tr>
    </w:tbl>
    <w:p w14:paraId="63515CF6" w14:textId="77777777" w:rsidR="00585726" w:rsidRPr="00585726" w:rsidRDefault="00585726" w:rsidP="00585726">
      <w:pPr>
        <w:rPr>
          <w:noProof/>
          <w:lang w:val="ru-RU"/>
        </w:rPr>
      </w:pPr>
    </w:p>
    <w:p w14:paraId="43682BF9" w14:textId="77777777" w:rsidR="00585726" w:rsidRPr="00585726" w:rsidRDefault="00585726" w:rsidP="00585726">
      <w:pPr>
        <w:rPr>
          <w:noProof/>
          <w:lang w:val="ru-RU"/>
        </w:rPr>
      </w:pPr>
      <w:r w:rsidRPr="00585726">
        <w:rPr>
          <w:noProof/>
          <w:lang w:val="ru-RU"/>
        </w:rPr>
        <w:t>2-ИЛОВА. КАРТА ЭГАЛАРИ РЎЙХАТИ ВА ЛИМИТЛАР ШАКЛИ</w:t>
      </w:r>
    </w:p>
    <w:tbl>
      <w:tblPr>
        <w:tblW w:w="0" w:type="auto"/>
        <w:jc w:val="center"/>
        <w:tblLook w:val="04A0" w:firstRow="1" w:lastRow="0" w:firstColumn="1" w:lastColumn="0" w:noHBand="0" w:noVBand="1"/>
      </w:tblPr>
      <w:tblGrid>
        <w:gridCol w:w="1040"/>
        <w:gridCol w:w="1135"/>
        <w:gridCol w:w="1305"/>
        <w:gridCol w:w="1195"/>
        <w:gridCol w:w="1140"/>
        <w:gridCol w:w="1122"/>
        <w:gridCol w:w="1658"/>
        <w:gridCol w:w="1084"/>
      </w:tblGrid>
      <w:tr w:rsidR="00585726" w:rsidRPr="00585726" w14:paraId="085A712E" w14:textId="77777777" w:rsidTr="00D278DB">
        <w:trPr>
          <w:tblHeader/>
          <w:jc w:val="center"/>
        </w:trPr>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E6BCACC" w14:textId="77777777" w:rsidR="00585726" w:rsidRPr="00585726" w:rsidRDefault="00585726" w:rsidP="00D278DB">
            <w:pPr>
              <w:jc w:val="center"/>
              <w:rPr>
                <w:noProof/>
              </w:rPr>
            </w:pPr>
            <w:r w:rsidRPr="00585726">
              <w:rPr>
                <w:b/>
                <w:noProof/>
              </w:rPr>
              <w:t>Т/р</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84FB7B2" w14:textId="77777777" w:rsidR="00585726" w:rsidRPr="00585726" w:rsidRDefault="00585726" w:rsidP="00D278DB">
            <w:pPr>
              <w:jc w:val="center"/>
              <w:rPr>
                <w:noProof/>
                <w:lang w:val="ru-RU"/>
              </w:rPr>
            </w:pPr>
            <w:r w:rsidRPr="00585726">
              <w:rPr>
                <w:b/>
                <w:noProof/>
                <w:lang w:val="ru-RU"/>
              </w:rPr>
              <w:t>Карта эгаси Ф.И.Ш.</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546FB5D" w14:textId="77777777" w:rsidR="00585726" w:rsidRPr="00585726" w:rsidRDefault="00585726" w:rsidP="00D278DB">
            <w:pPr>
              <w:jc w:val="center"/>
              <w:rPr>
                <w:noProof/>
              </w:rPr>
            </w:pPr>
            <w:r w:rsidRPr="00585726">
              <w:rPr>
                <w:b/>
                <w:noProof/>
              </w:rPr>
              <w:t>Лавозими</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F25CE25" w14:textId="77777777" w:rsidR="00585726" w:rsidRPr="00585726" w:rsidRDefault="00585726" w:rsidP="00D278DB">
            <w:pPr>
              <w:jc w:val="center"/>
              <w:rPr>
                <w:noProof/>
              </w:rPr>
            </w:pPr>
            <w:r w:rsidRPr="00585726">
              <w:rPr>
                <w:b/>
                <w:noProof/>
              </w:rPr>
              <w:t>Телефон</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8620D20" w14:textId="77777777" w:rsidR="00585726" w:rsidRPr="00585726" w:rsidRDefault="00585726" w:rsidP="00D278DB">
            <w:pPr>
              <w:jc w:val="center"/>
              <w:rPr>
                <w:noProof/>
              </w:rPr>
            </w:pPr>
            <w:r w:rsidRPr="00585726">
              <w:rPr>
                <w:b/>
                <w:noProof/>
              </w:rPr>
              <w:t>Кунлик лимит</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49E5A7F" w14:textId="77777777" w:rsidR="00585726" w:rsidRPr="00585726" w:rsidRDefault="00585726" w:rsidP="00D278DB">
            <w:pPr>
              <w:jc w:val="center"/>
              <w:rPr>
                <w:noProof/>
              </w:rPr>
            </w:pPr>
            <w:r w:rsidRPr="00585726">
              <w:rPr>
                <w:b/>
                <w:noProof/>
              </w:rPr>
              <w:t>Ойлик лимит</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A0273C1" w14:textId="77777777" w:rsidR="00585726" w:rsidRPr="00585726" w:rsidRDefault="00585726" w:rsidP="00D278DB">
            <w:pPr>
              <w:jc w:val="center"/>
              <w:rPr>
                <w:noProof/>
              </w:rPr>
            </w:pPr>
            <w:r w:rsidRPr="00585726">
              <w:rPr>
                <w:b/>
                <w:noProof/>
              </w:rPr>
              <w:t>Рухсат этилган операциялар</w:t>
            </w:r>
          </w:p>
        </w:tc>
        <w:tc>
          <w:tcPr>
            <w:tcW w:w="118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B1FA719" w14:textId="77777777" w:rsidR="00585726" w:rsidRPr="00585726" w:rsidRDefault="00585726" w:rsidP="00D278DB">
            <w:pPr>
              <w:jc w:val="center"/>
              <w:rPr>
                <w:noProof/>
              </w:rPr>
            </w:pPr>
            <w:r w:rsidRPr="00585726">
              <w:rPr>
                <w:b/>
                <w:noProof/>
              </w:rPr>
              <w:t>Изоҳ</w:t>
            </w:r>
          </w:p>
        </w:tc>
      </w:tr>
      <w:tr w:rsidR="00585726" w:rsidRPr="002F3632" w14:paraId="2F426138" w14:textId="77777777" w:rsidTr="00D278DB">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10B4B85F" w14:textId="77777777" w:rsidR="00585726" w:rsidRPr="00585726" w:rsidRDefault="00585726" w:rsidP="00D278DB">
            <w:pPr>
              <w:rPr>
                <w:noProof/>
              </w:rPr>
            </w:pPr>
            <w:r w:rsidRPr="00585726">
              <w:rPr>
                <w:noProof/>
              </w:rPr>
              <w:t>1</w:t>
            </w:r>
          </w:p>
        </w:tc>
        <w:tc>
          <w:tcPr>
            <w:tcW w:w="1184" w:type="dxa"/>
            <w:tcBorders>
              <w:top w:val="single" w:sz="4" w:space="0" w:color="000000"/>
              <w:left w:val="single" w:sz="4" w:space="0" w:color="000000"/>
              <w:bottom w:val="single" w:sz="4" w:space="0" w:color="000000"/>
              <w:right w:val="single" w:sz="4" w:space="0" w:color="000000"/>
            </w:tcBorders>
            <w:vAlign w:val="center"/>
          </w:tcPr>
          <w:p w14:paraId="0011D302"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46D89392"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7DA22972"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511CE6FC"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5CD63307"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20707973" w14:textId="77777777" w:rsidR="00585726" w:rsidRPr="00585726" w:rsidRDefault="00585726" w:rsidP="00D278DB">
            <w:pPr>
              <w:rPr>
                <w:noProof/>
                <w:lang w:val="ru-RU"/>
              </w:rPr>
            </w:pPr>
            <w:r w:rsidRPr="00585726">
              <w:rPr>
                <w:noProof/>
                <w:lang w:val="ru-RU"/>
              </w:rPr>
              <w:t>Нақд пул / нақдсиз / интернет тўловлар</w:t>
            </w:r>
          </w:p>
        </w:tc>
        <w:tc>
          <w:tcPr>
            <w:tcW w:w="1184" w:type="dxa"/>
            <w:tcBorders>
              <w:top w:val="single" w:sz="4" w:space="0" w:color="000000"/>
              <w:left w:val="single" w:sz="4" w:space="0" w:color="000000"/>
              <w:bottom w:val="single" w:sz="4" w:space="0" w:color="000000"/>
              <w:right w:val="single" w:sz="4" w:space="0" w:color="000000"/>
            </w:tcBorders>
            <w:vAlign w:val="center"/>
          </w:tcPr>
          <w:p w14:paraId="15EFE574" w14:textId="77777777" w:rsidR="00585726" w:rsidRPr="00585726" w:rsidRDefault="00585726" w:rsidP="00D278DB">
            <w:pPr>
              <w:rPr>
                <w:noProof/>
                <w:lang w:val="ru-RU"/>
              </w:rPr>
            </w:pPr>
          </w:p>
        </w:tc>
      </w:tr>
      <w:tr w:rsidR="00585726" w:rsidRPr="00585726" w14:paraId="027F2C99" w14:textId="77777777" w:rsidTr="00D278DB">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20985F29" w14:textId="77777777" w:rsidR="00585726" w:rsidRPr="00585726" w:rsidRDefault="00585726" w:rsidP="00D278DB">
            <w:pPr>
              <w:rPr>
                <w:noProof/>
              </w:rPr>
            </w:pPr>
            <w:r w:rsidRPr="00585726">
              <w:rPr>
                <w:noProof/>
              </w:rPr>
              <w:t>2</w:t>
            </w:r>
          </w:p>
        </w:tc>
        <w:tc>
          <w:tcPr>
            <w:tcW w:w="1184" w:type="dxa"/>
            <w:tcBorders>
              <w:top w:val="single" w:sz="4" w:space="0" w:color="000000"/>
              <w:left w:val="single" w:sz="4" w:space="0" w:color="000000"/>
              <w:bottom w:val="single" w:sz="4" w:space="0" w:color="000000"/>
              <w:right w:val="single" w:sz="4" w:space="0" w:color="000000"/>
            </w:tcBorders>
            <w:vAlign w:val="center"/>
          </w:tcPr>
          <w:p w14:paraId="10877C1E"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38B144AB"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03A42FB0"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4CC62510"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6888C481"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61E78611"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0A0F2806" w14:textId="77777777" w:rsidR="00585726" w:rsidRPr="00585726" w:rsidRDefault="00585726" w:rsidP="00D278DB">
            <w:pPr>
              <w:rPr>
                <w:noProof/>
              </w:rPr>
            </w:pPr>
          </w:p>
        </w:tc>
      </w:tr>
      <w:tr w:rsidR="00585726" w:rsidRPr="00585726" w14:paraId="5008D371" w14:textId="77777777" w:rsidTr="00D278DB">
        <w:trPr>
          <w:jc w:val="center"/>
        </w:trPr>
        <w:tc>
          <w:tcPr>
            <w:tcW w:w="1184" w:type="dxa"/>
            <w:tcBorders>
              <w:top w:val="single" w:sz="4" w:space="0" w:color="000000"/>
              <w:left w:val="single" w:sz="4" w:space="0" w:color="000000"/>
              <w:bottom w:val="single" w:sz="4" w:space="0" w:color="000000"/>
              <w:right w:val="single" w:sz="4" w:space="0" w:color="000000"/>
            </w:tcBorders>
            <w:vAlign w:val="center"/>
          </w:tcPr>
          <w:p w14:paraId="63DEA8D2" w14:textId="77777777" w:rsidR="00585726" w:rsidRPr="00585726" w:rsidRDefault="00585726" w:rsidP="00D278DB">
            <w:pPr>
              <w:rPr>
                <w:noProof/>
              </w:rPr>
            </w:pPr>
            <w:r w:rsidRPr="00585726">
              <w:rPr>
                <w:noProof/>
              </w:rPr>
              <w:t>3</w:t>
            </w:r>
          </w:p>
        </w:tc>
        <w:tc>
          <w:tcPr>
            <w:tcW w:w="1184" w:type="dxa"/>
            <w:tcBorders>
              <w:top w:val="single" w:sz="4" w:space="0" w:color="000000"/>
              <w:left w:val="single" w:sz="4" w:space="0" w:color="000000"/>
              <w:bottom w:val="single" w:sz="4" w:space="0" w:color="000000"/>
              <w:right w:val="single" w:sz="4" w:space="0" w:color="000000"/>
            </w:tcBorders>
            <w:vAlign w:val="center"/>
          </w:tcPr>
          <w:p w14:paraId="6FFF65D1"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33F1F87D"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64D6AD19"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1ABB822F"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267E0058"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4ADFFD72" w14:textId="77777777" w:rsidR="00585726" w:rsidRPr="00585726" w:rsidRDefault="00585726" w:rsidP="00D278DB">
            <w:pPr>
              <w:rPr>
                <w:noProof/>
              </w:rPr>
            </w:pPr>
          </w:p>
        </w:tc>
        <w:tc>
          <w:tcPr>
            <w:tcW w:w="1184" w:type="dxa"/>
            <w:tcBorders>
              <w:top w:val="single" w:sz="4" w:space="0" w:color="000000"/>
              <w:left w:val="single" w:sz="4" w:space="0" w:color="000000"/>
              <w:bottom w:val="single" w:sz="4" w:space="0" w:color="000000"/>
              <w:right w:val="single" w:sz="4" w:space="0" w:color="000000"/>
            </w:tcBorders>
            <w:vAlign w:val="center"/>
          </w:tcPr>
          <w:p w14:paraId="0E0AD137" w14:textId="77777777" w:rsidR="00585726" w:rsidRPr="00585726" w:rsidRDefault="00585726" w:rsidP="00D278DB">
            <w:pPr>
              <w:rPr>
                <w:noProof/>
              </w:rPr>
            </w:pPr>
          </w:p>
        </w:tc>
      </w:tr>
    </w:tbl>
    <w:p w14:paraId="7DA4732F" w14:textId="77777777" w:rsidR="00585726" w:rsidRPr="00585726" w:rsidRDefault="00585726" w:rsidP="00585726">
      <w:pPr>
        <w:rPr>
          <w:noProof/>
        </w:rPr>
      </w:pPr>
    </w:p>
    <w:p w14:paraId="28E3C9D0" w14:textId="77777777" w:rsidR="00585726" w:rsidRPr="00585726" w:rsidRDefault="00585726" w:rsidP="00585726">
      <w:pPr>
        <w:rPr>
          <w:noProof/>
          <w:lang w:val="ru-RU"/>
        </w:rPr>
      </w:pPr>
      <w:r w:rsidRPr="00585726">
        <w:rPr>
          <w:noProof/>
          <w:lang w:val="ru-RU"/>
        </w:rPr>
        <w:t>3-ИЛОВА. КАРТАНИ ТОПШИРИШ-ҚАБУЛ ҚИЛИШ ДАЛОЛАТНОМАСИ</w:t>
      </w:r>
    </w:p>
    <w:p w14:paraId="45C1EE3A" w14:textId="77777777" w:rsidR="00585726" w:rsidRPr="00585726" w:rsidRDefault="00585726" w:rsidP="00585726">
      <w:pPr>
        <w:rPr>
          <w:noProof/>
          <w:lang w:val="ru-RU"/>
        </w:rPr>
      </w:pPr>
      <w:r w:rsidRPr="00585726">
        <w:rPr>
          <w:noProof/>
          <w:lang w:val="ru-RU"/>
        </w:rPr>
        <w:t>Мазкур далолатнома асосида Банк томонидан чиқарилган корпоратив карта Мижоз вакилига топширилади.</w:t>
      </w:r>
    </w:p>
    <w:tbl>
      <w:tblPr>
        <w:tblW w:w="0" w:type="auto"/>
        <w:jc w:val="center"/>
        <w:tblLook w:val="04A0" w:firstRow="1" w:lastRow="0" w:firstColumn="1" w:lastColumn="0" w:noHBand="0" w:noVBand="1"/>
      </w:tblPr>
      <w:tblGrid>
        <w:gridCol w:w="3834"/>
        <w:gridCol w:w="5845"/>
      </w:tblGrid>
      <w:tr w:rsidR="00585726" w:rsidRPr="00585726" w14:paraId="59E71B5F"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BDD13B8" w14:textId="77777777" w:rsidR="00585726" w:rsidRPr="00585726" w:rsidRDefault="00585726" w:rsidP="00D278DB">
            <w:pPr>
              <w:rPr>
                <w:noProof/>
              </w:rPr>
            </w:pPr>
            <w:r w:rsidRPr="00585726">
              <w:rPr>
                <w:noProof/>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B4A3BDB" w14:textId="77777777" w:rsidR="00585726" w:rsidRPr="00585726" w:rsidRDefault="00585726" w:rsidP="00D278DB">
            <w:pPr>
              <w:rPr>
                <w:noProof/>
              </w:rPr>
            </w:pPr>
            <w:r w:rsidRPr="00585726">
              <w:rPr>
                <w:noProof/>
              </w:rPr>
              <w:t>______________________________________________</w:t>
            </w:r>
          </w:p>
        </w:tc>
      </w:tr>
      <w:tr w:rsidR="00585726" w:rsidRPr="00585726" w14:paraId="5942823A"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211EB0C" w14:textId="77777777" w:rsidR="00585726" w:rsidRPr="00585726" w:rsidRDefault="00585726" w:rsidP="00D278DB">
            <w:pPr>
              <w:rPr>
                <w:noProof/>
              </w:rPr>
            </w:pPr>
            <w:r w:rsidRPr="00585726">
              <w:rPr>
                <w:noProof/>
              </w:rPr>
              <w:t>Карта эгаси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5472F58A" w14:textId="77777777" w:rsidR="00585726" w:rsidRPr="00585726" w:rsidRDefault="00585726" w:rsidP="00D278DB">
            <w:pPr>
              <w:rPr>
                <w:noProof/>
              </w:rPr>
            </w:pPr>
            <w:r w:rsidRPr="00585726">
              <w:rPr>
                <w:noProof/>
              </w:rPr>
              <w:t>______________________________________________</w:t>
            </w:r>
          </w:p>
        </w:tc>
      </w:tr>
      <w:tr w:rsidR="00585726" w:rsidRPr="00585726" w14:paraId="77E33E36"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78AD5C4" w14:textId="77777777" w:rsidR="00585726" w:rsidRPr="00585726" w:rsidRDefault="00585726" w:rsidP="00D278DB">
            <w:pPr>
              <w:rPr>
                <w:noProof/>
              </w:rPr>
            </w:pPr>
            <w:r w:rsidRPr="00585726">
              <w:rPr>
                <w:noProof/>
              </w:rPr>
              <w:t>Карта рақамининг охирги 4 хонаси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5437B338" w14:textId="77777777" w:rsidR="00585726" w:rsidRPr="00585726" w:rsidRDefault="00585726" w:rsidP="00D278DB">
            <w:pPr>
              <w:rPr>
                <w:noProof/>
              </w:rPr>
            </w:pPr>
            <w:r w:rsidRPr="00585726">
              <w:rPr>
                <w:noProof/>
              </w:rPr>
              <w:t>____</w:t>
            </w:r>
          </w:p>
        </w:tc>
      </w:tr>
      <w:tr w:rsidR="00585726" w:rsidRPr="00585726" w14:paraId="42B10A88"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3D699C6" w14:textId="77777777" w:rsidR="00585726" w:rsidRPr="00585726" w:rsidRDefault="00585726" w:rsidP="00D278DB">
            <w:pPr>
              <w:rPr>
                <w:noProof/>
              </w:rPr>
            </w:pPr>
            <w:r w:rsidRPr="00585726">
              <w:rPr>
                <w:noProof/>
              </w:rPr>
              <w:t>Топшириш санаси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3AD61A05" w14:textId="77777777" w:rsidR="00585726" w:rsidRPr="00585726" w:rsidRDefault="00585726" w:rsidP="00D278DB">
            <w:pPr>
              <w:rPr>
                <w:noProof/>
              </w:rPr>
            </w:pPr>
            <w:r w:rsidRPr="00585726">
              <w:rPr>
                <w:noProof/>
              </w:rPr>
              <w:t>____ / ____ / ______</w:t>
            </w:r>
          </w:p>
        </w:tc>
      </w:tr>
      <w:tr w:rsidR="00585726" w:rsidRPr="00585726" w14:paraId="3EBD02D7"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CEDDFA5" w14:textId="77777777" w:rsidR="00585726" w:rsidRPr="00585726" w:rsidRDefault="00585726" w:rsidP="00D278DB">
            <w:pPr>
              <w:rPr>
                <w:noProof/>
              </w:rPr>
            </w:pPr>
            <w:r w:rsidRPr="00585726">
              <w:rPr>
                <w:noProof/>
              </w:rPr>
              <w:t>Карта ҳолати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CA9876B" w14:textId="77777777" w:rsidR="00585726" w:rsidRPr="00585726" w:rsidRDefault="00585726" w:rsidP="00D278DB">
            <w:pPr>
              <w:rPr>
                <w:noProof/>
              </w:rPr>
            </w:pPr>
            <w:r w:rsidRPr="00585726">
              <w:rPr>
                <w:noProof/>
              </w:rPr>
              <w:t>Фаол / нофаол / ПИН-ўрнатилмаган</w:t>
            </w:r>
          </w:p>
        </w:tc>
      </w:tr>
      <w:tr w:rsidR="00585726" w:rsidRPr="00585726" w14:paraId="2EECD33A"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422CC64" w14:textId="77777777" w:rsidR="00585726" w:rsidRPr="00585726" w:rsidRDefault="00585726" w:rsidP="00D278DB">
            <w:pPr>
              <w:rPr>
                <w:noProof/>
              </w:rPr>
            </w:pPr>
            <w:r w:rsidRPr="00585726">
              <w:rPr>
                <w:noProof/>
              </w:rPr>
              <w:t>Эслатма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60813CF" w14:textId="77777777" w:rsidR="00585726" w:rsidRPr="00585726" w:rsidRDefault="00585726" w:rsidP="00D278DB">
            <w:pPr>
              <w:rPr>
                <w:noProof/>
              </w:rPr>
            </w:pPr>
            <w:r w:rsidRPr="00585726">
              <w:rPr>
                <w:noProof/>
              </w:rPr>
              <w:t>______________________________________________</w:t>
            </w:r>
          </w:p>
        </w:tc>
      </w:tr>
    </w:tbl>
    <w:p w14:paraId="4E70289E" w14:textId="77777777" w:rsidR="00585726" w:rsidRPr="00585726" w:rsidRDefault="00585726" w:rsidP="00585726">
      <w:pPr>
        <w:rPr>
          <w:noProof/>
        </w:rPr>
      </w:pPr>
      <w:r w:rsidRPr="00585726">
        <w:rPr>
          <w:noProof/>
        </w:rPr>
        <w:t>Мижоз вакили картани, хавфсизлик бўйича йўриқномани ва тарифлар тўғрисидаги ахборотни олганлигини тасдиқлайди.</w:t>
      </w:r>
    </w:p>
    <w:p w14:paraId="3FD3195A" w14:textId="77777777" w:rsidR="00585726" w:rsidRPr="00585726" w:rsidRDefault="00585726" w:rsidP="00585726">
      <w:pPr>
        <w:rPr>
          <w:noProof/>
        </w:rPr>
      </w:pPr>
    </w:p>
    <w:tbl>
      <w:tblPr>
        <w:tblW w:w="0" w:type="auto"/>
        <w:tblLook w:val="04A0" w:firstRow="1" w:lastRow="0" w:firstColumn="1" w:lastColumn="0" w:noHBand="0" w:noVBand="1"/>
      </w:tblPr>
      <w:tblGrid>
        <w:gridCol w:w="4734"/>
        <w:gridCol w:w="4734"/>
      </w:tblGrid>
      <w:tr w:rsidR="00585726" w:rsidRPr="00585726" w14:paraId="21B97B2B"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20807760" w14:textId="77777777" w:rsidR="00585726" w:rsidRPr="00585726" w:rsidRDefault="00585726" w:rsidP="00D278DB">
            <w:pPr>
              <w:jc w:val="center"/>
              <w:rPr>
                <w:noProof/>
              </w:rPr>
            </w:pPr>
            <w:r w:rsidRPr="00585726">
              <w:rPr>
                <w:b/>
                <w:noProof/>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7B706401" w14:textId="77777777" w:rsidR="00585726" w:rsidRPr="00585726" w:rsidRDefault="00585726" w:rsidP="00D278DB">
            <w:pPr>
              <w:jc w:val="center"/>
              <w:rPr>
                <w:noProof/>
              </w:rPr>
            </w:pPr>
            <w:r w:rsidRPr="00585726">
              <w:rPr>
                <w:b/>
                <w:noProof/>
              </w:rPr>
              <w:t>Банк</w:t>
            </w:r>
          </w:p>
        </w:tc>
      </w:tr>
      <w:tr w:rsidR="00585726" w:rsidRPr="002F3632" w14:paraId="40B9D3F2"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63B6DD63" w14:textId="77777777" w:rsidR="00585726" w:rsidRPr="00585726" w:rsidRDefault="00585726" w:rsidP="00D278DB">
            <w:pPr>
              <w:rPr>
                <w:noProof/>
                <w:lang w:val="ru-RU"/>
              </w:rPr>
            </w:pPr>
            <w:r w:rsidRPr="00585726">
              <w:rPr>
                <w:noProof/>
                <w:lang w:val="ru-RU"/>
              </w:rPr>
              <w:t>Ф.И.Ш.: ______________________</w:t>
            </w:r>
            <w:r w:rsidRPr="00585726">
              <w:rPr>
                <w:noProof/>
                <w:lang w:val="ru-RU"/>
              </w:rPr>
              <w:br/>
              <w:t>Лавозими: ___________________</w:t>
            </w:r>
            <w:r w:rsidRPr="00585726">
              <w:rPr>
                <w:noProof/>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795804B7" w14:textId="77777777" w:rsidR="00585726" w:rsidRPr="00585726" w:rsidRDefault="00585726" w:rsidP="00D278DB">
            <w:pPr>
              <w:rPr>
                <w:noProof/>
                <w:lang w:val="ru-RU"/>
              </w:rPr>
            </w:pPr>
            <w:r w:rsidRPr="00585726">
              <w:rPr>
                <w:noProof/>
                <w:lang w:val="ru-RU"/>
              </w:rPr>
              <w:t>Ф.И.Ш.: ______________________</w:t>
            </w:r>
            <w:r w:rsidRPr="00585726">
              <w:rPr>
                <w:noProof/>
                <w:lang w:val="ru-RU"/>
              </w:rPr>
              <w:br/>
              <w:t>Лавозими: ___________________</w:t>
            </w:r>
            <w:r w:rsidRPr="00585726">
              <w:rPr>
                <w:noProof/>
                <w:lang w:val="ru-RU"/>
              </w:rPr>
              <w:br/>
              <w:t>Имзо: _______________________</w:t>
            </w:r>
          </w:p>
        </w:tc>
      </w:tr>
    </w:tbl>
    <w:p w14:paraId="3404C14F" w14:textId="77777777" w:rsidR="00585726" w:rsidRPr="00585726" w:rsidRDefault="00585726" w:rsidP="00585726">
      <w:pPr>
        <w:rPr>
          <w:noProof/>
          <w:lang w:val="ru-RU"/>
        </w:rPr>
      </w:pPr>
      <w:r w:rsidRPr="00585726">
        <w:rPr>
          <w:noProof/>
          <w:lang w:val="ru-RU"/>
        </w:rPr>
        <w:br w:type="page"/>
      </w:r>
      <w:r w:rsidRPr="00585726">
        <w:rPr>
          <w:noProof/>
          <w:lang w:val="ru-RU"/>
        </w:rPr>
        <w:lastRenderedPageBreak/>
        <w:t>4-ИЛОВА. КОРПОРАТИВ КАРТА БЎЙИЧА ТАРИФЛАР ШАКЛИ</w:t>
      </w:r>
    </w:p>
    <w:tbl>
      <w:tblPr>
        <w:tblW w:w="0" w:type="auto"/>
        <w:jc w:val="center"/>
        <w:tblLook w:val="04A0" w:firstRow="1" w:lastRow="0" w:firstColumn="1" w:lastColumn="0" w:noHBand="0" w:noVBand="1"/>
      </w:tblPr>
      <w:tblGrid>
        <w:gridCol w:w="2367"/>
        <w:gridCol w:w="2367"/>
        <w:gridCol w:w="2367"/>
        <w:gridCol w:w="2367"/>
      </w:tblGrid>
      <w:tr w:rsidR="00585726" w:rsidRPr="00585726" w14:paraId="401791BA" w14:textId="77777777" w:rsidTr="00D278DB">
        <w:trPr>
          <w:tblHeader/>
          <w:jc w:val="center"/>
        </w:trPr>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578B7BC" w14:textId="77777777" w:rsidR="00585726" w:rsidRPr="00585726" w:rsidRDefault="00585726" w:rsidP="00D278DB">
            <w:pPr>
              <w:jc w:val="center"/>
              <w:rPr>
                <w:noProof/>
              </w:rPr>
            </w:pPr>
            <w:r w:rsidRPr="00585726">
              <w:rPr>
                <w:b/>
                <w:noProof/>
              </w:rPr>
              <w:t>Хизмат тури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32D7E70" w14:textId="77777777" w:rsidR="00585726" w:rsidRPr="00585726" w:rsidRDefault="00585726" w:rsidP="00D278DB">
            <w:pPr>
              <w:jc w:val="center"/>
              <w:rPr>
                <w:noProof/>
              </w:rPr>
            </w:pPr>
            <w:r w:rsidRPr="00585726">
              <w:rPr>
                <w:b/>
                <w:noProof/>
              </w:rPr>
              <w:t>Тариф миқдори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358720B" w14:textId="77777777" w:rsidR="00585726" w:rsidRPr="00585726" w:rsidRDefault="00585726" w:rsidP="00D278DB">
            <w:pPr>
              <w:jc w:val="center"/>
              <w:rPr>
                <w:noProof/>
              </w:rPr>
            </w:pPr>
            <w:r w:rsidRPr="00585726">
              <w:rPr>
                <w:b/>
                <w:noProof/>
              </w:rPr>
              <w:t>Ундириш тартиби</w:t>
            </w:r>
          </w:p>
        </w:tc>
        <w:tc>
          <w:tcPr>
            <w:tcW w:w="236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31BE470" w14:textId="77777777" w:rsidR="00585726" w:rsidRPr="00585726" w:rsidRDefault="00585726" w:rsidP="00D278DB">
            <w:pPr>
              <w:jc w:val="center"/>
              <w:rPr>
                <w:noProof/>
              </w:rPr>
            </w:pPr>
            <w:r w:rsidRPr="00585726">
              <w:rPr>
                <w:b/>
                <w:noProof/>
              </w:rPr>
              <w:t>Изоҳ</w:t>
            </w:r>
          </w:p>
        </w:tc>
      </w:tr>
      <w:tr w:rsidR="00585726" w:rsidRPr="00585726" w14:paraId="6DE2B305"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33E5BC5" w14:textId="77777777" w:rsidR="00585726" w:rsidRPr="00585726" w:rsidRDefault="00585726" w:rsidP="00D278DB">
            <w:pPr>
              <w:rPr>
                <w:noProof/>
              </w:rPr>
            </w:pPr>
            <w:r w:rsidRPr="00585726">
              <w:rPr>
                <w:noProof/>
              </w:rPr>
              <w:t>Карта чиқариш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6A536E2E" w14:textId="77777777" w:rsidR="00585726" w:rsidRPr="00585726" w:rsidRDefault="00585726" w:rsidP="00D278DB">
            <w:pPr>
              <w:rPr>
                <w:noProof/>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1DB6BDD8" w14:textId="77777777" w:rsidR="00585726" w:rsidRPr="00585726" w:rsidRDefault="00585726" w:rsidP="00D278DB">
            <w:pPr>
              <w:rPr>
                <w:noProof/>
              </w:rPr>
            </w:pPr>
            <w:r w:rsidRPr="00585726">
              <w:rPr>
                <w:noProof/>
              </w:rPr>
              <w:t>Бир марталик</w:t>
            </w:r>
          </w:p>
        </w:tc>
        <w:tc>
          <w:tcPr>
            <w:tcW w:w="2367" w:type="dxa"/>
            <w:tcBorders>
              <w:top w:val="single" w:sz="4" w:space="0" w:color="000000"/>
              <w:left w:val="single" w:sz="4" w:space="0" w:color="000000"/>
              <w:bottom w:val="single" w:sz="4" w:space="0" w:color="000000"/>
              <w:right w:val="single" w:sz="4" w:space="0" w:color="000000"/>
            </w:tcBorders>
            <w:vAlign w:val="center"/>
          </w:tcPr>
          <w:p w14:paraId="069DC6DD" w14:textId="77777777" w:rsidR="00585726" w:rsidRPr="00585726" w:rsidRDefault="00585726" w:rsidP="00D278DB">
            <w:pPr>
              <w:rPr>
                <w:noProof/>
              </w:rPr>
            </w:pPr>
          </w:p>
        </w:tc>
      </w:tr>
      <w:tr w:rsidR="00585726" w:rsidRPr="00585726" w14:paraId="62BC426F"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2CFAC380" w14:textId="77777777" w:rsidR="00585726" w:rsidRPr="00585726" w:rsidRDefault="00585726" w:rsidP="00D278DB">
            <w:pPr>
              <w:rPr>
                <w:noProof/>
              </w:rPr>
            </w:pPr>
            <w:r w:rsidRPr="00585726">
              <w:rPr>
                <w:noProof/>
              </w:rPr>
              <w:t>Қайта чиқариш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2B2AC291" w14:textId="77777777" w:rsidR="00585726" w:rsidRPr="00585726" w:rsidRDefault="00585726" w:rsidP="00D278DB">
            <w:pPr>
              <w:rPr>
                <w:noProof/>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22770FF1" w14:textId="77777777" w:rsidR="00585726" w:rsidRPr="00585726" w:rsidRDefault="00585726" w:rsidP="00D278DB">
            <w:pPr>
              <w:rPr>
                <w:noProof/>
              </w:rPr>
            </w:pPr>
            <w:r w:rsidRPr="00585726">
              <w:rPr>
                <w:noProof/>
              </w:rPr>
              <w:t>Бир марталик</w:t>
            </w:r>
          </w:p>
        </w:tc>
        <w:tc>
          <w:tcPr>
            <w:tcW w:w="2367" w:type="dxa"/>
            <w:tcBorders>
              <w:top w:val="single" w:sz="4" w:space="0" w:color="000000"/>
              <w:left w:val="single" w:sz="4" w:space="0" w:color="000000"/>
              <w:bottom w:val="single" w:sz="4" w:space="0" w:color="000000"/>
              <w:right w:val="single" w:sz="4" w:space="0" w:color="000000"/>
            </w:tcBorders>
            <w:vAlign w:val="center"/>
          </w:tcPr>
          <w:p w14:paraId="4CAB4D2B" w14:textId="77777777" w:rsidR="00585726" w:rsidRPr="00585726" w:rsidRDefault="00585726" w:rsidP="00D278DB">
            <w:pPr>
              <w:rPr>
                <w:noProof/>
              </w:rPr>
            </w:pPr>
          </w:p>
        </w:tc>
      </w:tr>
      <w:tr w:rsidR="00585726" w:rsidRPr="00585726" w14:paraId="3FE5C3B4"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B4D9807" w14:textId="77777777" w:rsidR="00585726" w:rsidRPr="00585726" w:rsidRDefault="00585726" w:rsidP="00D278DB">
            <w:pPr>
              <w:rPr>
                <w:noProof/>
              </w:rPr>
            </w:pPr>
            <w:r w:rsidRPr="00585726">
              <w:rPr>
                <w:noProof/>
              </w:rPr>
              <w:t>Йиллик хизмат ҳақи</w:t>
            </w:r>
          </w:p>
        </w:tc>
        <w:tc>
          <w:tcPr>
            <w:tcW w:w="2367" w:type="dxa"/>
            <w:tcBorders>
              <w:top w:val="single" w:sz="4" w:space="0" w:color="000000"/>
              <w:left w:val="single" w:sz="4" w:space="0" w:color="000000"/>
              <w:bottom w:val="single" w:sz="4" w:space="0" w:color="000000"/>
              <w:right w:val="single" w:sz="4" w:space="0" w:color="000000"/>
            </w:tcBorders>
            <w:vAlign w:val="center"/>
          </w:tcPr>
          <w:p w14:paraId="1ACE407A" w14:textId="77777777" w:rsidR="00585726" w:rsidRPr="00585726" w:rsidRDefault="00585726" w:rsidP="00D278DB">
            <w:pPr>
              <w:rPr>
                <w:noProof/>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58C4C94" w14:textId="77777777" w:rsidR="00585726" w:rsidRPr="00585726" w:rsidRDefault="00585726" w:rsidP="00D278DB">
            <w:pPr>
              <w:rPr>
                <w:noProof/>
              </w:rPr>
            </w:pPr>
            <w:r w:rsidRPr="00585726">
              <w:rPr>
                <w:noProof/>
              </w:rPr>
              <w:t>Йиллик / ойлик</w:t>
            </w:r>
          </w:p>
        </w:tc>
        <w:tc>
          <w:tcPr>
            <w:tcW w:w="2367" w:type="dxa"/>
            <w:tcBorders>
              <w:top w:val="single" w:sz="4" w:space="0" w:color="000000"/>
              <w:left w:val="single" w:sz="4" w:space="0" w:color="000000"/>
              <w:bottom w:val="single" w:sz="4" w:space="0" w:color="000000"/>
              <w:right w:val="single" w:sz="4" w:space="0" w:color="000000"/>
            </w:tcBorders>
            <w:vAlign w:val="center"/>
          </w:tcPr>
          <w:p w14:paraId="2262B5D0" w14:textId="77777777" w:rsidR="00585726" w:rsidRPr="00585726" w:rsidRDefault="00585726" w:rsidP="00D278DB">
            <w:pPr>
              <w:rPr>
                <w:noProof/>
              </w:rPr>
            </w:pPr>
          </w:p>
        </w:tc>
      </w:tr>
      <w:tr w:rsidR="00585726" w:rsidRPr="00585726" w14:paraId="03AF479F"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6C91B3BE" w14:textId="77777777" w:rsidR="00585726" w:rsidRPr="00585726" w:rsidRDefault="00585726" w:rsidP="00D278DB">
            <w:pPr>
              <w:rPr>
                <w:noProof/>
              </w:rPr>
            </w:pPr>
            <w:r w:rsidRPr="00585726">
              <w:rPr>
                <w:noProof/>
              </w:rPr>
              <w:t>Нақд пул ечиш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2CA97AAF" w14:textId="77777777" w:rsidR="00585726" w:rsidRPr="00585726" w:rsidRDefault="00585726" w:rsidP="00D278DB">
            <w:pPr>
              <w:rPr>
                <w:noProof/>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7CD44C62" w14:textId="77777777" w:rsidR="00585726" w:rsidRPr="00585726" w:rsidRDefault="00585726" w:rsidP="00D278DB">
            <w:pPr>
              <w:rPr>
                <w:noProof/>
              </w:rPr>
            </w:pPr>
            <w:r w:rsidRPr="00585726">
              <w:rPr>
                <w:noProof/>
              </w:rPr>
              <w:t>Ҳар операция бўйича</w:t>
            </w:r>
          </w:p>
        </w:tc>
        <w:tc>
          <w:tcPr>
            <w:tcW w:w="2367" w:type="dxa"/>
            <w:tcBorders>
              <w:top w:val="single" w:sz="4" w:space="0" w:color="000000"/>
              <w:left w:val="single" w:sz="4" w:space="0" w:color="000000"/>
              <w:bottom w:val="single" w:sz="4" w:space="0" w:color="000000"/>
              <w:right w:val="single" w:sz="4" w:space="0" w:color="000000"/>
            </w:tcBorders>
            <w:vAlign w:val="center"/>
          </w:tcPr>
          <w:p w14:paraId="7783505F" w14:textId="77777777" w:rsidR="00585726" w:rsidRPr="00585726" w:rsidRDefault="00585726" w:rsidP="00D278DB">
            <w:pPr>
              <w:rPr>
                <w:noProof/>
              </w:rPr>
            </w:pPr>
          </w:p>
        </w:tc>
      </w:tr>
      <w:tr w:rsidR="00585726" w:rsidRPr="00585726" w14:paraId="466243EF"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765B6305" w14:textId="77777777" w:rsidR="00585726" w:rsidRPr="00585726" w:rsidRDefault="00585726" w:rsidP="00D278DB">
            <w:pPr>
              <w:rPr>
                <w:noProof/>
              </w:rPr>
            </w:pPr>
            <w:r w:rsidRPr="00585726">
              <w:rPr>
                <w:noProof/>
              </w:rPr>
              <w:t>Валюта конвертацияси</w:t>
            </w:r>
          </w:p>
        </w:tc>
        <w:tc>
          <w:tcPr>
            <w:tcW w:w="2367" w:type="dxa"/>
            <w:tcBorders>
              <w:top w:val="single" w:sz="4" w:space="0" w:color="000000"/>
              <w:left w:val="single" w:sz="4" w:space="0" w:color="000000"/>
              <w:bottom w:val="single" w:sz="4" w:space="0" w:color="000000"/>
              <w:right w:val="single" w:sz="4" w:space="0" w:color="000000"/>
            </w:tcBorders>
            <w:vAlign w:val="center"/>
          </w:tcPr>
          <w:p w14:paraId="2AF2A2DD" w14:textId="77777777" w:rsidR="00585726" w:rsidRPr="00585726" w:rsidRDefault="00585726" w:rsidP="00D278DB">
            <w:pPr>
              <w:rPr>
                <w:noProof/>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395ECF6D" w14:textId="77777777" w:rsidR="00585726" w:rsidRPr="00585726" w:rsidRDefault="00585726" w:rsidP="00D278DB">
            <w:pPr>
              <w:rPr>
                <w:noProof/>
              </w:rPr>
            </w:pPr>
            <w:r w:rsidRPr="00585726">
              <w:rPr>
                <w:noProof/>
              </w:rPr>
              <w:t>Амалдаги курс / комиссия</w:t>
            </w:r>
          </w:p>
        </w:tc>
        <w:tc>
          <w:tcPr>
            <w:tcW w:w="2367" w:type="dxa"/>
            <w:tcBorders>
              <w:top w:val="single" w:sz="4" w:space="0" w:color="000000"/>
              <w:left w:val="single" w:sz="4" w:space="0" w:color="000000"/>
              <w:bottom w:val="single" w:sz="4" w:space="0" w:color="000000"/>
              <w:right w:val="single" w:sz="4" w:space="0" w:color="000000"/>
            </w:tcBorders>
            <w:vAlign w:val="center"/>
          </w:tcPr>
          <w:p w14:paraId="05486BF5" w14:textId="77777777" w:rsidR="00585726" w:rsidRPr="00585726" w:rsidRDefault="00585726" w:rsidP="00D278DB">
            <w:pPr>
              <w:rPr>
                <w:noProof/>
              </w:rPr>
            </w:pPr>
          </w:p>
        </w:tc>
      </w:tr>
      <w:tr w:rsidR="00585726" w:rsidRPr="00585726" w14:paraId="735B0FCD" w14:textId="77777777" w:rsidTr="00D278DB">
        <w:trPr>
          <w:jc w:val="center"/>
        </w:trPr>
        <w:tc>
          <w:tcPr>
            <w:tcW w:w="2367" w:type="dxa"/>
            <w:tcBorders>
              <w:top w:val="single" w:sz="4" w:space="0" w:color="000000"/>
              <w:left w:val="single" w:sz="4" w:space="0" w:color="000000"/>
              <w:bottom w:val="single" w:sz="4" w:space="0" w:color="000000"/>
              <w:right w:val="single" w:sz="4" w:space="0" w:color="000000"/>
            </w:tcBorders>
            <w:vAlign w:val="center"/>
          </w:tcPr>
          <w:p w14:paraId="42D50EED" w14:textId="77777777" w:rsidR="00585726" w:rsidRPr="00585726" w:rsidRDefault="00585726" w:rsidP="00D278DB">
            <w:pPr>
              <w:rPr>
                <w:noProof/>
                <w:lang w:val="ru-RU"/>
              </w:rPr>
            </w:pPr>
            <w:r w:rsidRPr="00585726">
              <w:rPr>
                <w:noProof/>
                <w:lang w:val="ru-RU"/>
              </w:rPr>
              <w:t>Рухсатсиз операция бўйича кўриб чиқиш</w:t>
            </w:r>
          </w:p>
        </w:tc>
        <w:tc>
          <w:tcPr>
            <w:tcW w:w="2367" w:type="dxa"/>
            <w:tcBorders>
              <w:top w:val="single" w:sz="4" w:space="0" w:color="000000"/>
              <w:left w:val="single" w:sz="4" w:space="0" w:color="000000"/>
              <w:bottom w:val="single" w:sz="4" w:space="0" w:color="000000"/>
              <w:right w:val="single" w:sz="4" w:space="0" w:color="000000"/>
            </w:tcBorders>
            <w:vAlign w:val="center"/>
          </w:tcPr>
          <w:p w14:paraId="02AA718B" w14:textId="77777777" w:rsidR="00585726" w:rsidRPr="00585726" w:rsidRDefault="00585726" w:rsidP="00D278DB">
            <w:pPr>
              <w:rPr>
                <w:noProof/>
                <w:lang w:val="ru-RU"/>
              </w:rPr>
            </w:pPr>
          </w:p>
        </w:tc>
        <w:tc>
          <w:tcPr>
            <w:tcW w:w="2367" w:type="dxa"/>
            <w:tcBorders>
              <w:top w:val="single" w:sz="4" w:space="0" w:color="000000"/>
              <w:left w:val="single" w:sz="4" w:space="0" w:color="000000"/>
              <w:bottom w:val="single" w:sz="4" w:space="0" w:color="000000"/>
              <w:right w:val="single" w:sz="4" w:space="0" w:color="000000"/>
            </w:tcBorders>
            <w:vAlign w:val="center"/>
          </w:tcPr>
          <w:p w14:paraId="5FD293FF" w14:textId="77777777" w:rsidR="00585726" w:rsidRPr="00585726" w:rsidRDefault="00585726" w:rsidP="00D278DB">
            <w:pPr>
              <w:rPr>
                <w:noProof/>
              </w:rPr>
            </w:pPr>
            <w:r w:rsidRPr="00585726">
              <w:rPr>
                <w:noProof/>
              </w:rPr>
              <w:t>Ариза асосида</w:t>
            </w:r>
          </w:p>
        </w:tc>
        <w:tc>
          <w:tcPr>
            <w:tcW w:w="2367" w:type="dxa"/>
            <w:tcBorders>
              <w:top w:val="single" w:sz="4" w:space="0" w:color="000000"/>
              <w:left w:val="single" w:sz="4" w:space="0" w:color="000000"/>
              <w:bottom w:val="single" w:sz="4" w:space="0" w:color="000000"/>
              <w:right w:val="single" w:sz="4" w:space="0" w:color="000000"/>
            </w:tcBorders>
            <w:vAlign w:val="center"/>
          </w:tcPr>
          <w:p w14:paraId="2C8487D0" w14:textId="77777777" w:rsidR="00585726" w:rsidRPr="00585726" w:rsidRDefault="00585726" w:rsidP="00D278DB">
            <w:pPr>
              <w:rPr>
                <w:noProof/>
              </w:rPr>
            </w:pPr>
          </w:p>
        </w:tc>
      </w:tr>
    </w:tbl>
    <w:p w14:paraId="077A1221" w14:textId="77777777" w:rsidR="00585726" w:rsidRPr="00585726" w:rsidRDefault="00585726" w:rsidP="00585726">
      <w:pPr>
        <w:ind w:firstLine="567"/>
        <w:jc w:val="both"/>
        <w:rPr>
          <w:noProof/>
        </w:rPr>
      </w:pPr>
      <w:r w:rsidRPr="00585726">
        <w:rPr>
          <w:noProof/>
        </w:rPr>
        <w:t>Мазкур илова Банкнинг амалдаги тарифлари асосида тўлдирилади ва Банк Бошқаруви томонидан тасдиқланган тарифларга мувофиқ қўлланилади.</w:t>
      </w:r>
    </w:p>
    <w:p w14:paraId="711629C4" w14:textId="77777777" w:rsidR="00585726" w:rsidRPr="00585726" w:rsidRDefault="00585726" w:rsidP="00585726">
      <w:pPr>
        <w:rPr>
          <w:noProof/>
        </w:rPr>
      </w:pPr>
    </w:p>
    <w:p w14:paraId="7A4D43BA" w14:textId="77777777" w:rsidR="00585726" w:rsidRPr="00585726" w:rsidRDefault="00585726" w:rsidP="00585726">
      <w:pPr>
        <w:rPr>
          <w:b/>
          <w:bCs/>
          <w:noProof/>
          <w:lang w:val="ru-RU"/>
        </w:rPr>
      </w:pPr>
      <w:r w:rsidRPr="00585726">
        <w:rPr>
          <w:noProof/>
          <w:lang w:val="ru-RU"/>
        </w:rPr>
        <w:t>5-ИЛОВА. КОРПОРАТИВ КАРТАДАН ХАВФСИЗ ФОЙДАЛАНИШ БЎЙИЧА ЭСДАЛАТМА</w:t>
      </w:r>
    </w:p>
    <w:p w14:paraId="012C3CC5" w14:textId="77777777" w:rsidR="00585726" w:rsidRPr="00585726" w:rsidRDefault="00585726" w:rsidP="00585726">
      <w:pPr>
        <w:ind w:firstLine="567"/>
        <w:jc w:val="both"/>
        <w:rPr>
          <w:noProof/>
          <w:lang w:val="ru-RU"/>
        </w:rPr>
      </w:pPr>
    </w:p>
    <w:p w14:paraId="19241155" w14:textId="77777777" w:rsidR="00585726" w:rsidRPr="00585726" w:rsidRDefault="00585726" w:rsidP="00585726">
      <w:pPr>
        <w:ind w:firstLine="567"/>
        <w:jc w:val="both"/>
        <w:rPr>
          <w:noProof/>
          <w:lang w:val="ru-RU"/>
        </w:rPr>
      </w:pPr>
      <w:r w:rsidRPr="00585726">
        <w:rPr>
          <w:noProof/>
          <w:lang w:val="ru-RU"/>
        </w:rPr>
        <w:t xml:space="preserve">1. ПИН-код, </w:t>
      </w:r>
      <w:r w:rsidRPr="00585726">
        <w:rPr>
          <w:noProof/>
        </w:rPr>
        <w:t>C</w:t>
      </w:r>
      <w:r w:rsidRPr="00585726">
        <w:rPr>
          <w:noProof/>
          <w:lang w:val="ru-RU"/>
        </w:rPr>
        <w:t>ВВ/</w:t>
      </w:r>
      <w:r w:rsidRPr="00585726">
        <w:rPr>
          <w:noProof/>
        </w:rPr>
        <w:t>C</w:t>
      </w:r>
      <w:r w:rsidRPr="00585726">
        <w:rPr>
          <w:noProof/>
          <w:lang w:val="ru-RU"/>
        </w:rPr>
        <w:t>В</w:t>
      </w:r>
      <w:r w:rsidRPr="00585726">
        <w:rPr>
          <w:noProof/>
        </w:rPr>
        <w:t>C</w:t>
      </w:r>
      <w:r w:rsidRPr="00585726">
        <w:rPr>
          <w:noProof/>
          <w:lang w:val="ru-RU"/>
        </w:rPr>
        <w:t>, СМС-кодлар ва бошқа тасдиқлаш воситалари учинчи шахсларга ошкор этилмайди.</w:t>
      </w:r>
    </w:p>
    <w:p w14:paraId="17B9B376" w14:textId="77777777" w:rsidR="00585726" w:rsidRPr="00585726" w:rsidRDefault="00585726" w:rsidP="00585726">
      <w:pPr>
        <w:ind w:firstLine="567"/>
        <w:jc w:val="both"/>
        <w:rPr>
          <w:noProof/>
          <w:lang w:val="ru-RU"/>
        </w:rPr>
      </w:pPr>
      <w:r w:rsidRPr="00585726">
        <w:rPr>
          <w:noProof/>
          <w:lang w:val="ru-RU"/>
        </w:rPr>
        <w:t>2. Карта йўқолган, ўғирланган ёки реквизитлари ошкор бўлган тақдирда, Банк дарҳол хабардор қилинади ва картани блоклаш сўралади.</w:t>
      </w:r>
    </w:p>
    <w:p w14:paraId="4A268315" w14:textId="77777777" w:rsidR="00585726" w:rsidRPr="00585726" w:rsidRDefault="00585726" w:rsidP="00585726">
      <w:pPr>
        <w:ind w:firstLine="567"/>
        <w:jc w:val="both"/>
        <w:rPr>
          <w:noProof/>
          <w:lang w:val="ru-RU"/>
        </w:rPr>
      </w:pPr>
      <w:r w:rsidRPr="00585726">
        <w:rPr>
          <w:noProof/>
          <w:lang w:val="ru-RU"/>
        </w:rPr>
        <w:t>3. Карта фақат Мижоз томонидан белгиланган хизмат вазифалари ва операцион лимитлар доирасида ишлатилади.</w:t>
      </w:r>
    </w:p>
    <w:p w14:paraId="427F8A38" w14:textId="77777777" w:rsidR="00585726" w:rsidRPr="00585726" w:rsidRDefault="00585726" w:rsidP="00585726">
      <w:pPr>
        <w:ind w:firstLine="567"/>
        <w:jc w:val="both"/>
        <w:rPr>
          <w:noProof/>
          <w:lang w:val="ru-RU"/>
        </w:rPr>
      </w:pPr>
      <w:r w:rsidRPr="00585726">
        <w:rPr>
          <w:noProof/>
          <w:lang w:val="ru-RU"/>
        </w:rPr>
        <w:t>4. Интернет орқали тўловлар фақат ишончли платформаларда ва Банк томонидан рухсат этилган ҳолларда амалга оширилади.</w:t>
      </w:r>
    </w:p>
    <w:p w14:paraId="31E65060" w14:textId="77777777" w:rsidR="00585726" w:rsidRPr="00585726" w:rsidRDefault="00585726" w:rsidP="00585726">
      <w:pPr>
        <w:ind w:firstLine="567"/>
        <w:jc w:val="both"/>
        <w:rPr>
          <w:noProof/>
          <w:lang w:val="ru-RU"/>
        </w:rPr>
      </w:pPr>
      <w:r w:rsidRPr="00585726">
        <w:rPr>
          <w:noProof/>
          <w:lang w:val="ru-RU"/>
        </w:rPr>
        <w:t>5. Рухсатсиз операциялар бўйича мурожаат имкон қадар тез, одатда аниқланган кундан бошлаб кечиктирмасдан юборилади.</w:t>
      </w:r>
    </w:p>
    <w:p w14:paraId="6BA63808" w14:textId="77777777" w:rsidR="00585726" w:rsidRPr="00585726" w:rsidRDefault="00585726" w:rsidP="00585726">
      <w:pPr>
        <w:ind w:firstLine="567"/>
        <w:jc w:val="both"/>
        <w:rPr>
          <w:noProof/>
          <w:lang w:val="ru-RU"/>
        </w:rPr>
      </w:pPr>
    </w:p>
    <w:p w14:paraId="62C07DD8" w14:textId="77777777" w:rsidR="00585726" w:rsidRPr="00585726" w:rsidRDefault="00585726" w:rsidP="00585726">
      <w:pPr>
        <w:ind w:firstLine="567"/>
        <w:jc w:val="both"/>
        <w:rPr>
          <w:noProof/>
          <w:lang w:val="ru-RU"/>
        </w:rPr>
      </w:pPr>
      <w:r w:rsidRPr="00585726">
        <w:rPr>
          <w:noProof/>
          <w:lang w:val="ru-RU"/>
        </w:rPr>
        <w:t>6-ИЛОВА. РУХСАТСИЗ ОП</w:t>
      </w:r>
      <w:r w:rsidRPr="00585726">
        <w:rPr>
          <w:noProof/>
        </w:rPr>
        <w:t>E</w:t>
      </w:r>
      <w:r w:rsidRPr="00585726">
        <w:rPr>
          <w:noProof/>
          <w:lang w:val="ru-RU"/>
        </w:rPr>
        <w:t>РАЦИЯ ЁКИ КАРТА ЙЎҚОЛИШИ БЎЙИЧА МУРОЖААТ ШАКЛИ</w:t>
      </w:r>
    </w:p>
    <w:tbl>
      <w:tblPr>
        <w:tblW w:w="0" w:type="auto"/>
        <w:jc w:val="center"/>
        <w:tblLook w:val="04A0" w:firstRow="1" w:lastRow="0" w:firstColumn="1" w:lastColumn="0" w:noHBand="0" w:noVBand="1"/>
      </w:tblPr>
      <w:tblGrid>
        <w:gridCol w:w="3834"/>
        <w:gridCol w:w="5845"/>
      </w:tblGrid>
      <w:tr w:rsidR="00585726" w:rsidRPr="00585726" w14:paraId="3D7B330A"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DA8B9E3" w14:textId="77777777" w:rsidR="00585726" w:rsidRPr="00585726" w:rsidRDefault="00585726" w:rsidP="00D278DB">
            <w:pPr>
              <w:rPr>
                <w:noProof/>
              </w:rPr>
            </w:pPr>
            <w:r w:rsidRPr="00585726">
              <w:rPr>
                <w:noProof/>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CEFFAF4" w14:textId="77777777" w:rsidR="00585726" w:rsidRPr="00585726" w:rsidRDefault="00585726" w:rsidP="00D278DB">
            <w:pPr>
              <w:rPr>
                <w:noProof/>
              </w:rPr>
            </w:pPr>
            <w:r w:rsidRPr="00585726">
              <w:rPr>
                <w:noProof/>
              </w:rPr>
              <w:t>______________________________________________</w:t>
            </w:r>
          </w:p>
        </w:tc>
      </w:tr>
      <w:tr w:rsidR="00585726" w:rsidRPr="00585726" w14:paraId="4EA70874"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A61DCA7" w14:textId="77777777" w:rsidR="00585726" w:rsidRPr="00585726" w:rsidRDefault="00585726" w:rsidP="00D278DB">
            <w:pPr>
              <w:rPr>
                <w:noProof/>
              </w:rPr>
            </w:pPr>
            <w:r w:rsidRPr="00585726">
              <w:rPr>
                <w:noProof/>
              </w:rPr>
              <w:t>Карта эгаси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575ABA39" w14:textId="77777777" w:rsidR="00585726" w:rsidRPr="00585726" w:rsidRDefault="00585726" w:rsidP="00D278DB">
            <w:pPr>
              <w:rPr>
                <w:noProof/>
              </w:rPr>
            </w:pPr>
            <w:r w:rsidRPr="00585726">
              <w:rPr>
                <w:noProof/>
              </w:rPr>
              <w:t>______________________________________________</w:t>
            </w:r>
          </w:p>
        </w:tc>
      </w:tr>
      <w:tr w:rsidR="00585726" w:rsidRPr="00585726" w14:paraId="29B04CCC"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8FC2B9F" w14:textId="77777777" w:rsidR="00585726" w:rsidRPr="00585726" w:rsidRDefault="00585726" w:rsidP="00D278DB">
            <w:pPr>
              <w:rPr>
                <w:noProof/>
              </w:rPr>
            </w:pPr>
            <w:r w:rsidRPr="00585726">
              <w:rPr>
                <w:noProof/>
              </w:rPr>
              <w:t>Карта рақамининг охирги 4 хонаси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D2258A9" w14:textId="77777777" w:rsidR="00585726" w:rsidRPr="00585726" w:rsidRDefault="00585726" w:rsidP="00D278DB">
            <w:pPr>
              <w:rPr>
                <w:noProof/>
              </w:rPr>
            </w:pPr>
            <w:r w:rsidRPr="00585726">
              <w:rPr>
                <w:noProof/>
              </w:rPr>
              <w:t>____</w:t>
            </w:r>
          </w:p>
        </w:tc>
      </w:tr>
      <w:tr w:rsidR="00585726" w:rsidRPr="00585726" w14:paraId="7FD4AADF"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B7EFC42" w14:textId="77777777" w:rsidR="00585726" w:rsidRPr="00585726" w:rsidRDefault="00585726" w:rsidP="00D278DB">
            <w:pPr>
              <w:rPr>
                <w:noProof/>
              </w:rPr>
            </w:pPr>
            <w:r w:rsidRPr="00585726">
              <w:rPr>
                <w:noProof/>
              </w:rPr>
              <w:t>Воқеа санаси ва вақти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01A05B21" w14:textId="77777777" w:rsidR="00585726" w:rsidRPr="00585726" w:rsidRDefault="00585726" w:rsidP="00D278DB">
            <w:pPr>
              <w:rPr>
                <w:noProof/>
              </w:rPr>
            </w:pPr>
            <w:r w:rsidRPr="00585726">
              <w:rPr>
                <w:noProof/>
              </w:rPr>
              <w:t>______________________________________________</w:t>
            </w:r>
          </w:p>
        </w:tc>
      </w:tr>
      <w:tr w:rsidR="00585726" w:rsidRPr="002F3632" w14:paraId="2FF94C0E"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CAC1B76" w14:textId="77777777" w:rsidR="00585726" w:rsidRPr="00585726" w:rsidRDefault="00585726" w:rsidP="00D278DB">
            <w:pPr>
              <w:rPr>
                <w:noProof/>
              </w:rPr>
            </w:pPr>
            <w:r w:rsidRPr="00585726">
              <w:rPr>
                <w:noProof/>
              </w:rPr>
              <w:t>Воқеа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1A632D8" w14:textId="77777777" w:rsidR="00585726" w:rsidRPr="00585726" w:rsidRDefault="00585726" w:rsidP="00D278DB">
            <w:pPr>
              <w:rPr>
                <w:noProof/>
                <w:lang w:val="ru-RU"/>
              </w:rPr>
            </w:pPr>
            <w:r w:rsidRPr="00585726">
              <w:rPr>
                <w:noProof/>
                <w:lang w:val="ru-RU"/>
              </w:rPr>
              <w:t>Йўқолган / ўғирланган / рухсатсиз операция / бошқа</w:t>
            </w:r>
          </w:p>
        </w:tc>
      </w:tr>
      <w:tr w:rsidR="00585726" w:rsidRPr="00585726" w14:paraId="026DD2ED"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9E788C9" w14:textId="77777777" w:rsidR="00585726" w:rsidRPr="00585726" w:rsidRDefault="00585726" w:rsidP="00D278DB">
            <w:pPr>
              <w:rPr>
                <w:noProof/>
              </w:rPr>
            </w:pPr>
            <w:r w:rsidRPr="00585726">
              <w:rPr>
                <w:noProof/>
              </w:rPr>
              <w:t>Воқеа тавсифи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2773661" w14:textId="77777777" w:rsidR="00585726" w:rsidRPr="00585726" w:rsidRDefault="00585726" w:rsidP="00D278DB">
            <w:pPr>
              <w:rPr>
                <w:noProof/>
              </w:rPr>
            </w:pPr>
            <w:r w:rsidRPr="00585726">
              <w:rPr>
                <w:noProof/>
              </w:rPr>
              <w:t>______________________________________________</w:t>
            </w:r>
          </w:p>
        </w:tc>
      </w:tr>
      <w:tr w:rsidR="00585726" w:rsidRPr="00585726" w14:paraId="3705FB17" w14:textId="77777777" w:rsidTr="00D278D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A417D9A" w14:textId="77777777" w:rsidR="00585726" w:rsidRPr="00585726" w:rsidRDefault="00585726" w:rsidP="00D278DB">
            <w:pPr>
              <w:rPr>
                <w:noProof/>
              </w:rPr>
            </w:pPr>
            <w:r w:rsidRPr="00585726">
              <w:rPr>
                <w:noProof/>
              </w:rPr>
              <w:t>Банкдан сўров</w:t>
            </w:r>
          </w:p>
        </w:tc>
        <w:tc>
          <w:tcPr>
            <w:tcW w:w="5669" w:type="dxa"/>
            <w:tcBorders>
              <w:top w:val="single" w:sz="4" w:space="0" w:color="000000"/>
              <w:left w:val="single" w:sz="4" w:space="0" w:color="000000"/>
              <w:bottom w:val="single" w:sz="4" w:space="0" w:color="000000"/>
              <w:right w:val="single" w:sz="4" w:space="0" w:color="000000"/>
            </w:tcBorders>
            <w:vAlign w:val="center"/>
          </w:tcPr>
          <w:p w14:paraId="4D7C5CEE" w14:textId="77777777" w:rsidR="00585726" w:rsidRPr="00585726" w:rsidRDefault="00585726" w:rsidP="00D278DB">
            <w:pPr>
              <w:rPr>
                <w:noProof/>
              </w:rPr>
            </w:pPr>
            <w:r w:rsidRPr="00585726">
              <w:rPr>
                <w:noProof/>
              </w:rPr>
              <w:t>Блоклаш / қайта чиқариш / текширув / бошқа</w:t>
            </w:r>
          </w:p>
        </w:tc>
      </w:tr>
    </w:tbl>
    <w:p w14:paraId="7B7E7905" w14:textId="77777777" w:rsidR="00585726" w:rsidRPr="00585726" w:rsidRDefault="00585726" w:rsidP="00585726">
      <w:pPr>
        <w:rPr>
          <w:noProof/>
        </w:rPr>
      </w:pPr>
    </w:p>
    <w:tbl>
      <w:tblPr>
        <w:tblW w:w="0" w:type="auto"/>
        <w:tblLook w:val="04A0" w:firstRow="1" w:lastRow="0" w:firstColumn="1" w:lastColumn="0" w:noHBand="0" w:noVBand="1"/>
      </w:tblPr>
      <w:tblGrid>
        <w:gridCol w:w="4734"/>
        <w:gridCol w:w="4734"/>
      </w:tblGrid>
      <w:tr w:rsidR="00585726" w:rsidRPr="00585726" w14:paraId="12787D92"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3DF5A296" w14:textId="77777777" w:rsidR="00585726" w:rsidRPr="00585726" w:rsidRDefault="00585726" w:rsidP="00D278DB">
            <w:pPr>
              <w:jc w:val="center"/>
              <w:rPr>
                <w:noProof/>
              </w:rPr>
            </w:pPr>
            <w:r w:rsidRPr="00585726">
              <w:rPr>
                <w:b/>
                <w:noProof/>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136B3261" w14:textId="77777777" w:rsidR="00585726" w:rsidRPr="00585726" w:rsidRDefault="00585726" w:rsidP="00D278DB">
            <w:pPr>
              <w:jc w:val="center"/>
              <w:rPr>
                <w:noProof/>
              </w:rPr>
            </w:pPr>
            <w:r w:rsidRPr="00585726">
              <w:rPr>
                <w:b/>
                <w:noProof/>
              </w:rPr>
              <w:t>Банк</w:t>
            </w:r>
          </w:p>
        </w:tc>
      </w:tr>
      <w:tr w:rsidR="00585726" w:rsidRPr="002F3632" w14:paraId="6D86C304" w14:textId="77777777" w:rsidTr="00D278DB">
        <w:tc>
          <w:tcPr>
            <w:tcW w:w="4734" w:type="dxa"/>
            <w:tcBorders>
              <w:top w:val="single" w:sz="4" w:space="0" w:color="000000"/>
              <w:left w:val="single" w:sz="4" w:space="0" w:color="000000"/>
              <w:bottom w:val="single" w:sz="4" w:space="0" w:color="000000"/>
              <w:right w:val="single" w:sz="4" w:space="0" w:color="000000"/>
            </w:tcBorders>
            <w:vAlign w:val="center"/>
          </w:tcPr>
          <w:p w14:paraId="337604B6" w14:textId="77777777" w:rsidR="00585726" w:rsidRPr="00585726" w:rsidRDefault="00585726" w:rsidP="00D278DB">
            <w:pPr>
              <w:rPr>
                <w:noProof/>
                <w:lang w:val="ru-RU"/>
              </w:rPr>
            </w:pPr>
            <w:r w:rsidRPr="00585726">
              <w:rPr>
                <w:noProof/>
                <w:lang w:val="ru-RU"/>
              </w:rPr>
              <w:t>Ф.И.Ш.: ______________________</w:t>
            </w:r>
            <w:r w:rsidRPr="00585726">
              <w:rPr>
                <w:noProof/>
                <w:lang w:val="ru-RU"/>
              </w:rPr>
              <w:br/>
              <w:t>Лавозими: ___________________</w:t>
            </w:r>
            <w:r w:rsidRPr="00585726">
              <w:rPr>
                <w:noProof/>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519F7635" w14:textId="77777777" w:rsidR="00585726" w:rsidRPr="00585726" w:rsidRDefault="00585726" w:rsidP="00D278DB">
            <w:pPr>
              <w:rPr>
                <w:noProof/>
                <w:lang w:val="ru-RU"/>
              </w:rPr>
            </w:pPr>
            <w:r w:rsidRPr="00585726">
              <w:rPr>
                <w:noProof/>
                <w:lang w:val="ru-RU"/>
              </w:rPr>
              <w:t>Ф.И.Ш.: ______________________</w:t>
            </w:r>
            <w:r w:rsidRPr="00585726">
              <w:rPr>
                <w:noProof/>
                <w:lang w:val="ru-RU"/>
              </w:rPr>
              <w:br/>
              <w:t>Лавозими: ___________________</w:t>
            </w:r>
            <w:r w:rsidRPr="00585726">
              <w:rPr>
                <w:noProof/>
                <w:lang w:val="ru-RU"/>
              </w:rPr>
              <w:br/>
              <w:t>Имзо: _______________________</w:t>
            </w:r>
          </w:p>
        </w:tc>
      </w:tr>
    </w:tbl>
    <w:p w14:paraId="65F462A4" w14:textId="77777777" w:rsidR="00585726" w:rsidRPr="00585726" w:rsidRDefault="00585726" w:rsidP="00585726">
      <w:pPr>
        <w:rPr>
          <w:noProof/>
          <w:lang w:val="ru-RU"/>
        </w:rPr>
      </w:pPr>
    </w:p>
    <w:p w14:paraId="690F1C7E" w14:textId="77777777" w:rsidR="00585726" w:rsidRPr="00585726" w:rsidRDefault="00585726">
      <w:pPr>
        <w:rPr>
          <w:lang w:val="ru-RU"/>
        </w:rPr>
      </w:pPr>
    </w:p>
    <w:sectPr w:rsidR="00585726" w:rsidRPr="00585726" w:rsidSect="00034616">
      <w:footerReference w:type="default" r:id="rId8"/>
      <w:pgSz w:w="12240" w:h="15840"/>
      <w:pgMar w:top="1134"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BD1AF" w14:textId="77777777" w:rsidR="00DE13E7" w:rsidRDefault="00DE13E7">
      <w:pPr>
        <w:spacing w:line="240" w:lineRule="auto"/>
      </w:pPr>
      <w:r>
        <w:separator/>
      </w:r>
    </w:p>
  </w:endnote>
  <w:endnote w:type="continuationSeparator" w:id="0">
    <w:p w14:paraId="64053275" w14:textId="77777777" w:rsidR="00DE13E7" w:rsidRDefault="00DE13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A80D3" w14:textId="77777777" w:rsidR="008F00AB" w:rsidRDefault="00357484">
    <w:pPr>
      <w:pStyle w:val="a7"/>
      <w:jc w:val="center"/>
    </w:pPr>
    <w:r>
      <w:rPr>
        <w:sz w:val="18"/>
      </w:rPr>
      <w:t xml:space="preserve">“Poytaxt Bank” AJ | </w:t>
    </w:r>
    <w:proofErr w:type="spellStart"/>
    <w:r>
      <w:rPr>
        <w:sz w:val="18"/>
      </w:rPr>
      <w:t>Ommaviy</w:t>
    </w:r>
    <w:proofErr w:type="spellEnd"/>
    <w:r>
      <w:rPr>
        <w:sz w:val="18"/>
      </w:rPr>
      <w:t xml:space="preserve"> </w:t>
    </w:r>
    <w:proofErr w:type="spellStart"/>
    <w:r>
      <w:rPr>
        <w:sz w:val="18"/>
      </w:rPr>
      <w:t>oferta</w:t>
    </w:r>
    <w:proofErr w:type="spellEnd"/>
    <w:r>
      <w:rPr>
        <w:sz w:val="18"/>
      </w:rPr>
      <w:t xml:space="preserve"> </w:t>
    </w:r>
    <w:proofErr w:type="spellStart"/>
    <w:r>
      <w:rPr>
        <w:sz w:val="18"/>
      </w:rPr>
      <w:t>shartnomasi</w:t>
    </w:r>
    <w:proofErr w:type="spellEnd"/>
    <w:r w:rsidR="00BF73CE">
      <w:rPr>
        <w:sz w:val="18"/>
      </w:rPr>
      <w:t xml:space="preserve"> | </w:t>
    </w:r>
    <w:proofErr w:type="spellStart"/>
    <w:r w:rsidR="00BF73CE" w:rsidRPr="00BF73CE">
      <w:rPr>
        <w:sz w:val="18"/>
      </w:rPr>
      <w:t>Korporativ</w:t>
    </w:r>
    <w:proofErr w:type="spellEnd"/>
    <w:r w:rsidR="00BF73CE" w:rsidRPr="00BF73CE">
      <w:rPr>
        <w:sz w:val="18"/>
      </w:rPr>
      <w:t xml:space="preserve"> bank </w:t>
    </w:r>
    <w:proofErr w:type="spellStart"/>
    <w:r w:rsidR="00BF73CE" w:rsidRPr="00BF73CE">
      <w:rPr>
        <w:sz w:val="18"/>
      </w:rPr>
      <w:t>kartalarini</w:t>
    </w:r>
    <w:proofErr w:type="spellEnd"/>
    <w:r w:rsidR="00BF73CE" w:rsidRPr="00BF73CE">
      <w:rPr>
        <w:sz w:val="18"/>
      </w:rPr>
      <w:t xml:space="preserve"> </w:t>
    </w:r>
    <w:proofErr w:type="spellStart"/>
    <w:r w:rsidR="00BF73CE" w:rsidRPr="00BF73CE">
      <w:rPr>
        <w:sz w:val="18"/>
      </w:rPr>
      <w:t>chiqarish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42716" w14:textId="77777777" w:rsidR="00DE13E7" w:rsidRDefault="00DE13E7">
      <w:pPr>
        <w:spacing w:line="240" w:lineRule="auto"/>
      </w:pPr>
      <w:r>
        <w:separator/>
      </w:r>
    </w:p>
  </w:footnote>
  <w:footnote w:type="continuationSeparator" w:id="0">
    <w:p w14:paraId="78B339CB" w14:textId="77777777" w:rsidR="00DE13E7" w:rsidRDefault="00DE13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0AC69008"/>
    <w:lvl w:ilvl="0">
      <w:start w:val="1"/>
      <w:numFmt w:val="bullet"/>
      <w:pStyle w:val="a0"/>
      <w:lvlText w:val=""/>
      <w:lvlJc w:val="left"/>
      <w:pPr>
        <w:tabs>
          <w:tab w:val="num" w:pos="360"/>
        </w:tabs>
        <w:ind w:left="360" w:hanging="360"/>
      </w:pPr>
      <w:rPr>
        <w:rFonts w:ascii="Symbol" w:hAnsi="Symbol" w:hint="default"/>
      </w:rPr>
    </w:lvl>
  </w:abstractNum>
  <w:num w:numId="1" w16cid:durableId="2053769765">
    <w:abstractNumId w:val="8"/>
  </w:num>
  <w:num w:numId="2" w16cid:durableId="362486131">
    <w:abstractNumId w:val="6"/>
  </w:num>
  <w:num w:numId="3" w16cid:durableId="1145858263">
    <w:abstractNumId w:val="5"/>
  </w:num>
  <w:num w:numId="4" w16cid:durableId="192814966">
    <w:abstractNumId w:val="4"/>
  </w:num>
  <w:num w:numId="5" w16cid:durableId="1039814607">
    <w:abstractNumId w:val="7"/>
  </w:num>
  <w:num w:numId="6" w16cid:durableId="962464891">
    <w:abstractNumId w:val="3"/>
  </w:num>
  <w:num w:numId="7" w16cid:durableId="1186097345">
    <w:abstractNumId w:val="2"/>
  </w:num>
  <w:num w:numId="8" w16cid:durableId="527379932">
    <w:abstractNumId w:val="1"/>
  </w:num>
  <w:num w:numId="9" w16cid:durableId="204841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742"/>
    <w:rsid w:val="00034616"/>
    <w:rsid w:val="0006063C"/>
    <w:rsid w:val="000A1D45"/>
    <w:rsid w:val="000E02BA"/>
    <w:rsid w:val="0015074B"/>
    <w:rsid w:val="001768B3"/>
    <w:rsid w:val="001E5536"/>
    <w:rsid w:val="0029639D"/>
    <w:rsid w:val="002F3632"/>
    <w:rsid w:val="00325734"/>
    <w:rsid w:val="00326F90"/>
    <w:rsid w:val="00357484"/>
    <w:rsid w:val="00455F76"/>
    <w:rsid w:val="004F0D14"/>
    <w:rsid w:val="00585726"/>
    <w:rsid w:val="005F14CD"/>
    <w:rsid w:val="00653E07"/>
    <w:rsid w:val="00662CC4"/>
    <w:rsid w:val="006D3C33"/>
    <w:rsid w:val="007964D5"/>
    <w:rsid w:val="007D24A2"/>
    <w:rsid w:val="00827269"/>
    <w:rsid w:val="008841C6"/>
    <w:rsid w:val="008F00AB"/>
    <w:rsid w:val="009B7539"/>
    <w:rsid w:val="00AA1D8D"/>
    <w:rsid w:val="00B47730"/>
    <w:rsid w:val="00B8128D"/>
    <w:rsid w:val="00BF73CE"/>
    <w:rsid w:val="00CB0664"/>
    <w:rsid w:val="00CE172F"/>
    <w:rsid w:val="00DE13E7"/>
    <w:rsid w:val="00F24377"/>
    <w:rsid w:val="00FC693F"/>
    <w:rsid w:val="00FE79E5"/>
    <w:rsid w:val="00FF5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168BB9"/>
  <w14:defaultImageDpi w14:val="300"/>
  <w15:docId w15:val="{6C99B8E3-8EF9-48AC-90FC-7DB5B12C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Arial" w:eastAsia="Arial" w:hAnsi="Arial"/>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39</Pages>
  <Words>11092</Words>
  <Characters>63227</Characters>
  <Application>Microsoft Office Word</Application>
  <DocSecurity>0</DocSecurity>
  <Lines>526</Lines>
  <Paragraphs>148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Hilola Abdullayeva Vosilevna</cp:lastModifiedBy>
  <cp:revision>4</cp:revision>
  <cp:lastPrinted>2026-05-15T05:58:00Z</cp:lastPrinted>
  <dcterms:created xsi:type="dcterms:W3CDTF">2026-04-27T14:33:00Z</dcterms:created>
  <dcterms:modified xsi:type="dcterms:W3CDTF">2026-05-15T06:12:00Z</dcterms:modified>
  <cp:category/>
</cp:coreProperties>
</file>